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5F9" w:rsidRPr="00FD4A85" w:rsidRDefault="00FD4A85">
      <w:pPr>
        <w:spacing w:line="240" w:lineRule="auto"/>
        <w:jc w:val="center"/>
        <w:rPr>
          <w:lang w:val="ru-RU"/>
        </w:rPr>
      </w:pPr>
      <w:r w:rsidRPr="00FD4A85">
        <w:rPr>
          <w:sz w:val="20"/>
          <w:lang w:val="ru-RU"/>
        </w:rPr>
        <w:t>МИНИСТЕРСТВО НАУКИ И ВЫСШЕГО ОБРАЗОВАНИЯ РОССИЙСКОЙ ФЕДЕРАЦИИ</w:t>
      </w:r>
    </w:p>
    <w:p w:rsidR="004565F9" w:rsidRPr="00FD4A85" w:rsidRDefault="00FD4A85">
      <w:pPr>
        <w:spacing w:line="240" w:lineRule="auto"/>
        <w:jc w:val="center"/>
        <w:rPr>
          <w:lang w:val="ru-RU"/>
        </w:rPr>
      </w:pPr>
      <w:r w:rsidRPr="00FD4A85">
        <w:rPr>
          <w:lang w:val="ru-RU"/>
        </w:rPr>
        <w:br/>
        <w:t>ФЕДЕРАЛЬНОЕ ГОСУДАРСТВЕННОЕ БЮДЖЕТНОЕ</w:t>
      </w:r>
      <w:r w:rsidRPr="00FD4A85">
        <w:rPr>
          <w:lang w:val="ru-RU"/>
        </w:rPr>
        <w:br/>
        <w:t>ОБРАЗОВАТЕЛЬНОЕ УЧРЕЖДЕНИЕ ВЫСШЕГО ОБРАЗОВАНИЯ</w:t>
      </w:r>
    </w:p>
    <w:p w:rsidR="004565F9" w:rsidRPr="00FD4A85" w:rsidRDefault="00FD4A85">
      <w:pPr>
        <w:spacing w:line="240" w:lineRule="auto"/>
        <w:jc w:val="center"/>
        <w:rPr>
          <w:lang w:val="ru-RU"/>
        </w:rPr>
      </w:pPr>
      <w:r w:rsidRPr="00FD4A85">
        <w:rPr>
          <w:b/>
          <w:lang w:val="ru-RU"/>
        </w:rPr>
        <w:br/>
        <w:t>«БРАТСКИЙ ГОСУДАРСТВЕННЫЙ УНИВЕРСИТЕТ»</w:t>
      </w:r>
    </w:p>
    <w:p w:rsidR="004565F9" w:rsidRPr="00FD4A85" w:rsidRDefault="00FD4A85">
      <w:pPr>
        <w:spacing w:line="240" w:lineRule="auto"/>
        <w:jc w:val="center"/>
        <w:rPr>
          <w:lang w:val="ru-RU"/>
        </w:rPr>
      </w:pPr>
      <w:r w:rsidRPr="00FD4A85">
        <w:rPr>
          <w:b/>
          <w:sz w:val="28"/>
          <w:lang w:val="ru-RU"/>
        </w:rPr>
        <w:br/>
      </w:r>
      <w:r w:rsidRPr="00FD4A85">
        <w:rPr>
          <w:b/>
          <w:sz w:val="28"/>
          <w:lang w:val="ru-RU"/>
        </w:rPr>
        <w:br/>
      </w:r>
      <w:r w:rsidRPr="00FD4A85">
        <w:rPr>
          <w:b/>
          <w:sz w:val="28"/>
          <w:lang w:val="ru-RU"/>
        </w:rPr>
        <w:br/>
      </w:r>
      <w:r w:rsidRPr="00FD4A85">
        <w:rPr>
          <w:b/>
          <w:sz w:val="28"/>
          <w:lang w:val="ru-RU"/>
        </w:rPr>
        <w:br/>
      </w:r>
      <w:r w:rsidRPr="00FD4A85">
        <w:rPr>
          <w:b/>
          <w:sz w:val="28"/>
          <w:lang w:val="ru-RU"/>
        </w:rPr>
        <w:br/>
      </w:r>
      <w:r w:rsidRPr="00FD4A85">
        <w:rPr>
          <w:b/>
          <w:sz w:val="28"/>
          <w:lang w:val="ru-RU"/>
        </w:rPr>
        <w:br/>
      </w:r>
      <w:r w:rsidRPr="00FD4A85">
        <w:rPr>
          <w:b/>
          <w:sz w:val="28"/>
          <w:lang w:val="ru-RU"/>
        </w:rPr>
        <w:br/>
      </w:r>
      <w:r w:rsidRPr="00FD4A85">
        <w:rPr>
          <w:b/>
          <w:sz w:val="28"/>
          <w:lang w:val="ru-RU"/>
        </w:rPr>
        <w:br/>
      </w:r>
      <w:r w:rsidRPr="00FD4A85">
        <w:rPr>
          <w:b/>
          <w:sz w:val="28"/>
          <w:lang w:val="ru-RU"/>
        </w:rPr>
        <w:br/>
      </w:r>
      <w:r w:rsidRPr="00FD4A85">
        <w:rPr>
          <w:b/>
          <w:sz w:val="28"/>
          <w:lang w:val="ru-RU"/>
        </w:rPr>
        <w:br/>
      </w:r>
      <w:r w:rsidRPr="00FD4A85">
        <w:rPr>
          <w:b/>
          <w:sz w:val="28"/>
          <w:lang w:val="ru-RU"/>
        </w:rPr>
        <w:br/>
      </w:r>
      <w:r w:rsidRPr="00FD4A85">
        <w:rPr>
          <w:b/>
          <w:sz w:val="28"/>
          <w:lang w:val="ru-RU"/>
        </w:rPr>
        <w:br/>
      </w:r>
      <w:r w:rsidRPr="00FD4A85">
        <w:rPr>
          <w:b/>
          <w:sz w:val="28"/>
          <w:lang w:val="ru-RU"/>
        </w:rPr>
        <w:br/>
      </w:r>
      <w:r w:rsidRPr="00FD4A85">
        <w:rPr>
          <w:b/>
          <w:sz w:val="28"/>
          <w:lang w:val="ru-RU"/>
        </w:rPr>
        <w:br/>
      </w:r>
      <w:r w:rsidRPr="00FD4A85">
        <w:rPr>
          <w:b/>
          <w:sz w:val="28"/>
          <w:lang w:val="ru-RU"/>
        </w:rPr>
        <w:br/>
      </w:r>
      <w:r w:rsidRPr="00FD4A85">
        <w:rPr>
          <w:b/>
          <w:sz w:val="28"/>
          <w:lang w:val="ru-RU"/>
        </w:rPr>
        <w:br/>
        <w:t xml:space="preserve">ФОНД </w:t>
      </w:r>
      <w:r w:rsidRPr="00FD4A85">
        <w:rPr>
          <w:b/>
          <w:sz w:val="28"/>
          <w:lang w:val="ru-RU"/>
        </w:rPr>
        <w:br/>
        <w:t>ОЦЕНОЧНЫХ СРЕДСТВ</w:t>
      </w:r>
    </w:p>
    <w:p w:rsidR="004565F9" w:rsidRPr="00FD4A85" w:rsidRDefault="004565F9">
      <w:pPr>
        <w:rPr>
          <w:lang w:val="ru-RU"/>
        </w:rPr>
      </w:pPr>
    </w:p>
    <w:p w:rsidR="004565F9" w:rsidRPr="00FD4A85" w:rsidRDefault="00FD4A85">
      <w:pPr>
        <w:jc w:val="center"/>
        <w:rPr>
          <w:lang w:val="ru-RU"/>
        </w:rPr>
      </w:pPr>
      <w:r w:rsidRPr="00FD4A85">
        <w:rPr>
          <w:lang w:val="ru-RU"/>
        </w:rPr>
        <w:t xml:space="preserve">по дисциплине </w:t>
      </w:r>
      <w:r w:rsidRPr="00FD4A85">
        <w:rPr>
          <w:lang w:val="ru-RU"/>
        </w:rPr>
        <w:br/>
        <w:t>Б1.О.06.03  Химия</w:t>
      </w:r>
      <w:r w:rsidRPr="00FD4A85">
        <w:rPr>
          <w:lang w:val="ru-RU"/>
        </w:rPr>
        <w:br/>
      </w:r>
    </w:p>
    <w:p w:rsidR="004565F9" w:rsidRPr="00FD4A85" w:rsidRDefault="00FD4A85">
      <w:pPr>
        <w:rPr>
          <w:lang w:val="ru-RU"/>
        </w:rPr>
      </w:pPr>
      <w:r w:rsidRPr="00FD4A85">
        <w:rPr>
          <w:lang w:val="ru-RU"/>
        </w:rPr>
        <w:t>Направление подготовки 15.03.05 Конструктивно-технологическое обеспечение машиностроительных производств</w:t>
      </w:r>
      <w:r w:rsidRPr="00FD4A85">
        <w:rPr>
          <w:lang w:val="ru-RU"/>
        </w:rPr>
        <w:br/>
      </w:r>
    </w:p>
    <w:p w:rsidR="004565F9" w:rsidRPr="00FD4A85" w:rsidRDefault="00FD4A85">
      <w:pPr>
        <w:rPr>
          <w:lang w:val="ru-RU"/>
        </w:rPr>
      </w:pPr>
      <w:r w:rsidRPr="00FD4A85">
        <w:rPr>
          <w:lang w:val="ru-RU"/>
        </w:rPr>
        <w:t>Профиль подготовки Технология машиностроения</w:t>
      </w:r>
      <w:r w:rsidRPr="00FD4A85">
        <w:rPr>
          <w:lang w:val="ru-RU"/>
        </w:rPr>
        <w:br/>
      </w:r>
    </w:p>
    <w:p w:rsidR="004565F9" w:rsidRPr="00FD4A85" w:rsidRDefault="00FD4A85">
      <w:pPr>
        <w:rPr>
          <w:lang w:val="ru-RU"/>
        </w:rPr>
      </w:pPr>
      <w:r w:rsidRPr="00FD4A85">
        <w:rPr>
          <w:lang w:val="ru-RU"/>
        </w:rPr>
        <w:t>Квалификация бакалавр</w:t>
      </w:r>
      <w:r w:rsidRPr="00FD4A85">
        <w:rPr>
          <w:lang w:val="ru-RU"/>
        </w:rPr>
        <w:br/>
      </w:r>
    </w:p>
    <w:p w:rsidR="004565F9" w:rsidRPr="00FD4A85" w:rsidRDefault="00FD4A85">
      <w:pPr>
        <w:rPr>
          <w:lang w:val="ru-RU"/>
        </w:rPr>
      </w:pPr>
      <w:r w:rsidRPr="00FD4A85">
        <w:rPr>
          <w:lang w:val="ru-RU"/>
        </w:rPr>
        <w:t>Год начала подготовки 2025</w:t>
      </w:r>
      <w:r w:rsidRPr="00FD4A85">
        <w:rPr>
          <w:lang w:val="ru-RU"/>
        </w:rPr>
        <w:br/>
      </w:r>
    </w:p>
    <w:p w:rsidR="004565F9" w:rsidRPr="00FD4A85" w:rsidRDefault="00FD4A85">
      <w:pPr>
        <w:rPr>
          <w:lang w:val="ru-RU"/>
        </w:rPr>
      </w:pPr>
      <w:r w:rsidRPr="00FD4A85">
        <w:rPr>
          <w:lang w:val="ru-RU"/>
        </w:rPr>
        <w:br w:type="page"/>
      </w:r>
    </w:p>
    <w:p w:rsidR="004565F9" w:rsidRPr="00FD4A85" w:rsidRDefault="00FD4A85">
      <w:pPr>
        <w:rPr>
          <w:lang w:val="ru-RU"/>
        </w:rPr>
      </w:pPr>
      <w:r w:rsidRPr="00FD4A85">
        <w:rPr>
          <w:lang w:val="ru-RU"/>
        </w:rPr>
        <w:lastRenderedPageBreak/>
        <w:t xml:space="preserve">Составитель: </w:t>
      </w:r>
      <w:r w:rsidRPr="00FD4A85">
        <w:rPr>
          <w:lang w:val="ru-RU"/>
        </w:rPr>
        <w:br/>
        <w:t>Лапина С.Ф., доцент, к.фарм.н</w:t>
      </w:r>
      <w:r w:rsidRPr="00FD4A85">
        <w:rPr>
          <w:lang w:val="ru-RU"/>
        </w:rPr>
        <w:tab/>
      </w:r>
      <w:r w:rsidRPr="00FD4A85">
        <w:rPr>
          <w:lang w:val="ru-RU"/>
        </w:rPr>
        <w:tab/>
      </w:r>
      <w:r w:rsidRPr="00FD4A85">
        <w:rPr>
          <w:lang w:val="ru-RU"/>
        </w:rPr>
        <w:tab/>
      </w:r>
      <w:r w:rsidRPr="00FD4A85">
        <w:rPr>
          <w:lang w:val="ru-RU"/>
        </w:rPr>
        <w:tab/>
        <w:t>________________</w:t>
      </w:r>
      <w:r w:rsidRPr="00FD4A85">
        <w:rPr>
          <w:lang w:val="ru-RU"/>
        </w:rPr>
        <w:br/>
      </w:r>
    </w:p>
    <w:p w:rsidR="004565F9" w:rsidRPr="00FD4A85" w:rsidRDefault="00FD4A85">
      <w:pPr>
        <w:rPr>
          <w:lang w:val="ru-RU"/>
        </w:rPr>
      </w:pPr>
      <w:r w:rsidRPr="00FD4A85">
        <w:rPr>
          <w:lang w:val="ru-RU"/>
        </w:rPr>
        <w:t>Одобрено на заседании кафедры экологии, безопасности жизнедеятел</w:t>
      </w:r>
      <w:r w:rsidR="00485054">
        <w:rPr>
          <w:lang w:val="ru-RU"/>
        </w:rPr>
        <w:t>ьности и физической культуры</w:t>
      </w:r>
      <w:r w:rsidR="00485054">
        <w:rPr>
          <w:lang w:val="ru-RU"/>
        </w:rPr>
        <w:br/>
        <w:t>«22» апреля</w:t>
      </w:r>
      <w:r w:rsidRPr="00FD4A85">
        <w:rPr>
          <w:lang w:val="ru-RU"/>
        </w:rPr>
        <w:t xml:space="preserve"> 2026 г., протокол № </w:t>
      </w:r>
      <w:r w:rsidR="00485054">
        <w:rPr>
          <w:lang w:val="ru-RU"/>
        </w:rPr>
        <w:t>9</w:t>
      </w:r>
      <w:r w:rsidRPr="00FD4A85">
        <w:rPr>
          <w:lang w:val="ru-RU"/>
        </w:rPr>
        <w:br/>
      </w:r>
      <w:r w:rsidRPr="00FD4A85">
        <w:rPr>
          <w:lang w:val="ru-RU"/>
        </w:rPr>
        <w:br/>
        <w:t xml:space="preserve">Заведующий кафедрой </w:t>
      </w:r>
      <w:r w:rsidRPr="00FD4A85">
        <w:rPr>
          <w:lang w:val="ru-RU"/>
        </w:rPr>
        <w:br/>
        <w:t>экологии, безопасности жизнедеятельности и физической культуры</w:t>
      </w:r>
      <w:r w:rsidRPr="00FD4A85">
        <w:rPr>
          <w:lang w:val="ru-RU"/>
        </w:rPr>
        <w:tab/>
      </w:r>
      <w:r w:rsidRPr="00FD4A85">
        <w:rPr>
          <w:lang w:val="ru-RU"/>
        </w:rPr>
        <w:tab/>
        <w:t>____________ В.А. Никиф</w:t>
      </w:r>
      <w:r w:rsidR="00144934">
        <w:rPr>
          <w:lang w:val="ru-RU"/>
        </w:rPr>
        <w:t>о</w:t>
      </w:r>
      <w:r w:rsidRPr="00FD4A85">
        <w:rPr>
          <w:lang w:val="ru-RU"/>
        </w:rPr>
        <w:t>рова</w:t>
      </w:r>
      <w:r w:rsidRPr="00FD4A85">
        <w:rPr>
          <w:lang w:val="ru-RU"/>
        </w:rPr>
        <w:br/>
      </w:r>
      <w:r w:rsidRPr="00FD4A85">
        <w:rPr>
          <w:lang w:val="ru-RU"/>
        </w:rPr>
        <w:br/>
      </w:r>
    </w:p>
    <w:p w:rsidR="004565F9" w:rsidRPr="00181731" w:rsidRDefault="00FD4A85">
      <w:pPr>
        <w:rPr>
          <w:lang w:val="ru-RU"/>
        </w:rPr>
      </w:pPr>
      <w:r w:rsidRPr="00FD4A85">
        <w:rPr>
          <w:lang w:val="ru-RU"/>
        </w:rPr>
        <w:t>Председатель методической комиссии факультета транспортных систем и лесного комплекса</w:t>
      </w:r>
      <w:r w:rsidRPr="00FD4A85">
        <w:rPr>
          <w:lang w:val="ru-RU"/>
        </w:rPr>
        <w:br/>
        <w:t>_____________   Варданян М.А.</w:t>
      </w:r>
      <w:r w:rsidRPr="00FD4A85">
        <w:rPr>
          <w:lang w:val="ru-RU"/>
        </w:rPr>
        <w:br/>
      </w:r>
      <w:r w:rsidRPr="00FD4A85">
        <w:rPr>
          <w:lang w:val="ru-RU"/>
        </w:rPr>
        <w:br/>
      </w:r>
      <w:r w:rsidRPr="00181731">
        <w:rPr>
          <w:lang w:val="ru-RU"/>
        </w:rPr>
        <w:t>«</w:t>
      </w:r>
      <w:r w:rsidR="00485054">
        <w:rPr>
          <w:lang w:val="ru-RU"/>
        </w:rPr>
        <w:t>28</w:t>
      </w:r>
      <w:r w:rsidRPr="00181731">
        <w:rPr>
          <w:lang w:val="ru-RU"/>
        </w:rPr>
        <w:t xml:space="preserve">» </w:t>
      </w:r>
      <w:r w:rsidR="00485054">
        <w:rPr>
          <w:lang w:val="ru-RU"/>
        </w:rPr>
        <w:t>апреля</w:t>
      </w:r>
      <w:r w:rsidR="00181731">
        <w:rPr>
          <w:lang w:val="ru-RU"/>
        </w:rPr>
        <w:t xml:space="preserve"> 2026 </w:t>
      </w:r>
      <w:r w:rsidRPr="00181731">
        <w:rPr>
          <w:lang w:val="ru-RU"/>
        </w:rPr>
        <w:t xml:space="preserve">г., протокол № </w:t>
      </w:r>
      <w:r w:rsidR="00485054">
        <w:rPr>
          <w:lang w:val="ru-RU"/>
        </w:rPr>
        <w:t>9</w:t>
      </w:r>
      <w:r w:rsidRPr="00181731">
        <w:rPr>
          <w:lang w:val="ru-RU"/>
        </w:rPr>
        <w:br/>
      </w:r>
      <w:r w:rsidRPr="00181731">
        <w:rPr>
          <w:lang w:val="ru-RU"/>
        </w:rPr>
        <w:br/>
      </w:r>
      <w:r w:rsidRPr="00181731">
        <w:rPr>
          <w:lang w:val="ru-RU"/>
        </w:rPr>
        <w:br/>
        <w:t>Ответственный за реализацию ОПОП</w:t>
      </w:r>
      <w:r w:rsidRPr="00181731">
        <w:rPr>
          <w:lang w:val="ru-RU"/>
        </w:rPr>
        <w:tab/>
        <w:t xml:space="preserve">________________ </w:t>
      </w:r>
      <w:r w:rsidR="00560995">
        <w:rPr>
          <w:lang w:val="ru-RU"/>
        </w:rPr>
        <w:t>Слепенко Е.А.</w:t>
      </w:r>
      <w:r w:rsidRPr="00181731">
        <w:rPr>
          <w:lang w:val="ru-RU"/>
        </w:rPr>
        <w:br/>
      </w:r>
    </w:p>
    <w:p w:rsidR="00FD4A85" w:rsidRPr="00181731" w:rsidRDefault="00FD4A85">
      <w:pPr>
        <w:rPr>
          <w:lang w:val="ru-RU"/>
        </w:rPr>
      </w:pPr>
    </w:p>
    <w:p w:rsidR="00FD4A85" w:rsidRDefault="00FD4A85">
      <w:pPr>
        <w:rPr>
          <w:lang w:val="ru-RU"/>
        </w:rPr>
      </w:pPr>
    </w:p>
    <w:p w:rsidR="00B25F8F" w:rsidRDefault="00B25F8F">
      <w:pPr>
        <w:rPr>
          <w:lang w:val="ru-RU"/>
        </w:rPr>
      </w:pPr>
    </w:p>
    <w:p w:rsidR="00B25F8F" w:rsidRPr="00181731" w:rsidRDefault="00B25F8F">
      <w:pPr>
        <w:rPr>
          <w:lang w:val="ru-RU"/>
        </w:rPr>
      </w:pPr>
    </w:p>
    <w:p w:rsidR="00FD4A85" w:rsidRPr="00181731" w:rsidRDefault="00FD4A85">
      <w:pPr>
        <w:rPr>
          <w:lang w:val="ru-RU"/>
        </w:rPr>
      </w:pPr>
    </w:p>
    <w:p w:rsidR="00FD4A85" w:rsidRPr="00181731" w:rsidRDefault="00FD4A85">
      <w:pPr>
        <w:rPr>
          <w:lang w:val="ru-RU"/>
        </w:rPr>
      </w:pPr>
    </w:p>
    <w:p w:rsidR="00FD4A85" w:rsidRPr="00181731" w:rsidRDefault="00FD4A85">
      <w:pPr>
        <w:rPr>
          <w:lang w:val="ru-RU"/>
        </w:rPr>
      </w:pPr>
    </w:p>
    <w:p w:rsidR="00FD4A85" w:rsidRPr="00181731" w:rsidRDefault="00FD4A85">
      <w:pPr>
        <w:rPr>
          <w:lang w:val="ru-RU"/>
        </w:rPr>
      </w:pPr>
    </w:p>
    <w:p w:rsidR="00FD4A85" w:rsidRPr="00181731" w:rsidRDefault="00FD4A85">
      <w:pPr>
        <w:rPr>
          <w:lang w:val="ru-RU"/>
        </w:rPr>
      </w:pPr>
    </w:p>
    <w:p w:rsidR="00FD4A85" w:rsidRPr="00181731" w:rsidRDefault="00FD4A85">
      <w:pPr>
        <w:rPr>
          <w:lang w:val="ru-RU"/>
        </w:rPr>
      </w:pPr>
    </w:p>
    <w:p w:rsidR="00FD4A85" w:rsidRPr="00181731" w:rsidRDefault="00FD4A85">
      <w:pPr>
        <w:rPr>
          <w:lang w:val="ru-RU"/>
        </w:rPr>
      </w:pPr>
    </w:p>
    <w:p w:rsidR="00FD4A85" w:rsidRPr="00181731" w:rsidRDefault="00FD4A85">
      <w:pPr>
        <w:rPr>
          <w:lang w:val="ru-RU"/>
        </w:rPr>
      </w:pPr>
    </w:p>
    <w:p w:rsidR="00FD4A85" w:rsidRPr="00181731" w:rsidRDefault="00FD4A85">
      <w:pPr>
        <w:rPr>
          <w:lang w:val="ru-RU"/>
        </w:rPr>
      </w:pPr>
    </w:p>
    <w:p w:rsidR="00FD4A85" w:rsidRPr="00181731" w:rsidRDefault="00FD4A85">
      <w:pPr>
        <w:rPr>
          <w:lang w:val="ru-RU"/>
        </w:rPr>
      </w:pPr>
    </w:p>
    <w:p w:rsidR="00FD4A85" w:rsidRPr="00FD4A85" w:rsidRDefault="00FD4A85" w:rsidP="00FD4A85">
      <w:pPr>
        <w:jc w:val="center"/>
        <w:rPr>
          <w:b/>
          <w:szCs w:val="24"/>
          <w:lang w:val="ru-RU"/>
        </w:rPr>
      </w:pPr>
      <w:r w:rsidRPr="00FD4A85">
        <w:rPr>
          <w:b/>
          <w:szCs w:val="24"/>
          <w:lang w:val="ru-RU"/>
        </w:rPr>
        <w:lastRenderedPageBreak/>
        <w:t xml:space="preserve">Паспорт фонда оценочных средств по дисциплине </w:t>
      </w:r>
    </w:p>
    <w:p w:rsidR="00FD4A85" w:rsidRPr="00FD4A85" w:rsidRDefault="00FD4A85" w:rsidP="00FD4A85">
      <w:pPr>
        <w:jc w:val="center"/>
        <w:rPr>
          <w:b/>
          <w:szCs w:val="24"/>
          <w:u w:val="single"/>
          <w:lang w:val="ru-RU"/>
        </w:rPr>
      </w:pPr>
      <w:r w:rsidRPr="00FD4A85">
        <w:rPr>
          <w:b/>
          <w:szCs w:val="24"/>
          <w:u w:val="single"/>
          <w:lang w:val="ru-RU"/>
        </w:rPr>
        <w:t>Б</w:t>
      </w:r>
      <w:proofErr w:type="gramStart"/>
      <w:r w:rsidRPr="00FD4A85">
        <w:rPr>
          <w:b/>
          <w:szCs w:val="24"/>
          <w:u w:val="single"/>
          <w:lang w:val="ru-RU"/>
        </w:rPr>
        <w:t>1.О.</w:t>
      </w:r>
      <w:proofErr w:type="gramEnd"/>
      <w:r w:rsidRPr="00FD4A85">
        <w:rPr>
          <w:b/>
          <w:szCs w:val="24"/>
          <w:u w:val="single"/>
          <w:lang w:val="ru-RU"/>
        </w:rPr>
        <w:t>06.03 Химия</w:t>
      </w:r>
    </w:p>
    <w:p w:rsidR="00FD4A85" w:rsidRPr="00FD4A85" w:rsidRDefault="00FD4A85" w:rsidP="00FD4A85">
      <w:pPr>
        <w:jc w:val="center"/>
        <w:rPr>
          <w:b/>
          <w:szCs w:val="24"/>
          <w:u w:val="single"/>
          <w:lang w:val="ru-RU"/>
        </w:rPr>
      </w:pPr>
    </w:p>
    <w:p w:rsidR="00FD4A85" w:rsidRPr="00FD4A85" w:rsidRDefault="00FD4A85" w:rsidP="00FD4A85">
      <w:pPr>
        <w:jc w:val="center"/>
        <w:rPr>
          <w:szCs w:val="24"/>
          <w:lang w:val="ru-RU"/>
        </w:rPr>
      </w:pPr>
      <w:r w:rsidRPr="00FD4A85">
        <w:rPr>
          <w:szCs w:val="24"/>
          <w:lang w:val="ru-RU"/>
        </w:rPr>
        <w:t>Компетенции обучающегося, формируемые в результате освоения дисциплины (модуля):</w:t>
      </w:r>
    </w:p>
    <w:p w:rsidR="00FD4A85" w:rsidRPr="00FD4A85" w:rsidRDefault="00FD4A85" w:rsidP="00771808">
      <w:pPr>
        <w:pStyle w:val="ae"/>
        <w:numPr>
          <w:ilvl w:val="0"/>
          <w:numId w:val="7"/>
        </w:numPr>
        <w:overflowPunct w:val="0"/>
        <w:autoSpaceDE w:val="0"/>
        <w:autoSpaceDN w:val="0"/>
        <w:adjustRightInd w:val="0"/>
        <w:spacing w:line="288" w:lineRule="auto"/>
        <w:ind w:left="0" w:firstLine="0"/>
        <w:textAlignment w:val="baseline"/>
        <w:rPr>
          <w:szCs w:val="24"/>
          <w:lang w:val="ru-RU"/>
        </w:rPr>
      </w:pPr>
      <w:r w:rsidRPr="00FD4A85">
        <w:rPr>
          <w:lang w:val="ru-RU"/>
        </w:rPr>
        <w:t>УК-1: Способен осуществлять поиск, критический анализ и синтез информации, применять системный подход для решения поставленных задач.</w:t>
      </w:r>
    </w:p>
    <w:tbl>
      <w:tblPr>
        <w:tblW w:w="0" w:type="auto"/>
        <w:tblInd w:w="7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9"/>
        <w:gridCol w:w="7455"/>
      </w:tblGrid>
      <w:tr w:rsidR="00FD4A85" w:rsidRPr="00771808" w:rsidTr="00771808">
        <w:trPr>
          <w:trHeight w:hRule="exact" w:val="683"/>
        </w:trPr>
        <w:tc>
          <w:tcPr>
            <w:tcW w:w="1559" w:type="dxa"/>
            <w:shd w:val="clear" w:color="000000" w:fill="FFFFFF"/>
            <w:tcMar>
              <w:left w:w="34" w:type="dxa"/>
              <w:right w:w="34" w:type="dxa"/>
            </w:tcMar>
          </w:tcPr>
          <w:p w:rsidR="00FD4A85" w:rsidRPr="00AF37E2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 w:rsidRPr="00AF37E2">
              <w:rPr>
                <w:color w:val="000000"/>
                <w:szCs w:val="24"/>
              </w:rPr>
              <w:t>Индикатор  1</w:t>
            </w:r>
          </w:p>
        </w:tc>
        <w:tc>
          <w:tcPr>
            <w:tcW w:w="7455" w:type="dxa"/>
            <w:shd w:val="clear" w:color="000000" w:fill="FFFFFF"/>
            <w:tcMar>
              <w:left w:w="34" w:type="dxa"/>
              <w:right w:w="34" w:type="dxa"/>
            </w:tcMar>
          </w:tcPr>
          <w:p w:rsidR="00FD4A85" w:rsidRPr="00FD4A85" w:rsidRDefault="00FD4A85" w:rsidP="002264E8">
            <w:pPr>
              <w:spacing w:line="240" w:lineRule="auto"/>
              <w:rPr>
                <w:szCs w:val="24"/>
                <w:lang w:val="ru-RU"/>
              </w:rPr>
            </w:pPr>
            <w:r w:rsidRPr="00FD4A85">
              <w:rPr>
                <w:lang w:val="ru-RU"/>
              </w:rPr>
              <w:t>УК.1.2. Использует системный подход для решения поставленных задач</w:t>
            </w:r>
          </w:p>
        </w:tc>
      </w:tr>
    </w:tbl>
    <w:p w:rsidR="00FD4A85" w:rsidRPr="00FD4A85" w:rsidRDefault="00FD4A85" w:rsidP="00771808">
      <w:pPr>
        <w:pStyle w:val="ae"/>
        <w:numPr>
          <w:ilvl w:val="0"/>
          <w:numId w:val="7"/>
        </w:numPr>
        <w:overflowPunct w:val="0"/>
        <w:autoSpaceDE w:val="0"/>
        <w:autoSpaceDN w:val="0"/>
        <w:adjustRightInd w:val="0"/>
        <w:spacing w:line="288" w:lineRule="auto"/>
        <w:ind w:left="0"/>
        <w:textAlignment w:val="baseline"/>
        <w:rPr>
          <w:sz w:val="28"/>
          <w:szCs w:val="28"/>
          <w:lang w:val="ru-RU"/>
        </w:rPr>
      </w:pPr>
      <w:r w:rsidRPr="00FD4A85">
        <w:rPr>
          <w:lang w:val="ru-RU"/>
        </w:rPr>
        <w:t>ОПК-5: Способен использовать основные закономерности, действующие в процессе изготовления машиностроительных изделий требуемого качества, заданного количества при наименьших затратах общественного труда</w:t>
      </w:r>
    </w:p>
    <w:tbl>
      <w:tblPr>
        <w:tblW w:w="0" w:type="auto"/>
        <w:tblInd w:w="7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9"/>
        <w:gridCol w:w="7455"/>
      </w:tblGrid>
      <w:tr w:rsidR="00FD4A85" w:rsidRPr="00771808" w:rsidTr="00771808">
        <w:trPr>
          <w:trHeight w:hRule="exact" w:val="683"/>
        </w:trPr>
        <w:tc>
          <w:tcPr>
            <w:tcW w:w="1559" w:type="dxa"/>
            <w:shd w:val="clear" w:color="000000" w:fill="FFFFFF"/>
            <w:tcMar>
              <w:left w:w="34" w:type="dxa"/>
              <w:right w:w="34" w:type="dxa"/>
            </w:tcMar>
          </w:tcPr>
          <w:p w:rsidR="00FD4A85" w:rsidRPr="00AF37E2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 w:rsidRPr="00AF37E2">
              <w:rPr>
                <w:color w:val="000000"/>
                <w:szCs w:val="24"/>
              </w:rPr>
              <w:t>Индикатор  1</w:t>
            </w:r>
          </w:p>
        </w:tc>
        <w:tc>
          <w:tcPr>
            <w:tcW w:w="7455" w:type="dxa"/>
            <w:shd w:val="clear" w:color="000000" w:fill="FFFFFF"/>
            <w:tcMar>
              <w:left w:w="34" w:type="dxa"/>
              <w:right w:w="34" w:type="dxa"/>
            </w:tcMar>
          </w:tcPr>
          <w:p w:rsidR="00FD4A85" w:rsidRPr="00FD4A85" w:rsidRDefault="00FD4A85" w:rsidP="002264E8">
            <w:pPr>
              <w:spacing w:line="240" w:lineRule="auto"/>
              <w:rPr>
                <w:szCs w:val="24"/>
                <w:lang w:val="ru-RU"/>
              </w:rPr>
            </w:pPr>
            <w:r w:rsidRPr="00FD4A85">
              <w:rPr>
                <w:lang w:val="ru-RU"/>
              </w:rPr>
              <w:t>ОПК-5.1. Использует основные закономерности, действующие в процессе изготовления изделий</w:t>
            </w:r>
          </w:p>
        </w:tc>
      </w:tr>
    </w:tbl>
    <w:p w:rsidR="00FD4A85" w:rsidRPr="00FD4A85" w:rsidRDefault="00FD4A85" w:rsidP="00FD4A85">
      <w:pPr>
        <w:rPr>
          <w:sz w:val="28"/>
          <w:szCs w:val="28"/>
          <w:lang w:val="ru-RU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701"/>
        <w:gridCol w:w="1559"/>
        <w:gridCol w:w="2552"/>
        <w:gridCol w:w="2693"/>
      </w:tblGrid>
      <w:tr w:rsidR="00FD4A85" w:rsidRPr="00E55D6C" w:rsidTr="002264E8">
        <w:tc>
          <w:tcPr>
            <w:tcW w:w="1843" w:type="dxa"/>
            <w:vAlign w:val="center"/>
          </w:tcPr>
          <w:p w:rsidR="00FD4A85" w:rsidRPr="00E55D6C" w:rsidRDefault="00FD4A85" w:rsidP="00B25F8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Раздел (№, наименование)</w:t>
            </w:r>
          </w:p>
        </w:tc>
        <w:tc>
          <w:tcPr>
            <w:tcW w:w="1701" w:type="dxa"/>
            <w:vAlign w:val="center"/>
          </w:tcPr>
          <w:p w:rsidR="00FD4A85" w:rsidRPr="00E55D6C" w:rsidRDefault="00FD4A85" w:rsidP="00B25F8F">
            <w:pPr>
              <w:spacing w:line="240" w:lineRule="auto"/>
              <w:jc w:val="center"/>
              <w:rPr>
                <w:szCs w:val="24"/>
              </w:rPr>
            </w:pPr>
            <w:r w:rsidRPr="00E55D6C">
              <w:rPr>
                <w:szCs w:val="24"/>
              </w:rPr>
              <w:t>Тема</w:t>
            </w:r>
          </w:p>
        </w:tc>
        <w:tc>
          <w:tcPr>
            <w:tcW w:w="1559" w:type="dxa"/>
            <w:vAlign w:val="center"/>
          </w:tcPr>
          <w:p w:rsidR="00FD4A85" w:rsidRPr="00E55D6C" w:rsidRDefault="00FD4A85" w:rsidP="00B25F8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Код индикатора</w:t>
            </w:r>
          </w:p>
        </w:tc>
        <w:tc>
          <w:tcPr>
            <w:tcW w:w="2552" w:type="dxa"/>
            <w:vAlign w:val="center"/>
          </w:tcPr>
          <w:p w:rsidR="00FD4A85" w:rsidRPr="00FD4A85" w:rsidRDefault="00FD4A85" w:rsidP="00B25F8F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FD4A85">
              <w:rPr>
                <w:szCs w:val="24"/>
                <w:lang w:val="ru-RU"/>
              </w:rPr>
              <w:t>Форма</w:t>
            </w:r>
          </w:p>
          <w:p w:rsidR="00FD4A85" w:rsidRPr="00FD4A85" w:rsidRDefault="00FD4A85" w:rsidP="00B25F8F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FD4A85">
              <w:rPr>
                <w:szCs w:val="24"/>
                <w:lang w:val="ru-RU"/>
              </w:rPr>
              <w:t>оценки</w:t>
            </w:r>
          </w:p>
          <w:p w:rsidR="00FD4A85" w:rsidRPr="00FD4A85" w:rsidRDefault="00FD4A85" w:rsidP="00B25F8F">
            <w:pPr>
              <w:spacing w:line="240" w:lineRule="auto"/>
              <w:jc w:val="center"/>
              <w:rPr>
                <w:i/>
                <w:sz w:val="16"/>
                <w:szCs w:val="16"/>
                <w:lang w:val="ru-RU"/>
              </w:rPr>
            </w:pPr>
            <w:r w:rsidRPr="00FD4A85">
              <w:rPr>
                <w:i/>
                <w:sz w:val="16"/>
                <w:szCs w:val="16"/>
                <w:lang w:val="ru-RU"/>
              </w:rPr>
              <w:t>(текущий контроль, промежуточная аттестация, диагностическое дисциплинарное тестирование)</w:t>
            </w:r>
          </w:p>
        </w:tc>
        <w:tc>
          <w:tcPr>
            <w:tcW w:w="2693" w:type="dxa"/>
            <w:vAlign w:val="center"/>
          </w:tcPr>
          <w:p w:rsidR="00FD4A85" w:rsidRPr="00E55D6C" w:rsidRDefault="00FD4A85" w:rsidP="00B25F8F">
            <w:pPr>
              <w:spacing w:line="240" w:lineRule="auto"/>
              <w:jc w:val="center"/>
              <w:rPr>
                <w:szCs w:val="24"/>
              </w:rPr>
            </w:pPr>
            <w:r w:rsidRPr="00E55D6C">
              <w:rPr>
                <w:szCs w:val="24"/>
              </w:rPr>
              <w:t>ФОС</w:t>
            </w:r>
          </w:p>
          <w:p w:rsidR="00FD4A85" w:rsidRPr="00E55D6C" w:rsidRDefault="00FD4A85" w:rsidP="00B25F8F">
            <w:pPr>
              <w:spacing w:line="240" w:lineRule="auto"/>
              <w:ind w:left="-164" w:right="-108"/>
              <w:jc w:val="center"/>
              <w:rPr>
                <w:i/>
                <w:sz w:val="18"/>
                <w:szCs w:val="18"/>
              </w:rPr>
            </w:pPr>
            <w:r w:rsidRPr="00E55D6C">
              <w:rPr>
                <w:i/>
                <w:sz w:val="18"/>
                <w:szCs w:val="18"/>
              </w:rPr>
              <w:t xml:space="preserve">(согласно </w:t>
            </w:r>
            <w:r>
              <w:rPr>
                <w:i/>
                <w:sz w:val="18"/>
                <w:szCs w:val="18"/>
              </w:rPr>
              <w:t>раздела 6 РПД</w:t>
            </w:r>
            <w:r w:rsidRPr="00E55D6C">
              <w:rPr>
                <w:i/>
                <w:sz w:val="18"/>
                <w:szCs w:val="18"/>
              </w:rPr>
              <w:t>)</w:t>
            </w:r>
          </w:p>
        </w:tc>
      </w:tr>
      <w:tr w:rsidR="00771808" w:rsidRPr="00E55D6C" w:rsidTr="002264E8">
        <w:tc>
          <w:tcPr>
            <w:tcW w:w="1843" w:type="dxa"/>
            <w:vAlign w:val="center"/>
          </w:tcPr>
          <w:p w:rsidR="00771808" w:rsidRPr="00771808" w:rsidRDefault="00771808" w:rsidP="00B25F8F">
            <w:pPr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</w:t>
            </w:r>
          </w:p>
        </w:tc>
        <w:tc>
          <w:tcPr>
            <w:tcW w:w="1701" w:type="dxa"/>
            <w:vAlign w:val="center"/>
          </w:tcPr>
          <w:p w:rsidR="00771808" w:rsidRPr="00771808" w:rsidRDefault="00771808" w:rsidP="00B25F8F">
            <w:pPr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</w:t>
            </w:r>
          </w:p>
        </w:tc>
        <w:tc>
          <w:tcPr>
            <w:tcW w:w="1559" w:type="dxa"/>
            <w:vAlign w:val="center"/>
          </w:tcPr>
          <w:p w:rsidR="00771808" w:rsidRPr="00771808" w:rsidRDefault="00771808" w:rsidP="00B25F8F">
            <w:pPr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</w:t>
            </w:r>
          </w:p>
        </w:tc>
        <w:tc>
          <w:tcPr>
            <w:tcW w:w="2552" w:type="dxa"/>
            <w:vAlign w:val="center"/>
          </w:tcPr>
          <w:p w:rsidR="00771808" w:rsidRPr="00FD4A85" w:rsidRDefault="00771808" w:rsidP="00B25F8F">
            <w:pPr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4</w:t>
            </w:r>
          </w:p>
        </w:tc>
        <w:tc>
          <w:tcPr>
            <w:tcW w:w="2693" w:type="dxa"/>
            <w:vAlign w:val="center"/>
          </w:tcPr>
          <w:p w:rsidR="00771808" w:rsidRPr="00771808" w:rsidRDefault="00771808" w:rsidP="00B25F8F">
            <w:pPr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5</w:t>
            </w:r>
          </w:p>
        </w:tc>
      </w:tr>
      <w:tr w:rsidR="00FD4A85" w:rsidRPr="00771808" w:rsidTr="002264E8">
        <w:trPr>
          <w:trHeight w:val="276"/>
        </w:trPr>
        <w:tc>
          <w:tcPr>
            <w:tcW w:w="1843" w:type="dxa"/>
            <w:vMerge w:val="restart"/>
          </w:tcPr>
          <w:p w:rsidR="00FD4A85" w:rsidRPr="00BC12F2" w:rsidRDefault="00FD4A85" w:rsidP="00B25F8F">
            <w:pPr>
              <w:spacing w:line="240" w:lineRule="auto"/>
              <w:rPr>
                <w:szCs w:val="24"/>
              </w:rPr>
            </w:pPr>
            <w:r>
              <w:t>1. Химия - наука о веществах</w:t>
            </w:r>
          </w:p>
        </w:tc>
        <w:tc>
          <w:tcPr>
            <w:tcW w:w="1701" w:type="dxa"/>
            <w:vMerge w:val="restart"/>
          </w:tcPr>
          <w:p w:rsidR="00FD4A85" w:rsidRPr="008B1AD8" w:rsidRDefault="00FD4A85" w:rsidP="00B25F8F">
            <w:pPr>
              <w:widowControl w:val="0"/>
              <w:spacing w:line="240" w:lineRule="auto"/>
              <w:rPr>
                <w:szCs w:val="24"/>
              </w:rPr>
            </w:pPr>
            <w:r w:rsidRPr="00BC12F2">
              <w:rPr>
                <w:szCs w:val="24"/>
              </w:rPr>
              <w:t>1.1</w:t>
            </w:r>
            <w:r>
              <w:rPr>
                <w:b/>
                <w:szCs w:val="24"/>
              </w:rPr>
              <w:t xml:space="preserve"> </w:t>
            </w:r>
            <w:r w:rsidRPr="00B046FC">
              <w:rPr>
                <w:szCs w:val="24"/>
              </w:rPr>
              <w:t>Строение вещества</w:t>
            </w:r>
          </w:p>
        </w:tc>
        <w:tc>
          <w:tcPr>
            <w:tcW w:w="1559" w:type="dxa"/>
            <w:vMerge w:val="restart"/>
          </w:tcPr>
          <w:p w:rsidR="00FD4A85" w:rsidRDefault="00FD4A85" w:rsidP="00B25F8F">
            <w:pPr>
              <w:spacing w:line="240" w:lineRule="auto"/>
              <w:rPr>
                <w:i/>
                <w:szCs w:val="24"/>
              </w:rPr>
            </w:pPr>
            <w:r>
              <w:rPr>
                <w:i/>
                <w:szCs w:val="24"/>
              </w:rPr>
              <w:t>УК. 1.2</w:t>
            </w:r>
          </w:p>
          <w:p w:rsidR="00FD4A85" w:rsidRPr="006F2CFC" w:rsidRDefault="00FD4A85" w:rsidP="00B25F8F">
            <w:pPr>
              <w:spacing w:line="240" w:lineRule="auto"/>
              <w:rPr>
                <w:i/>
                <w:szCs w:val="24"/>
              </w:rPr>
            </w:pPr>
            <w:r>
              <w:rPr>
                <w:i/>
                <w:szCs w:val="24"/>
              </w:rPr>
              <w:t>ОПК-5.1</w:t>
            </w:r>
          </w:p>
        </w:tc>
        <w:tc>
          <w:tcPr>
            <w:tcW w:w="2552" w:type="dxa"/>
          </w:tcPr>
          <w:p w:rsidR="00FD4A85" w:rsidRDefault="00FD4A85" w:rsidP="00B25F8F">
            <w:pPr>
              <w:spacing w:line="240" w:lineRule="auto"/>
              <w:rPr>
                <w:i/>
                <w:sz w:val="20"/>
              </w:rPr>
            </w:pPr>
            <w:r>
              <w:rPr>
                <w:i/>
                <w:sz w:val="20"/>
              </w:rPr>
              <w:t>Текущий контроль</w:t>
            </w:r>
          </w:p>
        </w:tc>
        <w:tc>
          <w:tcPr>
            <w:tcW w:w="2693" w:type="dxa"/>
          </w:tcPr>
          <w:p w:rsidR="00FD4A85" w:rsidRPr="00FD4A85" w:rsidRDefault="00FD4A85" w:rsidP="00B25F8F">
            <w:pPr>
              <w:spacing w:line="240" w:lineRule="auto"/>
              <w:rPr>
                <w:i/>
                <w:sz w:val="20"/>
                <w:lang w:val="ru-RU"/>
              </w:rPr>
            </w:pPr>
            <w:r w:rsidRPr="00FD4A85">
              <w:rPr>
                <w:i/>
                <w:sz w:val="20"/>
                <w:lang w:val="ru-RU"/>
              </w:rPr>
              <w:t>Отчет по ЛР, контрольная работа, тест</w:t>
            </w:r>
          </w:p>
        </w:tc>
      </w:tr>
      <w:tr w:rsidR="00FD4A85" w:rsidRPr="00771808" w:rsidTr="002264E8">
        <w:trPr>
          <w:trHeight w:val="276"/>
        </w:trPr>
        <w:tc>
          <w:tcPr>
            <w:tcW w:w="1843" w:type="dxa"/>
            <w:vMerge/>
          </w:tcPr>
          <w:p w:rsidR="00FD4A85" w:rsidRPr="00FD4A85" w:rsidRDefault="00FD4A85" w:rsidP="00B25F8F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701" w:type="dxa"/>
            <w:vMerge/>
          </w:tcPr>
          <w:p w:rsidR="00FD4A85" w:rsidRPr="00FD4A85" w:rsidRDefault="00FD4A85" w:rsidP="00B25F8F">
            <w:pPr>
              <w:widowControl w:val="0"/>
              <w:spacing w:line="240" w:lineRule="auto"/>
              <w:rPr>
                <w:b/>
                <w:szCs w:val="24"/>
                <w:lang w:val="ru-RU"/>
              </w:rPr>
            </w:pPr>
          </w:p>
        </w:tc>
        <w:tc>
          <w:tcPr>
            <w:tcW w:w="1559" w:type="dxa"/>
            <w:vMerge/>
          </w:tcPr>
          <w:p w:rsidR="00FD4A85" w:rsidRPr="00FD4A85" w:rsidRDefault="00FD4A85" w:rsidP="00B25F8F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2552" w:type="dxa"/>
          </w:tcPr>
          <w:p w:rsidR="00FD4A85" w:rsidRDefault="00FD4A85" w:rsidP="00B25F8F">
            <w:pPr>
              <w:spacing w:line="240" w:lineRule="auto"/>
              <w:rPr>
                <w:i/>
                <w:sz w:val="20"/>
              </w:rPr>
            </w:pPr>
            <w:r>
              <w:rPr>
                <w:i/>
                <w:sz w:val="20"/>
              </w:rPr>
              <w:t>Промежуточная аттестация</w:t>
            </w:r>
          </w:p>
        </w:tc>
        <w:tc>
          <w:tcPr>
            <w:tcW w:w="2693" w:type="dxa"/>
          </w:tcPr>
          <w:p w:rsidR="00FD4A85" w:rsidRPr="00FD4A85" w:rsidRDefault="00FD4A85" w:rsidP="00B25F8F">
            <w:pPr>
              <w:spacing w:line="240" w:lineRule="auto"/>
              <w:rPr>
                <w:i/>
                <w:sz w:val="20"/>
                <w:lang w:val="ru-RU"/>
              </w:rPr>
            </w:pPr>
            <w:r w:rsidRPr="00FD4A85">
              <w:rPr>
                <w:i/>
                <w:sz w:val="20"/>
                <w:lang w:val="ru-RU"/>
              </w:rPr>
              <w:t>Экзаменационные вопросы, экзаменационные билеты, экзаменационный тест</w:t>
            </w:r>
          </w:p>
        </w:tc>
      </w:tr>
      <w:tr w:rsidR="00FD4A85" w:rsidTr="002264E8">
        <w:trPr>
          <w:trHeight w:val="276"/>
        </w:trPr>
        <w:tc>
          <w:tcPr>
            <w:tcW w:w="1843" w:type="dxa"/>
            <w:vMerge/>
          </w:tcPr>
          <w:p w:rsidR="00FD4A85" w:rsidRPr="00FD4A85" w:rsidRDefault="00FD4A85" w:rsidP="00B25F8F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701" w:type="dxa"/>
            <w:vMerge/>
          </w:tcPr>
          <w:p w:rsidR="00FD4A85" w:rsidRPr="00FD4A85" w:rsidRDefault="00FD4A85" w:rsidP="00B25F8F">
            <w:pPr>
              <w:widowControl w:val="0"/>
              <w:spacing w:line="240" w:lineRule="auto"/>
              <w:rPr>
                <w:b/>
                <w:szCs w:val="24"/>
                <w:lang w:val="ru-RU"/>
              </w:rPr>
            </w:pPr>
          </w:p>
        </w:tc>
        <w:tc>
          <w:tcPr>
            <w:tcW w:w="1559" w:type="dxa"/>
            <w:vMerge/>
          </w:tcPr>
          <w:p w:rsidR="00FD4A85" w:rsidRPr="00FD4A85" w:rsidRDefault="00FD4A85" w:rsidP="00B25F8F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2552" w:type="dxa"/>
          </w:tcPr>
          <w:p w:rsidR="00FD4A85" w:rsidRPr="00A63A0F" w:rsidRDefault="00FD4A85" w:rsidP="00B25F8F">
            <w:pPr>
              <w:spacing w:line="240" w:lineRule="auto"/>
              <w:rPr>
                <w:i/>
                <w:sz w:val="20"/>
              </w:rPr>
            </w:pPr>
            <w:r w:rsidRPr="00A63A0F">
              <w:rPr>
                <w:i/>
                <w:sz w:val="20"/>
              </w:rPr>
              <w:t>Диагностическое дисциплинарное тестирование</w:t>
            </w:r>
          </w:p>
        </w:tc>
        <w:tc>
          <w:tcPr>
            <w:tcW w:w="2693" w:type="dxa"/>
          </w:tcPr>
          <w:p w:rsidR="00FD4A85" w:rsidRPr="00A63A0F" w:rsidRDefault="00FD4A85" w:rsidP="00B25F8F">
            <w:pPr>
              <w:spacing w:line="240" w:lineRule="auto"/>
              <w:rPr>
                <w:i/>
                <w:sz w:val="20"/>
              </w:rPr>
            </w:pPr>
            <w:r w:rsidRPr="00A63A0F">
              <w:rPr>
                <w:i/>
                <w:sz w:val="20"/>
              </w:rPr>
              <w:t>Комплект тестовых заданий</w:t>
            </w:r>
          </w:p>
        </w:tc>
      </w:tr>
      <w:tr w:rsidR="00FD4A85" w:rsidRPr="00771808" w:rsidTr="002264E8">
        <w:trPr>
          <w:trHeight w:val="330"/>
        </w:trPr>
        <w:tc>
          <w:tcPr>
            <w:tcW w:w="1843" w:type="dxa"/>
            <w:vMerge w:val="restart"/>
          </w:tcPr>
          <w:p w:rsidR="00FD4A85" w:rsidRDefault="00FD4A85" w:rsidP="00B25F8F">
            <w:pPr>
              <w:spacing w:line="240" w:lineRule="auto"/>
              <w:rPr>
                <w:rFonts w:eastAsia="Calibri"/>
                <w:bCs/>
                <w:iCs/>
                <w:szCs w:val="24"/>
              </w:rPr>
            </w:pPr>
            <w:r>
              <w:t>2. Энергетика химических процессов</w:t>
            </w:r>
          </w:p>
        </w:tc>
        <w:tc>
          <w:tcPr>
            <w:tcW w:w="1701" w:type="dxa"/>
            <w:vMerge w:val="restart"/>
          </w:tcPr>
          <w:p w:rsidR="00FD4A85" w:rsidRPr="00AF37E2" w:rsidRDefault="00FD4A85" w:rsidP="00B25F8F">
            <w:pPr>
              <w:widowControl w:val="0"/>
              <w:spacing w:line="240" w:lineRule="auto"/>
            </w:pPr>
            <w:r>
              <w:t>2.1. Основы химической термодинамики</w:t>
            </w:r>
          </w:p>
        </w:tc>
        <w:tc>
          <w:tcPr>
            <w:tcW w:w="1559" w:type="dxa"/>
            <w:vMerge w:val="restart"/>
          </w:tcPr>
          <w:p w:rsidR="00FD4A85" w:rsidRDefault="00FD4A85" w:rsidP="00B25F8F">
            <w:pPr>
              <w:spacing w:line="240" w:lineRule="auto"/>
              <w:rPr>
                <w:i/>
                <w:szCs w:val="24"/>
              </w:rPr>
            </w:pPr>
            <w:r>
              <w:rPr>
                <w:i/>
                <w:szCs w:val="24"/>
              </w:rPr>
              <w:t>УК. 1.2</w:t>
            </w:r>
          </w:p>
          <w:p w:rsidR="00FD4A85" w:rsidRDefault="00FD4A85" w:rsidP="00B25F8F">
            <w:pPr>
              <w:spacing w:line="240" w:lineRule="auto"/>
              <w:rPr>
                <w:rFonts w:eastAsia="Calibri"/>
                <w:bCs/>
                <w:iCs/>
                <w:szCs w:val="24"/>
              </w:rPr>
            </w:pPr>
            <w:r>
              <w:rPr>
                <w:i/>
                <w:szCs w:val="24"/>
              </w:rPr>
              <w:t>ОПК-5.1</w:t>
            </w:r>
          </w:p>
        </w:tc>
        <w:tc>
          <w:tcPr>
            <w:tcW w:w="2552" w:type="dxa"/>
          </w:tcPr>
          <w:p w:rsidR="00FD4A85" w:rsidRDefault="00FD4A85" w:rsidP="00B25F8F">
            <w:pPr>
              <w:spacing w:line="240" w:lineRule="auto"/>
              <w:rPr>
                <w:i/>
                <w:sz w:val="20"/>
              </w:rPr>
            </w:pPr>
            <w:r>
              <w:rPr>
                <w:i/>
                <w:sz w:val="20"/>
              </w:rPr>
              <w:t>Текущий контроль</w:t>
            </w:r>
          </w:p>
        </w:tc>
        <w:tc>
          <w:tcPr>
            <w:tcW w:w="2693" w:type="dxa"/>
          </w:tcPr>
          <w:p w:rsidR="00FD4A85" w:rsidRPr="00FD4A85" w:rsidRDefault="00FD4A85" w:rsidP="00B25F8F">
            <w:pPr>
              <w:spacing w:line="240" w:lineRule="auto"/>
              <w:rPr>
                <w:i/>
                <w:sz w:val="20"/>
                <w:lang w:val="ru-RU"/>
              </w:rPr>
            </w:pPr>
            <w:r w:rsidRPr="00FD4A85">
              <w:rPr>
                <w:i/>
                <w:sz w:val="20"/>
                <w:lang w:val="ru-RU"/>
              </w:rPr>
              <w:t>Отчет по ЛР, контрольная работа, тест</w:t>
            </w:r>
          </w:p>
        </w:tc>
      </w:tr>
      <w:tr w:rsidR="00FD4A85" w:rsidRPr="00771808" w:rsidTr="002264E8">
        <w:trPr>
          <w:trHeight w:val="330"/>
        </w:trPr>
        <w:tc>
          <w:tcPr>
            <w:tcW w:w="1843" w:type="dxa"/>
            <w:vMerge/>
          </w:tcPr>
          <w:p w:rsidR="00FD4A85" w:rsidRPr="00FD4A85" w:rsidRDefault="00FD4A85" w:rsidP="00B25F8F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701" w:type="dxa"/>
            <w:vMerge/>
          </w:tcPr>
          <w:p w:rsidR="00FD4A85" w:rsidRPr="00FD4A85" w:rsidRDefault="00FD4A85" w:rsidP="00B25F8F">
            <w:pPr>
              <w:widowControl w:val="0"/>
              <w:spacing w:line="240" w:lineRule="auto"/>
              <w:rPr>
                <w:b/>
                <w:szCs w:val="24"/>
                <w:lang w:val="ru-RU"/>
              </w:rPr>
            </w:pPr>
          </w:p>
        </w:tc>
        <w:tc>
          <w:tcPr>
            <w:tcW w:w="1559" w:type="dxa"/>
            <w:vMerge/>
          </w:tcPr>
          <w:p w:rsidR="00FD4A85" w:rsidRPr="00FD4A85" w:rsidRDefault="00FD4A85" w:rsidP="00B25F8F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2552" w:type="dxa"/>
          </w:tcPr>
          <w:p w:rsidR="00FD4A85" w:rsidRDefault="00FD4A85" w:rsidP="00B25F8F">
            <w:pPr>
              <w:spacing w:line="240" w:lineRule="auto"/>
              <w:rPr>
                <w:i/>
                <w:sz w:val="20"/>
              </w:rPr>
            </w:pPr>
            <w:r>
              <w:rPr>
                <w:i/>
                <w:sz w:val="20"/>
              </w:rPr>
              <w:t>Промежуточная аттестация</w:t>
            </w:r>
          </w:p>
        </w:tc>
        <w:tc>
          <w:tcPr>
            <w:tcW w:w="2693" w:type="dxa"/>
          </w:tcPr>
          <w:p w:rsidR="00FD4A85" w:rsidRPr="00FD4A85" w:rsidRDefault="00FD4A85" w:rsidP="00B25F8F">
            <w:pPr>
              <w:spacing w:line="240" w:lineRule="auto"/>
              <w:rPr>
                <w:i/>
                <w:sz w:val="20"/>
                <w:lang w:val="ru-RU"/>
              </w:rPr>
            </w:pPr>
            <w:r w:rsidRPr="00FD4A85">
              <w:rPr>
                <w:i/>
                <w:sz w:val="20"/>
                <w:lang w:val="ru-RU"/>
              </w:rPr>
              <w:t>Экзаменационные вопросы, экзаменационные билеты, экзаменационный тест</w:t>
            </w:r>
          </w:p>
        </w:tc>
      </w:tr>
      <w:tr w:rsidR="00FD4A85" w:rsidTr="002264E8">
        <w:trPr>
          <w:trHeight w:val="330"/>
        </w:trPr>
        <w:tc>
          <w:tcPr>
            <w:tcW w:w="1843" w:type="dxa"/>
            <w:vMerge/>
          </w:tcPr>
          <w:p w:rsidR="00FD4A85" w:rsidRPr="00FD4A85" w:rsidRDefault="00FD4A85" w:rsidP="00B25F8F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701" w:type="dxa"/>
            <w:vMerge/>
          </w:tcPr>
          <w:p w:rsidR="00FD4A85" w:rsidRPr="00FD4A85" w:rsidRDefault="00FD4A85" w:rsidP="00B25F8F">
            <w:pPr>
              <w:widowControl w:val="0"/>
              <w:spacing w:line="240" w:lineRule="auto"/>
              <w:rPr>
                <w:b/>
                <w:szCs w:val="24"/>
                <w:lang w:val="ru-RU"/>
              </w:rPr>
            </w:pPr>
          </w:p>
        </w:tc>
        <w:tc>
          <w:tcPr>
            <w:tcW w:w="1559" w:type="dxa"/>
            <w:vMerge/>
          </w:tcPr>
          <w:p w:rsidR="00FD4A85" w:rsidRPr="00FD4A85" w:rsidRDefault="00FD4A85" w:rsidP="00B25F8F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2552" w:type="dxa"/>
          </w:tcPr>
          <w:p w:rsidR="00FD4A85" w:rsidRPr="00A63A0F" w:rsidRDefault="00FD4A85" w:rsidP="00B25F8F">
            <w:pPr>
              <w:spacing w:line="240" w:lineRule="auto"/>
              <w:rPr>
                <w:i/>
                <w:sz w:val="20"/>
              </w:rPr>
            </w:pPr>
            <w:r w:rsidRPr="00A63A0F">
              <w:rPr>
                <w:i/>
                <w:sz w:val="20"/>
              </w:rPr>
              <w:t>Диагностическое дисциплинарное тестирование</w:t>
            </w:r>
          </w:p>
        </w:tc>
        <w:tc>
          <w:tcPr>
            <w:tcW w:w="2693" w:type="dxa"/>
          </w:tcPr>
          <w:p w:rsidR="00FD4A85" w:rsidRPr="00A63A0F" w:rsidRDefault="00FD4A85" w:rsidP="00B25F8F">
            <w:pPr>
              <w:spacing w:line="240" w:lineRule="auto"/>
              <w:rPr>
                <w:i/>
                <w:sz w:val="20"/>
              </w:rPr>
            </w:pPr>
            <w:r w:rsidRPr="00A63A0F">
              <w:rPr>
                <w:i/>
                <w:sz w:val="20"/>
              </w:rPr>
              <w:t>Комплект тестовых заданий</w:t>
            </w:r>
          </w:p>
        </w:tc>
      </w:tr>
      <w:tr w:rsidR="00FD4A85" w:rsidRPr="00771808" w:rsidTr="002264E8">
        <w:trPr>
          <w:trHeight w:val="498"/>
        </w:trPr>
        <w:tc>
          <w:tcPr>
            <w:tcW w:w="1843" w:type="dxa"/>
            <w:vMerge w:val="restart"/>
          </w:tcPr>
          <w:p w:rsidR="00FD4A85" w:rsidRPr="00FD4A85" w:rsidRDefault="00FD4A85" w:rsidP="00B25F8F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  <w:r w:rsidRPr="00FD4A85">
              <w:rPr>
                <w:lang w:val="ru-RU"/>
              </w:rPr>
              <w:t>3. Кинетика и катализ химических процессов</w:t>
            </w:r>
          </w:p>
        </w:tc>
        <w:tc>
          <w:tcPr>
            <w:tcW w:w="1701" w:type="dxa"/>
            <w:vMerge w:val="restart"/>
          </w:tcPr>
          <w:p w:rsidR="00FD4A85" w:rsidRPr="00AF37E2" w:rsidRDefault="00FD4A85" w:rsidP="00B25F8F">
            <w:pPr>
              <w:widowControl w:val="0"/>
              <w:spacing w:line="240" w:lineRule="auto"/>
              <w:rPr>
                <w:szCs w:val="24"/>
              </w:rPr>
            </w:pPr>
            <w:r>
              <w:t>3.1. Химическая кинетика и катализ</w:t>
            </w:r>
          </w:p>
        </w:tc>
        <w:tc>
          <w:tcPr>
            <w:tcW w:w="1559" w:type="dxa"/>
            <w:vMerge w:val="restart"/>
          </w:tcPr>
          <w:p w:rsidR="00FD4A85" w:rsidRDefault="00FD4A85" w:rsidP="00B25F8F">
            <w:pPr>
              <w:spacing w:line="240" w:lineRule="auto"/>
              <w:rPr>
                <w:i/>
                <w:szCs w:val="24"/>
              </w:rPr>
            </w:pPr>
            <w:r>
              <w:rPr>
                <w:i/>
                <w:szCs w:val="24"/>
              </w:rPr>
              <w:t>УК. 1.2</w:t>
            </w:r>
          </w:p>
          <w:p w:rsidR="00FD4A85" w:rsidRDefault="00FD4A85" w:rsidP="00B25F8F">
            <w:pPr>
              <w:spacing w:line="240" w:lineRule="auto"/>
              <w:rPr>
                <w:rFonts w:eastAsia="Calibri"/>
                <w:bCs/>
                <w:iCs/>
                <w:szCs w:val="24"/>
              </w:rPr>
            </w:pPr>
            <w:r>
              <w:rPr>
                <w:i/>
                <w:szCs w:val="24"/>
              </w:rPr>
              <w:t>ОПК-5.1</w:t>
            </w:r>
          </w:p>
        </w:tc>
        <w:tc>
          <w:tcPr>
            <w:tcW w:w="2552" w:type="dxa"/>
          </w:tcPr>
          <w:p w:rsidR="00FD4A85" w:rsidRDefault="00FD4A85" w:rsidP="00B25F8F">
            <w:pPr>
              <w:spacing w:line="240" w:lineRule="auto"/>
              <w:rPr>
                <w:i/>
                <w:sz w:val="20"/>
              </w:rPr>
            </w:pPr>
            <w:r>
              <w:rPr>
                <w:i/>
                <w:sz w:val="20"/>
              </w:rPr>
              <w:t>Текущий контроль</w:t>
            </w:r>
          </w:p>
        </w:tc>
        <w:tc>
          <w:tcPr>
            <w:tcW w:w="2693" w:type="dxa"/>
          </w:tcPr>
          <w:p w:rsidR="00FD4A85" w:rsidRPr="00FD4A85" w:rsidRDefault="00FD4A85" w:rsidP="00B25F8F">
            <w:pPr>
              <w:spacing w:line="240" w:lineRule="auto"/>
              <w:rPr>
                <w:i/>
                <w:sz w:val="20"/>
                <w:lang w:val="ru-RU"/>
              </w:rPr>
            </w:pPr>
            <w:r w:rsidRPr="00FD4A85">
              <w:rPr>
                <w:i/>
                <w:sz w:val="20"/>
                <w:lang w:val="ru-RU"/>
              </w:rPr>
              <w:t>Отчет по ЛР, контрольная работа, тест</w:t>
            </w:r>
          </w:p>
        </w:tc>
      </w:tr>
      <w:tr w:rsidR="00FD4A85" w:rsidRPr="00771808" w:rsidTr="002264E8">
        <w:trPr>
          <w:trHeight w:val="498"/>
        </w:trPr>
        <w:tc>
          <w:tcPr>
            <w:tcW w:w="1843" w:type="dxa"/>
            <w:vMerge/>
          </w:tcPr>
          <w:p w:rsidR="00FD4A85" w:rsidRPr="00FD4A85" w:rsidRDefault="00FD4A85" w:rsidP="00B25F8F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701" w:type="dxa"/>
            <w:vMerge/>
          </w:tcPr>
          <w:p w:rsidR="00FD4A85" w:rsidRPr="00FD4A85" w:rsidRDefault="00FD4A85" w:rsidP="00B25F8F">
            <w:pPr>
              <w:widowControl w:val="0"/>
              <w:spacing w:line="240" w:lineRule="auto"/>
              <w:rPr>
                <w:b/>
                <w:szCs w:val="24"/>
                <w:lang w:val="ru-RU"/>
              </w:rPr>
            </w:pPr>
          </w:p>
        </w:tc>
        <w:tc>
          <w:tcPr>
            <w:tcW w:w="1559" w:type="dxa"/>
            <w:vMerge/>
          </w:tcPr>
          <w:p w:rsidR="00FD4A85" w:rsidRPr="00FD4A85" w:rsidRDefault="00FD4A85" w:rsidP="00B25F8F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2552" w:type="dxa"/>
          </w:tcPr>
          <w:p w:rsidR="00FD4A85" w:rsidRDefault="00FD4A85" w:rsidP="00B25F8F">
            <w:pPr>
              <w:spacing w:line="240" w:lineRule="auto"/>
              <w:rPr>
                <w:i/>
                <w:sz w:val="20"/>
              </w:rPr>
            </w:pPr>
            <w:r>
              <w:rPr>
                <w:i/>
                <w:sz w:val="20"/>
              </w:rPr>
              <w:t>Промежуточная аттестация</w:t>
            </w:r>
          </w:p>
        </w:tc>
        <w:tc>
          <w:tcPr>
            <w:tcW w:w="2693" w:type="dxa"/>
          </w:tcPr>
          <w:p w:rsidR="00FD4A85" w:rsidRPr="00FD4A85" w:rsidRDefault="00FD4A85" w:rsidP="00B25F8F">
            <w:pPr>
              <w:spacing w:line="240" w:lineRule="auto"/>
              <w:rPr>
                <w:i/>
                <w:sz w:val="20"/>
                <w:lang w:val="ru-RU"/>
              </w:rPr>
            </w:pPr>
            <w:r w:rsidRPr="00FD4A85">
              <w:rPr>
                <w:i/>
                <w:sz w:val="20"/>
                <w:lang w:val="ru-RU"/>
              </w:rPr>
              <w:t>Экзаменационные вопросы, экзаменационные билеты, экзаменационный тест</w:t>
            </w:r>
          </w:p>
        </w:tc>
      </w:tr>
      <w:tr w:rsidR="00FD4A85" w:rsidTr="002264E8">
        <w:trPr>
          <w:trHeight w:val="498"/>
        </w:trPr>
        <w:tc>
          <w:tcPr>
            <w:tcW w:w="1843" w:type="dxa"/>
            <w:vMerge/>
          </w:tcPr>
          <w:p w:rsidR="00FD4A85" w:rsidRPr="00FD4A85" w:rsidRDefault="00FD4A85" w:rsidP="00B25F8F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701" w:type="dxa"/>
            <w:vMerge/>
          </w:tcPr>
          <w:p w:rsidR="00FD4A85" w:rsidRPr="00FD4A85" w:rsidRDefault="00FD4A85" w:rsidP="00B25F8F">
            <w:pPr>
              <w:widowControl w:val="0"/>
              <w:spacing w:line="240" w:lineRule="auto"/>
              <w:rPr>
                <w:b/>
                <w:szCs w:val="24"/>
                <w:lang w:val="ru-RU"/>
              </w:rPr>
            </w:pPr>
          </w:p>
        </w:tc>
        <w:tc>
          <w:tcPr>
            <w:tcW w:w="1559" w:type="dxa"/>
            <w:vMerge/>
          </w:tcPr>
          <w:p w:rsidR="00FD4A85" w:rsidRPr="00FD4A85" w:rsidRDefault="00FD4A85" w:rsidP="00B25F8F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2552" w:type="dxa"/>
          </w:tcPr>
          <w:p w:rsidR="00FD4A85" w:rsidRPr="00A63A0F" w:rsidRDefault="00FD4A85" w:rsidP="00B25F8F">
            <w:pPr>
              <w:spacing w:line="240" w:lineRule="auto"/>
              <w:rPr>
                <w:i/>
                <w:sz w:val="20"/>
              </w:rPr>
            </w:pPr>
            <w:r w:rsidRPr="00A63A0F">
              <w:rPr>
                <w:i/>
                <w:sz w:val="20"/>
              </w:rPr>
              <w:t>Диагностическое дисциплинарное тестирование</w:t>
            </w:r>
          </w:p>
        </w:tc>
        <w:tc>
          <w:tcPr>
            <w:tcW w:w="2693" w:type="dxa"/>
          </w:tcPr>
          <w:p w:rsidR="00FD4A85" w:rsidRPr="00A63A0F" w:rsidRDefault="00FD4A85" w:rsidP="00B25F8F">
            <w:pPr>
              <w:spacing w:line="240" w:lineRule="auto"/>
              <w:rPr>
                <w:i/>
                <w:sz w:val="20"/>
              </w:rPr>
            </w:pPr>
            <w:r w:rsidRPr="00A63A0F">
              <w:rPr>
                <w:i/>
                <w:sz w:val="20"/>
              </w:rPr>
              <w:t>Комплект тестовых заданий</w:t>
            </w:r>
          </w:p>
        </w:tc>
      </w:tr>
      <w:tr w:rsidR="00FD4A85" w:rsidRPr="00771808" w:rsidTr="002264E8">
        <w:trPr>
          <w:trHeight w:val="498"/>
        </w:trPr>
        <w:tc>
          <w:tcPr>
            <w:tcW w:w="1843" w:type="dxa"/>
            <w:vMerge w:val="restart"/>
          </w:tcPr>
          <w:p w:rsidR="00FD4A85" w:rsidRDefault="00FD4A85" w:rsidP="00B25F8F">
            <w:pPr>
              <w:spacing w:line="240" w:lineRule="auto"/>
              <w:rPr>
                <w:rFonts w:eastAsia="Calibri"/>
                <w:bCs/>
                <w:iCs/>
                <w:szCs w:val="24"/>
              </w:rPr>
            </w:pPr>
            <w:r>
              <w:t>4. Растворы. Дисперсные системы</w:t>
            </w:r>
          </w:p>
        </w:tc>
        <w:tc>
          <w:tcPr>
            <w:tcW w:w="1701" w:type="dxa"/>
            <w:vMerge w:val="restart"/>
          </w:tcPr>
          <w:p w:rsidR="00FD4A85" w:rsidRDefault="00FD4A85" w:rsidP="00B25F8F">
            <w:pPr>
              <w:widowControl w:val="0"/>
              <w:spacing w:line="240" w:lineRule="auto"/>
              <w:rPr>
                <w:b/>
                <w:szCs w:val="24"/>
              </w:rPr>
            </w:pPr>
            <w:r>
              <w:t xml:space="preserve">4.1. Растворы как гомогенные системы. </w:t>
            </w:r>
          </w:p>
        </w:tc>
        <w:tc>
          <w:tcPr>
            <w:tcW w:w="1559" w:type="dxa"/>
            <w:vMerge w:val="restart"/>
          </w:tcPr>
          <w:p w:rsidR="00FD4A85" w:rsidRDefault="00FD4A85" w:rsidP="00B25F8F">
            <w:pPr>
              <w:spacing w:line="240" w:lineRule="auto"/>
              <w:rPr>
                <w:i/>
                <w:szCs w:val="24"/>
              </w:rPr>
            </w:pPr>
            <w:r>
              <w:rPr>
                <w:i/>
                <w:szCs w:val="24"/>
              </w:rPr>
              <w:t>УК. 1.2</w:t>
            </w:r>
          </w:p>
          <w:p w:rsidR="00FD4A85" w:rsidRDefault="00FD4A85" w:rsidP="00B25F8F">
            <w:pPr>
              <w:spacing w:line="240" w:lineRule="auto"/>
              <w:rPr>
                <w:rFonts w:eastAsia="Calibri"/>
                <w:bCs/>
                <w:iCs/>
                <w:szCs w:val="24"/>
              </w:rPr>
            </w:pPr>
            <w:r>
              <w:rPr>
                <w:i/>
                <w:szCs w:val="24"/>
              </w:rPr>
              <w:t>ОПК-5.1</w:t>
            </w:r>
          </w:p>
        </w:tc>
        <w:tc>
          <w:tcPr>
            <w:tcW w:w="2552" w:type="dxa"/>
          </w:tcPr>
          <w:p w:rsidR="00FD4A85" w:rsidRDefault="00FD4A85" w:rsidP="00B25F8F">
            <w:pPr>
              <w:spacing w:line="240" w:lineRule="auto"/>
              <w:rPr>
                <w:i/>
                <w:sz w:val="20"/>
              </w:rPr>
            </w:pPr>
            <w:r>
              <w:rPr>
                <w:i/>
                <w:sz w:val="20"/>
              </w:rPr>
              <w:t>Текущий контроль</w:t>
            </w:r>
          </w:p>
        </w:tc>
        <w:tc>
          <w:tcPr>
            <w:tcW w:w="2693" w:type="dxa"/>
          </w:tcPr>
          <w:p w:rsidR="00FD4A85" w:rsidRPr="00FD4A85" w:rsidRDefault="00FD4A85" w:rsidP="00B25F8F">
            <w:pPr>
              <w:spacing w:line="240" w:lineRule="auto"/>
              <w:rPr>
                <w:i/>
                <w:sz w:val="20"/>
                <w:lang w:val="ru-RU"/>
              </w:rPr>
            </w:pPr>
            <w:r w:rsidRPr="00FD4A85">
              <w:rPr>
                <w:i/>
                <w:sz w:val="20"/>
                <w:lang w:val="ru-RU"/>
              </w:rPr>
              <w:t>Отчет по ЛР, контрольная работа, тест</w:t>
            </w:r>
          </w:p>
        </w:tc>
      </w:tr>
      <w:tr w:rsidR="00FD4A85" w:rsidRPr="00771808" w:rsidTr="002264E8">
        <w:trPr>
          <w:trHeight w:val="498"/>
        </w:trPr>
        <w:tc>
          <w:tcPr>
            <w:tcW w:w="1843" w:type="dxa"/>
            <w:vMerge/>
          </w:tcPr>
          <w:p w:rsidR="00FD4A85" w:rsidRPr="00FD4A85" w:rsidRDefault="00FD4A85" w:rsidP="00B25F8F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701" w:type="dxa"/>
            <w:vMerge/>
          </w:tcPr>
          <w:p w:rsidR="00FD4A85" w:rsidRPr="00FD4A85" w:rsidRDefault="00FD4A85" w:rsidP="00B25F8F">
            <w:pPr>
              <w:widowControl w:val="0"/>
              <w:spacing w:line="240" w:lineRule="auto"/>
              <w:rPr>
                <w:b/>
                <w:szCs w:val="24"/>
                <w:lang w:val="ru-RU"/>
              </w:rPr>
            </w:pPr>
          </w:p>
        </w:tc>
        <w:tc>
          <w:tcPr>
            <w:tcW w:w="1559" w:type="dxa"/>
            <w:vMerge/>
          </w:tcPr>
          <w:p w:rsidR="00FD4A85" w:rsidRPr="00FD4A85" w:rsidRDefault="00FD4A85" w:rsidP="00B25F8F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2552" w:type="dxa"/>
          </w:tcPr>
          <w:p w:rsidR="00FD4A85" w:rsidRDefault="00FD4A85" w:rsidP="00B25F8F">
            <w:pPr>
              <w:spacing w:line="240" w:lineRule="auto"/>
              <w:rPr>
                <w:i/>
                <w:sz w:val="20"/>
              </w:rPr>
            </w:pPr>
            <w:r>
              <w:rPr>
                <w:i/>
                <w:sz w:val="20"/>
              </w:rPr>
              <w:t>Промежуточная аттестация</w:t>
            </w:r>
          </w:p>
        </w:tc>
        <w:tc>
          <w:tcPr>
            <w:tcW w:w="2693" w:type="dxa"/>
          </w:tcPr>
          <w:p w:rsidR="00FD4A85" w:rsidRPr="00FD4A85" w:rsidRDefault="00FD4A85" w:rsidP="00B25F8F">
            <w:pPr>
              <w:spacing w:line="240" w:lineRule="auto"/>
              <w:rPr>
                <w:i/>
                <w:sz w:val="20"/>
                <w:lang w:val="ru-RU"/>
              </w:rPr>
            </w:pPr>
            <w:r w:rsidRPr="00FD4A85">
              <w:rPr>
                <w:i/>
                <w:sz w:val="20"/>
                <w:lang w:val="ru-RU"/>
              </w:rPr>
              <w:t>Экзаменационные вопросы, экзаменационные билеты, экзаменационный тест</w:t>
            </w:r>
          </w:p>
        </w:tc>
      </w:tr>
      <w:tr w:rsidR="00FD4A85" w:rsidTr="002264E8">
        <w:trPr>
          <w:trHeight w:val="498"/>
        </w:trPr>
        <w:tc>
          <w:tcPr>
            <w:tcW w:w="1843" w:type="dxa"/>
            <w:vMerge/>
          </w:tcPr>
          <w:p w:rsidR="00FD4A85" w:rsidRPr="00FD4A85" w:rsidRDefault="00FD4A85" w:rsidP="00B25F8F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701" w:type="dxa"/>
            <w:vMerge/>
          </w:tcPr>
          <w:p w:rsidR="00FD4A85" w:rsidRPr="00FD4A85" w:rsidRDefault="00FD4A85" w:rsidP="00B25F8F">
            <w:pPr>
              <w:widowControl w:val="0"/>
              <w:spacing w:line="240" w:lineRule="auto"/>
              <w:rPr>
                <w:b/>
                <w:szCs w:val="24"/>
                <w:lang w:val="ru-RU"/>
              </w:rPr>
            </w:pPr>
          </w:p>
        </w:tc>
        <w:tc>
          <w:tcPr>
            <w:tcW w:w="1559" w:type="dxa"/>
            <w:vMerge/>
          </w:tcPr>
          <w:p w:rsidR="00FD4A85" w:rsidRPr="00FD4A85" w:rsidRDefault="00FD4A85" w:rsidP="00B25F8F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2552" w:type="dxa"/>
          </w:tcPr>
          <w:p w:rsidR="00FD4A85" w:rsidRPr="00A63A0F" w:rsidRDefault="00FD4A85" w:rsidP="00B25F8F">
            <w:pPr>
              <w:spacing w:line="240" w:lineRule="auto"/>
              <w:rPr>
                <w:i/>
                <w:sz w:val="20"/>
              </w:rPr>
            </w:pPr>
            <w:r w:rsidRPr="00A63A0F">
              <w:rPr>
                <w:i/>
                <w:sz w:val="20"/>
              </w:rPr>
              <w:t xml:space="preserve">Диагностическое дисциплинарное </w:t>
            </w:r>
            <w:r w:rsidRPr="00A63A0F">
              <w:rPr>
                <w:i/>
                <w:sz w:val="20"/>
              </w:rPr>
              <w:lastRenderedPageBreak/>
              <w:t>тестирование</w:t>
            </w:r>
          </w:p>
        </w:tc>
        <w:tc>
          <w:tcPr>
            <w:tcW w:w="2693" w:type="dxa"/>
          </w:tcPr>
          <w:p w:rsidR="00FD4A85" w:rsidRPr="00A63A0F" w:rsidRDefault="00FD4A85" w:rsidP="00B25F8F">
            <w:pPr>
              <w:spacing w:line="240" w:lineRule="auto"/>
              <w:rPr>
                <w:i/>
                <w:sz w:val="20"/>
              </w:rPr>
            </w:pPr>
            <w:r w:rsidRPr="00A63A0F">
              <w:rPr>
                <w:i/>
                <w:sz w:val="20"/>
              </w:rPr>
              <w:lastRenderedPageBreak/>
              <w:t>Комплект тестовых заданий</w:t>
            </w:r>
          </w:p>
        </w:tc>
      </w:tr>
      <w:tr w:rsidR="00FD4A85" w:rsidRPr="00771808" w:rsidTr="002264E8">
        <w:trPr>
          <w:trHeight w:val="330"/>
        </w:trPr>
        <w:tc>
          <w:tcPr>
            <w:tcW w:w="1843" w:type="dxa"/>
            <w:vMerge/>
          </w:tcPr>
          <w:p w:rsidR="00FD4A85" w:rsidRDefault="00FD4A85" w:rsidP="00B25F8F">
            <w:pPr>
              <w:spacing w:line="240" w:lineRule="auto"/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FD4A85" w:rsidRDefault="00FD4A85" w:rsidP="00B25F8F">
            <w:pPr>
              <w:widowControl w:val="0"/>
              <w:spacing w:line="240" w:lineRule="auto"/>
              <w:rPr>
                <w:b/>
                <w:szCs w:val="24"/>
              </w:rPr>
            </w:pPr>
            <w:r>
              <w:t xml:space="preserve">4.2. Дисперсные системы </w:t>
            </w:r>
          </w:p>
        </w:tc>
        <w:tc>
          <w:tcPr>
            <w:tcW w:w="1559" w:type="dxa"/>
            <w:vMerge/>
          </w:tcPr>
          <w:p w:rsidR="00FD4A85" w:rsidRDefault="00FD4A85" w:rsidP="00B25F8F">
            <w:pPr>
              <w:spacing w:line="240" w:lineRule="auto"/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2552" w:type="dxa"/>
          </w:tcPr>
          <w:p w:rsidR="00FD4A85" w:rsidRDefault="00FD4A85" w:rsidP="00B25F8F">
            <w:pPr>
              <w:spacing w:line="240" w:lineRule="auto"/>
              <w:rPr>
                <w:i/>
                <w:sz w:val="20"/>
              </w:rPr>
            </w:pPr>
            <w:r>
              <w:rPr>
                <w:i/>
                <w:sz w:val="20"/>
              </w:rPr>
              <w:t>Текущий контроль</w:t>
            </w:r>
          </w:p>
        </w:tc>
        <w:tc>
          <w:tcPr>
            <w:tcW w:w="2693" w:type="dxa"/>
          </w:tcPr>
          <w:p w:rsidR="00FD4A85" w:rsidRPr="00FD4A85" w:rsidRDefault="00FD4A85" w:rsidP="00B25F8F">
            <w:pPr>
              <w:spacing w:line="240" w:lineRule="auto"/>
              <w:rPr>
                <w:i/>
                <w:sz w:val="20"/>
                <w:lang w:val="ru-RU"/>
              </w:rPr>
            </w:pPr>
            <w:r w:rsidRPr="00FD4A85">
              <w:rPr>
                <w:i/>
                <w:sz w:val="20"/>
                <w:lang w:val="ru-RU"/>
              </w:rPr>
              <w:t>Отчет по ЛР, контрольная работа, тест</w:t>
            </w:r>
          </w:p>
        </w:tc>
      </w:tr>
      <w:tr w:rsidR="00FD4A85" w:rsidRPr="00771808" w:rsidTr="002264E8">
        <w:trPr>
          <w:trHeight w:val="330"/>
        </w:trPr>
        <w:tc>
          <w:tcPr>
            <w:tcW w:w="1843" w:type="dxa"/>
            <w:vMerge/>
          </w:tcPr>
          <w:p w:rsidR="00FD4A85" w:rsidRPr="00FD4A85" w:rsidRDefault="00FD4A85" w:rsidP="00B25F8F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701" w:type="dxa"/>
            <w:vMerge/>
          </w:tcPr>
          <w:p w:rsidR="00FD4A85" w:rsidRPr="00FD4A85" w:rsidRDefault="00FD4A85" w:rsidP="00B25F8F">
            <w:pPr>
              <w:widowControl w:val="0"/>
              <w:spacing w:line="240" w:lineRule="auto"/>
              <w:rPr>
                <w:lang w:val="ru-RU"/>
              </w:rPr>
            </w:pPr>
          </w:p>
        </w:tc>
        <w:tc>
          <w:tcPr>
            <w:tcW w:w="1559" w:type="dxa"/>
            <w:vMerge/>
          </w:tcPr>
          <w:p w:rsidR="00FD4A85" w:rsidRPr="00FD4A85" w:rsidRDefault="00FD4A85" w:rsidP="00B25F8F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2552" w:type="dxa"/>
          </w:tcPr>
          <w:p w:rsidR="00FD4A85" w:rsidRDefault="00FD4A85" w:rsidP="00B25F8F">
            <w:pPr>
              <w:spacing w:line="240" w:lineRule="auto"/>
              <w:rPr>
                <w:i/>
                <w:sz w:val="20"/>
              </w:rPr>
            </w:pPr>
            <w:r>
              <w:rPr>
                <w:i/>
                <w:sz w:val="20"/>
              </w:rPr>
              <w:t>Промежуточная аттестация</w:t>
            </w:r>
          </w:p>
        </w:tc>
        <w:tc>
          <w:tcPr>
            <w:tcW w:w="2693" w:type="dxa"/>
          </w:tcPr>
          <w:p w:rsidR="00FD4A85" w:rsidRPr="00FD4A85" w:rsidRDefault="00FD4A85" w:rsidP="00B25F8F">
            <w:pPr>
              <w:spacing w:line="240" w:lineRule="auto"/>
              <w:rPr>
                <w:i/>
                <w:sz w:val="20"/>
                <w:lang w:val="ru-RU"/>
              </w:rPr>
            </w:pPr>
            <w:r w:rsidRPr="00FD4A85">
              <w:rPr>
                <w:i/>
                <w:sz w:val="20"/>
                <w:lang w:val="ru-RU"/>
              </w:rPr>
              <w:t>Экзаменационные вопросы, экзаменационные билеты, экзаменационный тест</w:t>
            </w:r>
          </w:p>
        </w:tc>
      </w:tr>
      <w:tr w:rsidR="00FD4A85" w:rsidRPr="00771808" w:rsidTr="002264E8">
        <w:trPr>
          <w:trHeight w:val="495"/>
        </w:trPr>
        <w:tc>
          <w:tcPr>
            <w:tcW w:w="1843" w:type="dxa"/>
            <w:vMerge w:val="restart"/>
          </w:tcPr>
          <w:p w:rsidR="00FD4A85" w:rsidRPr="00FD4A85" w:rsidRDefault="00FD4A85" w:rsidP="00B25F8F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  <w:proofErr w:type="gramStart"/>
            <w:r w:rsidRPr="00FD4A85">
              <w:rPr>
                <w:rFonts w:eastAsia="Calibri"/>
                <w:bCs/>
                <w:iCs/>
                <w:szCs w:val="24"/>
                <w:lang w:val="ru-RU"/>
              </w:rPr>
              <w:t xml:space="preserve">5. </w:t>
            </w:r>
            <w:r w:rsidRPr="00FD4A85">
              <w:rPr>
                <w:lang w:val="ru-RU"/>
              </w:rPr>
              <w:t>.</w:t>
            </w:r>
            <w:proofErr w:type="gramEnd"/>
            <w:r w:rsidRPr="00FD4A85">
              <w:rPr>
                <w:lang w:val="ru-RU"/>
              </w:rPr>
              <w:t xml:space="preserve"> Окислительновосстановительные реакции и электрохимические процессы</w:t>
            </w:r>
          </w:p>
        </w:tc>
        <w:tc>
          <w:tcPr>
            <w:tcW w:w="1701" w:type="dxa"/>
            <w:vMerge w:val="restart"/>
          </w:tcPr>
          <w:p w:rsidR="00FD4A85" w:rsidRPr="00662253" w:rsidRDefault="00FD4A85" w:rsidP="00B25F8F">
            <w:pPr>
              <w:widowControl w:val="0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5.1. </w:t>
            </w:r>
            <w:r>
              <w:t>Окислительно-восстановительные реакции</w:t>
            </w:r>
          </w:p>
        </w:tc>
        <w:tc>
          <w:tcPr>
            <w:tcW w:w="1559" w:type="dxa"/>
            <w:vMerge w:val="restart"/>
          </w:tcPr>
          <w:p w:rsidR="00FD4A85" w:rsidRDefault="00FD4A85" w:rsidP="00B25F8F">
            <w:pPr>
              <w:spacing w:line="240" w:lineRule="auto"/>
              <w:rPr>
                <w:i/>
                <w:szCs w:val="24"/>
              </w:rPr>
            </w:pPr>
            <w:r>
              <w:rPr>
                <w:i/>
                <w:szCs w:val="24"/>
              </w:rPr>
              <w:t>УК. 1.2</w:t>
            </w:r>
          </w:p>
          <w:p w:rsidR="00FD4A85" w:rsidRDefault="00FD4A85" w:rsidP="00B25F8F">
            <w:pPr>
              <w:spacing w:line="240" w:lineRule="auto"/>
              <w:rPr>
                <w:rFonts w:eastAsia="Calibri"/>
                <w:bCs/>
                <w:iCs/>
                <w:szCs w:val="24"/>
              </w:rPr>
            </w:pPr>
            <w:r>
              <w:rPr>
                <w:i/>
                <w:szCs w:val="24"/>
              </w:rPr>
              <w:t>ОПК-5.1</w:t>
            </w:r>
          </w:p>
        </w:tc>
        <w:tc>
          <w:tcPr>
            <w:tcW w:w="2552" w:type="dxa"/>
          </w:tcPr>
          <w:p w:rsidR="00FD4A85" w:rsidRDefault="00FD4A85" w:rsidP="00B25F8F">
            <w:pPr>
              <w:spacing w:line="240" w:lineRule="auto"/>
              <w:rPr>
                <w:i/>
                <w:sz w:val="20"/>
              </w:rPr>
            </w:pPr>
            <w:r>
              <w:rPr>
                <w:i/>
                <w:sz w:val="20"/>
              </w:rPr>
              <w:t>Текущий контроль</w:t>
            </w:r>
          </w:p>
        </w:tc>
        <w:tc>
          <w:tcPr>
            <w:tcW w:w="2693" w:type="dxa"/>
          </w:tcPr>
          <w:p w:rsidR="00FD4A85" w:rsidRPr="00FD4A85" w:rsidRDefault="00FD4A85" w:rsidP="00B25F8F">
            <w:pPr>
              <w:spacing w:line="240" w:lineRule="auto"/>
              <w:rPr>
                <w:i/>
                <w:sz w:val="20"/>
                <w:lang w:val="ru-RU"/>
              </w:rPr>
            </w:pPr>
            <w:r w:rsidRPr="00FD4A85">
              <w:rPr>
                <w:i/>
                <w:sz w:val="20"/>
                <w:lang w:val="ru-RU"/>
              </w:rPr>
              <w:t>Отчет по ЛР, контрольная работа, тест</w:t>
            </w:r>
          </w:p>
        </w:tc>
      </w:tr>
      <w:tr w:rsidR="00FD4A85" w:rsidRPr="00771808" w:rsidTr="002264E8">
        <w:trPr>
          <w:trHeight w:val="495"/>
        </w:trPr>
        <w:tc>
          <w:tcPr>
            <w:tcW w:w="1843" w:type="dxa"/>
            <w:vMerge/>
          </w:tcPr>
          <w:p w:rsidR="00FD4A85" w:rsidRPr="00FD4A85" w:rsidRDefault="00FD4A85" w:rsidP="00B25F8F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701" w:type="dxa"/>
            <w:vMerge/>
          </w:tcPr>
          <w:p w:rsidR="00FD4A85" w:rsidRPr="00FD4A85" w:rsidRDefault="00FD4A85" w:rsidP="00B25F8F">
            <w:pPr>
              <w:widowControl w:val="0"/>
              <w:spacing w:line="240" w:lineRule="auto"/>
              <w:rPr>
                <w:szCs w:val="24"/>
                <w:lang w:val="ru-RU"/>
              </w:rPr>
            </w:pPr>
          </w:p>
        </w:tc>
        <w:tc>
          <w:tcPr>
            <w:tcW w:w="1559" w:type="dxa"/>
            <w:vMerge/>
          </w:tcPr>
          <w:p w:rsidR="00FD4A85" w:rsidRPr="00FD4A85" w:rsidRDefault="00FD4A85" w:rsidP="00B25F8F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2552" w:type="dxa"/>
          </w:tcPr>
          <w:p w:rsidR="00FD4A85" w:rsidRDefault="00FD4A85" w:rsidP="00B25F8F">
            <w:pPr>
              <w:spacing w:line="240" w:lineRule="auto"/>
              <w:rPr>
                <w:i/>
                <w:sz w:val="20"/>
              </w:rPr>
            </w:pPr>
            <w:r>
              <w:rPr>
                <w:i/>
                <w:sz w:val="20"/>
              </w:rPr>
              <w:t>Промежуточная аттестация</w:t>
            </w:r>
          </w:p>
        </w:tc>
        <w:tc>
          <w:tcPr>
            <w:tcW w:w="2693" w:type="dxa"/>
          </w:tcPr>
          <w:p w:rsidR="00FD4A85" w:rsidRPr="00FD4A85" w:rsidRDefault="00FD4A85" w:rsidP="00B25F8F">
            <w:pPr>
              <w:spacing w:line="240" w:lineRule="auto"/>
              <w:rPr>
                <w:i/>
                <w:sz w:val="20"/>
                <w:lang w:val="ru-RU"/>
              </w:rPr>
            </w:pPr>
            <w:r w:rsidRPr="00FD4A85">
              <w:rPr>
                <w:i/>
                <w:sz w:val="20"/>
                <w:lang w:val="ru-RU"/>
              </w:rPr>
              <w:t>Экзаменационные вопросы, экзаменационные билеты, экзаменационный тест</w:t>
            </w:r>
          </w:p>
        </w:tc>
      </w:tr>
      <w:tr w:rsidR="00FD4A85" w:rsidTr="002264E8">
        <w:trPr>
          <w:trHeight w:val="495"/>
        </w:trPr>
        <w:tc>
          <w:tcPr>
            <w:tcW w:w="1843" w:type="dxa"/>
            <w:vMerge/>
          </w:tcPr>
          <w:p w:rsidR="00FD4A85" w:rsidRPr="00FD4A85" w:rsidRDefault="00FD4A85" w:rsidP="00B25F8F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701" w:type="dxa"/>
            <w:vMerge/>
          </w:tcPr>
          <w:p w:rsidR="00FD4A85" w:rsidRPr="00FD4A85" w:rsidRDefault="00FD4A85" w:rsidP="00B25F8F">
            <w:pPr>
              <w:widowControl w:val="0"/>
              <w:spacing w:line="240" w:lineRule="auto"/>
              <w:rPr>
                <w:szCs w:val="24"/>
                <w:lang w:val="ru-RU"/>
              </w:rPr>
            </w:pPr>
          </w:p>
        </w:tc>
        <w:tc>
          <w:tcPr>
            <w:tcW w:w="1559" w:type="dxa"/>
            <w:vMerge/>
          </w:tcPr>
          <w:p w:rsidR="00FD4A85" w:rsidRPr="00FD4A85" w:rsidRDefault="00FD4A85" w:rsidP="00B25F8F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2552" w:type="dxa"/>
          </w:tcPr>
          <w:p w:rsidR="00FD4A85" w:rsidRPr="00A63A0F" w:rsidRDefault="00FD4A85" w:rsidP="00B25F8F">
            <w:pPr>
              <w:spacing w:line="240" w:lineRule="auto"/>
              <w:rPr>
                <w:i/>
                <w:sz w:val="20"/>
              </w:rPr>
            </w:pPr>
            <w:r w:rsidRPr="00A63A0F">
              <w:rPr>
                <w:i/>
                <w:sz w:val="20"/>
              </w:rPr>
              <w:t>Диагностическое дисциплинарное тестирование</w:t>
            </w:r>
          </w:p>
        </w:tc>
        <w:tc>
          <w:tcPr>
            <w:tcW w:w="2693" w:type="dxa"/>
          </w:tcPr>
          <w:p w:rsidR="00FD4A85" w:rsidRPr="00A63A0F" w:rsidRDefault="00FD4A85" w:rsidP="00B25F8F">
            <w:pPr>
              <w:spacing w:line="240" w:lineRule="auto"/>
              <w:rPr>
                <w:i/>
                <w:sz w:val="20"/>
              </w:rPr>
            </w:pPr>
            <w:r w:rsidRPr="00A63A0F">
              <w:rPr>
                <w:i/>
                <w:sz w:val="20"/>
              </w:rPr>
              <w:t>Комплект тестовых заданий</w:t>
            </w:r>
          </w:p>
        </w:tc>
      </w:tr>
      <w:tr w:rsidR="00FD4A85" w:rsidRPr="00771808" w:rsidTr="002264E8">
        <w:trPr>
          <w:trHeight w:val="495"/>
        </w:trPr>
        <w:tc>
          <w:tcPr>
            <w:tcW w:w="1843" w:type="dxa"/>
            <w:vMerge/>
          </w:tcPr>
          <w:p w:rsidR="00FD4A85" w:rsidRDefault="00FD4A85" w:rsidP="00B25F8F">
            <w:pPr>
              <w:spacing w:line="240" w:lineRule="auto"/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FD4A85" w:rsidRPr="00F900A0" w:rsidRDefault="00FD4A85" w:rsidP="00B25F8F">
            <w:pPr>
              <w:widowControl w:val="0"/>
              <w:spacing w:line="240" w:lineRule="auto"/>
              <w:rPr>
                <w:szCs w:val="24"/>
              </w:rPr>
            </w:pPr>
            <w:r w:rsidRPr="00F900A0">
              <w:rPr>
                <w:szCs w:val="24"/>
              </w:rPr>
              <w:t>5.2.</w:t>
            </w:r>
            <w:r>
              <w:rPr>
                <w:szCs w:val="24"/>
              </w:rPr>
              <w:t xml:space="preserve"> </w:t>
            </w:r>
            <w:r>
              <w:t>Электрохимические процессы</w:t>
            </w:r>
          </w:p>
        </w:tc>
        <w:tc>
          <w:tcPr>
            <w:tcW w:w="1559" w:type="dxa"/>
            <w:vMerge/>
          </w:tcPr>
          <w:p w:rsidR="00FD4A85" w:rsidRDefault="00FD4A85" w:rsidP="00B25F8F">
            <w:pPr>
              <w:spacing w:line="240" w:lineRule="auto"/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2552" w:type="dxa"/>
          </w:tcPr>
          <w:p w:rsidR="00FD4A85" w:rsidRDefault="00FD4A85" w:rsidP="00B25F8F">
            <w:pPr>
              <w:spacing w:line="240" w:lineRule="auto"/>
              <w:rPr>
                <w:i/>
                <w:sz w:val="20"/>
              </w:rPr>
            </w:pPr>
            <w:r>
              <w:rPr>
                <w:i/>
                <w:sz w:val="20"/>
              </w:rPr>
              <w:t>Текущий контроль</w:t>
            </w:r>
          </w:p>
        </w:tc>
        <w:tc>
          <w:tcPr>
            <w:tcW w:w="2693" w:type="dxa"/>
          </w:tcPr>
          <w:p w:rsidR="00FD4A85" w:rsidRPr="00FD4A85" w:rsidRDefault="00FD4A85" w:rsidP="00B25F8F">
            <w:pPr>
              <w:spacing w:line="240" w:lineRule="auto"/>
              <w:rPr>
                <w:i/>
                <w:sz w:val="20"/>
                <w:lang w:val="ru-RU"/>
              </w:rPr>
            </w:pPr>
            <w:r w:rsidRPr="00FD4A85">
              <w:rPr>
                <w:i/>
                <w:sz w:val="20"/>
                <w:lang w:val="ru-RU"/>
              </w:rPr>
              <w:t>Отчет по ЛР, контрольная работа, тест</w:t>
            </w:r>
          </w:p>
        </w:tc>
      </w:tr>
      <w:tr w:rsidR="00FD4A85" w:rsidRPr="00771808" w:rsidTr="002264E8">
        <w:trPr>
          <w:trHeight w:val="495"/>
        </w:trPr>
        <w:tc>
          <w:tcPr>
            <w:tcW w:w="1843" w:type="dxa"/>
            <w:vMerge/>
          </w:tcPr>
          <w:p w:rsidR="00FD4A85" w:rsidRPr="00FD4A85" w:rsidRDefault="00FD4A85" w:rsidP="00B25F8F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701" w:type="dxa"/>
            <w:vMerge/>
          </w:tcPr>
          <w:p w:rsidR="00FD4A85" w:rsidRPr="00FD4A85" w:rsidRDefault="00FD4A85" w:rsidP="00B25F8F">
            <w:pPr>
              <w:widowControl w:val="0"/>
              <w:spacing w:line="240" w:lineRule="auto"/>
              <w:rPr>
                <w:szCs w:val="24"/>
                <w:lang w:val="ru-RU"/>
              </w:rPr>
            </w:pPr>
          </w:p>
        </w:tc>
        <w:tc>
          <w:tcPr>
            <w:tcW w:w="1559" w:type="dxa"/>
            <w:vMerge/>
          </w:tcPr>
          <w:p w:rsidR="00FD4A85" w:rsidRPr="00FD4A85" w:rsidRDefault="00FD4A85" w:rsidP="00B25F8F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2552" w:type="dxa"/>
          </w:tcPr>
          <w:p w:rsidR="00FD4A85" w:rsidRDefault="00FD4A85" w:rsidP="00B25F8F">
            <w:pPr>
              <w:spacing w:line="240" w:lineRule="auto"/>
              <w:rPr>
                <w:i/>
                <w:sz w:val="20"/>
              </w:rPr>
            </w:pPr>
            <w:r>
              <w:rPr>
                <w:i/>
                <w:sz w:val="20"/>
              </w:rPr>
              <w:t>Промежуточная аттестация</w:t>
            </w:r>
          </w:p>
        </w:tc>
        <w:tc>
          <w:tcPr>
            <w:tcW w:w="2693" w:type="dxa"/>
          </w:tcPr>
          <w:p w:rsidR="00FD4A85" w:rsidRPr="00FD4A85" w:rsidRDefault="00FD4A85" w:rsidP="00B25F8F">
            <w:pPr>
              <w:spacing w:line="240" w:lineRule="auto"/>
              <w:rPr>
                <w:i/>
                <w:sz w:val="20"/>
                <w:lang w:val="ru-RU"/>
              </w:rPr>
            </w:pPr>
            <w:r w:rsidRPr="00FD4A85">
              <w:rPr>
                <w:i/>
                <w:sz w:val="20"/>
                <w:lang w:val="ru-RU"/>
              </w:rPr>
              <w:t>Экзаменационные вопросы, экзаменационные билеты, экзаменационный тест</w:t>
            </w:r>
          </w:p>
        </w:tc>
      </w:tr>
      <w:tr w:rsidR="00FD4A85" w:rsidTr="002264E8">
        <w:trPr>
          <w:trHeight w:val="495"/>
        </w:trPr>
        <w:tc>
          <w:tcPr>
            <w:tcW w:w="1843" w:type="dxa"/>
            <w:vMerge/>
          </w:tcPr>
          <w:p w:rsidR="00FD4A85" w:rsidRPr="00FD4A85" w:rsidRDefault="00FD4A85" w:rsidP="00B25F8F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701" w:type="dxa"/>
            <w:vMerge/>
          </w:tcPr>
          <w:p w:rsidR="00FD4A85" w:rsidRPr="00FD4A85" w:rsidRDefault="00FD4A85" w:rsidP="00B25F8F">
            <w:pPr>
              <w:widowControl w:val="0"/>
              <w:spacing w:line="240" w:lineRule="auto"/>
              <w:rPr>
                <w:szCs w:val="24"/>
                <w:lang w:val="ru-RU"/>
              </w:rPr>
            </w:pPr>
          </w:p>
        </w:tc>
        <w:tc>
          <w:tcPr>
            <w:tcW w:w="1559" w:type="dxa"/>
            <w:vMerge/>
          </w:tcPr>
          <w:p w:rsidR="00FD4A85" w:rsidRPr="00FD4A85" w:rsidRDefault="00FD4A85" w:rsidP="00B25F8F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2552" w:type="dxa"/>
          </w:tcPr>
          <w:p w:rsidR="00FD4A85" w:rsidRPr="00A63A0F" w:rsidRDefault="00FD4A85" w:rsidP="00B25F8F">
            <w:pPr>
              <w:spacing w:line="240" w:lineRule="auto"/>
              <w:rPr>
                <w:i/>
                <w:sz w:val="20"/>
              </w:rPr>
            </w:pPr>
            <w:r w:rsidRPr="00A63A0F">
              <w:rPr>
                <w:i/>
                <w:sz w:val="20"/>
              </w:rPr>
              <w:t>Диагностическое дисциплинарное тестирование</w:t>
            </w:r>
          </w:p>
        </w:tc>
        <w:tc>
          <w:tcPr>
            <w:tcW w:w="2693" w:type="dxa"/>
          </w:tcPr>
          <w:p w:rsidR="00FD4A85" w:rsidRPr="00A63A0F" w:rsidRDefault="00FD4A85" w:rsidP="00B25F8F">
            <w:pPr>
              <w:spacing w:line="240" w:lineRule="auto"/>
              <w:rPr>
                <w:i/>
                <w:sz w:val="20"/>
              </w:rPr>
            </w:pPr>
            <w:r w:rsidRPr="00A63A0F">
              <w:rPr>
                <w:i/>
                <w:sz w:val="20"/>
              </w:rPr>
              <w:t>Комплект тестовых заданий</w:t>
            </w:r>
          </w:p>
        </w:tc>
      </w:tr>
      <w:tr w:rsidR="00771808" w:rsidRPr="00771808" w:rsidTr="002264E8">
        <w:trPr>
          <w:trHeight w:val="498"/>
        </w:trPr>
        <w:tc>
          <w:tcPr>
            <w:tcW w:w="1843" w:type="dxa"/>
            <w:vMerge w:val="restart"/>
          </w:tcPr>
          <w:p w:rsidR="00771808" w:rsidRDefault="00771808" w:rsidP="00B25F8F">
            <w:pPr>
              <w:spacing w:line="240" w:lineRule="auto"/>
              <w:rPr>
                <w:rFonts w:eastAsia="Calibri"/>
                <w:bCs/>
                <w:iCs/>
                <w:szCs w:val="24"/>
              </w:rPr>
            </w:pPr>
            <w:r>
              <w:rPr>
                <w:rFonts w:eastAsia="Calibri"/>
                <w:bCs/>
                <w:iCs/>
                <w:szCs w:val="24"/>
              </w:rPr>
              <w:t>6.Химия металлов</w:t>
            </w:r>
          </w:p>
        </w:tc>
        <w:tc>
          <w:tcPr>
            <w:tcW w:w="1701" w:type="dxa"/>
            <w:vMerge w:val="restart"/>
          </w:tcPr>
          <w:p w:rsidR="00771808" w:rsidRDefault="00771808" w:rsidP="00B25F8F">
            <w:pPr>
              <w:widowControl w:val="0"/>
              <w:spacing w:line="240" w:lineRule="auto"/>
            </w:pPr>
            <w:r>
              <w:rPr>
                <w:sz w:val="22"/>
              </w:rPr>
              <w:t>6.1. Металлы</w:t>
            </w:r>
          </w:p>
        </w:tc>
        <w:tc>
          <w:tcPr>
            <w:tcW w:w="1559" w:type="dxa"/>
            <w:vMerge w:val="restart"/>
          </w:tcPr>
          <w:p w:rsidR="00771808" w:rsidRDefault="00771808" w:rsidP="00B25F8F">
            <w:pPr>
              <w:spacing w:line="240" w:lineRule="auto"/>
              <w:rPr>
                <w:i/>
                <w:szCs w:val="24"/>
              </w:rPr>
            </w:pPr>
            <w:r>
              <w:rPr>
                <w:i/>
                <w:szCs w:val="24"/>
              </w:rPr>
              <w:t>УК. 1.2</w:t>
            </w:r>
          </w:p>
          <w:p w:rsidR="00771808" w:rsidRDefault="00771808" w:rsidP="00B25F8F">
            <w:pPr>
              <w:spacing w:line="240" w:lineRule="auto"/>
              <w:rPr>
                <w:rFonts w:eastAsia="Calibri"/>
                <w:bCs/>
                <w:iCs/>
                <w:szCs w:val="24"/>
              </w:rPr>
            </w:pPr>
            <w:r>
              <w:rPr>
                <w:i/>
                <w:szCs w:val="24"/>
              </w:rPr>
              <w:t>ОПК-5.1</w:t>
            </w:r>
          </w:p>
        </w:tc>
        <w:tc>
          <w:tcPr>
            <w:tcW w:w="2552" w:type="dxa"/>
          </w:tcPr>
          <w:p w:rsidR="00771808" w:rsidRDefault="00771808" w:rsidP="00B25F8F">
            <w:pPr>
              <w:spacing w:line="240" w:lineRule="auto"/>
              <w:rPr>
                <w:i/>
                <w:sz w:val="20"/>
              </w:rPr>
            </w:pPr>
            <w:r>
              <w:rPr>
                <w:i/>
                <w:sz w:val="20"/>
              </w:rPr>
              <w:t>Текущий контроль</w:t>
            </w:r>
          </w:p>
        </w:tc>
        <w:tc>
          <w:tcPr>
            <w:tcW w:w="2693" w:type="dxa"/>
          </w:tcPr>
          <w:p w:rsidR="00771808" w:rsidRPr="00FD4A85" w:rsidRDefault="00771808" w:rsidP="00B25F8F">
            <w:pPr>
              <w:spacing w:line="240" w:lineRule="auto"/>
              <w:rPr>
                <w:i/>
                <w:sz w:val="20"/>
                <w:lang w:val="ru-RU"/>
              </w:rPr>
            </w:pPr>
            <w:r w:rsidRPr="00FD4A85">
              <w:rPr>
                <w:i/>
                <w:sz w:val="20"/>
                <w:lang w:val="ru-RU"/>
              </w:rPr>
              <w:t>Отчет по ЛР, контрольная работа, тест</w:t>
            </w:r>
          </w:p>
        </w:tc>
      </w:tr>
      <w:tr w:rsidR="00771808" w:rsidTr="002264E8">
        <w:trPr>
          <w:trHeight w:val="498"/>
        </w:trPr>
        <w:tc>
          <w:tcPr>
            <w:tcW w:w="1843" w:type="dxa"/>
            <w:vMerge/>
          </w:tcPr>
          <w:p w:rsidR="00771808" w:rsidRPr="00FD4A85" w:rsidRDefault="00771808" w:rsidP="00B25F8F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701" w:type="dxa"/>
            <w:vMerge/>
          </w:tcPr>
          <w:p w:rsidR="00771808" w:rsidRPr="00FD4A85" w:rsidRDefault="00771808" w:rsidP="00B25F8F">
            <w:pPr>
              <w:widowControl w:val="0"/>
              <w:spacing w:line="240" w:lineRule="auto"/>
              <w:rPr>
                <w:b/>
                <w:szCs w:val="24"/>
                <w:lang w:val="ru-RU"/>
              </w:rPr>
            </w:pPr>
          </w:p>
        </w:tc>
        <w:tc>
          <w:tcPr>
            <w:tcW w:w="1559" w:type="dxa"/>
            <w:vMerge/>
          </w:tcPr>
          <w:p w:rsidR="00771808" w:rsidRPr="00FD4A85" w:rsidRDefault="00771808" w:rsidP="00B25F8F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2552" w:type="dxa"/>
          </w:tcPr>
          <w:p w:rsidR="00771808" w:rsidRDefault="00771808" w:rsidP="00B25F8F">
            <w:pPr>
              <w:spacing w:line="240" w:lineRule="auto"/>
              <w:rPr>
                <w:i/>
                <w:sz w:val="20"/>
              </w:rPr>
            </w:pPr>
            <w:r>
              <w:rPr>
                <w:i/>
                <w:sz w:val="20"/>
              </w:rPr>
              <w:t>Промежуточная аттестация</w:t>
            </w:r>
          </w:p>
        </w:tc>
        <w:tc>
          <w:tcPr>
            <w:tcW w:w="2693" w:type="dxa"/>
          </w:tcPr>
          <w:p w:rsidR="00771808" w:rsidRDefault="00771808" w:rsidP="00B25F8F">
            <w:pPr>
              <w:spacing w:line="240" w:lineRule="auto"/>
              <w:rPr>
                <w:i/>
                <w:sz w:val="20"/>
              </w:rPr>
            </w:pPr>
            <w:r>
              <w:rPr>
                <w:i/>
                <w:sz w:val="20"/>
              </w:rPr>
              <w:t>Экзаменационные вопросы, экзаменационные билеты</w:t>
            </w:r>
          </w:p>
        </w:tc>
      </w:tr>
      <w:tr w:rsidR="00771808" w:rsidTr="002264E8">
        <w:trPr>
          <w:trHeight w:val="498"/>
        </w:trPr>
        <w:tc>
          <w:tcPr>
            <w:tcW w:w="1843" w:type="dxa"/>
            <w:vMerge/>
          </w:tcPr>
          <w:p w:rsidR="00771808" w:rsidRPr="00FD4A85" w:rsidRDefault="00771808" w:rsidP="00771808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701" w:type="dxa"/>
            <w:vMerge/>
          </w:tcPr>
          <w:p w:rsidR="00771808" w:rsidRPr="00FD4A85" w:rsidRDefault="00771808" w:rsidP="00771808">
            <w:pPr>
              <w:widowControl w:val="0"/>
              <w:spacing w:line="240" w:lineRule="auto"/>
              <w:rPr>
                <w:b/>
                <w:szCs w:val="24"/>
                <w:lang w:val="ru-RU"/>
              </w:rPr>
            </w:pPr>
          </w:p>
        </w:tc>
        <w:tc>
          <w:tcPr>
            <w:tcW w:w="1559" w:type="dxa"/>
            <w:vMerge/>
          </w:tcPr>
          <w:p w:rsidR="00771808" w:rsidRPr="00FD4A85" w:rsidRDefault="00771808" w:rsidP="00771808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2552" w:type="dxa"/>
          </w:tcPr>
          <w:p w:rsidR="00771808" w:rsidRPr="00A63A0F" w:rsidRDefault="00771808" w:rsidP="00771808">
            <w:pPr>
              <w:spacing w:line="240" w:lineRule="auto"/>
              <w:rPr>
                <w:i/>
                <w:sz w:val="20"/>
              </w:rPr>
            </w:pPr>
            <w:r w:rsidRPr="00A63A0F">
              <w:rPr>
                <w:i/>
                <w:sz w:val="20"/>
              </w:rPr>
              <w:t>Диагностическое дисциплинарное тестирование</w:t>
            </w:r>
          </w:p>
        </w:tc>
        <w:tc>
          <w:tcPr>
            <w:tcW w:w="2693" w:type="dxa"/>
          </w:tcPr>
          <w:p w:rsidR="00771808" w:rsidRPr="00A63A0F" w:rsidRDefault="00771808" w:rsidP="00771808">
            <w:pPr>
              <w:spacing w:line="240" w:lineRule="auto"/>
              <w:rPr>
                <w:i/>
                <w:sz w:val="20"/>
              </w:rPr>
            </w:pPr>
            <w:r w:rsidRPr="00A63A0F">
              <w:rPr>
                <w:i/>
                <w:sz w:val="20"/>
              </w:rPr>
              <w:t>Комплект тестовых заданий</w:t>
            </w:r>
          </w:p>
        </w:tc>
      </w:tr>
      <w:tr w:rsidR="00771808" w:rsidRPr="00771808" w:rsidTr="002264E8">
        <w:trPr>
          <w:trHeight w:val="498"/>
        </w:trPr>
        <w:tc>
          <w:tcPr>
            <w:tcW w:w="1843" w:type="dxa"/>
            <w:vMerge w:val="restart"/>
          </w:tcPr>
          <w:p w:rsidR="00771808" w:rsidRPr="00FD4A85" w:rsidRDefault="00771808" w:rsidP="00771808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  <w:r w:rsidRPr="00FD4A85">
              <w:rPr>
                <w:lang w:val="ru-RU"/>
              </w:rPr>
              <w:t>7. Химическая идентификация и анализ веществ</w:t>
            </w:r>
          </w:p>
        </w:tc>
        <w:tc>
          <w:tcPr>
            <w:tcW w:w="1701" w:type="dxa"/>
            <w:vMerge w:val="restart"/>
          </w:tcPr>
          <w:p w:rsidR="00771808" w:rsidRPr="00FD4A85" w:rsidRDefault="00771808" w:rsidP="00771808">
            <w:pPr>
              <w:widowControl w:val="0"/>
              <w:spacing w:line="240" w:lineRule="auto"/>
              <w:rPr>
                <w:b/>
                <w:szCs w:val="24"/>
                <w:lang w:val="ru-RU"/>
              </w:rPr>
            </w:pPr>
            <w:r w:rsidRPr="00FD4A85">
              <w:rPr>
                <w:lang w:val="ru-RU"/>
              </w:rPr>
              <w:t>7.1. Аналитическая химия и химический анализ вещества</w:t>
            </w:r>
          </w:p>
        </w:tc>
        <w:tc>
          <w:tcPr>
            <w:tcW w:w="1559" w:type="dxa"/>
            <w:vMerge w:val="restart"/>
          </w:tcPr>
          <w:p w:rsidR="00771808" w:rsidRDefault="00771808" w:rsidP="00771808">
            <w:pPr>
              <w:spacing w:line="240" w:lineRule="auto"/>
              <w:rPr>
                <w:i/>
                <w:szCs w:val="24"/>
              </w:rPr>
            </w:pPr>
            <w:r>
              <w:rPr>
                <w:i/>
                <w:szCs w:val="24"/>
              </w:rPr>
              <w:t>УК. 1.2</w:t>
            </w:r>
          </w:p>
          <w:p w:rsidR="00771808" w:rsidRDefault="00771808" w:rsidP="00771808">
            <w:pPr>
              <w:spacing w:line="240" w:lineRule="auto"/>
              <w:rPr>
                <w:rFonts w:eastAsia="Calibri"/>
                <w:bCs/>
                <w:iCs/>
                <w:szCs w:val="24"/>
              </w:rPr>
            </w:pPr>
            <w:r>
              <w:rPr>
                <w:i/>
                <w:szCs w:val="24"/>
              </w:rPr>
              <w:t>ОПК-5.1</w:t>
            </w:r>
          </w:p>
        </w:tc>
        <w:tc>
          <w:tcPr>
            <w:tcW w:w="2552" w:type="dxa"/>
          </w:tcPr>
          <w:p w:rsidR="00771808" w:rsidRPr="002A7168" w:rsidRDefault="00771808" w:rsidP="00771808">
            <w:pPr>
              <w:spacing w:line="240" w:lineRule="auto"/>
              <w:rPr>
                <w:i/>
                <w:sz w:val="20"/>
              </w:rPr>
            </w:pPr>
            <w:r w:rsidRPr="002A7168">
              <w:rPr>
                <w:i/>
                <w:sz w:val="20"/>
              </w:rPr>
              <w:t>Текущий контроль</w:t>
            </w:r>
          </w:p>
        </w:tc>
        <w:tc>
          <w:tcPr>
            <w:tcW w:w="2693" w:type="dxa"/>
          </w:tcPr>
          <w:p w:rsidR="00771808" w:rsidRPr="00FD4A85" w:rsidRDefault="00771808" w:rsidP="00771808">
            <w:pPr>
              <w:spacing w:line="240" w:lineRule="auto"/>
              <w:rPr>
                <w:i/>
                <w:sz w:val="20"/>
                <w:lang w:val="ru-RU"/>
              </w:rPr>
            </w:pPr>
            <w:r w:rsidRPr="00FD4A85">
              <w:rPr>
                <w:i/>
                <w:sz w:val="20"/>
                <w:lang w:val="ru-RU"/>
              </w:rPr>
              <w:t>Отчет по ЛР, контрольная работа, тест</w:t>
            </w:r>
          </w:p>
        </w:tc>
      </w:tr>
      <w:tr w:rsidR="00771808" w:rsidTr="002264E8">
        <w:trPr>
          <w:trHeight w:val="498"/>
        </w:trPr>
        <w:tc>
          <w:tcPr>
            <w:tcW w:w="1843" w:type="dxa"/>
            <w:vMerge/>
          </w:tcPr>
          <w:p w:rsidR="00771808" w:rsidRPr="00FD4A85" w:rsidRDefault="00771808" w:rsidP="00771808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701" w:type="dxa"/>
            <w:vMerge/>
          </w:tcPr>
          <w:p w:rsidR="00771808" w:rsidRPr="00FD4A85" w:rsidRDefault="00771808" w:rsidP="00771808">
            <w:pPr>
              <w:widowControl w:val="0"/>
              <w:spacing w:line="240" w:lineRule="auto"/>
              <w:rPr>
                <w:b/>
                <w:color w:val="FF0000"/>
                <w:szCs w:val="24"/>
                <w:lang w:val="ru-RU"/>
              </w:rPr>
            </w:pPr>
          </w:p>
        </w:tc>
        <w:tc>
          <w:tcPr>
            <w:tcW w:w="1559" w:type="dxa"/>
            <w:vMerge/>
          </w:tcPr>
          <w:p w:rsidR="00771808" w:rsidRPr="00FD4A85" w:rsidRDefault="00771808" w:rsidP="00771808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2552" w:type="dxa"/>
          </w:tcPr>
          <w:p w:rsidR="00771808" w:rsidRPr="002A7168" w:rsidRDefault="00771808" w:rsidP="00771808">
            <w:pPr>
              <w:spacing w:line="240" w:lineRule="auto"/>
              <w:rPr>
                <w:i/>
                <w:sz w:val="20"/>
              </w:rPr>
            </w:pPr>
            <w:r w:rsidRPr="002A7168">
              <w:rPr>
                <w:i/>
                <w:sz w:val="20"/>
              </w:rPr>
              <w:t>Промежуточная аттестация</w:t>
            </w:r>
          </w:p>
        </w:tc>
        <w:tc>
          <w:tcPr>
            <w:tcW w:w="2693" w:type="dxa"/>
          </w:tcPr>
          <w:p w:rsidR="00771808" w:rsidRPr="002A7168" w:rsidRDefault="00771808" w:rsidP="00771808">
            <w:pPr>
              <w:spacing w:line="240" w:lineRule="auto"/>
              <w:rPr>
                <w:i/>
                <w:sz w:val="20"/>
              </w:rPr>
            </w:pPr>
            <w:r w:rsidRPr="002A7168">
              <w:rPr>
                <w:i/>
                <w:sz w:val="20"/>
              </w:rPr>
              <w:t>Экзаменационные вопросы, экзаменационные билеты</w:t>
            </w:r>
          </w:p>
        </w:tc>
      </w:tr>
      <w:tr w:rsidR="00771808" w:rsidTr="002264E8">
        <w:trPr>
          <w:trHeight w:val="498"/>
        </w:trPr>
        <w:tc>
          <w:tcPr>
            <w:tcW w:w="1843" w:type="dxa"/>
            <w:vMerge/>
          </w:tcPr>
          <w:p w:rsidR="00771808" w:rsidRPr="00FD4A85" w:rsidRDefault="00771808" w:rsidP="00771808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701" w:type="dxa"/>
            <w:vMerge/>
          </w:tcPr>
          <w:p w:rsidR="00771808" w:rsidRPr="00FD4A85" w:rsidRDefault="00771808" w:rsidP="00771808">
            <w:pPr>
              <w:widowControl w:val="0"/>
              <w:spacing w:line="240" w:lineRule="auto"/>
              <w:rPr>
                <w:b/>
                <w:color w:val="FF0000"/>
                <w:szCs w:val="24"/>
                <w:lang w:val="ru-RU"/>
              </w:rPr>
            </w:pPr>
          </w:p>
        </w:tc>
        <w:tc>
          <w:tcPr>
            <w:tcW w:w="1559" w:type="dxa"/>
            <w:vMerge/>
          </w:tcPr>
          <w:p w:rsidR="00771808" w:rsidRPr="00FD4A85" w:rsidRDefault="00771808" w:rsidP="00771808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2552" w:type="dxa"/>
          </w:tcPr>
          <w:p w:rsidR="00771808" w:rsidRPr="00A63A0F" w:rsidRDefault="00771808" w:rsidP="00771808">
            <w:pPr>
              <w:spacing w:line="240" w:lineRule="auto"/>
              <w:rPr>
                <w:i/>
                <w:sz w:val="20"/>
              </w:rPr>
            </w:pPr>
            <w:r w:rsidRPr="00A63A0F">
              <w:rPr>
                <w:i/>
                <w:sz w:val="20"/>
              </w:rPr>
              <w:t>Диагностическое дисциплинарное тестирование</w:t>
            </w:r>
          </w:p>
        </w:tc>
        <w:tc>
          <w:tcPr>
            <w:tcW w:w="2693" w:type="dxa"/>
          </w:tcPr>
          <w:p w:rsidR="00771808" w:rsidRPr="00A63A0F" w:rsidRDefault="00771808" w:rsidP="00771808">
            <w:pPr>
              <w:spacing w:line="240" w:lineRule="auto"/>
              <w:rPr>
                <w:i/>
                <w:sz w:val="20"/>
              </w:rPr>
            </w:pPr>
            <w:r w:rsidRPr="00A63A0F">
              <w:rPr>
                <w:i/>
                <w:sz w:val="20"/>
              </w:rPr>
              <w:t>Комплект тестовых заданий</w:t>
            </w:r>
          </w:p>
        </w:tc>
      </w:tr>
    </w:tbl>
    <w:p w:rsidR="00FD4A85" w:rsidRDefault="00FD4A85" w:rsidP="00FD4A85"/>
    <w:p w:rsidR="00FD4A85" w:rsidRDefault="00FD4A85" w:rsidP="00FD4A85">
      <w:pPr>
        <w:jc w:val="center"/>
        <w:rPr>
          <w:b/>
        </w:rPr>
      </w:pPr>
    </w:p>
    <w:p w:rsidR="00FD4A85" w:rsidRDefault="00FD4A85" w:rsidP="00FD4A85">
      <w:pPr>
        <w:jc w:val="center"/>
        <w:rPr>
          <w:b/>
        </w:rPr>
      </w:pPr>
    </w:p>
    <w:p w:rsidR="00FD4A85" w:rsidRDefault="00FD4A85" w:rsidP="00FD4A85">
      <w:pPr>
        <w:jc w:val="center"/>
        <w:rPr>
          <w:b/>
        </w:rPr>
      </w:pPr>
    </w:p>
    <w:p w:rsidR="00FD4A85" w:rsidRDefault="00FD4A85" w:rsidP="00FD4A85">
      <w:pPr>
        <w:jc w:val="center"/>
        <w:rPr>
          <w:b/>
        </w:rPr>
      </w:pPr>
    </w:p>
    <w:p w:rsidR="00FD4A85" w:rsidRDefault="00FD4A85" w:rsidP="00FD4A85">
      <w:pPr>
        <w:jc w:val="center"/>
        <w:rPr>
          <w:b/>
        </w:rPr>
      </w:pPr>
    </w:p>
    <w:p w:rsidR="00FD4A85" w:rsidRDefault="00FD4A85" w:rsidP="00FD4A85">
      <w:pPr>
        <w:jc w:val="center"/>
        <w:rPr>
          <w:b/>
        </w:rPr>
      </w:pPr>
    </w:p>
    <w:p w:rsidR="00FD4A85" w:rsidRDefault="00FD4A85" w:rsidP="00FD4A85">
      <w:pPr>
        <w:jc w:val="center"/>
        <w:rPr>
          <w:b/>
        </w:rPr>
      </w:pPr>
    </w:p>
    <w:p w:rsidR="00FD4A85" w:rsidRDefault="00FD4A85" w:rsidP="00FD4A85">
      <w:pPr>
        <w:jc w:val="center"/>
        <w:rPr>
          <w:b/>
        </w:rPr>
      </w:pPr>
    </w:p>
    <w:p w:rsidR="00FD4A85" w:rsidRDefault="00FD4A85" w:rsidP="00FD4A85">
      <w:pPr>
        <w:jc w:val="center"/>
        <w:rPr>
          <w:b/>
        </w:rPr>
      </w:pPr>
    </w:p>
    <w:p w:rsidR="00FD4A85" w:rsidRDefault="00FD4A85" w:rsidP="00FD4A85">
      <w:pPr>
        <w:jc w:val="center"/>
        <w:rPr>
          <w:b/>
        </w:rPr>
      </w:pPr>
      <w:bookmarkStart w:id="0" w:name="_GoBack"/>
      <w:bookmarkEnd w:id="0"/>
    </w:p>
    <w:p w:rsidR="00FD4A85" w:rsidRDefault="00FD4A85" w:rsidP="00FD4A85">
      <w:pPr>
        <w:jc w:val="center"/>
        <w:rPr>
          <w:b/>
        </w:rPr>
      </w:pPr>
    </w:p>
    <w:p w:rsidR="00FD4A85" w:rsidRPr="00FD4A85" w:rsidRDefault="00FD4A85" w:rsidP="00FD4A85">
      <w:pPr>
        <w:jc w:val="center"/>
        <w:rPr>
          <w:b/>
          <w:u w:val="single"/>
          <w:lang w:val="ru-RU"/>
        </w:rPr>
      </w:pPr>
      <w:r w:rsidRPr="00FD4A85">
        <w:rPr>
          <w:b/>
          <w:lang w:val="ru-RU"/>
        </w:rPr>
        <w:lastRenderedPageBreak/>
        <w:t xml:space="preserve">Перечень и краткая характеристика оценочных средств по дисциплине </w:t>
      </w:r>
      <w:r w:rsidRPr="00FD4A85">
        <w:rPr>
          <w:b/>
          <w:u w:val="single"/>
          <w:lang w:val="ru-RU"/>
        </w:rPr>
        <w:t xml:space="preserve"> </w:t>
      </w:r>
    </w:p>
    <w:p w:rsidR="00FD4A85" w:rsidRPr="00093F28" w:rsidRDefault="00FD4A85" w:rsidP="00FD4A85">
      <w:pPr>
        <w:jc w:val="center"/>
        <w:rPr>
          <w:b/>
          <w:u w:val="single"/>
        </w:rPr>
      </w:pPr>
      <w:r>
        <w:rPr>
          <w:b/>
          <w:u w:val="single"/>
        </w:rPr>
        <w:t>Химия</w:t>
      </w:r>
    </w:p>
    <w:p w:rsidR="00FD4A85" w:rsidRPr="008D1837" w:rsidRDefault="00FD4A85" w:rsidP="00FD4A85"/>
    <w:tbl>
      <w:tblPr>
        <w:tblW w:w="10168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115"/>
        <w:gridCol w:w="4536"/>
        <w:gridCol w:w="2977"/>
      </w:tblGrid>
      <w:tr w:rsidR="00FD4A85" w:rsidRPr="00771808" w:rsidTr="002264E8">
        <w:tc>
          <w:tcPr>
            <w:tcW w:w="540" w:type="dxa"/>
            <w:vAlign w:val="center"/>
          </w:tcPr>
          <w:p w:rsidR="00FD4A85" w:rsidRPr="00FF077F" w:rsidRDefault="00FD4A85" w:rsidP="002264E8">
            <w:pPr>
              <w:spacing w:line="240" w:lineRule="auto"/>
              <w:jc w:val="center"/>
              <w:rPr>
                <w:b/>
              </w:rPr>
            </w:pPr>
            <w:r w:rsidRPr="00FF077F">
              <w:rPr>
                <w:b/>
                <w:sz w:val="22"/>
              </w:rPr>
              <w:t>№</w:t>
            </w:r>
          </w:p>
          <w:p w:rsidR="00FD4A85" w:rsidRPr="00FF077F" w:rsidRDefault="00FD4A85" w:rsidP="002264E8">
            <w:pPr>
              <w:spacing w:line="240" w:lineRule="auto"/>
              <w:jc w:val="center"/>
              <w:rPr>
                <w:b/>
              </w:rPr>
            </w:pPr>
            <w:r w:rsidRPr="00FF077F">
              <w:rPr>
                <w:b/>
                <w:sz w:val="22"/>
              </w:rPr>
              <w:t>п/п</w:t>
            </w:r>
          </w:p>
        </w:tc>
        <w:tc>
          <w:tcPr>
            <w:tcW w:w="2115" w:type="dxa"/>
            <w:vAlign w:val="center"/>
          </w:tcPr>
          <w:p w:rsidR="00FD4A85" w:rsidRPr="00FD4A85" w:rsidRDefault="00FD4A85" w:rsidP="002264E8">
            <w:pPr>
              <w:spacing w:line="240" w:lineRule="auto"/>
              <w:jc w:val="center"/>
              <w:rPr>
                <w:b/>
                <w:lang w:val="ru-RU"/>
              </w:rPr>
            </w:pPr>
            <w:r w:rsidRPr="00FD4A85">
              <w:rPr>
                <w:b/>
                <w:sz w:val="22"/>
                <w:lang w:val="ru-RU"/>
              </w:rPr>
              <w:t xml:space="preserve">Наименование оценочного средства </w:t>
            </w:r>
            <w:r w:rsidRPr="00FD4A85">
              <w:rPr>
                <w:sz w:val="22"/>
                <w:lang w:val="ru-RU"/>
              </w:rPr>
              <w:t>(процесс/конечный продукт)</w:t>
            </w:r>
          </w:p>
        </w:tc>
        <w:tc>
          <w:tcPr>
            <w:tcW w:w="4536" w:type="dxa"/>
            <w:vAlign w:val="center"/>
          </w:tcPr>
          <w:p w:rsidR="00FD4A85" w:rsidRPr="00FF077F" w:rsidRDefault="00FD4A85" w:rsidP="002264E8">
            <w:pPr>
              <w:spacing w:line="240" w:lineRule="auto"/>
              <w:jc w:val="center"/>
              <w:rPr>
                <w:b/>
              </w:rPr>
            </w:pPr>
            <w:r w:rsidRPr="00FF077F">
              <w:rPr>
                <w:b/>
                <w:sz w:val="22"/>
              </w:rPr>
              <w:t>Краткая характеристика оценочного средства</w:t>
            </w:r>
          </w:p>
        </w:tc>
        <w:tc>
          <w:tcPr>
            <w:tcW w:w="2977" w:type="dxa"/>
            <w:vAlign w:val="center"/>
          </w:tcPr>
          <w:p w:rsidR="00FD4A85" w:rsidRPr="00FD4A85" w:rsidRDefault="00FD4A85" w:rsidP="002264E8">
            <w:pPr>
              <w:spacing w:line="240" w:lineRule="auto"/>
              <w:jc w:val="center"/>
              <w:rPr>
                <w:b/>
                <w:lang w:val="ru-RU"/>
              </w:rPr>
            </w:pPr>
            <w:r w:rsidRPr="00FD4A85">
              <w:rPr>
                <w:b/>
                <w:sz w:val="22"/>
                <w:lang w:val="ru-RU"/>
              </w:rPr>
              <w:t>Представление оценочного средства в фонде</w:t>
            </w:r>
          </w:p>
        </w:tc>
      </w:tr>
      <w:tr w:rsidR="00FD4A85" w:rsidRPr="005F5C0E" w:rsidTr="002264E8">
        <w:tc>
          <w:tcPr>
            <w:tcW w:w="540" w:type="dxa"/>
          </w:tcPr>
          <w:p w:rsidR="00FD4A85" w:rsidRPr="005F5C0E" w:rsidRDefault="00FD4A85" w:rsidP="002264E8">
            <w:pPr>
              <w:spacing w:line="240" w:lineRule="auto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</w:t>
            </w:r>
          </w:p>
        </w:tc>
        <w:tc>
          <w:tcPr>
            <w:tcW w:w="2115" w:type="dxa"/>
          </w:tcPr>
          <w:p w:rsidR="00FD4A85" w:rsidRPr="005F5C0E" w:rsidRDefault="00FD4A85" w:rsidP="002264E8">
            <w:pPr>
              <w:spacing w:line="240" w:lineRule="auto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</w:t>
            </w:r>
          </w:p>
        </w:tc>
        <w:tc>
          <w:tcPr>
            <w:tcW w:w="4536" w:type="dxa"/>
          </w:tcPr>
          <w:p w:rsidR="00FD4A85" w:rsidRPr="005F5C0E" w:rsidRDefault="00FD4A85" w:rsidP="002264E8">
            <w:pPr>
              <w:spacing w:line="240" w:lineRule="auto"/>
              <w:ind w:firstLine="28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</w:t>
            </w:r>
          </w:p>
        </w:tc>
        <w:tc>
          <w:tcPr>
            <w:tcW w:w="2977" w:type="dxa"/>
          </w:tcPr>
          <w:p w:rsidR="00FD4A85" w:rsidRPr="005F5C0E" w:rsidRDefault="00FD4A85" w:rsidP="002264E8">
            <w:pPr>
              <w:spacing w:line="240" w:lineRule="auto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</w:t>
            </w:r>
          </w:p>
        </w:tc>
      </w:tr>
      <w:tr w:rsidR="00FD4A85" w:rsidRPr="00771808" w:rsidTr="002264E8">
        <w:tc>
          <w:tcPr>
            <w:tcW w:w="540" w:type="dxa"/>
          </w:tcPr>
          <w:p w:rsidR="00FD4A85" w:rsidRPr="00FF077F" w:rsidRDefault="00FD4A85" w:rsidP="00FD4A85">
            <w:pPr>
              <w:numPr>
                <w:ilvl w:val="0"/>
                <w:numId w:val="8"/>
              </w:numPr>
              <w:spacing w:line="240" w:lineRule="auto"/>
              <w:ind w:left="0"/>
              <w:jc w:val="both"/>
            </w:pPr>
          </w:p>
        </w:tc>
        <w:tc>
          <w:tcPr>
            <w:tcW w:w="2115" w:type="dxa"/>
          </w:tcPr>
          <w:p w:rsidR="00FD4A85" w:rsidRPr="00FF077F" w:rsidRDefault="00FD4A85" w:rsidP="002264E8">
            <w:pPr>
              <w:spacing w:line="240" w:lineRule="auto"/>
            </w:pPr>
            <w:r>
              <w:rPr>
                <w:sz w:val="22"/>
              </w:rPr>
              <w:t>Контрольная работа</w:t>
            </w:r>
          </w:p>
        </w:tc>
        <w:tc>
          <w:tcPr>
            <w:tcW w:w="4536" w:type="dxa"/>
          </w:tcPr>
          <w:p w:rsidR="00FD4A85" w:rsidRPr="00FD4A85" w:rsidRDefault="00FD4A85" w:rsidP="002264E8">
            <w:pPr>
              <w:spacing w:line="240" w:lineRule="auto"/>
              <w:ind w:firstLine="28"/>
              <w:rPr>
                <w:color w:val="FF0000"/>
                <w:lang w:val="ru-RU"/>
              </w:rPr>
            </w:pPr>
            <w:r w:rsidRPr="00FD4A85">
              <w:rPr>
                <w:sz w:val="22"/>
                <w:lang w:val="ru-RU"/>
              </w:rPr>
              <w:t>Средство проверки умений применять полученные знания для решения задач определенного типа по теме или разделу</w:t>
            </w:r>
          </w:p>
        </w:tc>
        <w:tc>
          <w:tcPr>
            <w:tcW w:w="2977" w:type="dxa"/>
          </w:tcPr>
          <w:p w:rsidR="00FD4A85" w:rsidRPr="00FD4A85" w:rsidRDefault="00FD4A85" w:rsidP="002264E8">
            <w:pPr>
              <w:spacing w:line="240" w:lineRule="auto"/>
              <w:rPr>
                <w:lang w:val="ru-RU"/>
              </w:rPr>
            </w:pPr>
            <w:r w:rsidRPr="00FD4A85">
              <w:rPr>
                <w:sz w:val="22"/>
                <w:lang w:val="ru-RU"/>
              </w:rPr>
              <w:t xml:space="preserve">Комплект контрольных заданий по вариантам </w:t>
            </w:r>
          </w:p>
        </w:tc>
      </w:tr>
      <w:tr w:rsidR="00FD4A85" w:rsidRPr="00771808" w:rsidTr="002264E8">
        <w:tc>
          <w:tcPr>
            <w:tcW w:w="540" w:type="dxa"/>
          </w:tcPr>
          <w:p w:rsidR="00FD4A85" w:rsidRPr="00FD4A85" w:rsidRDefault="00FD4A85" w:rsidP="00FD4A85">
            <w:pPr>
              <w:numPr>
                <w:ilvl w:val="0"/>
                <w:numId w:val="8"/>
              </w:numPr>
              <w:spacing w:line="240" w:lineRule="auto"/>
              <w:ind w:left="0"/>
              <w:jc w:val="both"/>
              <w:rPr>
                <w:lang w:val="ru-RU"/>
              </w:rPr>
            </w:pPr>
          </w:p>
        </w:tc>
        <w:tc>
          <w:tcPr>
            <w:tcW w:w="2115" w:type="dxa"/>
          </w:tcPr>
          <w:p w:rsidR="00FD4A85" w:rsidRPr="00FF077F" w:rsidRDefault="00FD4A85" w:rsidP="002264E8">
            <w:pPr>
              <w:spacing w:line="240" w:lineRule="auto"/>
            </w:pPr>
            <w:r>
              <w:rPr>
                <w:sz w:val="22"/>
              </w:rPr>
              <w:t xml:space="preserve">Лабораторная работа </w:t>
            </w:r>
          </w:p>
        </w:tc>
        <w:tc>
          <w:tcPr>
            <w:tcW w:w="4536" w:type="dxa"/>
          </w:tcPr>
          <w:p w:rsidR="00FD4A85" w:rsidRPr="00FD4A85" w:rsidRDefault="00FD4A85" w:rsidP="002264E8">
            <w:pPr>
              <w:spacing w:line="240" w:lineRule="auto"/>
              <w:ind w:firstLine="28"/>
              <w:rPr>
                <w:lang w:val="ru-RU"/>
              </w:rPr>
            </w:pPr>
            <w:r w:rsidRPr="00FD4A85">
              <w:rPr>
                <w:lang w:val="ru-RU"/>
              </w:rPr>
              <w:t>Форма организации учебного процесса, заключающаяся в выполнении обучающимися под руководством преподавателя комплекса учебных заданий с целью усвоения научно-теоретических основ дисциплины, приобретения навыков и опыта творческой деятельности, овладения современными методами лабораторной работы с применением технических средств</w:t>
            </w:r>
          </w:p>
        </w:tc>
        <w:tc>
          <w:tcPr>
            <w:tcW w:w="2977" w:type="dxa"/>
          </w:tcPr>
          <w:p w:rsidR="00FD4A85" w:rsidRPr="00FD4A85" w:rsidRDefault="00FD4A85" w:rsidP="002264E8">
            <w:pPr>
              <w:spacing w:line="240" w:lineRule="auto"/>
              <w:rPr>
                <w:lang w:val="ru-RU"/>
              </w:rPr>
            </w:pPr>
            <w:r w:rsidRPr="00FD4A85">
              <w:rPr>
                <w:sz w:val="22"/>
                <w:lang w:val="ru-RU"/>
              </w:rPr>
              <w:t>Макет отчета по лабораторной (-ым) работе (-ам)</w:t>
            </w:r>
          </w:p>
        </w:tc>
      </w:tr>
      <w:tr w:rsidR="00FD4A85" w:rsidRPr="00FF077F" w:rsidTr="002264E8">
        <w:tc>
          <w:tcPr>
            <w:tcW w:w="540" w:type="dxa"/>
          </w:tcPr>
          <w:p w:rsidR="00FD4A85" w:rsidRPr="00FD4A85" w:rsidRDefault="00FD4A85" w:rsidP="00FD4A85">
            <w:pPr>
              <w:numPr>
                <w:ilvl w:val="0"/>
                <w:numId w:val="8"/>
              </w:numPr>
              <w:spacing w:line="240" w:lineRule="auto"/>
              <w:ind w:left="0"/>
              <w:jc w:val="both"/>
              <w:rPr>
                <w:lang w:val="ru-RU"/>
              </w:rPr>
            </w:pPr>
          </w:p>
        </w:tc>
        <w:tc>
          <w:tcPr>
            <w:tcW w:w="2115" w:type="dxa"/>
          </w:tcPr>
          <w:p w:rsidR="00FD4A85" w:rsidRPr="00FF077F" w:rsidRDefault="00FD4A85" w:rsidP="002264E8">
            <w:pPr>
              <w:spacing w:line="240" w:lineRule="auto"/>
            </w:pPr>
            <w:r w:rsidRPr="00FF077F">
              <w:rPr>
                <w:sz w:val="22"/>
              </w:rPr>
              <w:t>Тест</w:t>
            </w:r>
          </w:p>
        </w:tc>
        <w:tc>
          <w:tcPr>
            <w:tcW w:w="4536" w:type="dxa"/>
          </w:tcPr>
          <w:p w:rsidR="00FD4A85" w:rsidRPr="00FD4A85" w:rsidRDefault="00FD4A85" w:rsidP="002264E8">
            <w:pPr>
              <w:spacing w:line="240" w:lineRule="auto"/>
              <w:rPr>
                <w:lang w:val="ru-RU"/>
              </w:rPr>
            </w:pPr>
            <w:r w:rsidRPr="00FD4A85">
              <w:rPr>
                <w:sz w:val="22"/>
                <w:lang w:val="ru-RU"/>
              </w:rPr>
              <w:t>Система стандартизированных заданий, позволяющая автоматизировать процедуру измерения уровня знаний и умений обучающегося.</w:t>
            </w:r>
          </w:p>
        </w:tc>
        <w:tc>
          <w:tcPr>
            <w:tcW w:w="2977" w:type="dxa"/>
          </w:tcPr>
          <w:p w:rsidR="00FD4A85" w:rsidRPr="00FF077F" w:rsidRDefault="00FD4A85" w:rsidP="002264E8">
            <w:pPr>
              <w:spacing w:line="240" w:lineRule="auto"/>
            </w:pPr>
            <w:r>
              <w:rPr>
                <w:sz w:val="22"/>
              </w:rPr>
              <w:t>База</w:t>
            </w:r>
            <w:r w:rsidRPr="00FF077F">
              <w:rPr>
                <w:sz w:val="22"/>
              </w:rPr>
              <w:t xml:space="preserve"> тестовых заданий</w:t>
            </w:r>
          </w:p>
        </w:tc>
      </w:tr>
      <w:tr w:rsidR="00FD4A85" w:rsidRPr="00FF077F" w:rsidTr="002264E8">
        <w:tc>
          <w:tcPr>
            <w:tcW w:w="540" w:type="dxa"/>
          </w:tcPr>
          <w:p w:rsidR="00FD4A85" w:rsidRPr="00FF077F" w:rsidRDefault="00FD4A85" w:rsidP="00FD4A85">
            <w:pPr>
              <w:numPr>
                <w:ilvl w:val="0"/>
                <w:numId w:val="8"/>
              </w:numPr>
              <w:spacing w:line="240" w:lineRule="auto"/>
              <w:ind w:left="0"/>
              <w:jc w:val="both"/>
            </w:pPr>
          </w:p>
        </w:tc>
        <w:tc>
          <w:tcPr>
            <w:tcW w:w="2115" w:type="dxa"/>
          </w:tcPr>
          <w:p w:rsidR="00FD4A85" w:rsidRPr="00FD4A85" w:rsidRDefault="00FD4A85" w:rsidP="002264E8">
            <w:pPr>
              <w:spacing w:line="240" w:lineRule="auto"/>
              <w:rPr>
                <w:lang w:val="ru-RU"/>
              </w:rPr>
            </w:pPr>
            <w:r w:rsidRPr="00FD4A85">
              <w:rPr>
                <w:sz w:val="22"/>
                <w:lang w:val="ru-RU"/>
              </w:rPr>
              <w:t>Задания для диагностического дисциплинарного тестирования</w:t>
            </w:r>
          </w:p>
        </w:tc>
        <w:tc>
          <w:tcPr>
            <w:tcW w:w="4536" w:type="dxa"/>
          </w:tcPr>
          <w:p w:rsidR="00FD4A85" w:rsidRPr="00FD4A85" w:rsidRDefault="00FD4A85" w:rsidP="002264E8">
            <w:pPr>
              <w:spacing w:line="240" w:lineRule="auto"/>
              <w:rPr>
                <w:lang w:val="ru-RU"/>
              </w:rPr>
            </w:pPr>
            <w:r w:rsidRPr="00FD4A85">
              <w:rPr>
                <w:sz w:val="22"/>
                <w:lang w:val="ru-RU"/>
              </w:rPr>
              <w:t>Задания для проверки уровня освоения компетенций обучающегося</w:t>
            </w:r>
          </w:p>
        </w:tc>
        <w:tc>
          <w:tcPr>
            <w:tcW w:w="2977" w:type="dxa"/>
          </w:tcPr>
          <w:p w:rsidR="00FD4A85" w:rsidRDefault="00FD4A85" w:rsidP="002264E8">
            <w:pPr>
              <w:spacing w:line="240" w:lineRule="auto"/>
            </w:pPr>
            <w:r>
              <w:rPr>
                <w:sz w:val="22"/>
              </w:rPr>
              <w:t>Комплект тестовых заданий</w:t>
            </w:r>
          </w:p>
        </w:tc>
      </w:tr>
    </w:tbl>
    <w:p w:rsidR="00FD4A85" w:rsidRDefault="00FD4A85" w:rsidP="00FD4A85"/>
    <w:p w:rsidR="00FD4A85" w:rsidRDefault="00FD4A85" w:rsidP="00FD4A85">
      <w:pPr>
        <w:jc w:val="center"/>
        <w:rPr>
          <w:b/>
        </w:rPr>
      </w:pPr>
    </w:p>
    <w:p w:rsidR="00FD4A85" w:rsidRDefault="00FD4A85" w:rsidP="00FD4A85">
      <w:pPr>
        <w:jc w:val="center"/>
        <w:rPr>
          <w:b/>
        </w:rPr>
      </w:pPr>
    </w:p>
    <w:p w:rsidR="00FD4A85" w:rsidRDefault="00FD4A85" w:rsidP="00FD4A85">
      <w:pPr>
        <w:jc w:val="center"/>
        <w:rPr>
          <w:b/>
        </w:rPr>
      </w:pPr>
    </w:p>
    <w:p w:rsidR="00FD4A85" w:rsidRDefault="00FD4A85" w:rsidP="00FD4A85">
      <w:pPr>
        <w:jc w:val="center"/>
        <w:rPr>
          <w:b/>
        </w:rPr>
      </w:pPr>
    </w:p>
    <w:p w:rsidR="00FD4A85" w:rsidRDefault="00FD4A85" w:rsidP="00FD4A85">
      <w:pPr>
        <w:jc w:val="center"/>
        <w:rPr>
          <w:b/>
        </w:rPr>
      </w:pPr>
    </w:p>
    <w:p w:rsidR="00FD4A85" w:rsidRDefault="00FD4A85" w:rsidP="00FD4A85">
      <w:pPr>
        <w:jc w:val="center"/>
        <w:rPr>
          <w:b/>
        </w:rPr>
      </w:pPr>
    </w:p>
    <w:p w:rsidR="00FD4A85" w:rsidRDefault="00FD4A85" w:rsidP="00FD4A85">
      <w:pPr>
        <w:jc w:val="center"/>
        <w:rPr>
          <w:b/>
        </w:rPr>
      </w:pPr>
    </w:p>
    <w:p w:rsidR="00FD4A85" w:rsidRDefault="00FD4A85" w:rsidP="00FD4A85">
      <w:pPr>
        <w:jc w:val="center"/>
        <w:rPr>
          <w:b/>
        </w:rPr>
      </w:pPr>
    </w:p>
    <w:p w:rsidR="00FD4A85" w:rsidRDefault="00FD4A85" w:rsidP="00FD4A85">
      <w:pPr>
        <w:jc w:val="center"/>
        <w:rPr>
          <w:b/>
        </w:rPr>
      </w:pPr>
    </w:p>
    <w:p w:rsidR="00FD4A85" w:rsidRDefault="00FD4A85" w:rsidP="00FD4A85">
      <w:pPr>
        <w:jc w:val="center"/>
        <w:rPr>
          <w:b/>
        </w:rPr>
      </w:pPr>
    </w:p>
    <w:p w:rsidR="00FD4A85" w:rsidRDefault="00FD4A85" w:rsidP="00FD4A85">
      <w:pPr>
        <w:jc w:val="center"/>
        <w:rPr>
          <w:b/>
        </w:rPr>
      </w:pPr>
    </w:p>
    <w:p w:rsidR="00FD4A85" w:rsidRDefault="00FD4A85" w:rsidP="00FD4A85">
      <w:pPr>
        <w:jc w:val="center"/>
        <w:rPr>
          <w:b/>
        </w:rPr>
      </w:pPr>
    </w:p>
    <w:p w:rsidR="00FD4A85" w:rsidRPr="00FD4A85" w:rsidRDefault="00FD4A85" w:rsidP="00FD4A85">
      <w:pPr>
        <w:jc w:val="center"/>
        <w:rPr>
          <w:b/>
          <w:lang w:val="ru-RU"/>
        </w:rPr>
      </w:pPr>
      <w:r w:rsidRPr="00FD4A85">
        <w:rPr>
          <w:b/>
          <w:lang w:val="ru-RU"/>
        </w:rPr>
        <w:lastRenderedPageBreak/>
        <w:t>Комплект оценочных средств для текущего контроля</w:t>
      </w:r>
    </w:p>
    <w:p w:rsidR="00FD4A85" w:rsidRPr="00FD4A85" w:rsidRDefault="00FD4A85" w:rsidP="00FD4A85">
      <w:pPr>
        <w:jc w:val="center"/>
        <w:rPr>
          <w:b/>
          <w:bCs/>
          <w:color w:val="000000"/>
          <w:szCs w:val="24"/>
          <w:lang w:val="ru-RU"/>
        </w:rPr>
      </w:pPr>
    </w:p>
    <w:p w:rsidR="00FD4A85" w:rsidRPr="00FD4A85" w:rsidRDefault="00FD4A85" w:rsidP="00FD4A85">
      <w:pPr>
        <w:pStyle w:val="ae"/>
        <w:tabs>
          <w:tab w:val="left" w:pos="2295"/>
        </w:tabs>
        <w:spacing w:line="240" w:lineRule="auto"/>
        <w:jc w:val="center"/>
        <w:rPr>
          <w:b/>
          <w:szCs w:val="24"/>
          <w:lang w:val="ru-RU"/>
        </w:rPr>
      </w:pPr>
      <w:r w:rsidRPr="00FD4A85">
        <w:rPr>
          <w:b/>
          <w:szCs w:val="24"/>
          <w:lang w:val="ru-RU"/>
        </w:rPr>
        <w:t>Комплект заданий для контрольной работы</w:t>
      </w:r>
    </w:p>
    <w:p w:rsidR="00FD4A85" w:rsidRPr="00FD4A85" w:rsidRDefault="00FD4A85" w:rsidP="00FD4A85">
      <w:pPr>
        <w:shd w:val="clear" w:color="auto" w:fill="FFFFFF"/>
        <w:tabs>
          <w:tab w:val="left" w:pos="720"/>
        </w:tabs>
        <w:suppressAutoHyphens/>
        <w:spacing w:line="240" w:lineRule="auto"/>
        <w:ind w:firstLine="180"/>
        <w:rPr>
          <w:b/>
          <w:szCs w:val="24"/>
          <w:shd w:val="clear" w:color="auto" w:fill="FFFFFF"/>
          <w:lang w:val="ru-RU"/>
        </w:rPr>
      </w:pPr>
      <w:r w:rsidRPr="00FD4A85">
        <w:rPr>
          <w:b/>
          <w:szCs w:val="24"/>
          <w:shd w:val="clear" w:color="auto" w:fill="FFFFFF"/>
          <w:lang w:val="ru-RU"/>
        </w:rPr>
        <w:t>Раздел 1. Химия – наука о веществах.</w:t>
      </w:r>
    </w:p>
    <w:p w:rsidR="00FD4A85" w:rsidRPr="00FD4A85" w:rsidRDefault="00FD4A85" w:rsidP="00FD4A85">
      <w:pPr>
        <w:spacing w:line="240" w:lineRule="auto"/>
        <w:ind w:firstLine="180"/>
        <w:rPr>
          <w:b/>
          <w:szCs w:val="24"/>
          <w:lang w:val="ru-RU"/>
        </w:rPr>
      </w:pPr>
      <w:r w:rsidRPr="00FD4A85">
        <w:rPr>
          <w:b/>
          <w:szCs w:val="24"/>
          <w:lang w:val="ru-RU"/>
        </w:rPr>
        <w:t>Задание 1.</w:t>
      </w:r>
    </w:p>
    <w:p w:rsidR="00FD4A85" w:rsidRPr="00FD4A85" w:rsidRDefault="00FD4A85" w:rsidP="00FD4A85">
      <w:pPr>
        <w:pStyle w:val="ae"/>
        <w:numPr>
          <w:ilvl w:val="0"/>
          <w:numId w:val="10"/>
        </w:numPr>
        <w:overflowPunct w:val="0"/>
        <w:autoSpaceDE w:val="0"/>
        <w:autoSpaceDN w:val="0"/>
        <w:adjustRightInd w:val="0"/>
        <w:spacing w:line="240" w:lineRule="auto"/>
        <w:ind w:left="538" w:hanging="357"/>
        <w:jc w:val="both"/>
        <w:textAlignment w:val="baseline"/>
        <w:rPr>
          <w:szCs w:val="24"/>
          <w:lang w:val="ru-RU"/>
        </w:rPr>
      </w:pPr>
      <w:r w:rsidRPr="00FD4A85">
        <w:rPr>
          <w:szCs w:val="24"/>
          <w:lang w:val="ru-RU"/>
        </w:rPr>
        <w:t>Напишите электронные формулы атомов, образующих данную молекулу</w:t>
      </w:r>
    </w:p>
    <w:p w:rsidR="00FD4A85" w:rsidRPr="00FD4A85" w:rsidRDefault="00FD4A85" w:rsidP="00FD4A85">
      <w:pPr>
        <w:pStyle w:val="ae"/>
        <w:numPr>
          <w:ilvl w:val="0"/>
          <w:numId w:val="10"/>
        </w:numPr>
        <w:overflowPunct w:val="0"/>
        <w:autoSpaceDE w:val="0"/>
        <w:autoSpaceDN w:val="0"/>
        <w:adjustRightInd w:val="0"/>
        <w:spacing w:line="240" w:lineRule="auto"/>
        <w:ind w:left="538" w:hanging="357"/>
        <w:jc w:val="both"/>
        <w:textAlignment w:val="baseline"/>
        <w:rPr>
          <w:szCs w:val="24"/>
          <w:lang w:val="ru-RU"/>
        </w:rPr>
      </w:pPr>
      <w:r w:rsidRPr="00FD4A85">
        <w:rPr>
          <w:szCs w:val="24"/>
          <w:lang w:val="ru-RU"/>
        </w:rPr>
        <w:t>Определите механизм образования связи и ее вид</w:t>
      </w:r>
    </w:p>
    <w:p w:rsidR="00FD4A85" w:rsidRDefault="00FD4A85" w:rsidP="00FD4A85">
      <w:pPr>
        <w:pStyle w:val="ae"/>
        <w:numPr>
          <w:ilvl w:val="0"/>
          <w:numId w:val="10"/>
        </w:numPr>
        <w:overflowPunct w:val="0"/>
        <w:autoSpaceDE w:val="0"/>
        <w:autoSpaceDN w:val="0"/>
        <w:adjustRightInd w:val="0"/>
        <w:spacing w:line="240" w:lineRule="auto"/>
        <w:ind w:left="538" w:hanging="357"/>
        <w:jc w:val="both"/>
        <w:textAlignment w:val="baseline"/>
        <w:rPr>
          <w:szCs w:val="24"/>
        </w:rPr>
      </w:pPr>
      <w:r>
        <w:rPr>
          <w:szCs w:val="24"/>
        </w:rPr>
        <w:t>Определите полярность молекулы</w:t>
      </w:r>
    </w:p>
    <w:p w:rsidR="00FD4A85" w:rsidRPr="00FD4A85" w:rsidRDefault="00FD4A85" w:rsidP="00FD4A85">
      <w:pPr>
        <w:pStyle w:val="ae"/>
        <w:numPr>
          <w:ilvl w:val="0"/>
          <w:numId w:val="10"/>
        </w:numPr>
        <w:overflowPunct w:val="0"/>
        <w:autoSpaceDE w:val="0"/>
        <w:autoSpaceDN w:val="0"/>
        <w:adjustRightInd w:val="0"/>
        <w:spacing w:line="240" w:lineRule="auto"/>
        <w:ind w:left="538" w:hanging="357"/>
        <w:jc w:val="both"/>
        <w:textAlignment w:val="baseline"/>
        <w:rPr>
          <w:szCs w:val="24"/>
          <w:lang w:val="ru-RU"/>
        </w:rPr>
      </w:pPr>
      <w:r w:rsidRPr="00FD4A85">
        <w:rPr>
          <w:szCs w:val="24"/>
          <w:lang w:val="ru-RU"/>
        </w:rPr>
        <w:t>Укажите, имеет ли место гибридизация, ее тип</w:t>
      </w:r>
    </w:p>
    <w:p w:rsidR="00FD4A85" w:rsidRDefault="00FD4A85" w:rsidP="00FD4A85">
      <w:pPr>
        <w:pStyle w:val="ae"/>
        <w:numPr>
          <w:ilvl w:val="0"/>
          <w:numId w:val="10"/>
        </w:numPr>
        <w:overflowPunct w:val="0"/>
        <w:autoSpaceDE w:val="0"/>
        <w:autoSpaceDN w:val="0"/>
        <w:adjustRightInd w:val="0"/>
        <w:spacing w:line="240" w:lineRule="auto"/>
        <w:ind w:left="538" w:hanging="357"/>
        <w:jc w:val="both"/>
        <w:textAlignment w:val="baseline"/>
        <w:rPr>
          <w:szCs w:val="24"/>
        </w:rPr>
      </w:pPr>
      <w:r>
        <w:rPr>
          <w:szCs w:val="24"/>
        </w:rPr>
        <w:t>Покажите геометрическую структуру молекулы</w:t>
      </w:r>
    </w:p>
    <w:p w:rsidR="00FD4A85" w:rsidRPr="00B27DE1" w:rsidRDefault="00FD4A85" w:rsidP="00FD4A85">
      <w:pPr>
        <w:pStyle w:val="ae"/>
        <w:numPr>
          <w:ilvl w:val="0"/>
          <w:numId w:val="10"/>
        </w:numPr>
        <w:overflowPunct w:val="0"/>
        <w:autoSpaceDE w:val="0"/>
        <w:autoSpaceDN w:val="0"/>
        <w:adjustRightInd w:val="0"/>
        <w:spacing w:line="240" w:lineRule="auto"/>
        <w:ind w:left="538" w:hanging="357"/>
        <w:jc w:val="both"/>
        <w:textAlignment w:val="baseline"/>
        <w:rPr>
          <w:szCs w:val="24"/>
        </w:rPr>
      </w:pPr>
      <w:r>
        <w:rPr>
          <w:szCs w:val="24"/>
        </w:rPr>
        <w:t>Определите полярность молекулы</w:t>
      </w:r>
    </w:p>
    <w:p w:rsidR="00FD4A85" w:rsidRDefault="00FD4A85" w:rsidP="00FD4A85">
      <w:pPr>
        <w:spacing w:line="240" w:lineRule="auto"/>
        <w:ind w:firstLine="180"/>
        <w:jc w:val="right"/>
        <w:rPr>
          <w:szCs w:val="24"/>
        </w:rPr>
      </w:pPr>
      <w:r>
        <w:rPr>
          <w:szCs w:val="24"/>
        </w:rPr>
        <w:t>Таблица исходных данных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3543"/>
        <w:gridCol w:w="1135"/>
        <w:gridCol w:w="3651"/>
      </w:tblGrid>
      <w:tr w:rsidR="00FD4A85" w:rsidTr="002264E8">
        <w:trPr>
          <w:jc w:val="center"/>
        </w:trPr>
        <w:tc>
          <w:tcPr>
            <w:tcW w:w="1242" w:type="dxa"/>
          </w:tcPr>
          <w:p w:rsidR="00FD4A85" w:rsidRPr="008563EA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Вариант</w:t>
            </w:r>
          </w:p>
        </w:tc>
        <w:tc>
          <w:tcPr>
            <w:tcW w:w="3543" w:type="dxa"/>
          </w:tcPr>
          <w:p w:rsidR="00FD4A85" w:rsidRPr="008563EA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Формулы веществ</w:t>
            </w:r>
          </w:p>
        </w:tc>
        <w:tc>
          <w:tcPr>
            <w:tcW w:w="1135" w:type="dxa"/>
          </w:tcPr>
          <w:p w:rsidR="00FD4A85" w:rsidRPr="008563EA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Вариант</w:t>
            </w:r>
          </w:p>
        </w:tc>
        <w:tc>
          <w:tcPr>
            <w:tcW w:w="3651" w:type="dxa"/>
          </w:tcPr>
          <w:p w:rsidR="00FD4A85" w:rsidRPr="008563EA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Формулы веществ</w:t>
            </w:r>
          </w:p>
        </w:tc>
      </w:tr>
      <w:tr w:rsidR="00FD4A85" w:rsidTr="002264E8">
        <w:trPr>
          <w:jc w:val="center"/>
        </w:trPr>
        <w:tc>
          <w:tcPr>
            <w:tcW w:w="1242" w:type="dxa"/>
          </w:tcPr>
          <w:p w:rsidR="00FD4A85" w:rsidRPr="008563EA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3543" w:type="dxa"/>
          </w:tcPr>
          <w:p w:rsidR="00FD4A85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H</w:t>
            </w:r>
            <w:r w:rsidRPr="00F35BC7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S; TeF</w:t>
            </w:r>
            <w:r w:rsidRPr="00F35BC7">
              <w:rPr>
                <w:szCs w:val="24"/>
                <w:vertAlign w:val="subscript"/>
              </w:rPr>
              <w:t>4</w:t>
            </w:r>
          </w:p>
        </w:tc>
        <w:tc>
          <w:tcPr>
            <w:tcW w:w="1135" w:type="dxa"/>
          </w:tcPr>
          <w:p w:rsidR="00FD4A85" w:rsidRPr="008563EA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3651" w:type="dxa"/>
          </w:tcPr>
          <w:p w:rsidR="00FD4A85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Br</w:t>
            </w:r>
            <w:r w:rsidRPr="00F84529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; SnH</w:t>
            </w:r>
            <w:r w:rsidRPr="00F84529">
              <w:rPr>
                <w:szCs w:val="24"/>
                <w:vertAlign w:val="subscript"/>
              </w:rPr>
              <w:t>4</w:t>
            </w:r>
          </w:p>
        </w:tc>
      </w:tr>
      <w:tr w:rsidR="00FD4A85" w:rsidTr="002264E8">
        <w:trPr>
          <w:jc w:val="center"/>
        </w:trPr>
        <w:tc>
          <w:tcPr>
            <w:tcW w:w="1242" w:type="dxa"/>
          </w:tcPr>
          <w:p w:rsidR="00FD4A85" w:rsidRPr="008563EA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3543" w:type="dxa"/>
          </w:tcPr>
          <w:p w:rsidR="00FD4A85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AlBr</w:t>
            </w:r>
            <w:r w:rsidRPr="00F35BC7">
              <w:rPr>
                <w:szCs w:val="24"/>
                <w:vertAlign w:val="subscript"/>
              </w:rPr>
              <w:t>3</w:t>
            </w:r>
            <w:r>
              <w:rPr>
                <w:szCs w:val="24"/>
              </w:rPr>
              <w:t>; H</w:t>
            </w:r>
            <w:r w:rsidRPr="00F35BC7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Te</w:t>
            </w:r>
          </w:p>
        </w:tc>
        <w:tc>
          <w:tcPr>
            <w:tcW w:w="1135" w:type="dxa"/>
          </w:tcPr>
          <w:p w:rsidR="00FD4A85" w:rsidRPr="008563EA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3651" w:type="dxa"/>
          </w:tcPr>
          <w:p w:rsidR="00FD4A85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PF</w:t>
            </w:r>
            <w:r w:rsidRPr="00F84529">
              <w:rPr>
                <w:szCs w:val="24"/>
                <w:vertAlign w:val="subscript"/>
              </w:rPr>
              <w:t>5</w:t>
            </w:r>
            <w:r>
              <w:rPr>
                <w:szCs w:val="24"/>
              </w:rPr>
              <w:t>; BeH</w:t>
            </w:r>
            <w:r w:rsidRPr="00F84529">
              <w:rPr>
                <w:szCs w:val="24"/>
                <w:vertAlign w:val="subscript"/>
              </w:rPr>
              <w:t>2</w:t>
            </w:r>
          </w:p>
        </w:tc>
      </w:tr>
      <w:tr w:rsidR="00FD4A85" w:rsidTr="002264E8">
        <w:trPr>
          <w:jc w:val="center"/>
        </w:trPr>
        <w:tc>
          <w:tcPr>
            <w:tcW w:w="1242" w:type="dxa"/>
          </w:tcPr>
          <w:p w:rsidR="00FD4A85" w:rsidRPr="008563EA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3543" w:type="dxa"/>
          </w:tcPr>
          <w:p w:rsidR="00FD4A85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GeH</w:t>
            </w:r>
            <w:r w:rsidRPr="00F35BC7">
              <w:rPr>
                <w:szCs w:val="24"/>
                <w:vertAlign w:val="subscript"/>
              </w:rPr>
              <w:t>4</w:t>
            </w:r>
            <w:r>
              <w:rPr>
                <w:szCs w:val="24"/>
              </w:rPr>
              <w:t>; AsH</w:t>
            </w:r>
            <w:r w:rsidRPr="00F35BC7">
              <w:rPr>
                <w:szCs w:val="24"/>
                <w:vertAlign w:val="subscript"/>
              </w:rPr>
              <w:t>3</w:t>
            </w:r>
          </w:p>
        </w:tc>
        <w:tc>
          <w:tcPr>
            <w:tcW w:w="1135" w:type="dxa"/>
          </w:tcPr>
          <w:p w:rsidR="00FD4A85" w:rsidRPr="008563EA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13</w:t>
            </w:r>
          </w:p>
        </w:tc>
        <w:tc>
          <w:tcPr>
            <w:tcW w:w="3651" w:type="dxa"/>
          </w:tcPr>
          <w:p w:rsidR="00FD4A85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MgF</w:t>
            </w:r>
            <w:r w:rsidRPr="00F84529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; SF</w:t>
            </w:r>
            <w:r w:rsidRPr="00F84529">
              <w:rPr>
                <w:szCs w:val="24"/>
                <w:vertAlign w:val="subscript"/>
              </w:rPr>
              <w:t>6</w:t>
            </w:r>
          </w:p>
        </w:tc>
      </w:tr>
      <w:tr w:rsidR="00FD4A85" w:rsidTr="002264E8">
        <w:trPr>
          <w:jc w:val="center"/>
        </w:trPr>
        <w:tc>
          <w:tcPr>
            <w:tcW w:w="1242" w:type="dxa"/>
          </w:tcPr>
          <w:p w:rsidR="00FD4A85" w:rsidRPr="008563EA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3543" w:type="dxa"/>
          </w:tcPr>
          <w:p w:rsidR="00FD4A85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GaI</w:t>
            </w:r>
            <w:r w:rsidRPr="00F35BC7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; HCl</w:t>
            </w:r>
          </w:p>
        </w:tc>
        <w:tc>
          <w:tcPr>
            <w:tcW w:w="1135" w:type="dxa"/>
          </w:tcPr>
          <w:p w:rsidR="00FD4A85" w:rsidRPr="008563EA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3651" w:type="dxa"/>
          </w:tcPr>
          <w:p w:rsidR="00FD4A85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H</w:t>
            </w:r>
            <w:r w:rsidRPr="00F84529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Te; CF</w:t>
            </w:r>
            <w:r w:rsidRPr="00F84529">
              <w:rPr>
                <w:szCs w:val="24"/>
                <w:vertAlign w:val="subscript"/>
              </w:rPr>
              <w:t>6</w:t>
            </w:r>
          </w:p>
        </w:tc>
      </w:tr>
      <w:tr w:rsidR="00FD4A85" w:rsidTr="002264E8">
        <w:trPr>
          <w:jc w:val="center"/>
        </w:trPr>
        <w:tc>
          <w:tcPr>
            <w:tcW w:w="1242" w:type="dxa"/>
          </w:tcPr>
          <w:p w:rsidR="00FD4A85" w:rsidRPr="008563EA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3543" w:type="dxa"/>
          </w:tcPr>
          <w:p w:rsidR="00FD4A85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BeBr</w:t>
            </w:r>
            <w:r w:rsidRPr="00F35BC7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; SbBr</w:t>
            </w:r>
            <w:r w:rsidRPr="00F35BC7">
              <w:rPr>
                <w:szCs w:val="24"/>
                <w:vertAlign w:val="subscript"/>
              </w:rPr>
              <w:t>3</w:t>
            </w:r>
          </w:p>
        </w:tc>
        <w:tc>
          <w:tcPr>
            <w:tcW w:w="1135" w:type="dxa"/>
          </w:tcPr>
          <w:p w:rsidR="00FD4A85" w:rsidRPr="008563EA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3651" w:type="dxa"/>
          </w:tcPr>
          <w:p w:rsidR="00FD4A85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BI2; H2O</w:t>
            </w:r>
          </w:p>
        </w:tc>
      </w:tr>
      <w:tr w:rsidR="00FD4A85" w:rsidTr="002264E8">
        <w:trPr>
          <w:jc w:val="center"/>
        </w:trPr>
        <w:tc>
          <w:tcPr>
            <w:tcW w:w="1242" w:type="dxa"/>
          </w:tcPr>
          <w:p w:rsidR="00FD4A85" w:rsidRPr="008563EA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3543" w:type="dxa"/>
          </w:tcPr>
          <w:p w:rsidR="00FD4A85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SeF</w:t>
            </w:r>
            <w:r w:rsidRPr="00F35BC7">
              <w:rPr>
                <w:szCs w:val="24"/>
                <w:vertAlign w:val="subscript"/>
              </w:rPr>
              <w:t>6</w:t>
            </w:r>
            <w:r>
              <w:rPr>
                <w:szCs w:val="24"/>
              </w:rPr>
              <w:t>; FeF</w:t>
            </w:r>
            <w:r w:rsidRPr="00F35BC7">
              <w:rPr>
                <w:szCs w:val="24"/>
                <w:vertAlign w:val="subscript"/>
              </w:rPr>
              <w:t>2</w:t>
            </w:r>
          </w:p>
        </w:tc>
        <w:tc>
          <w:tcPr>
            <w:tcW w:w="1135" w:type="dxa"/>
          </w:tcPr>
          <w:p w:rsidR="00FD4A85" w:rsidRPr="008563EA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16</w:t>
            </w:r>
          </w:p>
        </w:tc>
        <w:tc>
          <w:tcPr>
            <w:tcW w:w="3651" w:type="dxa"/>
          </w:tcPr>
          <w:p w:rsidR="00FD4A85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HBr; SiF</w:t>
            </w:r>
            <w:r w:rsidRPr="00F84529">
              <w:rPr>
                <w:szCs w:val="24"/>
                <w:vertAlign w:val="subscript"/>
              </w:rPr>
              <w:t>4</w:t>
            </w:r>
          </w:p>
        </w:tc>
      </w:tr>
      <w:tr w:rsidR="00FD4A85" w:rsidTr="002264E8">
        <w:trPr>
          <w:jc w:val="center"/>
        </w:trPr>
        <w:tc>
          <w:tcPr>
            <w:tcW w:w="1242" w:type="dxa"/>
          </w:tcPr>
          <w:p w:rsidR="00FD4A85" w:rsidRPr="008563EA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3543" w:type="dxa"/>
          </w:tcPr>
          <w:p w:rsidR="00FD4A85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SClF</w:t>
            </w:r>
            <w:r w:rsidRPr="00F84529">
              <w:rPr>
                <w:szCs w:val="24"/>
                <w:vertAlign w:val="subscript"/>
              </w:rPr>
              <w:t>5</w:t>
            </w:r>
            <w:r>
              <w:rPr>
                <w:szCs w:val="24"/>
              </w:rPr>
              <w:t>; LiH</w:t>
            </w:r>
          </w:p>
        </w:tc>
        <w:tc>
          <w:tcPr>
            <w:tcW w:w="1135" w:type="dxa"/>
          </w:tcPr>
          <w:p w:rsidR="00FD4A85" w:rsidRPr="008563EA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17</w:t>
            </w:r>
          </w:p>
        </w:tc>
        <w:tc>
          <w:tcPr>
            <w:tcW w:w="3651" w:type="dxa"/>
          </w:tcPr>
          <w:p w:rsidR="00FD4A85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HF; AsF</w:t>
            </w:r>
            <w:r w:rsidRPr="00F84529">
              <w:rPr>
                <w:szCs w:val="24"/>
                <w:vertAlign w:val="subscript"/>
              </w:rPr>
              <w:t>6</w:t>
            </w:r>
          </w:p>
        </w:tc>
      </w:tr>
      <w:tr w:rsidR="00FD4A85" w:rsidTr="002264E8">
        <w:trPr>
          <w:jc w:val="center"/>
        </w:trPr>
        <w:tc>
          <w:tcPr>
            <w:tcW w:w="1242" w:type="dxa"/>
          </w:tcPr>
          <w:p w:rsidR="00FD4A85" w:rsidRPr="008563EA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3543" w:type="dxa"/>
          </w:tcPr>
          <w:p w:rsidR="00FD4A85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SiCl</w:t>
            </w:r>
            <w:r w:rsidRPr="00F84529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; GaBr</w:t>
            </w:r>
            <w:r w:rsidRPr="00F84529">
              <w:rPr>
                <w:szCs w:val="24"/>
                <w:vertAlign w:val="subscript"/>
              </w:rPr>
              <w:t>3</w:t>
            </w:r>
          </w:p>
        </w:tc>
        <w:tc>
          <w:tcPr>
            <w:tcW w:w="1135" w:type="dxa"/>
          </w:tcPr>
          <w:p w:rsidR="00FD4A85" w:rsidRPr="008563EA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3651" w:type="dxa"/>
          </w:tcPr>
          <w:p w:rsidR="00FD4A85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GeCl</w:t>
            </w:r>
            <w:r w:rsidRPr="00F84529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; AlF</w:t>
            </w:r>
            <w:r w:rsidRPr="00F84529">
              <w:rPr>
                <w:szCs w:val="24"/>
                <w:vertAlign w:val="subscript"/>
              </w:rPr>
              <w:t>3</w:t>
            </w:r>
          </w:p>
        </w:tc>
      </w:tr>
      <w:tr w:rsidR="00FD4A85" w:rsidTr="002264E8">
        <w:trPr>
          <w:jc w:val="center"/>
        </w:trPr>
        <w:tc>
          <w:tcPr>
            <w:tcW w:w="1242" w:type="dxa"/>
          </w:tcPr>
          <w:p w:rsidR="00FD4A85" w:rsidRPr="008563EA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3543" w:type="dxa"/>
          </w:tcPr>
          <w:p w:rsidR="00FD4A85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PbCl</w:t>
            </w:r>
            <w:r w:rsidRPr="00F84529">
              <w:rPr>
                <w:szCs w:val="24"/>
                <w:vertAlign w:val="subscript"/>
              </w:rPr>
              <w:t>4</w:t>
            </w:r>
            <w:r>
              <w:rPr>
                <w:szCs w:val="24"/>
              </w:rPr>
              <w:t>; PbCl</w:t>
            </w:r>
            <w:r w:rsidRPr="00F84529">
              <w:rPr>
                <w:szCs w:val="24"/>
                <w:vertAlign w:val="subscript"/>
              </w:rPr>
              <w:t>2</w:t>
            </w:r>
          </w:p>
        </w:tc>
        <w:tc>
          <w:tcPr>
            <w:tcW w:w="1135" w:type="dxa"/>
          </w:tcPr>
          <w:p w:rsidR="00FD4A85" w:rsidRPr="008563EA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19</w:t>
            </w:r>
          </w:p>
        </w:tc>
        <w:tc>
          <w:tcPr>
            <w:tcW w:w="3651" w:type="dxa"/>
          </w:tcPr>
          <w:p w:rsidR="00FD4A85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SbCl</w:t>
            </w:r>
            <w:r w:rsidRPr="00F84529">
              <w:rPr>
                <w:szCs w:val="24"/>
                <w:vertAlign w:val="subscript"/>
              </w:rPr>
              <w:t>5</w:t>
            </w:r>
            <w:r>
              <w:rPr>
                <w:szCs w:val="24"/>
              </w:rPr>
              <w:t>; SnH</w:t>
            </w:r>
            <w:r w:rsidRPr="00F84529">
              <w:rPr>
                <w:szCs w:val="24"/>
                <w:vertAlign w:val="subscript"/>
              </w:rPr>
              <w:t>2</w:t>
            </w:r>
          </w:p>
        </w:tc>
      </w:tr>
      <w:tr w:rsidR="00FD4A85" w:rsidTr="002264E8">
        <w:trPr>
          <w:jc w:val="center"/>
        </w:trPr>
        <w:tc>
          <w:tcPr>
            <w:tcW w:w="1242" w:type="dxa"/>
          </w:tcPr>
          <w:p w:rsidR="00FD4A85" w:rsidRPr="008563EA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3543" w:type="dxa"/>
          </w:tcPr>
          <w:p w:rsidR="00FD4A85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SiCl</w:t>
            </w:r>
            <w:r w:rsidRPr="00F84529">
              <w:rPr>
                <w:szCs w:val="24"/>
                <w:vertAlign w:val="subscript"/>
              </w:rPr>
              <w:t>4</w:t>
            </w:r>
            <w:r>
              <w:rPr>
                <w:szCs w:val="24"/>
              </w:rPr>
              <w:t>; FeCl</w:t>
            </w:r>
            <w:r w:rsidRPr="00F84529">
              <w:rPr>
                <w:szCs w:val="24"/>
                <w:vertAlign w:val="subscript"/>
              </w:rPr>
              <w:t>2</w:t>
            </w:r>
          </w:p>
        </w:tc>
        <w:tc>
          <w:tcPr>
            <w:tcW w:w="1135" w:type="dxa"/>
          </w:tcPr>
          <w:p w:rsidR="00FD4A85" w:rsidRPr="008563EA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3651" w:type="dxa"/>
          </w:tcPr>
          <w:p w:rsidR="00FD4A85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BBr</w:t>
            </w:r>
            <w:r w:rsidRPr="00F84529">
              <w:rPr>
                <w:szCs w:val="24"/>
                <w:vertAlign w:val="subscript"/>
              </w:rPr>
              <w:t>3</w:t>
            </w:r>
            <w:r>
              <w:rPr>
                <w:szCs w:val="24"/>
              </w:rPr>
              <w:t>; PbCl</w:t>
            </w:r>
            <w:r w:rsidRPr="00F84529">
              <w:rPr>
                <w:szCs w:val="24"/>
                <w:vertAlign w:val="subscript"/>
              </w:rPr>
              <w:t>2</w:t>
            </w:r>
          </w:p>
        </w:tc>
      </w:tr>
    </w:tbl>
    <w:p w:rsidR="00FD4A85" w:rsidRDefault="00FD4A85" w:rsidP="00FD4A85">
      <w:pPr>
        <w:spacing w:line="240" w:lineRule="auto"/>
        <w:ind w:firstLine="180"/>
        <w:rPr>
          <w:szCs w:val="24"/>
        </w:rPr>
      </w:pPr>
    </w:p>
    <w:p w:rsidR="00FD4A85" w:rsidRPr="00B07D6C" w:rsidRDefault="00FD4A85" w:rsidP="00FD4A85">
      <w:pPr>
        <w:spacing w:line="240" w:lineRule="auto"/>
        <w:ind w:firstLine="180"/>
        <w:rPr>
          <w:szCs w:val="24"/>
        </w:rPr>
      </w:pPr>
    </w:p>
    <w:p w:rsidR="00FD4A85" w:rsidRDefault="00FD4A85" w:rsidP="00FD4A85">
      <w:pPr>
        <w:spacing w:line="240" w:lineRule="auto"/>
        <w:ind w:firstLine="180"/>
        <w:rPr>
          <w:b/>
          <w:szCs w:val="24"/>
        </w:rPr>
      </w:pPr>
      <w:r>
        <w:rPr>
          <w:b/>
          <w:szCs w:val="24"/>
        </w:rPr>
        <w:t>Раздел 2. Энергетика – химических процессов.</w:t>
      </w:r>
    </w:p>
    <w:p w:rsidR="00FD4A85" w:rsidRPr="00FF61C8" w:rsidRDefault="00FD4A85" w:rsidP="00FD4A85">
      <w:pPr>
        <w:spacing w:line="240" w:lineRule="auto"/>
        <w:ind w:firstLine="180"/>
        <w:rPr>
          <w:b/>
          <w:szCs w:val="24"/>
        </w:rPr>
      </w:pPr>
      <w:r w:rsidRPr="00FF61C8">
        <w:rPr>
          <w:b/>
          <w:szCs w:val="24"/>
        </w:rPr>
        <w:t>Задание 2.</w:t>
      </w:r>
    </w:p>
    <w:p w:rsidR="00FD4A85" w:rsidRDefault="00FD4A85" w:rsidP="00FD4A85">
      <w:pPr>
        <w:pStyle w:val="ae"/>
        <w:numPr>
          <w:ilvl w:val="0"/>
          <w:numId w:val="11"/>
        </w:num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szCs w:val="24"/>
        </w:rPr>
      </w:pPr>
      <w:r>
        <w:rPr>
          <w:szCs w:val="24"/>
        </w:rPr>
        <w:t xml:space="preserve">Запишите уравнение реакции </w:t>
      </w:r>
    </w:p>
    <w:p w:rsidR="00FD4A85" w:rsidRPr="00FD4A85" w:rsidRDefault="00FD4A85" w:rsidP="00FD4A85">
      <w:pPr>
        <w:pStyle w:val="ae"/>
        <w:numPr>
          <w:ilvl w:val="0"/>
          <w:numId w:val="11"/>
        </w:num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szCs w:val="24"/>
          <w:lang w:val="ru-RU"/>
        </w:rPr>
      </w:pPr>
      <w:r w:rsidRPr="00FD4A85">
        <w:rPr>
          <w:szCs w:val="24"/>
          <w:lang w:val="ru-RU"/>
        </w:rPr>
        <w:t>Рассчитайте стандартную энтальпию и стандартную энтропию химической реакции</w:t>
      </w:r>
    </w:p>
    <w:p w:rsidR="00FD4A85" w:rsidRPr="00FD4A85" w:rsidRDefault="00FD4A85" w:rsidP="00FD4A85">
      <w:pPr>
        <w:pStyle w:val="ae"/>
        <w:numPr>
          <w:ilvl w:val="0"/>
          <w:numId w:val="11"/>
        </w:num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szCs w:val="24"/>
          <w:lang w:val="ru-RU"/>
        </w:rPr>
      </w:pPr>
      <w:r w:rsidRPr="00FD4A85">
        <w:rPr>
          <w:szCs w:val="24"/>
          <w:lang w:val="ru-RU"/>
        </w:rPr>
        <w:t>Определите, в каком направлении при 298 К (прямом или обратном) будет протекать реакция, если все ее участники находятся в стандартном состоянии</w:t>
      </w:r>
    </w:p>
    <w:p w:rsidR="00FD4A85" w:rsidRPr="00FD4A85" w:rsidRDefault="00FD4A85" w:rsidP="00FD4A85">
      <w:pPr>
        <w:rPr>
          <w:lang w:val="ru-RU"/>
        </w:rPr>
      </w:pPr>
    </w:p>
    <w:p w:rsidR="00FD4A85" w:rsidRPr="00FC7648" w:rsidRDefault="00FD4A85" w:rsidP="00FD4A85">
      <w:pPr>
        <w:spacing w:line="240" w:lineRule="auto"/>
        <w:ind w:firstLine="180"/>
        <w:jc w:val="right"/>
        <w:rPr>
          <w:szCs w:val="24"/>
        </w:rPr>
      </w:pPr>
      <w:r>
        <w:rPr>
          <w:szCs w:val="24"/>
        </w:rPr>
        <w:t>Таблица исходных данных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3531"/>
        <w:gridCol w:w="1165"/>
        <w:gridCol w:w="3633"/>
      </w:tblGrid>
      <w:tr w:rsidR="00FD4A85" w:rsidRPr="00E31E2B" w:rsidTr="002264E8">
        <w:tc>
          <w:tcPr>
            <w:tcW w:w="1242" w:type="dxa"/>
          </w:tcPr>
          <w:p w:rsidR="00FD4A85" w:rsidRPr="00E31E2B" w:rsidRDefault="00FD4A85" w:rsidP="002264E8">
            <w:pPr>
              <w:spacing w:line="240" w:lineRule="auto"/>
              <w:ind w:right="34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Вариант</w:t>
            </w:r>
          </w:p>
        </w:tc>
        <w:tc>
          <w:tcPr>
            <w:tcW w:w="3531" w:type="dxa"/>
          </w:tcPr>
          <w:p w:rsidR="00FD4A85" w:rsidRPr="00E31E2B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Уравнение реакции</w:t>
            </w:r>
          </w:p>
        </w:tc>
        <w:tc>
          <w:tcPr>
            <w:tcW w:w="1165" w:type="dxa"/>
          </w:tcPr>
          <w:p w:rsidR="00FD4A85" w:rsidRPr="00E31E2B" w:rsidRDefault="00FD4A85" w:rsidP="002264E8">
            <w:pPr>
              <w:spacing w:line="240" w:lineRule="auto"/>
              <w:ind w:right="34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Вариант</w:t>
            </w:r>
          </w:p>
        </w:tc>
        <w:tc>
          <w:tcPr>
            <w:tcW w:w="3633" w:type="dxa"/>
          </w:tcPr>
          <w:p w:rsidR="00FD4A85" w:rsidRPr="00E31E2B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Уравнение реакции</w:t>
            </w:r>
          </w:p>
        </w:tc>
      </w:tr>
      <w:tr w:rsidR="00FD4A85" w:rsidRPr="00E31E2B" w:rsidTr="002264E8">
        <w:tc>
          <w:tcPr>
            <w:tcW w:w="1242" w:type="dxa"/>
          </w:tcPr>
          <w:p w:rsidR="00FD4A85" w:rsidRPr="00E31E2B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</w:t>
            </w:r>
          </w:p>
        </w:tc>
        <w:tc>
          <w:tcPr>
            <w:tcW w:w="3531" w:type="dxa"/>
          </w:tcPr>
          <w:p w:rsidR="00FD4A85" w:rsidRPr="00E31E2B" w:rsidRDefault="00FD4A85" w:rsidP="002264E8">
            <w:pPr>
              <w:spacing w:line="240" w:lineRule="auto"/>
              <w:rPr>
                <w:szCs w:val="24"/>
              </w:rPr>
            </w:pPr>
            <w:r w:rsidRPr="00E31E2B">
              <w:rPr>
                <w:szCs w:val="24"/>
              </w:rPr>
              <w:t>CO</w:t>
            </w:r>
            <w:r w:rsidRPr="00E31E2B">
              <w:rPr>
                <w:szCs w:val="24"/>
                <w:vertAlign w:val="subscript"/>
              </w:rPr>
              <w:t>2(г)</w:t>
            </w:r>
            <w:r w:rsidRPr="00E31E2B">
              <w:rPr>
                <w:szCs w:val="24"/>
              </w:rPr>
              <w:t>+C</w:t>
            </w:r>
            <w:r w:rsidRPr="00E31E2B">
              <w:rPr>
                <w:szCs w:val="24"/>
                <w:vertAlign w:val="subscript"/>
              </w:rPr>
              <w:t>(г)</w:t>
            </w:r>
            <w:r w:rsidRPr="00E31E2B">
              <w:rPr>
                <w:szCs w:val="24"/>
              </w:rPr>
              <w:t>=2CO</w:t>
            </w:r>
            <w:r w:rsidRPr="00E31E2B">
              <w:rPr>
                <w:szCs w:val="24"/>
                <w:vertAlign w:val="subscript"/>
              </w:rPr>
              <w:t>(г)</w:t>
            </w:r>
          </w:p>
        </w:tc>
        <w:tc>
          <w:tcPr>
            <w:tcW w:w="1165" w:type="dxa"/>
          </w:tcPr>
          <w:p w:rsidR="00FD4A85" w:rsidRPr="00E31E2B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11</w:t>
            </w:r>
          </w:p>
        </w:tc>
        <w:tc>
          <w:tcPr>
            <w:tcW w:w="3633" w:type="dxa"/>
          </w:tcPr>
          <w:p w:rsidR="00FD4A85" w:rsidRPr="00E31E2B" w:rsidRDefault="00FD4A85" w:rsidP="002264E8">
            <w:pPr>
              <w:spacing w:line="240" w:lineRule="auto"/>
              <w:rPr>
                <w:szCs w:val="24"/>
              </w:rPr>
            </w:pPr>
            <w:r w:rsidRPr="00E31E2B">
              <w:rPr>
                <w:szCs w:val="24"/>
              </w:rPr>
              <w:t>С</w:t>
            </w:r>
            <w:r w:rsidRPr="00E31E2B">
              <w:rPr>
                <w:szCs w:val="24"/>
                <w:vertAlign w:val="subscript"/>
              </w:rPr>
              <w:t>(г)</w:t>
            </w:r>
            <w:r w:rsidRPr="00E31E2B">
              <w:rPr>
                <w:szCs w:val="24"/>
              </w:rPr>
              <w:t>+2Н</w:t>
            </w:r>
            <w:r w:rsidRPr="00E31E2B">
              <w:rPr>
                <w:szCs w:val="24"/>
                <w:vertAlign w:val="subscript"/>
              </w:rPr>
              <w:t>2(г)</w:t>
            </w:r>
            <w:r w:rsidRPr="00E31E2B">
              <w:rPr>
                <w:szCs w:val="24"/>
              </w:rPr>
              <w:t>=СН</w:t>
            </w:r>
            <w:r w:rsidRPr="00E31E2B">
              <w:rPr>
                <w:szCs w:val="24"/>
                <w:vertAlign w:val="subscript"/>
              </w:rPr>
              <w:t>4(г)</w:t>
            </w:r>
          </w:p>
        </w:tc>
      </w:tr>
      <w:tr w:rsidR="00FD4A85" w:rsidRPr="00771808" w:rsidTr="002264E8">
        <w:tc>
          <w:tcPr>
            <w:tcW w:w="1242" w:type="dxa"/>
          </w:tcPr>
          <w:p w:rsidR="00FD4A85" w:rsidRPr="00E31E2B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</w:t>
            </w:r>
          </w:p>
        </w:tc>
        <w:tc>
          <w:tcPr>
            <w:tcW w:w="3531" w:type="dxa"/>
          </w:tcPr>
          <w:p w:rsidR="00FD4A85" w:rsidRPr="00E31E2B" w:rsidRDefault="00FD4A85" w:rsidP="002264E8">
            <w:pPr>
              <w:spacing w:line="240" w:lineRule="auto"/>
              <w:rPr>
                <w:szCs w:val="24"/>
              </w:rPr>
            </w:pPr>
            <w:r w:rsidRPr="00E31E2B">
              <w:rPr>
                <w:szCs w:val="24"/>
              </w:rPr>
              <w:t>N</w:t>
            </w:r>
            <w:r w:rsidRPr="00E31E2B">
              <w:rPr>
                <w:szCs w:val="24"/>
                <w:vertAlign w:val="subscript"/>
              </w:rPr>
              <w:t>2(г)</w:t>
            </w:r>
            <w:r w:rsidRPr="00E31E2B">
              <w:rPr>
                <w:szCs w:val="24"/>
              </w:rPr>
              <w:t>+3H</w:t>
            </w:r>
            <w:r w:rsidRPr="00E31E2B">
              <w:rPr>
                <w:szCs w:val="24"/>
                <w:vertAlign w:val="subscript"/>
              </w:rPr>
              <w:t>2(г)</w:t>
            </w:r>
            <w:r w:rsidRPr="00E31E2B">
              <w:rPr>
                <w:szCs w:val="24"/>
              </w:rPr>
              <w:t>=2NH</w:t>
            </w:r>
            <w:r w:rsidRPr="00E31E2B">
              <w:rPr>
                <w:szCs w:val="24"/>
                <w:vertAlign w:val="subscript"/>
              </w:rPr>
              <w:t>3(г)</w:t>
            </w:r>
          </w:p>
        </w:tc>
        <w:tc>
          <w:tcPr>
            <w:tcW w:w="1165" w:type="dxa"/>
          </w:tcPr>
          <w:p w:rsidR="00FD4A85" w:rsidRPr="00E31E2B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12</w:t>
            </w:r>
          </w:p>
        </w:tc>
        <w:tc>
          <w:tcPr>
            <w:tcW w:w="3633" w:type="dxa"/>
          </w:tcPr>
          <w:p w:rsidR="00FD4A85" w:rsidRPr="00FD4A85" w:rsidRDefault="00FD4A85" w:rsidP="002264E8">
            <w:pPr>
              <w:spacing w:line="240" w:lineRule="auto"/>
              <w:rPr>
                <w:szCs w:val="24"/>
                <w:lang w:val="ru-RU"/>
              </w:rPr>
            </w:pPr>
            <w:r w:rsidRPr="00FD4A85">
              <w:rPr>
                <w:szCs w:val="24"/>
                <w:lang w:val="ru-RU"/>
              </w:rPr>
              <w:t>СН</w:t>
            </w:r>
            <w:r w:rsidRPr="00FD4A85">
              <w:rPr>
                <w:szCs w:val="24"/>
                <w:vertAlign w:val="subscript"/>
                <w:lang w:val="ru-RU"/>
              </w:rPr>
              <w:t>4(г)</w:t>
            </w:r>
            <w:r w:rsidRPr="00FD4A85">
              <w:rPr>
                <w:szCs w:val="24"/>
                <w:lang w:val="ru-RU"/>
              </w:rPr>
              <w:t>+2Н</w:t>
            </w:r>
            <w:r w:rsidRPr="00FD4A85">
              <w:rPr>
                <w:szCs w:val="24"/>
                <w:vertAlign w:val="subscript"/>
                <w:lang w:val="ru-RU"/>
              </w:rPr>
              <w:t>2</w:t>
            </w:r>
            <w:r w:rsidRPr="00FD4A85">
              <w:rPr>
                <w:szCs w:val="24"/>
                <w:lang w:val="ru-RU"/>
              </w:rPr>
              <w:t>О</w:t>
            </w:r>
            <w:r w:rsidRPr="00FD4A85">
              <w:rPr>
                <w:szCs w:val="24"/>
                <w:vertAlign w:val="subscript"/>
                <w:lang w:val="ru-RU"/>
              </w:rPr>
              <w:t>(г)</w:t>
            </w:r>
            <w:r w:rsidRPr="00FD4A85">
              <w:rPr>
                <w:szCs w:val="24"/>
                <w:lang w:val="ru-RU"/>
              </w:rPr>
              <w:t>=</w:t>
            </w:r>
            <w:r w:rsidRPr="00E31E2B">
              <w:rPr>
                <w:szCs w:val="24"/>
              </w:rPr>
              <w:t>CO</w:t>
            </w:r>
            <w:r w:rsidRPr="00FD4A85">
              <w:rPr>
                <w:szCs w:val="24"/>
                <w:vertAlign w:val="subscript"/>
                <w:lang w:val="ru-RU"/>
              </w:rPr>
              <w:t>2(г)</w:t>
            </w:r>
            <w:r w:rsidRPr="00FD4A85">
              <w:rPr>
                <w:szCs w:val="24"/>
                <w:lang w:val="ru-RU"/>
              </w:rPr>
              <w:t>+4</w:t>
            </w:r>
            <w:r w:rsidRPr="00E31E2B">
              <w:rPr>
                <w:szCs w:val="24"/>
              </w:rPr>
              <w:t>H</w:t>
            </w:r>
            <w:r w:rsidRPr="00FD4A85">
              <w:rPr>
                <w:szCs w:val="24"/>
                <w:vertAlign w:val="subscript"/>
                <w:lang w:val="ru-RU"/>
              </w:rPr>
              <w:t>2(г)</w:t>
            </w:r>
          </w:p>
        </w:tc>
      </w:tr>
      <w:tr w:rsidR="00FD4A85" w:rsidRPr="00771808" w:rsidTr="002264E8">
        <w:tc>
          <w:tcPr>
            <w:tcW w:w="1242" w:type="dxa"/>
          </w:tcPr>
          <w:p w:rsidR="00FD4A85" w:rsidRPr="00E31E2B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3</w:t>
            </w:r>
          </w:p>
        </w:tc>
        <w:tc>
          <w:tcPr>
            <w:tcW w:w="3531" w:type="dxa"/>
          </w:tcPr>
          <w:p w:rsidR="00FD4A85" w:rsidRPr="00FD4A85" w:rsidRDefault="00FD4A85" w:rsidP="002264E8">
            <w:pPr>
              <w:spacing w:line="240" w:lineRule="auto"/>
              <w:rPr>
                <w:szCs w:val="24"/>
                <w:lang w:val="ru-RU"/>
              </w:rPr>
            </w:pPr>
            <w:r w:rsidRPr="00E31E2B">
              <w:rPr>
                <w:szCs w:val="24"/>
              </w:rPr>
              <w:t>CO</w:t>
            </w:r>
            <w:r w:rsidRPr="00FD4A85">
              <w:rPr>
                <w:szCs w:val="24"/>
                <w:vertAlign w:val="subscript"/>
                <w:lang w:val="ru-RU"/>
              </w:rPr>
              <w:t>(г)</w:t>
            </w:r>
            <w:r w:rsidRPr="00FD4A85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H</w:t>
            </w:r>
            <w:r w:rsidRPr="00FD4A85">
              <w:rPr>
                <w:szCs w:val="24"/>
                <w:vertAlign w:val="subscript"/>
                <w:lang w:val="ru-RU"/>
              </w:rPr>
              <w:t>2(г)</w:t>
            </w:r>
            <w:r w:rsidRPr="00FD4A85">
              <w:rPr>
                <w:szCs w:val="24"/>
                <w:lang w:val="ru-RU"/>
              </w:rPr>
              <w:t>=</w:t>
            </w:r>
            <w:r w:rsidRPr="00E31E2B">
              <w:rPr>
                <w:szCs w:val="24"/>
              </w:rPr>
              <w:t>C</w:t>
            </w:r>
            <w:r w:rsidRPr="00FD4A85">
              <w:rPr>
                <w:szCs w:val="24"/>
                <w:vertAlign w:val="subscript"/>
                <w:lang w:val="ru-RU"/>
              </w:rPr>
              <w:t>(к)</w:t>
            </w:r>
            <w:r w:rsidRPr="00FD4A85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H</w:t>
            </w:r>
            <w:r w:rsidRPr="00FD4A85">
              <w:rPr>
                <w:szCs w:val="24"/>
                <w:vertAlign w:val="subscript"/>
                <w:lang w:val="ru-RU"/>
              </w:rPr>
              <w:t>2</w:t>
            </w:r>
            <w:r w:rsidRPr="00E31E2B">
              <w:rPr>
                <w:szCs w:val="24"/>
              </w:rPr>
              <w:t>O</w:t>
            </w:r>
            <w:r w:rsidRPr="00FD4A85">
              <w:rPr>
                <w:szCs w:val="24"/>
                <w:vertAlign w:val="subscript"/>
                <w:lang w:val="ru-RU"/>
              </w:rPr>
              <w:t>(г)</w:t>
            </w:r>
          </w:p>
        </w:tc>
        <w:tc>
          <w:tcPr>
            <w:tcW w:w="1165" w:type="dxa"/>
          </w:tcPr>
          <w:p w:rsidR="00FD4A85" w:rsidRPr="00E31E2B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13</w:t>
            </w:r>
          </w:p>
        </w:tc>
        <w:tc>
          <w:tcPr>
            <w:tcW w:w="3633" w:type="dxa"/>
          </w:tcPr>
          <w:p w:rsidR="00FD4A85" w:rsidRPr="00FD4A85" w:rsidRDefault="00FD4A85" w:rsidP="002264E8">
            <w:pPr>
              <w:spacing w:line="240" w:lineRule="auto"/>
              <w:rPr>
                <w:szCs w:val="24"/>
                <w:lang w:val="ru-RU"/>
              </w:rPr>
            </w:pPr>
            <w:r w:rsidRPr="00E31E2B">
              <w:rPr>
                <w:szCs w:val="24"/>
              </w:rPr>
              <w:t>CO</w:t>
            </w:r>
            <w:r w:rsidRPr="00FD4A85">
              <w:rPr>
                <w:szCs w:val="24"/>
                <w:vertAlign w:val="subscript"/>
                <w:lang w:val="ru-RU"/>
              </w:rPr>
              <w:t>(г)</w:t>
            </w:r>
            <w:r w:rsidRPr="00FD4A85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H</w:t>
            </w:r>
            <w:r w:rsidRPr="00FD4A85">
              <w:rPr>
                <w:szCs w:val="24"/>
                <w:vertAlign w:val="subscript"/>
                <w:lang w:val="ru-RU"/>
              </w:rPr>
              <w:t>2</w:t>
            </w:r>
            <w:r w:rsidRPr="00E31E2B">
              <w:rPr>
                <w:szCs w:val="24"/>
              </w:rPr>
              <w:t>O</w:t>
            </w:r>
            <w:r w:rsidRPr="00FD4A85">
              <w:rPr>
                <w:szCs w:val="24"/>
                <w:vertAlign w:val="subscript"/>
                <w:lang w:val="ru-RU"/>
              </w:rPr>
              <w:t>(г)</w:t>
            </w:r>
            <w:r w:rsidRPr="00FD4A85">
              <w:rPr>
                <w:szCs w:val="24"/>
                <w:lang w:val="ru-RU"/>
              </w:rPr>
              <w:t>=</w:t>
            </w:r>
            <w:r w:rsidRPr="00E31E2B">
              <w:rPr>
                <w:szCs w:val="24"/>
              </w:rPr>
              <w:t>CO</w:t>
            </w:r>
            <w:r w:rsidRPr="00FD4A85">
              <w:rPr>
                <w:szCs w:val="24"/>
                <w:vertAlign w:val="subscript"/>
                <w:lang w:val="ru-RU"/>
              </w:rPr>
              <w:t>2(г)</w:t>
            </w:r>
            <w:r w:rsidRPr="00FD4A85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H</w:t>
            </w:r>
            <w:r w:rsidRPr="00FD4A85">
              <w:rPr>
                <w:szCs w:val="24"/>
                <w:vertAlign w:val="subscript"/>
                <w:lang w:val="ru-RU"/>
              </w:rPr>
              <w:t>2(г)</w:t>
            </w:r>
          </w:p>
        </w:tc>
      </w:tr>
      <w:tr w:rsidR="00FD4A85" w:rsidRPr="00771808" w:rsidTr="002264E8">
        <w:tc>
          <w:tcPr>
            <w:tcW w:w="1242" w:type="dxa"/>
          </w:tcPr>
          <w:p w:rsidR="00FD4A85" w:rsidRPr="00E31E2B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4</w:t>
            </w:r>
          </w:p>
        </w:tc>
        <w:tc>
          <w:tcPr>
            <w:tcW w:w="3531" w:type="dxa"/>
          </w:tcPr>
          <w:p w:rsidR="00FD4A85" w:rsidRPr="00FD4A85" w:rsidRDefault="00FD4A85" w:rsidP="002264E8">
            <w:pPr>
              <w:spacing w:line="240" w:lineRule="auto"/>
              <w:rPr>
                <w:szCs w:val="24"/>
                <w:lang w:val="ru-RU"/>
              </w:rPr>
            </w:pPr>
            <w:r w:rsidRPr="00E31E2B">
              <w:rPr>
                <w:szCs w:val="24"/>
              </w:rPr>
              <w:t>SO</w:t>
            </w:r>
            <w:r w:rsidRPr="00FD4A85">
              <w:rPr>
                <w:szCs w:val="24"/>
                <w:vertAlign w:val="subscript"/>
                <w:lang w:val="ru-RU"/>
              </w:rPr>
              <w:t>2(г)</w:t>
            </w:r>
            <w:r w:rsidRPr="00FD4A85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Cl</w:t>
            </w:r>
            <w:r w:rsidRPr="00FD4A85">
              <w:rPr>
                <w:szCs w:val="24"/>
                <w:vertAlign w:val="subscript"/>
                <w:lang w:val="ru-RU"/>
              </w:rPr>
              <w:t>2(г)</w:t>
            </w:r>
            <w:r w:rsidRPr="00FD4A85">
              <w:rPr>
                <w:szCs w:val="24"/>
                <w:lang w:val="ru-RU"/>
              </w:rPr>
              <w:t>=</w:t>
            </w:r>
            <w:r w:rsidRPr="00E31E2B">
              <w:rPr>
                <w:szCs w:val="24"/>
              </w:rPr>
              <w:t>SO</w:t>
            </w:r>
            <w:r w:rsidRPr="00FD4A85">
              <w:rPr>
                <w:szCs w:val="24"/>
                <w:vertAlign w:val="subscript"/>
                <w:lang w:val="ru-RU"/>
              </w:rPr>
              <w:t>2</w:t>
            </w:r>
            <w:r w:rsidRPr="00E31E2B">
              <w:rPr>
                <w:szCs w:val="24"/>
              </w:rPr>
              <w:t>Cl</w:t>
            </w:r>
            <w:r w:rsidRPr="00FD4A85">
              <w:rPr>
                <w:szCs w:val="24"/>
                <w:vertAlign w:val="subscript"/>
                <w:lang w:val="ru-RU"/>
              </w:rPr>
              <w:t>2(г)</w:t>
            </w:r>
          </w:p>
        </w:tc>
        <w:tc>
          <w:tcPr>
            <w:tcW w:w="1165" w:type="dxa"/>
          </w:tcPr>
          <w:p w:rsidR="00FD4A85" w:rsidRPr="00E31E2B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14</w:t>
            </w:r>
          </w:p>
        </w:tc>
        <w:tc>
          <w:tcPr>
            <w:tcW w:w="3633" w:type="dxa"/>
          </w:tcPr>
          <w:p w:rsidR="00FD4A85" w:rsidRPr="00FD4A85" w:rsidRDefault="00FD4A85" w:rsidP="002264E8">
            <w:pPr>
              <w:spacing w:line="240" w:lineRule="auto"/>
              <w:rPr>
                <w:szCs w:val="24"/>
                <w:lang w:val="ru-RU"/>
              </w:rPr>
            </w:pPr>
            <w:r w:rsidRPr="00E31E2B">
              <w:rPr>
                <w:szCs w:val="24"/>
              </w:rPr>
              <w:t>Fe</w:t>
            </w:r>
            <w:r w:rsidRPr="00FD4A85">
              <w:rPr>
                <w:szCs w:val="24"/>
                <w:vertAlign w:val="subscript"/>
                <w:lang w:val="ru-RU"/>
              </w:rPr>
              <w:t>2</w:t>
            </w:r>
            <w:r w:rsidRPr="00E31E2B">
              <w:rPr>
                <w:szCs w:val="24"/>
              </w:rPr>
              <w:t>O</w:t>
            </w:r>
            <w:r w:rsidRPr="00FD4A85">
              <w:rPr>
                <w:szCs w:val="24"/>
                <w:vertAlign w:val="subscript"/>
                <w:lang w:val="ru-RU"/>
              </w:rPr>
              <w:t>3(к)</w:t>
            </w:r>
            <w:r w:rsidRPr="00FD4A85">
              <w:rPr>
                <w:szCs w:val="24"/>
                <w:lang w:val="ru-RU"/>
              </w:rPr>
              <w:t>+3</w:t>
            </w:r>
            <w:r w:rsidRPr="00E31E2B">
              <w:rPr>
                <w:szCs w:val="24"/>
              </w:rPr>
              <w:t>H</w:t>
            </w:r>
            <w:r w:rsidRPr="00FD4A85">
              <w:rPr>
                <w:szCs w:val="24"/>
                <w:vertAlign w:val="subscript"/>
                <w:lang w:val="ru-RU"/>
              </w:rPr>
              <w:t>2(г)</w:t>
            </w:r>
            <w:r w:rsidRPr="00FD4A85">
              <w:rPr>
                <w:szCs w:val="24"/>
                <w:lang w:val="ru-RU"/>
              </w:rPr>
              <w:t>=</w:t>
            </w:r>
            <w:r w:rsidRPr="00E31E2B">
              <w:rPr>
                <w:szCs w:val="24"/>
              </w:rPr>
              <w:t>Fe</w:t>
            </w:r>
            <w:r w:rsidRPr="00FD4A85">
              <w:rPr>
                <w:szCs w:val="24"/>
                <w:vertAlign w:val="subscript"/>
                <w:lang w:val="ru-RU"/>
              </w:rPr>
              <w:t>(к)</w:t>
            </w:r>
            <w:r w:rsidRPr="00FD4A85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H</w:t>
            </w:r>
            <w:r w:rsidRPr="00FD4A85">
              <w:rPr>
                <w:szCs w:val="24"/>
                <w:vertAlign w:val="subscript"/>
                <w:lang w:val="ru-RU"/>
              </w:rPr>
              <w:t>2</w:t>
            </w:r>
            <w:r w:rsidRPr="00E31E2B">
              <w:rPr>
                <w:szCs w:val="24"/>
              </w:rPr>
              <w:t>O</w:t>
            </w:r>
            <w:r w:rsidRPr="00FD4A85">
              <w:rPr>
                <w:szCs w:val="24"/>
                <w:vertAlign w:val="subscript"/>
                <w:lang w:val="ru-RU"/>
              </w:rPr>
              <w:t>2(г)</w:t>
            </w:r>
          </w:p>
        </w:tc>
      </w:tr>
      <w:tr w:rsidR="00FD4A85" w:rsidRPr="00771808" w:rsidTr="002264E8">
        <w:tc>
          <w:tcPr>
            <w:tcW w:w="1242" w:type="dxa"/>
          </w:tcPr>
          <w:p w:rsidR="00FD4A85" w:rsidRPr="00E31E2B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5</w:t>
            </w:r>
          </w:p>
        </w:tc>
        <w:tc>
          <w:tcPr>
            <w:tcW w:w="3531" w:type="dxa"/>
          </w:tcPr>
          <w:p w:rsidR="00FD4A85" w:rsidRPr="00FD4A85" w:rsidRDefault="00FD4A85" w:rsidP="002264E8">
            <w:pPr>
              <w:spacing w:line="240" w:lineRule="auto"/>
              <w:rPr>
                <w:szCs w:val="24"/>
                <w:lang w:val="ru-RU"/>
              </w:rPr>
            </w:pPr>
            <w:r w:rsidRPr="00E31E2B">
              <w:rPr>
                <w:szCs w:val="24"/>
              </w:rPr>
              <w:t>CH</w:t>
            </w:r>
            <w:r w:rsidRPr="00FD4A85">
              <w:rPr>
                <w:szCs w:val="24"/>
                <w:vertAlign w:val="subscript"/>
                <w:lang w:val="ru-RU"/>
              </w:rPr>
              <w:t>4(г)</w:t>
            </w:r>
            <w:r w:rsidRPr="00FD4A85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H</w:t>
            </w:r>
            <w:r w:rsidRPr="00FD4A85">
              <w:rPr>
                <w:szCs w:val="24"/>
                <w:vertAlign w:val="subscript"/>
                <w:lang w:val="ru-RU"/>
              </w:rPr>
              <w:t>2</w:t>
            </w:r>
            <w:r w:rsidRPr="00E31E2B">
              <w:rPr>
                <w:szCs w:val="24"/>
              </w:rPr>
              <w:t>O</w:t>
            </w:r>
            <w:r w:rsidRPr="00FD4A85">
              <w:rPr>
                <w:szCs w:val="24"/>
                <w:vertAlign w:val="subscript"/>
                <w:lang w:val="ru-RU"/>
              </w:rPr>
              <w:t>(г)</w:t>
            </w:r>
            <w:r w:rsidRPr="00FD4A85">
              <w:rPr>
                <w:szCs w:val="24"/>
                <w:lang w:val="ru-RU"/>
              </w:rPr>
              <w:t>=</w:t>
            </w:r>
            <w:r w:rsidRPr="00E31E2B">
              <w:rPr>
                <w:szCs w:val="24"/>
              </w:rPr>
              <w:t>CO</w:t>
            </w:r>
            <w:r w:rsidRPr="00FD4A85">
              <w:rPr>
                <w:szCs w:val="24"/>
                <w:vertAlign w:val="subscript"/>
                <w:lang w:val="ru-RU"/>
              </w:rPr>
              <w:t>2(г)</w:t>
            </w:r>
            <w:r w:rsidRPr="00FD4A85">
              <w:rPr>
                <w:szCs w:val="24"/>
                <w:lang w:val="ru-RU"/>
              </w:rPr>
              <w:t>+3</w:t>
            </w:r>
            <w:r w:rsidRPr="00E31E2B">
              <w:rPr>
                <w:szCs w:val="24"/>
              </w:rPr>
              <w:t>H</w:t>
            </w:r>
            <w:r w:rsidRPr="00FD4A85">
              <w:rPr>
                <w:szCs w:val="24"/>
                <w:vertAlign w:val="subscript"/>
                <w:lang w:val="ru-RU"/>
              </w:rPr>
              <w:t>2(г)</w:t>
            </w:r>
          </w:p>
        </w:tc>
        <w:tc>
          <w:tcPr>
            <w:tcW w:w="1165" w:type="dxa"/>
          </w:tcPr>
          <w:p w:rsidR="00FD4A85" w:rsidRPr="00E31E2B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15</w:t>
            </w:r>
          </w:p>
        </w:tc>
        <w:tc>
          <w:tcPr>
            <w:tcW w:w="3633" w:type="dxa"/>
          </w:tcPr>
          <w:p w:rsidR="00FD4A85" w:rsidRPr="00FD4A85" w:rsidRDefault="00FD4A85" w:rsidP="002264E8">
            <w:pPr>
              <w:spacing w:line="240" w:lineRule="auto"/>
              <w:rPr>
                <w:szCs w:val="24"/>
                <w:lang w:val="ru-RU"/>
              </w:rPr>
            </w:pPr>
            <w:r w:rsidRPr="00E31E2B">
              <w:rPr>
                <w:szCs w:val="24"/>
              </w:rPr>
              <w:t>CO</w:t>
            </w:r>
            <w:r w:rsidRPr="00FD4A85">
              <w:rPr>
                <w:szCs w:val="24"/>
                <w:vertAlign w:val="subscript"/>
                <w:lang w:val="ru-RU"/>
              </w:rPr>
              <w:t>(г)</w:t>
            </w:r>
            <w:r w:rsidRPr="00FD4A85">
              <w:rPr>
                <w:szCs w:val="24"/>
                <w:lang w:val="ru-RU"/>
              </w:rPr>
              <w:t>+4</w:t>
            </w:r>
            <w:r w:rsidRPr="00E31E2B">
              <w:rPr>
                <w:szCs w:val="24"/>
              </w:rPr>
              <w:t>H</w:t>
            </w:r>
            <w:r w:rsidRPr="00FD4A85">
              <w:rPr>
                <w:szCs w:val="24"/>
                <w:vertAlign w:val="subscript"/>
                <w:lang w:val="ru-RU"/>
              </w:rPr>
              <w:t>2(г)</w:t>
            </w:r>
            <w:r w:rsidRPr="00FD4A85">
              <w:rPr>
                <w:szCs w:val="24"/>
                <w:lang w:val="ru-RU"/>
              </w:rPr>
              <w:t>=</w:t>
            </w:r>
            <w:r w:rsidRPr="00E31E2B">
              <w:rPr>
                <w:szCs w:val="24"/>
              </w:rPr>
              <w:t>CH</w:t>
            </w:r>
            <w:r w:rsidRPr="00FD4A85">
              <w:rPr>
                <w:szCs w:val="24"/>
                <w:vertAlign w:val="subscript"/>
                <w:lang w:val="ru-RU"/>
              </w:rPr>
              <w:t>4(г)</w:t>
            </w:r>
            <w:r w:rsidRPr="00FD4A85">
              <w:rPr>
                <w:szCs w:val="24"/>
                <w:lang w:val="ru-RU"/>
              </w:rPr>
              <w:t>+2</w:t>
            </w:r>
            <w:r w:rsidRPr="00E31E2B">
              <w:rPr>
                <w:szCs w:val="24"/>
              </w:rPr>
              <w:t>H</w:t>
            </w:r>
            <w:r w:rsidRPr="00FD4A85">
              <w:rPr>
                <w:szCs w:val="24"/>
                <w:vertAlign w:val="subscript"/>
                <w:lang w:val="ru-RU"/>
              </w:rPr>
              <w:t>2</w:t>
            </w:r>
            <w:r w:rsidRPr="00E31E2B">
              <w:rPr>
                <w:szCs w:val="24"/>
              </w:rPr>
              <w:t>O</w:t>
            </w:r>
            <w:r w:rsidRPr="00FD4A85">
              <w:rPr>
                <w:szCs w:val="24"/>
                <w:vertAlign w:val="subscript"/>
                <w:lang w:val="ru-RU"/>
              </w:rPr>
              <w:t>(г)</w:t>
            </w:r>
          </w:p>
        </w:tc>
      </w:tr>
      <w:tr w:rsidR="00FD4A85" w:rsidRPr="00771808" w:rsidTr="002264E8">
        <w:tc>
          <w:tcPr>
            <w:tcW w:w="1242" w:type="dxa"/>
          </w:tcPr>
          <w:p w:rsidR="00FD4A85" w:rsidRPr="00E31E2B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6</w:t>
            </w:r>
          </w:p>
        </w:tc>
        <w:tc>
          <w:tcPr>
            <w:tcW w:w="3531" w:type="dxa"/>
          </w:tcPr>
          <w:p w:rsidR="00FD4A85" w:rsidRPr="00E31E2B" w:rsidRDefault="00FD4A85" w:rsidP="002264E8">
            <w:pPr>
              <w:spacing w:line="240" w:lineRule="auto"/>
              <w:rPr>
                <w:szCs w:val="24"/>
              </w:rPr>
            </w:pPr>
            <w:r w:rsidRPr="00E31E2B">
              <w:rPr>
                <w:szCs w:val="24"/>
              </w:rPr>
              <w:t>2NO</w:t>
            </w:r>
            <w:r w:rsidRPr="00E31E2B">
              <w:rPr>
                <w:szCs w:val="24"/>
                <w:vertAlign w:val="subscript"/>
              </w:rPr>
              <w:t>(г)</w:t>
            </w:r>
            <w:r w:rsidRPr="00E31E2B">
              <w:rPr>
                <w:szCs w:val="24"/>
              </w:rPr>
              <w:t>+O2</w:t>
            </w:r>
            <w:r w:rsidRPr="00E31E2B">
              <w:rPr>
                <w:szCs w:val="24"/>
                <w:vertAlign w:val="subscript"/>
              </w:rPr>
              <w:t>(г)</w:t>
            </w:r>
            <w:r w:rsidRPr="00E31E2B">
              <w:rPr>
                <w:szCs w:val="24"/>
              </w:rPr>
              <w:t>=2NO</w:t>
            </w:r>
            <w:r w:rsidRPr="00E31E2B">
              <w:rPr>
                <w:szCs w:val="24"/>
                <w:vertAlign w:val="subscript"/>
              </w:rPr>
              <w:t>2(г)</w:t>
            </w:r>
          </w:p>
        </w:tc>
        <w:tc>
          <w:tcPr>
            <w:tcW w:w="1165" w:type="dxa"/>
          </w:tcPr>
          <w:p w:rsidR="00FD4A85" w:rsidRPr="00E31E2B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16</w:t>
            </w:r>
          </w:p>
        </w:tc>
        <w:tc>
          <w:tcPr>
            <w:tcW w:w="3633" w:type="dxa"/>
          </w:tcPr>
          <w:p w:rsidR="00FD4A85" w:rsidRPr="00FD4A85" w:rsidRDefault="00FD4A85" w:rsidP="002264E8">
            <w:pPr>
              <w:spacing w:line="240" w:lineRule="auto"/>
              <w:rPr>
                <w:szCs w:val="24"/>
                <w:lang w:val="ru-RU"/>
              </w:rPr>
            </w:pPr>
            <w:r w:rsidRPr="00E31E2B">
              <w:rPr>
                <w:szCs w:val="24"/>
              </w:rPr>
              <w:t>CH</w:t>
            </w:r>
            <w:r w:rsidRPr="00FD4A85">
              <w:rPr>
                <w:szCs w:val="24"/>
                <w:vertAlign w:val="subscript"/>
                <w:lang w:val="ru-RU"/>
              </w:rPr>
              <w:t>4(г)</w:t>
            </w:r>
            <w:r w:rsidRPr="00FD4A85">
              <w:rPr>
                <w:szCs w:val="24"/>
                <w:lang w:val="ru-RU"/>
              </w:rPr>
              <w:t>+2</w:t>
            </w:r>
            <w:r w:rsidRPr="00E31E2B">
              <w:rPr>
                <w:szCs w:val="24"/>
              </w:rPr>
              <w:t>O</w:t>
            </w:r>
            <w:r w:rsidRPr="00FD4A85">
              <w:rPr>
                <w:szCs w:val="24"/>
                <w:vertAlign w:val="subscript"/>
                <w:lang w:val="ru-RU"/>
              </w:rPr>
              <w:t>2(г)</w:t>
            </w:r>
            <w:r w:rsidRPr="00FD4A85">
              <w:rPr>
                <w:szCs w:val="24"/>
                <w:lang w:val="ru-RU"/>
              </w:rPr>
              <w:t>=</w:t>
            </w:r>
            <w:r w:rsidRPr="00E31E2B">
              <w:rPr>
                <w:szCs w:val="24"/>
              </w:rPr>
              <w:t>CO</w:t>
            </w:r>
            <w:r w:rsidRPr="00FD4A85">
              <w:rPr>
                <w:szCs w:val="24"/>
                <w:vertAlign w:val="subscript"/>
                <w:lang w:val="ru-RU"/>
              </w:rPr>
              <w:t>2(г)</w:t>
            </w:r>
            <w:r w:rsidRPr="00FD4A85">
              <w:rPr>
                <w:szCs w:val="24"/>
                <w:lang w:val="ru-RU"/>
              </w:rPr>
              <w:t>+2</w:t>
            </w:r>
            <w:r w:rsidRPr="00E31E2B">
              <w:rPr>
                <w:szCs w:val="24"/>
              </w:rPr>
              <w:t>H</w:t>
            </w:r>
            <w:r w:rsidRPr="00FD4A85">
              <w:rPr>
                <w:szCs w:val="24"/>
                <w:vertAlign w:val="subscript"/>
                <w:lang w:val="ru-RU"/>
              </w:rPr>
              <w:t>2</w:t>
            </w:r>
            <w:r w:rsidRPr="00E31E2B">
              <w:rPr>
                <w:szCs w:val="24"/>
              </w:rPr>
              <w:t>O</w:t>
            </w:r>
            <w:r w:rsidRPr="00FD4A85">
              <w:rPr>
                <w:szCs w:val="24"/>
                <w:vertAlign w:val="subscript"/>
                <w:lang w:val="ru-RU"/>
              </w:rPr>
              <w:t>(г)</w:t>
            </w:r>
          </w:p>
        </w:tc>
      </w:tr>
      <w:tr w:rsidR="00FD4A85" w:rsidRPr="00771808" w:rsidTr="002264E8">
        <w:tc>
          <w:tcPr>
            <w:tcW w:w="1242" w:type="dxa"/>
          </w:tcPr>
          <w:p w:rsidR="00FD4A85" w:rsidRPr="00E31E2B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7</w:t>
            </w:r>
          </w:p>
        </w:tc>
        <w:tc>
          <w:tcPr>
            <w:tcW w:w="3531" w:type="dxa"/>
          </w:tcPr>
          <w:p w:rsidR="00FD4A85" w:rsidRPr="00FD4A85" w:rsidRDefault="00FD4A85" w:rsidP="002264E8">
            <w:pPr>
              <w:spacing w:line="240" w:lineRule="auto"/>
              <w:rPr>
                <w:szCs w:val="24"/>
                <w:lang w:val="ru-RU"/>
              </w:rPr>
            </w:pPr>
            <w:r w:rsidRPr="00E31E2B">
              <w:rPr>
                <w:szCs w:val="24"/>
              </w:rPr>
              <w:t>PCl</w:t>
            </w:r>
            <w:r w:rsidRPr="00FD4A85">
              <w:rPr>
                <w:szCs w:val="24"/>
                <w:vertAlign w:val="subscript"/>
                <w:lang w:val="ru-RU"/>
              </w:rPr>
              <w:t>5(г)</w:t>
            </w:r>
            <w:r w:rsidRPr="00FD4A85">
              <w:rPr>
                <w:szCs w:val="24"/>
                <w:lang w:val="ru-RU"/>
              </w:rPr>
              <w:t>=</w:t>
            </w:r>
            <w:r w:rsidRPr="00E31E2B">
              <w:rPr>
                <w:szCs w:val="24"/>
              </w:rPr>
              <w:t>PCl</w:t>
            </w:r>
            <w:r w:rsidRPr="00FD4A85">
              <w:rPr>
                <w:szCs w:val="24"/>
                <w:vertAlign w:val="subscript"/>
                <w:lang w:val="ru-RU"/>
              </w:rPr>
              <w:t>3(г)</w:t>
            </w:r>
            <w:r w:rsidRPr="00FD4A85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Cl</w:t>
            </w:r>
            <w:r w:rsidRPr="00FD4A85">
              <w:rPr>
                <w:szCs w:val="24"/>
                <w:vertAlign w:val="subscript"/>
                <w:lang w:val="ru-RU"/>
              </w:rPr>
              <w:t>2(г)</w:t>
            </w:r>
          </w:p>
        </w:tc>
        <w:tc>
          <w:tcPr>
            <w:tcW w:w="1165" w:type="dxa"/>
          </w:tcPr>
          <w:p w:rsidR="00FD4A85" w:rsidRPr="00E31E2B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17</w:t>
            </w:r>
          </w:p>
        </w:tc>
        <w:tc>
          <w:tcPr>
            <w:tcW w:w="3633" w:type="dxa"/>
          </w:tcPr>
          <w:p w:rsidR="00FD4A85" w:rsidRPr="00FD4A85" w:rsidRDefault="00FD4A85" w:rsidP="002264E8">
            <w:pPr>
              <w:spacing w:line="240" w:lineRule="auto"/>
              <w:rPr>
                <w:szCs w:val="24"/>
                <w:lang w:val="ru-RU"/>
              </w:rPr>
            </w:pPr>
            <w:r w:rsidRPr="00E31E2B">
              <w:rPr>
                <w:szCs w:val="24"/>
              </w:rPr>
              <w:t>CaO</w:t>
            </w:r>
            <w:r w:rsidRPr="00FD4A85">
              <w:rPr>
                <w:szCs w:val="24"/>
                <w:lang w:val="ru-RU"/>
              </w:rPr>
              <w:t>(</w:t>
            </w:r>
            <w:r w:rsidRPr="00FD4A85">
              <w:rPr>
                <w:szCs w:val="24"/>
                <w:vertAlign w:val="subscript"/>
                <w:lang w:val="ru-RU"/>
              </w:rPr>
              <w:t>к</w:t>
            </w:r>
            <w:r w:rsidRPr="00FD4A85">
              <w:rPr>
                <w:szCs w:val="24"/>
                <w:lang w:val="ru-RU"/>
              </w:rPr>
              <w:t>)+</w:t>
            </w:r>
            <w:r w:rsidRPr="00E31E2B">
              <w:rPr>
                <w:szCs w:val="24"/>
              </w:rPr>
              <w:t>CO</w:t>
            </w:r>
            <w:r w:rsidRPr="00FD4A85">
              <w:rPr>
                <w:szCs w:val="24"/>
                <w:vertAlign w:val="subscript"/>
                <w:lang w:val="ru-RU"/>
              </w:rPr>
              <w:t>2(г)</w:t>
            </w:r>
            <w:r w:rsidRPr="00FD4A85">
              <w:rPr>
                <w:szCs w:val="24"/>
                <w:lang w:val="ru-RU"/>
              </w:rPr>
              <w:t>=</w:t>
            </w:r>
            <w:r w:rsidRPr="00E31E2B">
              <w:rPr>
                <w:szCs w:val="24"/>
              </w:rPr>
              <w:t>CaCO</w:t>
            </w:r>
            <w:r w:rsidRPr="00FD4A85">
              <w:rPr>
                <w:szCs w:val="24"/>
                <w:vertAlign w:val="subscript"/>
                <w:lang w:val="ru-RU"/>
              </w:rPr>
              <w:t>3(к)</w:t>
            </w:r>
          </w:p>
        </w:tc>
      </w:tr>
      <w:tr w:rsidR="00FD4A85" w:rsidRPr="00771808" w:rsidTr="002264E8">
        <w:tc>
          <w:tcPr>
            <w:tcW w:w="1242" w:type="dxa"/>
          </w:tcPr>
          <w:p w:rsidR="00FD4A85" w:rsidRPr="00E31E2B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8</w:t>
            </w:r>
          </w:p>
        </w:tc>
        <w:tc>
          <w:tcPr>
            <w:tcW w:w="3531" w:type="dxa"/>
          </w:tcPr>
          <w:p w:rsidR="00FD4A85" w:rsidRPr="00E31E2B" w:rsidRDefault="00FD4A85" w:rsidP="002264E8">
            <w:pPr>
              <w:spacing w:line="240" w:lineRule="auto"/>
              <w:rPr>
                <w:szCs w:val="24"/>
              </w:rPr>
            </w:pPr>
            <w:r w:rsidRPr="00E31E2B">
              <w:rPr>
                <w:szCs w:val="24"/>
              </w:rPr>
              <w:t>2NO</w:t>
            </w:r>
            <w:r w:rsidRPr="00E31E2B">
              <w:rPr>
                <w:szCs w:val="24"/>
                <w:vertAlign w:val="subscript"/>
              </w:rPr>
              <w:t>2(г)</w:t>
            </w:r>
            <w:r w:rsidRPr="00E31E2B">
              <w:rPr>
                <w:szCs w:val="24"/>
              </w:rPr>
              <w:t>=N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O</w:t>
            </w:r>
            <w:r w:rsidRPr="00E31E2B">
              <w:rPr>
                <w:szCs w:val="24"/>
                <w:vertAlign w:val="subscript"/>
              </w:rPr>
              <w:t>4(г)</w:t>
            </w:r>
          </w:p>
        </w:tc>
        <w:tc>
          <w:tcPr>
            <w:tcW w:w="1165" w:type="dxa"/>
          </w:tcPr>
          <w:p w:rsidR="00FD4A85" w:rsidRPr="00E31E2B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18</w:t>
            </w:r>
          </w:p>
        </w:tc>
        <w:tc>
          <w:tcPr>
            <w:tcW w:w="3633" w:type="dxa"/>
          </w:tcPr>
          <w:p w:rsidR="00FD4A85" w:rsidRPr="00FD4A85" w:rsidRDefault="00FD4A85" w:rsidP="002264E8">
            <w:pPr>
              <w:spacing w:line="240" w:lineRule="auto"/>
              <w:rPr>
                <w:szCs w:val="24"/>
                <w:lang w:val="ru-RU"/>
              </w:rPr>
            </w:pPr>
            <w:r w:rsidRPr="00FD4A85">
              <w:rPr>
                <w:szCs w:val="24"/>
                <w:lang w:val="ru-RU"/>
              </w:rPr>
              <w:t>2</w:t>
            </w:r>
            <w:r w:rsidRPr="00E31E2B">
              <w:rPr>
                <w:szCs w:val="24"/>
              </w:rPr>
              <w:t>H</w:t>
            </w:r>
            <w:r w:rsidRPr="00FD4A85">
              <w:rPr>
                <w:szCs w:val="24"/>
                <w:vertAlign w:val="subscript"/>
                <w:lang w:val="ru-RU"/>
              </w:rPr>
              <w:t>2</w:t>
            </w:r>
            <w:r w:rsidRPr="00E31E2B">
              <w:rPr>
                <w:szCs w:val="24"/>
              </w:rPr>
              <w:t>Cl</w:t>
            </w:r>
            <w:r w:rsidRPr="00FD4A85">
              <w:rPr>
                <w:szCs w:val="24"/>
                <w:vertAlign w:val="subscript"/>
                <w:lang w:val="ru-RU"/>
              </w:rPr>
              <w:t>(г)</w:t>
            </w:r>
            <w:r w:rsidRPr="00FD4A85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O</w:t>
            </w:r>
            <w:r w:rsidRPr="00FD4A85">
              <w:rPr>
                <w:szCs w:val="24"/>
                <w:vertAlign w:val="subscript"/>
                <w:lang w:val="ru-RU"/>
              </w:rPr>
              <w:t>2(г)</w:t>
            </w:r>
            <w:r w:rsidRPr="00FD4A85">
              <w:rPr>
                <w:szCs w:val="24"/>
                <w:lang w:val="ru-RU"/>
              </w:rPr>
              <w:t>=2</w:t>
            </w:r>
            <w:r w:rsidRPr="00E31E2B">
              <w:rPr>
                <w:szCs w:val="24"/>
              </w:rPr>
              <w:t>Cl</w:t>
            </w:r>
            <w:r w:rsidRPr="00FD4A85">
              <w:rPr>
                <w:szCs w:val="24"/>
                <w:vertAlign w:val="subscript"/>
                <w:lang w:val="ru-RU"/>
              </w:rPr>
              <w:t>2(г)</w:t>
            </w:r>
            <w:r w:rsidRPr="00FD4A85">
              <w:rPr>
                <w:szCs w:val="24"/>
                <w:lang w:val="ru-RU"/>
              </w:rPr>
              <w:t>+2</w:t>
            </w:r>
            <w:r w:rsidRPr="00E31E2B">
              <w:rPr>
                <w:szCs w:val="24"/>
              </w:rPr>
              <w:t>H</w:t>
            </w:r>
            <w:r w:rsidRPr="00FD4A85">
              <w:rPr>
                <w:szCs w:val="24"/>
                <w:vertAlign w:val="subscript"/>
                <w:lang w:val="ru-RU"/>
              </w:rPr>
              <w:t>2</w:t>
            </w:r>
            <w:r w:rsidRPr="00E31E2B">
              <w:rPr>
                <w:szCs w:val="24"/>
              </w:rPr>
              <w:t>O</w:t>
            </w:r>
            <w:r w:rsidRPr="00FD4A85">
              <w:rPr>
                <w:szCs w:val="24"/>
                <w:vertAlign w:val="subscript"/>
                <w:lang w:val="ru-RU"/>
              </w:rPr>
              <w:t>(ж)</w:t>
            </w:r>
          </w:p>
        </w:tc>
      </w:tr>
      <w:tr w:rsidR="00FD4A85" w:rsidRPr="00771808" w:rsidTr="002264E8">
        <w:tc>
          <w:tcPr>
            <w:tcW w:w="1242" w:type="dxa"/>
          </w:tcPr>
          <w:p w:rsidR="00FD4A85" w:rsidRPr="00E31E2B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9</w:t>
            </w:r>
          </w:p>
        </w:tc>
        <w:tc>
          <w:tcPr>
            <w:tcW w:w="3531" w:type="dxa"/>
          </w:tcPr>
          <w:p w:rsidR="00FD4A85" w:rsidRPr="00FD4A85" w:rsidRDefault="00FD4A85" w:rsidP="002264E8">
            <w:pPr>
              <w:spacing w:line="240" w:lineRule="auto"/>
              <w:rPr>
                <w:szCs w:val="24"/>
                <w:lang w:val="ru-RU"/>
              </w:rPr>
            </w:pPr>
            <w:r w:rsidRPr="00E31E2B">
              <w:rPr>
                <w:szCs w:val="24"/>
              </w:rPr>
              <w:t>FeO</w:t>
            </w:r>
            <w:r w:rsidRPr="00FD4A85">
              <w:rPr>
                <w:szCs w:val="24"/>
                <w:vertAlign w:val="subscript"/>
                <w:lang w:val="ru-RU"/>
              </w:rPr>
              <w:t>(к)</w:t>
            </w:r>
            <w:r w:rsidRPr="00FD4A85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CO</w:t>
            </w:r>
            <w:r w:rsidRPr="00FD4A85">
              <w:rPr>
                <w:szCs w:val="24"/>
                <w:vertAlign w:val="subscript"/>
                <w:lang w:val="ru-RU"/>
              </w:rPr>
              <w:t>(г)</w:t>
            </w:r>
            <w:r w:rsidRPr="00FD4A85">
              <w:rPr>
                <w:szCs w:val="24"/>
                <w:lang w:val="ru-RU"/>
              </w:rPr>
              <w:t>=</w:t>
            </w:r>
            <w:r w:rsidRPr="00E31E2B">
              <w:rPr>
                <w:szCs w:val="24"/>
              </w:rPr>
              <w:t>Fe</w:t>
            </w:r>
            <w:r w:rsidRPr="00FD4A85">
              <w:rPr>
                <w:szCs w:val="24"/>
                <w:vertAlign w:val="subscript"/>
                <w:lang w:val="ru-RU"/>
              </w:rPr>
              <w:t>(к)</w:t>
            </w:r>
            <w:r w:rsidRPr="00FD4A85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CO</w:t>
            </w:r>
            <w:r w:rsidRPr="00FD4A85">
              <w:rPr>
                <w:szCs w:val="24"/>
                <w:vertAlign w:val="subscript"/>
                <w:lang w:val="ru-RU"/>
              </w:rPr>
              <w:t>2(г)</w:t>
            </w:r>
          </w:p>
        </w:tc>
        <w:tc>
          <w:tcPr>
            <w:tcW w:w="1165" w:type="dxa"/>
          </w:tcPr>
          <w:p w:rsidR="00FD4A85" w:rsidRPr="00E31E2B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19</w:t>
            </w:r>
          </w:p>
        </w:tc>
        <w:tc>
          <w:tcPr>
            <w:tcW w:w="3633" w:type="dxa"/>
          </w:tcPr>
          <w:p w:rsidR="00FD4A85" w:rsidRPr="00FD4A85" w:rsidRDefault="00FD4A85" w:rsidP="002264E8">
            <w:pPr>
              <w:spacing w:line="240" w:lineRule="auto"/>
              <w:rPr>
                <w:szCs w:val="24"/>
                <w:lang w:val="ru-RU"/>
              </w:rPr>
            </w:pPr>
            <w:r w:rsidRPr="00E31E2B">
              <w:rPr>
                <w:szCs w:val="24"/>
              </w:rPr>
              <w:t>Cl</w:t>
            </w:r>
            <w:r w:rsidRPr="00FD4A85">
              <w:rPr>
                <w:szCs w:val="24"/>
                <w:vertAlign w:val="subscript"/>
                <w:lang w:val="ru-RU"/>
              </w:rPr>
              <w:t>2(г)</w:t>
            </w:r>
            <w:r w:rsidRPr="00FD4A85">
              <w:rPr>
                <w:szCs w:val="24"/>
                <w:lang w:val="ru-RU"/>
              </w:rPr>
              <w:t>+2</w:t>
            </w:r>
            <w:r w:rsidRPr="00E31E2B">
              <w:rPr>
                <w:szCs w:val="24"/>
              </w:rPr>
              <w:t>HI</w:t>
            </w:r>
            <w:r w:rsidRPr="00FD4A85">
              <w:rPr>
                <w:szCs w:val="24"/>
                <w:vertAlign w:val="subscript"/>
                <w:lang w:val="ru-RU"/>
              </w:rPr>
              <w:t>(г)</w:t>
            </w:r>
            <w:r w:rsidRPr="00FD4A85">
              <w:rPr>
                <w:szCs w:val="24"/>
                <w:lang w:val="ru-RU"/>
              </w:rPr>
              <w:t>=</w:t>
            </w:r>
            <w:r w:rsidRPr="00E31E2B">
              <w:rPr>
                <w:szCs w:val="24"/>
              </w:rPr>
              <w:t>I</w:t>
            </w:r>
            <w:r w:rsidRPr="00FD4A85">
              <w:rPr>
                <w:szCs w:val="24"/>
                <w:vertAlign w:val="subscript"/>
                <w:lang w:val="ru-RU"/>
              </w:rPr>
              <w:t>2(г)</w:t>
            </w:r>
            <w:r w:rsidRPr="00FD4A85">
              <w:rPr>
                <w:szCs w:val="24"/>
                <w:lang w:val="ru-RU"/>
              </w:rPr>
              <w:t>+2</w:t>
            </w:r>
            <w:r w:rsidRPr="00E31E2B">
              <w:rPr>
                <w:szCs w:val="24"/>
              </w:rPr>
              <w:t>HCl</w:t>
            </w:r>
            <w:r w:rsidRPr="00FD4A85">
              <w:rPr>
                <w:szCs w:val="24"/>
                <w:vertAlign w:val="subscript"/>
                <w:lang w:val="ru-RU"/>
              </w:rPr>
              <w:t>(г)</w:t>
            </w:r>
          </w:p>
        </w:tc>
      </w:tr>
      <w:tr w:rsidR="00FD4A85" w:rsidRPr="00771808" w:rsidTr="002264E8">
        <w:tc>
          <w:tcPr>
            <w:tcW w:w="1242" w:type="dxa"/>
          </w:tcPr>
          <w:p w:rsidR="00FD4A85" w:rsidRPr="00E31E2B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10</w:t>
            </w:r>
          </w:p>
        </w:tc>
        <w:tc>
          <w:tcPr>
            <w:tcW w:w="3531" w:type="dxa"/>
          </w:tcPr>
          <w:p w:rsidR="00FD4A85" w:rsidRPr="00E31E2B" w:rsidRDefault="00FD4A85" w:rsidP="002264E8">
            <w:pPr>
              <w:spacing w:line="240" w:lineRule="auto"/>
              <w:rPr>
                <w:szCs w:val="24"/>
              </w:rPr>
            </w:pPr>
            <w:r w:rsidRPr="00E31E2B">
              <w:rPr>
                <w:szCs w:val="24"/>
              </w:rPr>
              <w:t>2H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S</w:t>
            </w:r>
            <w:r w:rsidRPr="00E31E2B">
              <w:rPr>
                <w:szCs w:val="24"/>
                <w:vertAlign w:val="subscript"/>
              </w:rPr>
              <w:t>(г)</w:t>
            </w:r>
            <w:r w:rsidRPr="00E31E2B">
              <w:rPr>
                <w:szCs w:val="24"/>
              </w:rPr>
              <w:t>+SO</w:t>
            </w:r>
            <w:r w:rsidRPr="00E31E2B">
              <w:rPr>
                <w:szCs w:val="24"/>
                <w:vertAlign w:val="subscript"/>
              </w:rPr>
              <w:t>2(г)</w:t>
            </w:r>
            <w:r w:rsidRPr="00E31E2B">
              <w:rPr>
                <w:szCs w:val="24"/>
              </w:rPr>
              <w:t>=3S</w:t>
            </w:r>
            <w:r w:rsidRPr="00E31E2B">
              <w:rPr>
                <w:szCs w:val="24"/>
                <w:vertAlign w:val="subscript"/>
              </w:rPr>
              <w:t>(г)</w:t>
            </w:r>
            <w:r w:rsidRPr="00E31E2B">
              <w:rPr>
                <w:szCs w:val="24"/>
              </w:rPr>
              <w:t>+2H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O</w:t>
            </w:r>
            <w:r w:rsidRPr="00E31E2B">
              <w:rPr>
                <w:szCs w:val="24"/>
                <w:vertAlign w:val="subscript"/>
              </w:rPr>
              <w:t>(г)</w:t>
            </w:r>
          </w:p>
        </w:tc>
        <w:tc>
          <w:tcPr>
            <w:tcW w:w="1165" w:type="dxa"/>
          </w:tcPr>
          <w:p w:rsidR="00FD4A85" w:rsidRPr="00E31E2B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20</w:t>
            </w:r>
          </w:p>
        </w:tc>
        <w:tc>
          <w:tcPr>
            <w:tcW w:w="3633" w:type="dxa"/>
          </w:tcPr>
          <w:p w:rsidR="00FD4A85" w:rsidRPr="00FD4A85" w:rsidRDefault="00FD4A85" w:rsidP="002264E8">
            <w:pPr>
              <w:spacing w:line="240" w:lineRule="auto"/>
              <w:rPr>
                <w:szCs w:val="24"/>
                <w:lang w:val="ru-RU"/>
              </w:rPr>
            </w:pPr>
            <w:r w:rsidRPr="00FD4A85">
              <w:rPr>
                <w:szCs w:val="24"/>
                <w:lang w:val="ru-RU"/>
              </w:rPr>
              <w:t>2</w:t>
            </w:r>
            <w:r w:rsidRPr="00E31E2B">
              <w:rPr>
                <w:szCs w:val="24"/>
              </w:rPr>
              <w:t>I</w:t>
            </w:r>
            <w:r w:rsidRPr="00FD4A85">
              <w:rPr>
                <w:szCs w:val="24"/>
                <w:vertAlign w:val="subscript"/>
                <w:lang w:val="ru-RU"/>
              </w:rPr>
              <w:t>2(г)</w:t>
            </w:r>
            <w:r w:rsidRPr="00FD4A85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H</w:t>
            </w:r>
            <w:r w:rsidRPr="00FD4A85">
              <w:rPr>
                <w:szCs w:val="24"/>
                <w:vertAlign w:val="subscript"/>
                <w:lang w:val="ru-RU"/>
              </w:rPr>
              <w:t>2</w:t>
            </w:r>
            <w:r w:rsidRPr="00E31E2B">
              <w:rPr>
                <w:szCs w:val="24"/>
              </w:rPr>
              <w:t>S</w:t>
            </w:r>
            <w:r w:rsidRPr="00FD4A85">
              <w:rPr>
                <w:szCs w:val="24"/>
                <w:vertAlign w:val="subscript"/>
                <w:lang w:val="ru-RU"/>
              </w:rPr>
              <w:t>(г)</w:t>
            </w:r>
            <w:r w:rsidRPr="00FD4A85">
              <w:rPr>
                <w:szCs w:val="24"/>
                <w:lang w:val="ru-RU"/>
              </w:rPr>
              <w:t>=2</w:t>
            </w:r>
            <w:r w:rsidRPr="00E31E2B">
              <w:rPr>
                <w:szCs w:val="24"/>
              </w:rPr>
              <w:t>HI</w:t>
            </w:r>
            <w:r w:rsidRPr="00FD4A85">
              <w:rPr>
                <w:szCs w:val="24"/>
                <w:vertAlign w:val="subscript"/>
                <w:lang w:val="ru-RU"/>
              </w:rPr>
              <w:t>2(г)</w:t>
            </w:r>
            <w:r w:rsidRPr="00FD4A85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S</w:t>
            </w:r>
            <w:r w:rsidRPr="00FD4A85">
              <w:rPr>
                <w:szCs w:val="24"/>
                <w:vertAlign w:val="subscript"/>
                <w:lang w:val="ru-RU"/>
              </w:rPr>
              <w:t>(к)</w:t>
            </w:r>
          </w:p>
        </w:tc>
      </w:tr>
    </w:tbl>
    <w:p w:rsidR="00FD4A85" w:rsidRPr="00FD4A85" w:rsidRDefault="00FD4A85" w:rsidP="00FD4A85">
      <w:pPr>
        <w:rPr>
          <w:szCs w:val="24"/>
          <w:lang w:val="ru-RU"/>
        </w:rPr>
      </w:pPr>
    </w:p>
    <w:p w:rsidR="00FD4A85" w:rsidRPr="00FD4A85" w:rsidRDefault="00FD4A85" w:rsidP="00FD4A85">
      <w:pPr>
        <w:rPr>
          <w:lang w:val="ru-RU"/>
        </w:rPr>
      </w:pPr>
    </w:p>
    <w:p w:rsidR="00FD4A85" w:rsidRPr="00FD4A85" w:rsidRDefault="00FD4A85" w:rsidP="00FD4A85">
      <w:pPr>
        <w:ind w:firstLine="180"/>
        <w:rPr>
          <w:b/>
          <w:lang w:val="ru-RU"/>
        </w:rPr>
      </w:pPr>
      <w:r w:rsidRPr="00FD4A85">
        <w:rPr>
          <w:b/>
          <w:lang w:val="ru-RU"/>
        </w:rPr>
        <w:t>Раздел 3. Кинетика и катализ химических процессов.</w:t>
      </w:r>
    </w:p>
    <w:p w:rsidR="00FD4A85" w:rsidRPr="00FF61C8" w:rsidRDefault="00FD4A85" w:rsidP="00FD4A85">
      <w:pPr>
        <w:ind w:firstLine="180"/>
        <w:rPr>
          <w:b/>
        </w:rPr>
      </w:pPr>
      <w:r w:rsidRPr="00FF61C8">
        <w:rPr>
          <w:b/>
        </w:rPr>
        <w:lastRenderedPageBreak/>
        <w:t>Задание 3</w:t>
      </w:r>
      <w:r>
        <w:rPr>
          <w:b/>
        </w:rPr>
        <w:t>.</w:t>
      </w:r>
    </w:p>
    <w:p w:rsidR="00FD4A85" w:rsidRPr="00FD4A85" w:rsidRDefault="00FD4A85" w:rsidP="00FD4A85">
      <w:pPr>
        <w:pStyle w:val="ae"/>
        <w:numPr>
          <w:ilvl w:val="0"/>
          <w:numId w:val="12"/>
        </w:numPr>
        <w:overflowPunct w:val="0"/>
        <w:autoSpaceDE w:val="0"/>
        <w:autoSpaceDN w:val="0"/>
        <w:adjustRightInd w:val="0"/>
        <w:spacing w:line="240" w:lineRule="auto"/>
        <w:ind w:left="538" w:hanging="357"/>
        <w:jc w:val="both"/>
        <w:textAlignment w:val="baseline"/>
        <w:rPr>
          <w:lang w:val="ru-RU"/>
        </w:rPr>
      </w:pPr>
      <w:r w:rsidRPr="00FD4A85">
        <w:rPr>
          <w:lang w:val="ru-RU"/>
        </w:rPr>
        <w:t>Напишите выражение константы гетерогенного химического равновесия для приведенной равновесной химической реакции</w:t>
      </w:r>
    </w:p>
    <w:p w:rsidR="00FD4A85" w:rsidRPr="00FD4A85" w:rsidRDefault="00FD4A85" w:rsidP="00FD4A85">
      <w:pPr>
        <w:pStyle w:val="ae"/>
        <w:numPr>
          <w:ilvl w:val="0"/>
          <w:numId w:val="12"/>
        </w:numPr>
        <w:overflowPunct w:val="0"/>
        <w:autoSpaceDE w:val="0"/>
        <w:autoSpaceDN w:val="0"/>
        <w:adjustRightInd w:val="0"/>
        <w:spacing w:line="240" w:lineRule="auto"/>
        <w:ind w:left="538" w:hanging="357"/>
        <w:jc w:val="both"/>
        <w:textAlignment w:val="baseline"/>
        <w:rPr>
          <w:lang w:val="ru-RU"/>
        </w:rPr>
      </w:pPr>
      <w:r w:rsidRPr="00FD4A85">
        <w:rPr>
          <w:lang w:val="ru-RU"/>
        </w:rPr>
        <w:t>Оцените, в какую сторону сместится равновесие данной системы при повышении температуры</w:t>
      </w:r>
    </w:p>
    <w:p w:rsidR="00FD4A85" w:rsidRPr="00FD4A85" w:rsidRDefault="00FD4A85" w:rsidP="00FD4A85">
      <w:pPr>
        <w:pStyle w:val="ae"/>
        <w:numPr>
          <w:ilvl w:val="0"/>
          <w:numId w:val="12"/>
        </w:numPr>
        <w:overflowPunct w:val="0"/>
        <w:autoSpaceDE w:val="0"/>
        <w:autoSpaceDN w:val="0"/>
        <w:adjustRightInd w:val="0"/>
        <w:spacing w:line="240" w:lineRule="auto"/>
        <w:ind w:left="538" w:hanging="357"/>
        <w:jc w:val="both"/>
        <w:textAlignment w:val="baseline"/>
        <w:rPr>
          <w:lang w:val="ru-RU"/>
        </w:rPr>
      </w:pPr>
      <w:r w:rsidRPr="00FD4A85">
        <w:rPr>
          <w:lang w:val="ru-RU"/>
        </w:rPr>
        <w:t>Нарушится ли равновесие в данной системе, если уменьшить давление в два раза.</w:t>
      </w:r>
    </w:p>
    <w:p w:rsidR="00FD4A85" w:rsidRPr="00FD4A85" w:rsidRDefault="00FD4A85" w:rsidP="00FD4A85">
      <w:pPr>
        <w:spacing w:line="240" w:lineRule="auto"/>
        <w:ind w:firstLine="180"/>
        <w:jc w:val="right"/>
        <w:rPr>
          <w:szCs w:val="24"/>
          <w:lang w:val="ru-RU"/>
        </w:rPr>
      </w:pPr>
    </w:p>
    <w:p w:rsidR="00FD4A85" w:rsidRPr="00FC7648" w:rsidRDefault="00FD4A85" w:rsidP="00FD4A85">
      <w:pPr>
        <w:spacing w:line="240" w:lineRule="auto"/>
        <w:ind w:firstLine="180"/>
        <w:jc w:val="right"/>
        <w:rPr>
          <w:szCs w:val="24"/>
        </w:rPr>
      </w:pPr>
      <w:r>
        <w:rPr>
          <w:szCs w:val="24"/>
        </w:rPr>
        <w:t>Таблица исходных данных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5"/>
        <w:gridCol w:w="3543"/>
        <w:gridCol w:w="1276"/>
        <w:gridCol w:w="3651"/>
      </w:tblGrid>
      <w:tr w:rsidR="00FD4A85" w:rsidRPr="00E31E2B" w:rsidTr="002264E8">
        <w:tc>
          <w:tcPr>
            <w:tcW w:w="1101" w:type="dxa"/>
          </w:tcPr>
          <w:p w:rsidR="00FD4A85" w:rsidRPr="00E31E2B" w:rsidRDefault="00FD4A85" w:rsidP="002264E8">
            <w:pPr>
              <w:spacing w:line="240" w:lineRule="auto"/>
              <w:ind w:right="34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Вариант</w:t>
            </w:r>
          </w:p>
        </w:tc>
        <w:tc>
          <w:tcPr>
            <w:tcW w:w="3543" w:type="dxa"/>
          </w:tcPr>
          <w:p w:rsidR="00FD4A85" w:rsidRPr="00E31E2B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Уравнение реакции</w:t>
            </w:r>
          </w:p>
        </w:tc>
        <w:tc>
          <w:tcPr>
            <w:tcW w:w="1276" w:type="dxa"/>
          </w:tcPr>
          <w:p w:rsidR="00FD4A85" w:rsidRPr="00E31E2B" w:rsidRDefault="00FD4A85" w:rsidP="002264E8">
            <w:pPr>
              <w:spacing w:line="240" w:lineRule="auto"/>
              <w:ind w:right="34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Вариант</w:t>
            </w:r>
          </w:p>
        </w:tc>
        <w:tc>
          <w:tcPr>
            <w:tcW w:w="3651" w:type="dxa"/>
          </w:tcPr>
          <w:p w:rsidR="00FD4A85" w:rsidRPr="00E31E2B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Уравнение реакции</w:t>
            </w:r>
          </w:p>
        </w:tc>
      </w:tr>
      <w:tr w:rsidR="00FD4A85" w:rsidRPr="00771808" w:rsidTr="002264E8">
        <w:tc>
          <w:tcPr>
            <w:tcW w:w="1101" w:type="dxa"/>
          </w:tcPr>
          <w:p w:rsidR="00FD4A85" w:rsidRPr="00E31E2B" w:rsidRDefault="00FD4A85" w:rsidP="002264E8">
            <w:pPr>
              <w:rPr>
                <w:szCs w:val="24"/>
              </w:rPr>
            </w:pPr>
            <w:r w:rsidRPr="00E31E2B">
              <w:rPr>
                <w:szCs w:val="24"/>
              </w:rPr>
              <w:t>1</w:t>
            </w:r>
          </w:p>
        </w:tc>
        <w:tc>
          <w:tcPr>
            <w:tcW w:w="3543" w:type="dxa"/>
          </w:tcPr>
          <w:p w:rsidR="00FD4A85" w:rsidRPr="00FD4A85" w:rsidRDefault="00FD4A85" w:rsidP="002264E8">
            <w:pPr>
              <w:rPr>
                <w:szCs w:val="24"/>
                <w:lang w:val="ru-RU"/>
              </w:rPr>
            </w:pPr>
            <w:r w:rsidRPr="00FD4A85">
              <w:rPr>
                <w:szCs w:val="24"/>
                <w:lang w:val="ru-RU"/>
              </w:rPr>
              <w:t>2</w:t>
            </w:r>
            <w:r w:rsidRPr="00E31E2B">
              <w:rPr>
                <w:szCs w:val="24"/>
              </w:rPr>
              <w:t>Ag</w:t>
            </w:r>
            <w:r w:rsidRPr="00FD4A85">
              <w:rPr>
                <w:szCs w:val="24"/>
                <w:vertAlign w:val="subscript"/>
                <w:lang w:val="ru-RU"/>
              </w:rPr>
              <w:t>(к)</w:t>
            </w:r>
            <w:r w:rsidRPr="00FD4A85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Cl</w:t>
            </w:r>
            <w:r w:rsidRPr="00FD4A85">
              <w:rPr>
                <w:szCs w:val="24"/>
                <w:vertAlign w:val="subscript"/>
                <w:lang w:val="ru-RU"/>
              </w:rPr>
              <w:t>2(г)</w:t>
            </w:r>
            <w:r w:rsidRPr="00FD4A85">
              <w:rPr>
                <w:szCs w:val="24"/>
                <w:lang w:val="ru-RU"/>
              </w:rPr>
              <w:t>=2</w:t>
            </w:r>
            <w:r w:rsidRPr="00E31E2B">
              <w:rPr>
                <w:szCs w:val="24"/>
              </w:rPr>
              <w:t>AgCl</w:t>
            </w:r>
            <w:r w:rsidRPr="00FD4A85">
              <w:rPr>
                <w:szCs w:val="24"/>
                <w:vertAlign w:val="subscript"/>
                <w:lang w:val="ru-RU"/>
              </w:rPr>
              <w:t>(к)</w:t>
            </w:r>
          </w:p>
        </w:tc>
        <w:tc>
          <w:tcPr>
            <w:tcW w:w="1276" w:type="dxa"/>
          </w:tcPr>
          <w:p w:rsidR="00FD4A85" w:rsidRPr="00E31E2B" w:rsidRDefault="00FD4A85" w:rsidP="002264E8">
            <w:pPr>
              <w:rPr>
                <w:szCs w:val="24"/>
              </w:rPr>
            </w:pPr>
            <w:r w:rsidRPr="00E31E2B">
              <w:rPr>
                <w:szCs w:val="24"/>
              </w:rPr>
              <w:t>11</w:t>
            </w:r>
          </w:p>
        </w:tc>
        <w:tc>
          <w:tcPr>
            <w:tcW w:w="3651" w:type="dxa"/>
          </w:tcPr>
          <w:p w:rsidR="00FD4A85" w:rsidRPr="00FD4A85" w:rsidRDefault="00FD4A85" w:rsidP="002264E8">
            <w:pPr>
              <w:rPr>
                <w:szCs w:val="24"/>
                <w:lang w:val="ru-RU"/>
              </w:rPr>
            </w:pPr>
            <w:r w:rsidRPr="00E31E2B">
              <w:rPr>
                <w:szCs w:val="24"/>
              </w:rPr>
              <w:t>C</w:t>
            </w:r>
            <w:r w:rsidRPr="00FD4A85">
              <w:rPr>
                <w:szCs w:val="24"/>
                <w:vertAlign w:val="subscript"/>
                <w:lang w:val="ru-RU"/>
              </w:rPr>
              <w:t>(к)</w:t>
            </w:r>
            <w:r w:rsidRPr="00FD4A85">
              <w:rPr>
                <w:szCs w:val="24"/>
                <w:lang w:val="ru-RU"/>
              </w:rPr>
              <w:t>+2</w:t>
            </w:r>
            <w:r w:rsidRPr="00E31E2B">
              <w:rPr>
                <w:szCs w:val="24"/>
              </w:rPr>
              <w:t>H</w:t>
            </w:r>
            <w:r w:rsidRPr="00FD4A85">
              <w:rPr>
                <w:szCs w:val="24"/>
                <w:vertAlign w:val="subscript"/>
                <w:lang w:val="ru-RU"/>
              </w:rPr>
              <w:t>2</w:t>
            </w:r>
            <w:r w:rsidRPr="00E31E2B">
              <w:rPr>
                <w:szCs w:val="24"/>
              </w:rPr>
              <w:t>O</w:t>
            </w:r>
            <w:r w:rsidRPr="00FD4A85">
              <w:rPr>
                <w:szCs w:val="24"/>
                <w:vertAlign w:val="subscript"/>
                <w:lang w:val="ru-RU"/>
              </w:rPr>
              <w:t>(г)</w:t>
            </w:r>
            <w:r w:rsidRPr="00FD4A85">
              <w:rPr>
                <w:szCs w:val="24"/>
                <w:lang w:val="ru-RU"/>
              </w:rPr>
              <w:t>=</w:t>
            </w:r>
            <w:r w:rsidRPr="00E31E2B">
              <w:rPr>
                <w:szCs w:val="24"/>
              </w:rPr>
              <w:t>CO</w:t>
            </w:r>
            <w:r w:rsidRPr="00FD4A85">
              <w:rPr>
                <w:szCs w:val="24"/>
                <w:vertAlign w:val="subscript"/>
                <w:lang w:val="ru-RU"/>
              </w:rPr>
              <w:t>2(к)</w:t>
            </w:r>
            <w:r w:rsidRPr="00FD4A85">
              <w:rPr>
                <w:szCs w:val="24"/>
                <w:lang w:val="ru-RU"/>
              </w:rPr>
              <w:t>+2</w:t>
            </w:r>
            <w:r w:rsidRPr="00E31E2B">
              <w:rPr>
                <w:szCs w:val="24"/>
              </w:rPr>
              <w:t>H</w:t>
            </w:r>
            <w:r w:rsidRPr="00FD4A85">
              <w:rPr>
                <w:szCs w:val="24"/>
                <w:vertAlign w:val="subscript"/>
                <w:lang w:val="ru-RU"/>
              </w:rPr>
              <w:t>2(г)</w:t>
            </w:r>
          </w:p>
        </w:tc>
      </w:tr>
      <w:tr w:rsidR="00FD4A85" w:rsidRPr="00771808" w:rsidTr="002264E8">
        <w:tc>
          <w:tcPr>
            <w:tcW w:w="1101" w:type="dxa"/>
          </w:tcPr>
          <w:p w:rsidR="00FD4A85" w:rsidRPr="00E31E2B" w:rsidRDefault="00FD4A85" w:rsidP="002264E8">
            <w:pPr>
              <w:rPr>
                <w:szCs w:val="24"/>
              </w:rPr>
            </w:pPr>
            <w:r w:rsidRPr="00E31E2B">
              <w:rPr>
                <w:szCs w:val="24"/>
              </w:rPr>
              <w:t>2</w:t>
            </w:r>
          </w:p>
        </w:tc>
        <w:tc>
          <w:tcPr>
            <w:tcW w:w="3543" w:type="dxa"/>
          </w:tcPr>
          <w:p w:rsidR="00FD4A85" w:rsidRPr="00E31E2B" w:rsidRDefault="00FD4A85" w:rsidP="002264E8">
            <w:pPr>
              <w:rPr>
                <w:szCs w:val="24"/>
              </w:rPr>
            </w:pPr>
            <w:r w:rsidRPr="00E31E2B">
              <w:rPr>
                <w:szCs w:val="24"/>
              </w:rPr>
              <w:t>4Fe</w:t>
            </w:r>
            <w:r w:rsidRPr="00E31E2B">
              <w:rPr>
                <w:szCs w:val="24"/>
                <w:vertAlign w:val="subscript"/>
              </w:rPr>
              <w:t>(к)</w:t>
            </w:r>
            <w:r w:rsidRPr="00E31E2B">
              <w:rPr>
                <w:szCs w:val="24"/>
              </w:rPr>
              <w:t>+3O</w:t>
            </w:r>
            <w:r w:rsidRPr="00E31E2B">
              <w:rPr>
                <w:szCs w:val="24"/>
                <w:vertAlign w:val="subscript"/>
              </w:rPr>
              <w:t>2(г)</w:t>
            </w:r>
            <w:r w:rsidRPr="00E31E2B">
              <w:rPr>
                <w:szCs w:val="24"/>
              </w:rPr>
              <w:t>=2Fe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O</w:t>
            </w:r>
            <w:r w:rsidRPr="00E31E2B">
              <w:rPr>
                <w:szCs w:val="24"/>
                <w:vertAlign w:val="subscript"/>
              </w:rPr>
              <w:t>3(к)</w:t>
            </w:r>
          </w:p>
        </w:tc>
        <w:tc>
          <w:tcPr>
            <w:tcW w:w="1276" w:type="dxa"/>
          </w:tcPr>
          <w:p w:rsidR="00FD4A85" w:rsidRPr="00E31E2B" w:rsidRDefault="00FD4A85" w:rsidP="002264E8">
            <w:pPr>
              <w:rPr>
                <w:szCs w:val="24"/>
              </w:rPr>
            </w:pPr>
            <w:r w:rsidRPr="00E31E2B">
              <w:rPr>
                <w:szCs w:val="24"/>
              </w:rPr>
              <w:t>12</w:t>
            </w:r>
          </w:p>
        </w:tc>
        <w:tc>
          <w:tcPr>
            <w:tcW w:w="3651" w:type="dxa"/>
          </w:tcPr>
          <w:p w:rsidR="00FD4A85" w:rsidRPr="00FD4A85" w:rsidRDefault="00FD4A85" w:rsidP="002264E8">
            <w:pPr>
              <w:rPr>
                <w:szCs w:val="24"/>
                <w:lang w:val="ru-RU"/>
              </w:rPr>
            </w:pPr>
            <w:r w:rsidRPr="00E31E2B">
              <w:rPr>
                <w:szCs w:val="24"/>
              </w:rPr>
              <w:t>CaO</w:t>
            </w:r>
            <w:r w:rsidRPr="00FD4A85">
              <w:rPr>
                <w:szCs w:val="24"/>
                <w:vertAlign w:val="subscript"/>
                <w:lang w:val="ru-RU"/>
              </w:rPr>
              <w:t>(к)</w:t>
            </w:r>
            <w:r w:rsidRPr="00FD4A85">
              <w:rPr>
                <w:szCs w:val="24"/>
                <w:lang w:val="ru-RU"/>
              </w:rPr>
              <w:t>+СО</w:t>
            </w:r>
            <w:r w:rsidRPr="00FD4A85">
              <w:rPr>
                <w:szCs w:val="24"/>
                <w:vertAlign w:val="subscript"/>
                <w:lang w:val="ru-RU"/>
              </w:rPr>
              <w:t>2(г)</w:t>
            </w:r>
            <w:r w:rsidRPr="00FD4A85">
              <w:rPr>
                <w:szCs w:val="24"/>
                <w:lang w:val="ru-RU"/>
              </w:rPr>
              <w:t>=</w:t>
            </w:r>
            <w:r w:rsidRPr="00E31E2B">
              <w:rPr>
                <w:szCs w:val="24"/>
              </w:rPr>
              <w:t>Ca</w:t>
            </w:r>
            <w:r w:rsidRPr="00FD4A85">
              <w:rPr>
                <w:szCs w:val="24"/>
                <w:lang w:val="ru-RU"/>
              </w:rPr>
              <w:t>С</w:t>
            </w:r>
            <w:r w:rsidRPr="00E31E2B">
              <w:rPr>
                <w:szCs w:val="24"/>
              </w:rPr>
              <w:t>O</w:t>
            </w:r>
            <w:r w:rsidRPr="00FD4A85">
              <w:rPr>
                <w:szCs w:val="24"/>
                <w:vertAlign w:val="subscript"/>
                <w:lang w:val="ru-RU"/>
              </w:rPr>
              <w:t>3(к)</w:t>
            </w:r>
          </w:p>
        </w:tc>
      </w:tr>
      <w:tr w:rsidR="00FD4A85" w:rsidRPr="00E31E2B" w:rsidTr="002264E8">
        <w:tc>
          <w:tcPr>
            <w:tcW w:w="1101" w:type="dxa"/>
          </w:tcPr>
          <w:p w:rsidR="00FD4A85" w:rsidRPr="00E31E2B" w:rsidRDefault="00FD4A85" w:rsidP="002264E8">
            <w:pPr>
              <w:rPr>
                <w:szCs w:val="24"/>
              </w:rPr>
            </w:pPr>
            <w:r w:rsidRPr="00E31E2B">
              <w:rPr>
                <w:szCs w:val="24"/>
              </w:rPr>
              <w:t>3</w:t>
            </w:r>
          </w:p>
        </w:tc>
        <w:tc>
          <w:tcPr>
            <w:tcW w:w="3543" w:type="dxa"/>
          </w:tcPr>
          <w:p w:rsidR="00FD4A85" w:rsidRPr="00FD4A85" w:rsidRDefault="00FD4A85" w:rsidP="002264E8">
            <w:pPr>
              <w:rPr>
                <w:szCs w:val="24"/>
                <w:lang w:val="ru-RU"/>
              </w:rPr>
            </w:pPr>
            <w:r w:rsidRPr="00E31E2B">
              <w:rPr>
                <w:szCs w:val="24"/>
              </w:rPr>
              <w:t>Ca</w:t>
            </w:r>
            <w:r w:rsidRPr="00FD4A85">
              <w:rPr>
                <w:szCs w:val="24"/>
                <w:vertAlign w:val="subscript"/>
                <w:lang w:val="ru-RU"/>
              </w:rPr>
              <w:t>(к)</w:t>
            </w:r>
            <w:r w:rsidRPr="00FD4A85">
              <w:rPr>
                <w:szCs w:val="24"/>
                <w:lang w:val="ru-RU"/>
              </w:rPr>
              <w:t>+2</w:t>
            </w:r>
            <w:r w:rsidRPr="00E31E2B">
              <w:rPr>
                <w:szCs w:val="24"/>
              </w:rPr>
              <w:t>H</w:t>
            </w:r>
            <w:r w:rsidRPr="00FD4A85">
              <w:rPr>
                <w:szCs w:val="24"/>
                <w:vertAlign w:val="subscript"/>
                <w:lang w:val="ru-RU"/>
              </w:rPr>
              <w:t>2</w:t>
            </w:r>
            <w:r w:rsidRPr="00E31E2B">
              <w:rPr>
                <w:szCs w:val="24"/>
              </w:rPr>
              <w:t>O</w:t>
            </w:r>
            <w:r w:rsidRPr="00FD4A85">
              <w:rPr>
                <w:szCs w:val="24"/>
                <w:vertAlign w:val="subscript"/>
                <w:lang w:val="ru-RU"/>
              </w:rPr>
              <w:t>(ж)</w:t>
            </w:r>
            <w:r w:rsidRPr="00FD4A85">
              <w:rPr>
                <w:szCs w:val="24"/>
                <w:lang w:val="ru-RU"/>
              </w:rPr>
              <w:t>=</w:t>
            </w:r>
            <w:r w:rsidRPr="00E31E2B">
              <w:rPr>
                <w:szCs w:val="24"/>
              </w:rPr>
              <w:t>Ca</w:t>
            </w:r>
            <w:r w:rsidRPr="00FD4A85">
              <w:rPr>
                <w:szCs w:val="24"/>
                <w:lang w:val="ru-RU"/>
              </w:rPr>
              <w:t>(</w:t>
            </w:r>
            <w:r w:rsidRPr="00E31E2B">
              <w:rPr>
                <w:szCs w:val="24"/>
              </w:rPr>
              <w:t>OH</w:t>
            </w:r>
            <w:r w:rsidRPr="00FD4A85">
              <w:rPr>
                <w:szCs w:val="24"/>
                <w:lang w:val="ru-RU"/>
              </w:rPr>
              <w:t>)</w:t>
            </w:r>
            <w:r w:rsidRPr="00FD4A85">
              <w:rPr>
                <w:szCs w:val="24"/>
                <w:vertAlign w:val="subscript"/>
                <w:lang w:val="ru-RU"/>
              </w:rPr>
              <w:t>2(к)</w:t>
            </w:r>
            <w:r w:rsidRPr="00FD4A85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H</w:t>
            </w:r>
            <w:r w:rsidRPr="00FD4A85">
              <w:rPr>
                <w:szCs w:val="24"/>
                <w:vertAlign w:val="subscript"/>
                <w:lang w:val="ru-RU"/>
              </w:rPr>
              <w:t>2(г)</w:t>
            </w:r>
          </w:p>
        </w:tc>
        <w:tc>
          <w:tcPr>
            <w:tcW w:w="1276" w:type="dxa"/>
          </w:tcPr>
          <w:p w:rsidR="00FD4A85" w:rsidRPr="00E31E2B" w:rsidRDefault="00FD4A85" w:rsidP="002264E8">
            <w:pPr>
              <w:rPr>
                <w:szCs w:val="24"/>
              </w:rPr>
            </w:pPr>
            <w:r w:rsidRPr="00E31E2B">
              <w:rPr>
                <w:szCs w:val="24"/>
              </w:rPr>
              <w:t>13</w:t>
            </w:r>
          </w:p>
        </w:tc>
        <w:tc>
          <w:tcPr>
            <w:tcW w:w="3651" w:type="dxa"/>
          </w:tcPr>
          <w:p w:rsidR="00FD4A85" w:rsidRPr="00E31E2B" w:rsidRDefault="00FD4A85" w:rsidP="002264E8">
            <w:pPr>
              <w:rPr>
                <w:szCs w:val="24"/>
              </w:rPr>
            </w:pPr>
            <w:r w:rsidRPr="00E31E2B">
              <w:rPr>
                <w:szCs w:val="24"/>
              </w:rPr>
              <w:t>2Mg</w:t>
            </w:r>
            <w:r w:rsidRPr="00E31E2B">
              <w:rPr>
                <w:szCs w:val="24"/>
                <w:vertAlign w:val="subscript"/>
              </w:rPr>
              <w:t>(к)</w:t>
            </w:r>
            <w:r w:rsidRPr="00E31E2B">
              <w:rPr>
                <w:szCs w:val="24"/>
              </w:rPr>
              <w:t>+О</w:t>
            </w:r>
            <w:r w:rsidRPr="00E31E2B">
              <w:rPr>
                <w:szCs w:val="24"/>
                <w:vertAlign w:val="subscript"/>
              </w:rPr>
              <w:t>2(г)</w:t>
            </w:r>
            <w:r w:rsidRPr="00E31E2B">
              <w:rPr>
                <w:szCs w:val="24"/>
              </w:rPr>
              <w:t>=2MgO</w:t>
            </w:r>
            <w:r w:rsidRPr="00E31E2B">
              <w:rPr>
                <w:szCs w:val="24"/>
                <w:vertAlign w:val="subscript"/>
              </w:rPr>
              <w:t>(к)</w:t>
            </w:r>
          </w:p>
        </w:tc>
      </w:tr>
      <w:tr w:rsidR="00FD4A85" w:rsidRPr="00E31E2B" w:rsidTr="002264E8">
        <w:tc>
          <w:tcPr>
            <w:tcW w:w="1101" w:type="dxa"/>
          </w:tcPr>
          <w:p w:rsidR="00FD4A85" w:rsidRPr="00E31E2B" w:rsidRDefault="00FD4A85" w:rsidP="002264E8">
            <w:pPr>
              <w:rPr>
                <w:szCs w:val="24"/>
              </w:rPr>
            </w:pPr>
            <w:r w:rsidRPr="00E31E2B">
              <w:rPr>
                <w:szCs w:val="24"/>
              </w:rPr>
              <w:t>4</w:t>
            </w:r>
          </w:p>
        </w:tc>
        <w:tc>
          <w:tcPr>
            <w:tcW w:w="3543" w:type="dxa"/>
          </w:tcPr>
          <w:p w:rsidR="00FD4A85" w:rsidRPr="00FD4A85" w:rsidRDefault="00FD4A85" w:rsidP="002264E8">
            <w:pPr>
              <w:rPr>
                <w:szCs w:val="24"/>
                <w:lang w:val="ru-RU"/>
              </w:rPr>
            </w:pPr>
            <w:r w:rsidRPr="00E31E2B">
              <w:rPr>
                <w:szCs w:val="24"/>
              </w:rPr>
              <w:t>FeO</w:t>
            </w:r>
            <w:r w:rsidRPr="00FD4A85">
              <w:rPr>
                <w:szCs w:val="24"/>
                <w:vertAlign w:val="subscript"/>
                <w:lang w:val="ru-RU"/>
              </w:rPr>
              <w:t>(к)</w:t>
            </w:r>
            <w:r w:rsidRPr="00FD4A85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H</w:t>
            </w:r>
            <w:r w:rsidRPr="00FD4A85">
              <w:rPr>
                <w:szCs w:val="24"/>
                <w:vertAlign w:val="subscript"/>
                <w:lang w:val="ru-RU"/>
              </w:rPr>
              <w:t>2</w:t>
            </w:r>
            <w:r w:rsidRPr="00E31E2B">
              <w:rPr>
                <w:szCs w:val="24"/>
              </w:rPr>
              <w:t>O</w:t>
            </w:r>
            <w:r w:rsidRPr="00FD4A85">
              <w:rPr>
                <w:szCs w:val="24"/>
                <w:lang w:val="ru-RU"/>
              </w:rPr>
              <w:t>(г)=</w:t>
            </w:r>
            <w:r w:rsidRPr="00E31E2B">
              <w:rPr>
                <w:szCs w:val="24"/>
              </w:rPr>
              <w:t>Fe</w:t>
            </w:r>
            <w:r w:rsidRPr="00FD4A85">
              <w:rPr>
                <w:szCs w:val="24"/>
                <w:lang w:val="ru-RU"/>
              </w:rPr>
              <w:t>(</w:t>
            </w:r>
            <w:r w:rsidRPr="00E31E2B">
              <w:rPr>
                <w:szCs w:val="24"/>
              </w:rPr>
              <w:t>OH</w:t>
            </w:r>
            <w:r w:rsidRPr="00FD4A85">
              <w:rPr>
                <w:szCs w:val="24"/>
                <w:lang w:val="ru-RU"/>
              </w:rPr>
              <w:t>)</w:t>
            </w:r>
            <w:r w:rsidRPr="00FD4A85">
              <w:rPr>
                <w:szCs w:val="24"/>
                <w:vertAlign w:val="subscript"/>
                <w:lang w:val="ru-RU"/>
              </w:rPr>
              <w:t>2(к)</w:t>
            </w:r>
          </w:p>
        </w:tc>
        <w:tc>
          <w:tcPr>
            <w:tcW w:w="1276" w:type="dxa"/>
          </w:tcPr>
          <w:p w:rsidR="00FD4A85" w:rsidRPr="00E31E2B" w:rsidRDefault="00FD4A85" w:rsidP="002264E8">
            <w:pPr>
              <w:rPr>
                <w:szCs w:val="24"/>
              </w:rPr>
            </w:pPr>
            <w:r w:rsidRPr="00E31E2B">
              <w:rPr>
                <w:szCs w:val="24"/>
              </w:rPr>
              <w:t>14</w:t>
            </w:r>
          </w:p>
        </w:tc>
        <w:tc>
          <w:tcPr>
            <w:tcW w:w="3651" w:type="dxa"/>
          </w:tcPr>
          <w:p w:rsidR="00FD4A85" w:rsidRPr="00E31E2B" w:rsidRDefault="00FD4A85" w:rsidP="002264E8">
            <w:pPr>
              <w:rPr>
                <w:szCs w:val="24"/>
              </w:rPr>
            </w:pPr>
            <w:r w:rsidRPr="00E31E2B">
              <w:rPr>
                <w:szCs w:val="24"/>
              </w:rPr>
              <w:t>2C</w:t>
            </w:r>
            <w:r w:rsidRPr="00E31E2B">
              <w:rPr>
                <w:szCs w:val="24"/>
                <w:vertAlign w:val="subscript"/>
              </w:rPr>
              <w:t>(к)</w:t>
            </w:r>
            <w:r w:rsidRPr="00E31E2B">
              <w:rPr>
                <w:szCs w:val="24"/>
              </w:rPr>
              <w:t>+O</w:t>
            </w:r>
            <w:r w:rsidRPr="00E31E2B">
              <w:rPr>
                <w:szCs w:val="24"/>
                <w:vertAlign w:val="subscript"/>
              </w:rPr>
              <w:t>(г)</w:t>
            </w:r>
            <w:r w:rsidRPr="00E31E2B">
              <w:rPr>
                <w:szCs w:val="24"/>
              </w:rPr>
              <w:t>=2CO</w:t>
            </w:r>
            <w:r w:rsidRPr="00E31E2B">
              <w:rPr>
                <w:szCs w:val="24"/>
                <w:vertAlign w:val="subscript"/>
              </w:rPr>
              <w:t>(г)</w:t>
            </w:r>
          </w:p>
        </w:tc>
      </w:tr>
      <w:tr w:rsidR="00FD4A85" w:rsidRPr="00771808" w:rsidTr="002264E8">
        <w:tc>
          <w:tcPr>
            <w:tcW w:w="1101" w:type="dxa"/>
          </w:tcPr>
          <w:p w:rsidR="00FD4A85" w:rsidRPr="00E31E2B" w:rsidRDefault="00FD4A85" w:rsidP="002264E8">
            <w:pPr>
              <w:rPr>
                <w:szCs w:val="24"/>
              </w:rPr>
            </w:pPr>
            <w:r w:rsidRPr="00E31E2B">
              <w:rPr>
                <w:szCs w:val="24"/>
              </w:rPr>
              <w:t>5</w:t>
            </w:r>
          </w:p>
        </w:tc>
        <w:tc>
          <w:tcPr>
            <w:tcW w:w="3543" w:type="dxa"/>
          </w:tcPr>
          <w:p w:rsidR="00FD4A85" w:rsidRPr="00E31E2B" w:rsidRDefault="00FD4A85" w:rsidP="002264E8">
            <w:pPr>
              <w:rPr>
                <w:szCs w:val="24"/>
              </w:rPr>
            </w:pPr>
            <w:r w:rsidRPr="00E31E2B">
              <w:rPr>
                <w:szCs w:val="24"/>
              </w:rPr>
              <w:t>3Si</w:t>
            </w:r>
            <w:r w:rsidRPr="00E31E2B">
              <w:rPr>
                <w:szCs w:val="24"/>
                <w:vertAlign w:val="subscript"/>
              </w:rPr>
              <w:t>(к)</w:t>
            </w:r>
            <w:r w:rsidRPr="00E31E2B">
              <w:rPr>
                <w:szCs w:val="24"/>
              </w:rPr>
              <w:t>+2N</w:t>
            </w:r>
            <w:r w:rsidRPr="00E31E2B">
              <w:rPr>
                <w:szCs w:val="24"/>
                <w:vertAlign w:val="subscript"/>
              </w:rPr>
              <w:t>2(г)</w:t>
            </w:r>
            <w:r w:rsidRPr="00E31E2B">
              <w:rPr>
                <w:szCs w:val="24"/>
              </w:rPr>
              <w:t>=Si</w:t>
            </w:r>
            <w:r w:rsidRPr="00E31E2B">
              <w:rPr>
                <w:szCs w:val="24"/>
                <w:vertAlign w:val="subscript"/>
              </w:rPr>
              <w:t>3</w:t>
            </w:r>
            <w:r w:rsidRPr="00E31E2B">
              <w:rPr>
                <w:szCs w:val="24"/>
              </w:rPr>
              <w:t>N</w:t>
            </w:r>
            <w:r w:rsidRPr="00E31E2B">
              <w:rPr>
                <w:szCs w:val="24"/>
                <w:vertAlign w:val="subscript"/>
              </w:rPr>
              <w:t>4(к)</w:t>
            </w:r>
          </w:p>
        </w:tc>
        <w:tc>
          <w:tcPr>
            <w:tcW w:w="1276" w:type="dxa"/>
          </w:tcPr>
          <w:p w:rsidR="00FD4A85" w:rsidRPr="00E31E2B" w:rsidRDefault="00FD4A85" w:rsidP="002264E8">
            <w:pPr>
              <w:rPr>
                <w:szCs w:val="24"/>
              </w:rPr>
            </w:pPr>
            <w:r w:rsidRPr="00E31E2B">
              <w:rPr>
                <w:szCs w:val="24"/>
              </w:rPr>
              <w:t>15</w:t>
            </w:r>
          </w:p>
        </w:tc>
        <w:tc>
          <w:tcPr>
            <w:tcW w:w="3651" w:type="dxa"/>
          </w:tcPr>
          <w:p w:rsidR="00FD4A85" w:rsidRPr="00FD4A85" w:rsidRDefault="00FD4A85" w:rsidP="002264E8">
            <w:pPr>
              <w:rPr>
                <w:szCs w:val="24"/>
                <w:lang w:val="ru-RU"/>
              </w:rPr>
            </w:pPr>
            <w:r w:rsidRPr="00E31E2B">
              <w:rPr>
                <w:szCs w:val="24"/>
              </w:rPr>
              <w:t>Mg</w:t>
            </w:r>
            <w:r w:rsidRPr="00FD4A85">
              <w:rPr>
                <w:szCs w:val="24"/>
                <w:lang w:val="ru-RU"/>
              </w:rPr>
              <w:t>О</w:t>
            </w:r>
            <w:r w:rsidRPr="00FD4A85">
              <w:rPr>
                <w:szCs w:val="24"/>
                <w:vertAlign w:val="subscript"/>
                <w:lang w:val="ru-RU"/>
              </w:rPr>
              <w:t>(к)</w:t>
            </w:r>
            <w:r w:rsidRPr="00FD4A85">
              <w:rPr>
                <w:szCs w:val="24"/>
                <w:lang w:val="ru-RU"/>
              </w:rPr>
              <w:t>+СО</w:t>
            </w:r>
            <w:r w:rsidRPr="00FD4A85">
              <w:rPr>
                <w:szCs w:val="24"/>
                <w:vertAlign w:val="subscript"/>
                <w:lang w:val="ru-RU"/>
              </w:rPr>
              <w:t>2(г)</w:t>
            </w:r>
            <w:r w:rsidRPr="00FD4A85">
              <w:rPr>
                <w:szCs w:val="24"/>
                <w:lang w:val="ru-RU"/>
              </w:rPr>
              <w:t>=</w:t>
            </w:r>
            <w:r w:rsidRPr="00E31E2B">
              <w:rPr>
                <w:szCs w:val="24"/>
              </w:rPr>
              <w:t>Mg</w:t>
            </w:r>
            <w:r w:rsidRPr="00FD4A85">
              <w:rPr>
                <w:szCs w:val="24"/>
                <w:lang w:val="ru-RU"/>
              </w:rPr>
              <w:t>С</w:t>
            </w:r>
            <w:r w:rsidRPr="00E31E2B">
              <w:rPr>
                <w:szCs w:val="24"/>
              </w:rPr>
              <w:t>O</w:t>
            </w:r>
            <w:r w:rsidRPr="00FD4A85">
              <w:rPr>
                <w:szCs w:val="24"/>
                <w:vertAlign w:val="subscript"/>
                <w:lang w:val="ru-RU"/>
              </w:rPr>
              <w:t>3(к)</w:t>
            </w:r>
          </w:p>
        </w:tc>
      </w:tr>
      <w:tr w:rsidR="00FD4A85" w:rsidRPr="00771808" w:rsidTr="002264E8">
        <w:tc>
          <w:tcPr>
            <w:tcW w:w="1101" w:type="dxa"/>
          </w:tcPr>
          <w:p w:rsidR="00FD4A85" w:rsidRPr="00E31E2B" w:rsidRDefault="00FD4A85" w:rsidP="002264E8">
            <w:pPr>
              <w:rPr>
                <w:szCs w:val="24"/>
              </w:rPr>
            </w:pPr>
            <w:r w:rsidRPr="00E31E2B">
              <w:rPr>
                <w:szCs w:val="24"/>
              </w:rPr>
              <w:t>6</w:t>
            </w:r>
          </w:p>
        </w:tc>
        <w:tc>
          <w:tcPr>
            <w:tcW w:w="3543" w:type="dxa"/>
          </w:tcPr>
          <w:p w:rsidR="00FD4A85" w:rsidRPr="00FD4A85" w:rsidRDefault="00FD4A85" w:rsidP="002264E8">
            <w:pPr>
              <w:rPr>
                <w:szCs w:val="24"/>
                <w:lang w:val="ru-RU"/>
              </w:rPr>
            </w:pPr>
            <w:r w:rsidRPr="00E31E2B">
              <w:rPr>
                <w:szCs w:val="24"/>
              </w:rPr>
              <w:t>Mg</w:t>
            </w:r>
            <w:r w:rsidRPr="00FD4A85">
              <w:rPr>
                <w:szCs w:val="24"/>
                <w:vertAlign w:val="subscript"/>
                <w:lang w:val="ru-RU"/>
              </w:rPr>
              <w:t>(к)</w:t>
            </w:r>
            <w:r w:rsidRPr="00FD4A85">
              <w:rPr>
                <w:szCs w:val="24"/>
                <w:lang w:val="ru-RU"/>
              </w:rPr>
              <w:t>+2</w:t>
            </w:r>
            <w:r w:rsidRPr="00E31E2B">
              <w:rPr>
                <w:szCs w:val="24"/>
              </w:rPr>
              <w:t>H</w:t>
            </w:r>
            <w:r w:rsidRPr="00FD4A85">
              <w:rPr>
                <w:szCs w:val="24"/>
                <w:vertAlign w:val="subscript"/>
                <w:lang w:val="ru-RU"/>
              </w:rPr>
              <w:t>2</w:t>
            </w:r>
            <w:r w:rsidRPr="00E31E2B">
              <w:rPr>
                <w:szCs w:val="24"/>
              </w:rPr>
              <w:t>O</w:t>
            </w:r>
            <w:r w:rsidRPr="00FD4A85">
              <w:rPr>
                <w:szCs w:val="24"/>
                <w:vertAlign w:val="subscript"/>
                <w:lang w:val="ru-RU"/>
              </w:rPr>
              <w:t>(г)</w:t>
            </w:r>
            <w:r w:rsidRPr="00FD4A85">
              <w:rPr>
                <w:szCs w:val="24"/>
                <w:lang w:val="ru-RU"/>
              </w:rPr>
              <w:t>=</w:t>
            </w:r>
            <w:r w:rsidRPr="00E31E2B">
              <w:rPr>
                <w:szCs w:val="24"/>
              </w:rPr>
              <w:t>Mg</w:t>
            </w:r>
            <w:r w:rsidRPr="00FD4A85">
              <w:rPr>
                <w:szCs w:val="24"/>
                <w:lang w:val="ru-RU"/>
              </w:rPr>
              <w:t>(</w:t>
            </w:r>
            <w:r w:rsidRPr="00E31E2B">
              <w:rPr>
                <w:szCs w:val="24"/>
              </w:rPr>
              <w:t>OH</w:t>
            </w:r>
            <w:r w:rsidRPr="00FD4A85">
              <w:rPr>
                <w:szCs w:val="24"/>
                <w:lang w:val="ru-RU"/>
              </w:rPr>
              <w:t>)</w:t>
            </w:r>
            <w:r w:rsidRPr="00FD4A85">
              <w:rPr>
                <w:szCs w:val="24"/>
                <w:vertAlign w:val="subscript"/>
                <w:lang w:val="ru-RU"/>
              </w:rPr>
              <w:t>2(к)</w:t>
            </w:r>
            <w:r w:rsidRPr="00FD4A85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H</w:t>
            </w:r>
            <w:r w:rsidRPr="00FD4A85">
              <w:rPr>
                <w:szCs w:val="24"/>
                <w:vertAlign w:val="subscript"/>
                <w:lang w:val="ru-RU"/>
              </w:rPr>
              <w:t>2(г)</w:t>
            </w:r>
          </w:p>
        </w:tc>
        <w:tc>
          <w:tcPr>
            <w:tcW w:w="1276" w:type="dxa"/>
          </w:tcPr>
          <w:p w:rsidR="00FD4A85" w:rsidRPr="00E31E2B" w:rsidRDefault="00FD4A85" w:rsidP="002264E8">
            <w:pPr>
              <w:rPr>
                <w:szCs w:val="24"/>
              </w:rPr>
            </w:pPr>
            <w:r w:rsidRPr="00E31E2B">
              <w:rPr>
                <w:szCs w:val="24"/>
              </w:rPr>
              <w:t>16</w:t>
            </w:r>
          </w:p>
        </w:tc>
        <w:tc>
          <w:tcPr>
            <w:tcW w:w="3651" w:type="dxa"/>
          </w:tcPr>
          <w:p w:rsidR="00FD4A85" w:rsidRPr="00FD4A85" w:rsidRDefault="00FD4A85" w:rsidP="002264E8">
            <w:pPr>
              <w:rPr>
                <w:szCs w:val="24"/>
                <w:lang w:val="ru-RU"/>
              </w:rPr>
            </w:pPr>
            <w:r w:rsidRPr="00E31E2B">
              <w:rPr>
                <w:szCs w:val="24"/>
              </w:rPr>
              <w:t>CuO</w:t>
            </w:r>
            <w:r w:rsidRPr="00FD4A85">
              <w:rPr>
                <w:szCs w:val="24"/>
                <w:vertAlign w:val="subscript"/>
                <w:lang w:val="ru-RU"/>
              </w:rPr>
              <w:t>(к)</w:t>
            </w:r>
            <w:r w:rsidRPr="00FD4A85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H</w:t>
            </w:r>
            <w:r w:rsidRPr="00FD4A85">
              <w:rPr>
                <w:szCs w:val="24"/>
                <w:vertAlign w:val="subscript"/>
                <w:lang w:val="ru-RU"/>
              </w:rPr>
              <w:t>2(г)</w:t>
            </w:r>
            <w:r w:rsidRPr="00FD4A85">
              <w:rPr>
                <w:szCs w:val="24"/>
                <w:lang w:val="ru-RU"/>
              </w:rPr>
              <w:t>=</w:t>
            </w:r>
            <w:r w:rsidRPr="00E31E2B">
              <w:rPr>
                <w:szCs w:val="24"/>
              </w:rPr>
              <w:t>Cu</w:t>
            </w:r>
            <w:r w:rsidRPr="00FD4A85">
              <w:rPr>
                <w:szCs w:val="24"/>
                <w:vertAlign w:val="subscript"/>
                <w:lang w:val="ru-RU"/>
              </w:rPr>
              <w:t>(к)</w:t>
            </w:r>
            <w:r w:rsidRPr="00FD4A85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H</w:t>
            </w:r>
            <w:r w:rsidRPr="00FD4A85">
              <w:rPr>
                <w:szCs w:val="24"/>
                <w:vertAlign w:val="subscript"/>
                <w:lang w:val="ru-RU"/>
              </w:rPr>
              <w:t>2</w:t>
            </w:r>
            <w:r w:rsidRPr="00E31E2B">
              <w:rPr>
                <w:szCs w:val="24"/>
              </w:rPr>
              <w:t>O</w:t>
            </w:r>
            <w:r w:rsidRPr="00FD4A85">
              <w:rPr>
                <w:szCs w:val="24"/>
                <w:vertAlign w:val="subscript"/>
                <w:lang w:val="ru-RU"/>
              </w:rPr>
              <w:t>(г)</w:t>
            </w:r>
          </w:p>
        </w:tc>
      </w:tr>
      <w:tr w:rsidR="00FD4A85" w:rsidRPr="00771808" w:rsidTr="002264E8">
        <w:tc>
          <w:tcPr>
            <w:tcW w:w="1101" w:type="dxa"/>
          </w:tcPr>
          <w:p w:rsidR="00FD4A85" w:rsidRPr="00E31E2B" w:rsidRDefault="00FD4A85" w:rsidP="002264E8">
            <w:pPr>
              <w:rPr>
                <w:szCs w:val="24"/>
              </w:rPr>
            </w:pPr>
            <w:r w:rsidRPr="00E31E2B">
              <w:rPr>
                <w:szCs w:val="24"/>
              </w:rPr>
              <w:t>7</w:t>
            </w:r>
          </w:p>
        </w:tc>
        <w:tc>
          <w:tcPr>
            <w:tcW w:w="3543" w:type="dxa"/>
          </w:tcPr>
          <w:p w:rsidR="00FD4A85" w:rsidRPr="00FD4A85" w:rsidRDefault="00FD4A85" w:rsidP="002264E8">
            <w:pPr>
              <w:rPr>
                <w:szCs w:val="24"/>
                <w:lang w:val="ru-RU"/>
              </w:rPr>
            </w:pPr>
            <w:r w:rsidRPr="00E31E2B">
              <w:rPr>
                <w:szCs w:val="24"/>
              </w:rPr>
              <w:t>FeO</w:t>
            </w:r>
            <w:r w:rsidRPr="00FD4A85">
              <w:rPr>
                <w:szCs w:val="24"/>
                <w:vertAlign w:val="subscript"/>
                <w:lang w:val="ru-RU"/>
              </w:rPr>
              <w:t>(к)</w:t>
            </w:r>
            <w:r w:rsidRPr="00FD4A85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H</w:t>
            </w:r>
            <w:r w:rsidRPr="00FD4A85">
              <w:rPr>
                <w:szCs w:val="24"/>
                <w:vertAlign w:val="subscript"/>
                <w:lang w:val="ru-RU"/>
              </w:rPr>
              <w:t>2(г)</w:t>
            </w:r>
            <w:r w:rsidRPr="00FD4A85">
              <w:rPr>
                <w:szCs w:val="24"/>
                <w:lang w:val="ru-RU"/>
              </w:rPr>
              <w:t>=</w:t>
            </w:r>
            <w:r w:rsidRPr="00E31E2B">
              <w:rPr>
                <w:szCs w:val="24"/>
              </w:rPr>
              <w:t>Fe</w:t>
            </w:r>
            <w:r w:rsidRPr="00FD4A85">
              <w:rPr>
                <w:szCs w:val="24"/>
                <w:vertAlign w:val="subscript"/>
                <w:lang w:val="ru-RU"/>
              </w:rPr>
              <w:t>(к)</w:t>
            </w:r>
            <w:r w:rsidRPr="00FD4A85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H</w:t>
            </w:r>
            <w:r w:rsidRPr="00FD4A85">
              <w:rPr>
                <w:szCs w:val="24"/>
                <w:vertAlign w:val="subscript"/>
                <w:lang w:val="ru-RU"/>
              </w:rPr>
              <w:t>2</w:t>
            </w:r>
            <w:r w:rsidRPr="00E31E2B">
              <w:rPr>
                <w:szCs w:val="24"/>
              </w:rPr>
              <w:t>O</w:t>
            </w:r>
            <w:r w:rsidRPr="00FD4A85">
              <w:rPr>
                <w:szCs w:val="24"/>
                <w:vertAlign w:val="subscript"/>
                <w:lang w:val="ru-RU"/>
              </w:rPr>
              <w:t>(г)</w:t>
            </w:r>
          </w:p>
        </w:tc>
        <w:tc>
          <w:tcPr>
            <w:tcW w:w="1276" w:type="dxa"/>
          </w:tcPr>
          <w:p w:rsidR="00FD4A85" w:rsidRPr="00E31E2B" w:rsidRDefault="00FD4A85" w:rsidP="002264E8">
            <w:pPr>
              <w:rPr>
                <w:szCs w:val="24"/>
              </w:rPr>
            </w:pPr>
            <w:r w:rsidRPr="00E31E2B">
              <w:rPr>
                <w:szCs w:val="24"/>
              </w:rPr>
              <w:t>17</w:t>
            </w:r>
          </w:p>
        </w:tc>
        <w:tc>
          <w:tcPr>
            <w:tcW w:w="3651" w:type="dxa"/>
          </w:tcPr>
          <w:p w:rsidR="00FD4A85" w:rsidRPr="00FD4A85" w:rsidRDefault="00FD4A85" w:rsidP="002264E8">
            <w:pPr>
              <w:rPr>
                <w:szCs w:val="24"/>
                <w:lang w:val="ru-RU"/>
              </w:rPr>
            </w:pPr>
            <w:r w:rsidRPr="00E31E2B">
              <w:rPr>
                <w:szCs w:val="24"/>
              </w:rPr>
              <w:t>ZnO</w:t>
            </w:r>
            <w:r w:rsidRPr="00FD4A85">
              <w:rPr>
                <w:szCs w:val="24"/>
                <w:vertAlign w:val="subscript"/>
                <w:lang w:val="ru-RU"/>
              </w:rPr>
              <w:t>(к)</w:t>
            </w:r>
            <w:r w:rsidRPr="00FD4A85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H</w:t>
            </w:r>
            <w:r w:rsidRPr="00FD4A85">
              <w:rPr>
                <w:szCs w:val="24"/>
                <w:vertAlign w:val="subscript"/>
                <w:lang w:val="ru-RU"/>
              </w:rPr>
              <w:t>2(г)</w:t>
            </w:r>
            <w:r w:rsidRPr="00FD4A85">
              <w:rPr>
                <w:szCs w:val="24"/>
                <w:lang w:val="ru-RU"/>
              </w:rPr>
              <w:t>=</w:t>
            </w:r>
            <w:r w:rsidRPr="00E31E2B">
              <w:rPr>
                <w:szCs w:val="24"/>
              </w:rPr>
              <w:t>Zn</w:t>
            </w:r>
            <w:r w:rsidRPr="00FD4A85">
              <w:rPr>
                <w:szCs w:val="24"/>
                <w:vertAlign w:val="subscript"/>
                <w:lang w:val="ru-RU"/>
              </w:rPr>
              <w:t>(к)</w:t>
            </w:r>
            <w:r w:rsidRPr="00FD4A85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H</w:t>
            </w:r>
            <w:r w:rsidRPr="00FD4A85">
              <w:rPr>
                <w:szCs w:val="24"/>
                <w:vertAlign w:val="subscript"/>
                <w:lang w:val="ru-RU"/>
              </w:rPr>
              <w:t>2</w:t>
            </w:r>
            <w:r w:rsidRPr="00E31E2B">
              <w:rPr>
                <w:szCs w:val="24"/>
              </w:rPr>
              <w:t>O</w:t>
            </w:r>
            <w:r w:rsidRPr="00FD4A85">
              <w:rPr>
                <w:szCs w:val="24"/>
                <w:vertAlign w:val="subscript"/>
                <w:lang w:val="ru-RU"/>
              </w:rPr>
              <w:t>(г)</w:t>
            </w:r>
          </w:p>
        </w:tc>
      </w:tr>
      <w:tr w:rsidR="00FD4A85" w:rsidRPr="00771808" w:rsidTr="002264E8">
        <w:tc>
          <w:tcPr>
            <w:tcW w:w="1101" w:type="dxa"/>
          </w:tcPr>
          <w:p w:rsidR="00FD4A85" w:rsidRPr="00E31E2B" w:rsidRDefault="00FD4A85" w:rsidP="002264E8">
            <w:pPr>
              <w:rPr>
                <w:szCs w:val="24"/>
              </w:rPr>
            </w:pPr>
            <w:r w:rsidRPr="00E31E2B">
              <w:rPr>
                <w:szCs w:val="24"/>
              </w:rPr>
              <w:t>8</w:t>
            </w:r>
          </w:p>
        </w:tc>
        <w:tc>
          <w:tcPr>
            <w:tcW w:w="3543" w:type="dxa"/>
          </w:tcPr>
          <w:p w:rsidR="00FD4A85" w:rsidRPr="00FD4A85" w:rsidRDefault="00FD4A85" w:rsidP="002264E8">
            <w:pPr>
              <w:rPr>
                <w:szCs w:val="24"/>
                <w:lang w:val="ru-RU"/>
              </w:rPr>
            </w:pPr>
            <w:r w:rsidRPr="00E31E2B">
              <w:rPr>
                <w:szCs w:val="24"/>
              </w:rPr>
              <w:t>FeO</w:t>
            </w:r>
            <w:r w:rsidRPr="00FD4A85">
              <w:rPr>
                <w:szCs w:val="24"/>
                <w:vertAlign w:val="subscript"/>
                <w:lang w:val="ru-RU"/>
              </w:rPr>
              <w:t>(к)</w:t>
            </w:r>
            <w:r w:rsidRPr="00FD4A85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CO</w:t>
            </w:r>
            <w:r w:rsidRPr="00FD4A85">
              <w:rPr>
                <w:szCs w:val="24"/>
                <w:lang w:val="ru-RU"/>
              </w:rPr>
              <w:t>(г)=</w:t>
            </w:r>
            <w:r w:rsidRPr="00E31E2B">
              <w:rPr>
                <w:szCs w:val="24"/>
              </w:rPr>
              <w:t>Fe</w:t>
            </w:r>
            <w:r w:rsidRPr="00FD4A85">
              <w:rPr>
                <w:szCs w:val="24"/>
                <w:vertAlign w:val="subscript"/>
                <w:lang w:val="ru-RU"/>
              </w:rPr>
              <w:t>(к)</w:t>
            </w:r>
            <w:r w:rsidRPr="00FD4A85">
              <w:rPr>
                <w:szCs w:val="24"/>
                <w:lang w:val="ru-RU"/>
              </w:rPr>
              <w:t xml:space="preserve">+ </w:t>
            </w:r>
            <w:r w:rsidRPr="00E31E2B">
              <w:rPr>
                <w:szCs w:val="24"/>
              </w:rPr>
              <w:t>CO</w:t>
            </w:r>
            <w:r w:rsidRPr="00FD4A85">
              <w:rPr>
                <w:szCs w:val="24"/>
                <w:vertAlign w:val="subscript"/>
                <w:lang w:val="ru-RU"/>
              </w:rPr>
              <w:t>2()</w:t>
            </w:r>
          </w:p>
        </w:tc>
        <w:tc>
          <w:tcPr>
            <w:tcW w:w="1276" w:type="dxa"/>
          </w:tcPr>
          <w:p w:rsidR="00FD4A85" w:rsidRPr="00E31E2B" w:rsidRDefault="00FD4A85" w:rsidP="002264E8">
            <w:pPr>
              <w:rPr>
                <w:szCs w:val="24"/>
              </w:rPr>
            </w:pPr>
            <w:r w:rsidRPr="00E31E2B">
              <w:rPr>
                <w:szCs w:val="24"/>
              </w:rPr>
              <w:t>18</w:t>
            </w:r>
          </w:p>
        </w:tc>
        <w:tc>
          <w:tcPr>
            <w:tcW w:w="3651" w:type="dxa"/>
          </w:tcPr>
          <w:p w:rsidR="00FD4A85" w:rsidRPr="00FD4A85" w:rsidRDefault="00FD4A85" w:rsidP="002264E8">
            <w:pPr>
              <w:rPr>
                <w:szCs w:val="24"/>
                <w:lang w:val="ru-RU"/>
              </w:rPr>
            </w:pPr>
            <w:r w:rsidRPr="00FD4A85">
              <w:rPr>
                <w:szCs w:val="24"/>
                <w:lang w:val="ru-RU"/>
              </w:rPr>
              <w:t>2</w:t>
            </w:r>
            <w:r w:rsidRPr="00E31E2B">
              <w:rPr>
                <w:szCs w:val="24"/>
              </w:rPr>
              <w:t>Mg</w:t>
            </w:r>
            <w:r w:rsidRPr="00FD4A85">
              <w:rPr>
                <w:szCs w:val="24"/>
                <w:vertAlign w:val="subscript"/>
                <w:lang w:val="ru-RU"/>
              </w:rPr>
              <w:t>(к)</w:t>
            </w:r>
            <w:r w:rsidRPr="00FD4A85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C</w:t>
            </w:r>
            <w:r w:rsidRPr="00FD4A85">
              <w:rPr>
                <w:szCs w:val="24"/>
                <w:lang w:val="ru-RU"/>
              </w:rPr>
              <w:t>О</w:t>
            </w:r>
            <w:r w:rsidRPr="00FD4A85">
              <w:rPr>
                <w:szCs w:val="24"/>
                <w:vertAlign w:val="subscript"/>
                <w:lang w:val="ru-RU"/>
              </w:rPr>
              <w:t>2(г)</w:t>
            </w:r>
            <w:r w:rsidRPr="00FD4A85">
              <w:rPr>
                <w:szCs w:val="24"/>
                <w:lang w:val="ru-RU"/>
              </w:rPr>
              <w:t>=2</w:t>
            </w:r>
            <w:r w:rsidRPr="00E31E2B">
              <w:rPr>
                <w:szCs w:val="24"/>
              </w:rPr>
              <w:t>MgO</w:t>
            </w:r>
            <w:r w:rsidRPr="00FD4A85">
              <w:rPr>
                <w:szCs w:val="24"/>
                <w:vertAlign w:val="subscript"/>
                <w:lang w:val="ru-RU"/>
              </w:rPr>
              <w:t>(к)</w:t>
            </w:r>
            <w:r w:rsidRPr="00FD4A85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C</w:t>
            </w:r>
            <w:r w:rsidRPr="00FD4A85">
              <w:rPr>
                <w:szCs w:val="24"/>
                <w:vertAlign w:val="subscript"/>
                <w:lang w:val="ru-RU"/>
              </w:rPr>
              <w:t>(к)</w:t>
            </w:r>
          </w:p>
        </w:tc>
      </w:tr>
      <w:tr w:rsidR="00FD4A85" w:rsidRPr="00E31E2B" w:rsidTr="002264E8">
        <w:tc>
          <w:tcPr>
            <w:tcW w:w="1101" w:type="dxa"/>
          </w:tcPr>
          <w:p w:rsidR="00FD4A85" w:rsidRPr="00E31E2B" w:rsidRDefault="00FD4A85" w:rsidP="002264E8">
            <w:pPr>
              <w:rPr>
                <w:szCs w:val="24"/>
              </w:rPr>
            </w:pPr>
            <w:r w:rsidRPr="00E31E2B">
              <w:rPr>
                <w:szCs w:val="24"/>
              </w:rPr>
              <w:t>9</w:t>
            </w:r>
          </w:p>
        </w:tc>
        <w:tc>
          <w:tcPr>
            <w:tcW w:w="3543" w:type="dxa"/>
          </w:tcPr>
          <w:p w:rsidR="00FD4A85" w:rsidRPr="00FD4A85" w:rsidRDefault="00FD4A85" w:rsidP="002264E8">
            <w:pPr>
              <w:rPr>
                <w:szCs w:val="24"/>
                <w:lang w:val="ru-RU"/>
              </w:rPr>
            </w:pPr>
            <w:r w:rsidRPr="00FD4A85">
              <w:rPr>
                <w:szCs w:val="24"/>
                <w:lang w:val="ru-RU"/>
              </w:rPr>
              <w:t>2</w:t>
            </w:r>
            <w:r w:rsidRPr="00E31E2B">
              <w:rPr>
                <w:szCs w:val="24"/>
              </w:rPr>
              <w:t>Al</w:t>
            </w:r>
            <w:r w:rsidRPr="00FD4A85">
              <w:rPr>
                <w:szCs w:val="24"/>
                <w:vertAlign w:val="subscript"/>
                <w:lang w:val="ru-RU"/>
              </w:rPr>
              <w:t>(к)</w:t>
            </w:r>
            <w:r w:rsidRPr="00FD4A85">
              <w:rPr>
                <w:szCs w:val="24"/>
                <w:lang w:val="ru-RU"/>
              </w:rPr>
              <w:t>+3</w:t>
            </w:r>
            <w:r w:rsidRPr="00E31E2B">
              <w:rPr>
                <w:szCs w:val="24"/>
              </w:rPr>
              <w:t>Cl</w:t>
            </w:r>
            <w:r w:rsidRPr="00FD4A85">
              <w:rPr>
                <w:szCs w:val="24"/>
                <w:vertAlign w:val="subscript"/>
                <w:lang w:val="ru-RU"/>
              </w:rPr>
              <w:t>2(г)</w:t>
            </w:r>
            <w:r w:rsidRPr="00FD4A85">
              <w:rPr>
                <w:szCs w:val="24"/>
                <w:lang w:val="ru-RU"/>
              </w:rPr>
              <w:t>=2</w:t>
            </w:r>
            <w:r w:rsidRPr="00E31E2B">
              <w:rPr>
                <w:szCs w:val="24"/>
              </w:rPr>
              <w:t>AlCl</w:t>
            </w:r>
            <w:r w:rsidRPr="00FD4A85">
              <w:rPr>
                <w:szCs w:val="24"/>
                <w:vertAlign w:val="subscript"/>
                <w:lang w:val="ru-RU"/>
              </w:rPr>
              <w:t>3(к)</w:t>
            </w:r>
          </w:p>
        </w:tc>
        <w:tc>
          <w:tcPr>
            <w:tcW w:w="1276" w:type="dxa"/>
          </w:tcPr>
          <w:p w:rsidR="00FD4A85" w:rsidRPr="00E31E2B" w:rsidRDefault="00FD4A85" w:rsidP="002264E8">
            <w:pPr>
              <w:rPr>
                <w:szCs w:val="24"/>
              </w:rPr>
            </w:pPr>
            <w:r w:rsidRPr="00E31E2B">
              <w:rPr>
                <w:szCs w:val="24"/>
              </w:rPr>
              <w:t>19</w:t>
            </w:r>
          </w:p>
        </w:tc>
        <w:tc>
          <w:tcPr>
            <w:tcW w:w="3651" w:type="dxa"/>
          </w:tcPr>
          <w:p w:rsidR="00FD4A85" w:rsidRPr="00E31E2B" w:rsidRDefault="00FD4A85" w:rsidP="002264E8">
            <w:pPr>
              <w:rPr>
                <w:szCs w:val="24"/>
              </w:rPr>
            </w:pPr>
            <w:r w:rsidRPr="00E31E2B">
              <w:rPr>
                <w:szCs w:val="24"/>
              </w:rPr>
              <w:t>S</w:t>
            </w:r>
            <w:r w:rsidRPr="00E31E2B">
              <w:rPr>
                <w:szCs w:val="24"/>
                <w:vertAlign w:val="subscript"/>
              </w:rPr>
              <w:t>(к)</w:t>
            </w:r>
            <w:r w:rsidRPr="00E31E2B">
              <w:rPr>
                <w:szCs w:val="24"/>
              </w:rPr>
              <w:t>+O</w:t>
            </w:r>
            <w:r w:rsidRPr="00E31E2B">
              <w:rPr>
                <w:szCs w:val="24"/>
                <w:vertAlign w:val="subscript"/>
              </w:rPr>
              <w:t>(г)</w:t>
            </w:r>
            <w:r w:rsidRPr="00E31E2B">
              <w:rPr>
                <w:szCs w:val="24"/>
              </w:rPr>
              <w:t>=SO</w:t>
            </w:r>
            <w:r w:rsidRPr="00E31E2B">
              <w:rPr>
                <w:szCs w:val="24"/>
                <w:vertAlign w:val="subscript"/>
              </w:rPr>
              <w:t>2(г)</w:t>
            </w:r>
          </w:p>
        </w:tc>
      </w:tr>
      <w:tr w:rsidR="00FD4A85" w:rsidRPr="00771808" w:rsidTr="002264E8">
        <w:tc>
          <w:tcPr>
            <w:tcW w:w="1101" w:type="dxa"/>
          </w:tcPr>
          <w:p w:rsidR="00FD4A85" w:rsidRPr="00E31E2B" w:rsidRDefault="00FD4A85" w:rsidP="002264E8">
            <w:pPr>
              <w:rPr>
                <w:szCs w:val="24"/>
              </w:rPr>
            </w:pPr>
            <w:r w:rsidRPr="00E31E2B">
              <w:rPr>
                <w:szCs w:val="24"/>
              </w:rPr>
              <w:t>10</w:t>
            </w:r>
          </w:p>
        </w:tc>
        <w:tc>
          <w:tcPr>
            <w:tcW w:w="3543" w:type="dxa"/>
          </w:tcPr>
          <w:p w:rsidR="00FD4A85" w:rsidRPr="00FD4A85" w:rsidRDefault="00FD4A85" w:rsidP="002264E8">
            <w:pPr>
              <w:rPr>
                <w:szCs w:val="24"/>
                <w:lang w:val="ru-RU"/>
              </w:rPr>
            </w:pPr>
            <w:r w:rsidRPr="00E31E2B">
              <w:rPr>
                <w:szCs w:val="24"/>
              </w:rPr>
              <w:t>CaO</w:t>
            </w:r>
            <w:r w:rsidRPr="00FD4A85">
              <w:rPr>
                <w:szCs w:val="24"/>
                <w:vertAlign w:val="subscript"/>
                <w:lang w:val="ru-RU"/>
              </w:rPr>
              <w:t>(к)</w:t>
            </w:r>
            <w:r w:rsidRPr="00FD4A85">
              <w:rPr>
                <w:szCs w:val="24"/>
                <w:lang w:val="ru-RU"/>
              </w:rPr>
              <w:t>+2</w:t>
            </w:r>
            <w:r w:rsidRPr="00E31E2B">
              <w:rPr>
                <w:szCs w:val="24"/>
              </w:rPr>
              <w:t>H</w:t>
            </w:r>
            <w:r w:rsidRPr="00FD4A85">
              <w:rPr>
                <w:szCs w:val="24"/>
                <w:vertAlign w:val="subscript"/>
                <w:lang w:val="ru-RU"/>
              </w:rPr>
              <w:t>2</w:t>
            </w:r>
            <w:r w:rsidRPr="00E31E2B">
              <w:rPr>
                <w:szCs w:val="24"/>
              </w:rPr>
              <w:t>O</w:t>
            </w:r>
            <w:r w:rsidRPr="00FD4A85">
              <w:rPr>
                <w:szCs w:val="24"/>
                <w:vertAlign w:val="subscript"/>
                <w:lang w:val="ru-RU"/>
              </w:rPr>
              <w:t>(ж)</w:t>
            </w:r>
            <w:r w:rsidRPr="00FD4A85">
              <w:rPr>
                <w:szCs w:val="24"/>
                <w:lang w:val="ru-RU"/>
              </w:rPr>
              <w:t>=</w:t>
            </w:r>
            <w:r w:rsidRPr="00E31E2B">
              <w:rPr>
                <w:szCs w:val="24"/>
              </w:rPr>
              <w:t>Ca</w:t>
            </w:r>
            <w:r w:rsidRPr="00FD4A85">
              <w:rPr>
                <w:szCs w:val="24"/>
                <w:lang w:val="ru-RU"/>
              </w:rPr>
              <w:t>(</w:t>
            </w:r>
            <w:r w:rsidRPr="00E31E2B">
              <w:rPr>
                <w:szCs w:val="24"/>
              </w:rPr>
              <w:t>OH</w:t>
            </w:r>
            <w:r w:rsidRPr="00FD4A85">
              <w:rPr>
                <w:szCs w:val="24"/>
                <w:lang w:val="ru-RU"/>
              </w:rPr>
              <w:t>)</w:t>
            </w:r>
            <w:r w:rsidRPr="00FD4A85">
              <w:rPr>
                <w:szCs w:val="24"/>
                <w:vertAlign w:val="subscript"/>
                <w:lang w:val="ru-RU"/>
              </w:rPr>
              <w:t>2(к)</w:t>
            </w:r>
          </w:p>
        </w:tc>
        <w:tc>
          <w:tcPr>
            <w:tcW w:w="1276" w:type="dxa"/>
          </w:tcPr>
          <w:p w:rsidR="00FD4A85" w:rsidRPr="00E31E2B" w:rsidRDefault="00FD4A85" w:rsidP="002264E8">
            <w:pPr>
              <w:rPr>
                <w:szCs w:val="24"/>
              </w:rPr>
            </w:pPr>
            <w:r w:rsidRPr="00E31E2B">
              <w:rPr>
                <w:szCs w:val="24"/>
              </w:rPr>
              <w:t>20</w:t>
            </w:r>
          </w:p>
        </w:tc>
        <w:tc>
          <w:tcPr>
            <w:tcW w:w="3651" w:type="dxa"/>
          </w:tcPr>
          <w:p w:rsidR="00FD4A85" w:rsidRPr="00FD4A85" w:rsidRDefault="00FD4A85" w:rsidP="002264E8">
            <w:pPr>
              <w:rPr>
                <w:szCs w:val="24"/>
                <w:lang w:val="ru-RU"/>
              </w:rPr>
            </w:pPr>
            <w:r w:rsidRPr="00E31E2B">
              <w:rPr>
                <w:szCs w:val="24"/>
              </w:rPr>
              <w:t>S</w:t>
            </w:r>
            <w:r w:rsidRPr="00FD4A85">
              <w:rPr>
                <w:szCs w:val="24"/>
                <w:vertAlign w:val="subscript"/>
                <w:lang w:val="ru-RU"/>
              </w:rPr>
              <w:t>(к)</w:t>
            </w:r>
            <w:r w:rsidRPr="00FD4A85">
              <w:rPr>
                <w:szCs w:val="24"/>
                <w:lang w:val="ru-RU"/>
              </w:rPr>
              <w:t>+2</w:t>
            </w:r>
            <w:r w:rsidRPr="00E31E2B">
              <w:rPr>
                <w:szCs w:val="24"/>
              </w:rPr>
              <w:t>H</w:t>
            </w:r>
            <w:r w:rsidRPr="00FD4A85">
              <w:rPr>
                <w:szCs w:val="24"/>
                <w:vertAlign w:val="subscript"/>
                <w:lang w:val="ru-RU"/>
              </w:rPr>
              <w:t>2</w:t>
            </w:r>
            <w:r w:rsidRPr="00E31E2B">
              <w:rPr>
                <w:szCs w:val="24"/>
              </w:rPr>
              <w:t>O</w:t>
            </w:r>
            <w:r w:rsidRPr="00FD4A85">
              <w:rPr>
                <w:szCs w:val="24"/>
                <w:vertAlign w:val="subscript"/>
                <w:lang w:val="ru-RU"/>
              </w:rPr>
              <w:t>(г)</w:t>
            </w:r>
            <w:r w:rsidRPr="00FD4A85">
              <w:rPr>
                <w:szCs w:val="24"/>
                <w:lang w:val="ru-RU"/>
              </w:rPr>
              <w:t>=</w:t>
            </w:r>
            <w:r w:rsidRPr="00E31E2B">
              <w:rPr>
                <w:szCs w:val="24"/>
              </w:rPr>
              <w:t>O</w:t>
            </w:r>
            <w:r w:rsidRPr="00FD4A85">
              <w:rPr>
                <w:szCs w:val="24"/>
                <w:vertAlign w:val="subscript"/>
                <w:lang w:val="ru-RU"/>
              </w:rPr>
              <w:t>2(г)</w:t>
            </w:r>
            <w:r w:rsidRPr="00FD4A85">
              <w:rPr>
                <w:szCs w:val="24"/>
                <w:lang w:val="ru-RU"/>
              </w:rPr>
              <w:t>+2</w:t>
            </w:r>
            <w:r w:rsidRPr="00E31E2B">
              <w:rPr>
                <w:szCs w:val="24"/>
              </w:rPr>
              <w:t>H</w:t>
            </w:r>
            <w:r w:rsidRPr="00FD4A85">
              <w:rPr>
                <w:szCs w:val="24"/>
                <w:vertAlign w:val="subscript"/>
                <w:lang w:val="ru-RU"/>
              </w:rPr>
              <w:t>2</w:t>
            </w:r>
            <w:r w:rsidRPr="00E31E2B">
              <w:rPr>
                <w:szCs w:val="24"/>
              </w:rPr>
              <w:t>S</w:t>
            </w:r>
            <w:r w:rsidRPr="00FD4A85">
              <w:rPr>
                <w:szCs w:val="24"/>
                <w:vertAlign w:val="subscript"/>
                <w:lang w:val="ru-RU"/>
              </w:rPr>
              <w:t>(г)</w:t>
            </w:r>
          </w:p>
        </w:tc>
      </w:tr>
    </w:tbl>
    <w:p w:rsidR="00FD4A85" w:rsidRPr="00FD4A85" w:rsidRDefault="00FD4A85" w:rsidP="00FD4A85">
      <w:pPr>
        <w:rPr>
          <w:lang w:val="ru-RU"/>
        </w:rPr>
      </w:pPr>
    </w:p>
    <w:p w:rsidR="00FD4A85" w:rsidRPr="00FD4A85" w:rsidRDefault="00FD4A85" w:rsidP="00FD4A85">
      <w:pPr>
        <w:ind w:firstLine="125"/>
        <w:rPr>
          <w:b/>
          <w:lang w:val="ru-RU"/>
        </w:rPr>
      </w:pPr>
      <w:r w:rsidRPr="00FD4A85">
        <w:rPr>
          <w:b/>
          <w:lang w:val="ru-RU"/>
        </w:rPr>
        <w:t>Раздел 4. Растворы. Дисперсные системы.</w:t>
      </w:r>
    </w:p>
    <w:p w:rsidR="00FD4A85" w:rsidRPr="00FD4A85" w:rsidRDefault="00FD4A85" w:rsidP="00FD4A85">
      <w:pPr>
        <w:ind w:firstLine="125"/>
        <w:rPr>
          <w:b/>
          <w:lang w:val="ru-RU"/>
        </w:rPr>
      </w:pPr>
      <w:r w:rsidRPr="00FD4A85">
        <w:rPr>
          <w:b/>
          <w:lang w:val="ru-RU"/>
        </w:rPr>
        <w:t>Задание 4.</w:t>
      </w:r>
    </w:p>
    <w:p w:rsidR="00FD4A85" w:rsidRPr="00FD4A85" w:rsidRDefault="00FD4A85" w:rsidP="00FD4A85">
      <w:pPr>
        <w:pStyle w:val="ae"/>
        <w:numPr>
          <w:ilvl w:val="0"/>
          <w:numId w:val="13"/>
        </w:numPr>
        <w:overflowPunct w:val="0"/>
        <w:autoSpaceDE w:val="0"/>
        <w:autoSpaceDN w:val="0"/>
        <w:adjustRightInd w:val="0"/>
        <w:spacing w:line="240" w:lineRule="auto"/>
        <w:ind w:left="482" w:hanging="357"/>
        <w:jc w:val="both"/>
        <w:textAlignment w:val="baseline"/>
        <w:rPr>
          <w:lang w:val="ru-RU"/>
        </w:rPr>
      </w:pPr>
      <w:r w:rsidRPr="00FD4A85">
        <w:rPr>
          <w:lang w:val="ru-RU"/>
        </w:rPr>
        <w:t xml:space="preserve">Из четырех веществ (см. столбцы 1-3) выберите сильные и слабые </w:t>
      </w:r>
      <w:proofErr w:type="gramStart"/>
      <w:r w:rsidRPr="00FD4A85">
        <w:rPr>
          <w:lang w:val="ru-RU"/>
        </w:rPr>
        <w:t>электролиты  и</w:t>
      </w:r>
      <w:proofErr w:type="gramEnd"/>
      <w:r w:rsidRPr="00FD4A85">
        <w:rPr>
          <w:lang w:val="ru-RU"/>
        </w:rPr>
        <w:t xml:space="preserve"> составьте уравнение их диссоциации в водном растворе.</w:t>
      </w:r>
    </w:p>
    <w:p w:rsidR="00FD4A85" w:rsidRPr="00FD4A85" w:rsidRDefault="00FD4A85" w:rsidP="00FD4A85">
      <w:pPr>
        <w:pStyle w:val="ae"/>
        <w:numPr>
          <w:ilvl w:val="0"/>
          <w:numId w:val="13"/>
        </w:numPr>
        <w:overflowPunct w:val="0"/>
        <w:autoSpaceDE w:val="0"/>
        <w:autoSpaceDN w:val="0"/>
        <w:adjustRightInd w:val="0"/>
        <w:spacing w:line="240" w:lineRule="auto"/>
        <w:ind w:left="482" w:hanging="357"/>
        <w:jc w:val="both"/>
        <w:textAlignment w:val="baseline"/>
        <w:rPr>
          <w:lang w:val="ru-RU"/>
        </w:rPr>
      </w:pPr>
      <w:r w:rsidRPr="00FD4A85">
        <w:rPr>
          <w:lang w:val="ru-RU"/>
        </w:rPr>
        <w:t>В столбце 1а даны значения молярных концентраций для растворов электролитов из столбца 1. Зная молярную концентрацию своего раствора, определите молярную концентрацию эквивалента, массовую долю вещества, принимая его плотность равной 1 г/см</w:t>
      </w:r>
      <w:r w:rsidRPr="00FD4A85">
        <w:rPr>
          <w:vertAlign w:val="superscript"/>
          <w:lang w:val="ru-RU"/>
        </w:rPr>
        <w:t>3</w:t>
      </w:r>
      <w:r w:rsidRPr="00FD4A85">
        <w:rPr>
          <w:lang w:val="ru-RU"/>
        </w:rPr>
        <w:t>.</w:t>
      </w:r>
    </w:p>
    <w:p w:rsidR="00FD4A85" w:rsidRPr="00FD4A85" w:rsidRDefault="00FD4A85" w:rsidP="00FD4A85">
      <w:pPr>
        <w:pStyle w:val="ae"/>
        <w:numPr>
          <w:ilvl w:val="0"/>
          <w:numId w:val="13"/>
        </w:numPr>
        <w:overflowPunct w:val="0"/>
        <w:autoSpaceDE w:val="0"/>
        <w:autoSpaceDN w:val="0"/>
        <w:adjustRightInd w:val="0"/>
        <w:spacing w:line="240" w:lineRule="auto"/>
        <w:ind w:left="482" w:hanging="357"/>
        <w:jc w:val="both"/>
        <w:textAlignment w:val="baseline"/>
        <w:rPr>
          <w:lang w:val="ru-RU"/>
        </w:rPr>
      </w:pPr>
      <w:r w:rsidRPr="00FD4A85">
        <w:rPr>
          <w:lang w:val="ru-RU"/>
        </w:rPr>
        <w:t xml:space="preserve">Рассчитайте рН раствора </w:t>
      </w:r>
      <w:proofErr w:type="gramStart"/>
      <w:r w:rsidRPr="00FD4A85">
        <w:rPr>
          <w:lang w:val="ru-RU"/>
        </w:rPr>
        <w:t>сильного  электролита</w:t>
      </w:r>
      <w:proofErr w:type="gramEnd"/>
      <w:r w:rsidRPr="00FD4A85">
        <w:rPr>
          <w:lang w:val="ru-RU"/>
        </w:rPr>
        <w:t xml:space="preserve"> из столбцов 1 и 2 для соответствующей концентраций, данных в столбцах 1а и 2а.</w:t>
      </w:r>
    </w:p>
    <w:p w:rsidR="00FD4A85" w:rsidRPr="00FD4A85" w:rsidRDefault="00FD4A85" w:rsidP="00FD4A85">
      <w:pPr>
        <w:pStyle w:val="ae"/>
        <w:numPr>
          <w:ilvl w:val="0"/>
          <w:numId w:val="13"/>
        </w:numPr>
        <w:overflowPunct w:val="0"/>
        <w:autoSpaceDE w:val="0"/>
        <w:autoSpaceDN w:val="0"/>
        <w:adjustRightInd w:val="0"/>
        <w:spacing w:line="240" w:lineRule="auto"/>
        <w:ind w:left="482" w:hanging="357"/>
        <w:jc w:val="both"/>
        <w:textAlignment w:val="baseline"/>
        <w:rPr>
          <w:lang w:val="ru-RU"/>
        </w:rPr>
      </w:pPr>
      <w:r w:rsidRPr="00FD4A85">
        <w:rPr>
          <w:lang w:val="ru-RU"/>
        </w:rPr>
        <w:t>Напишите уравнение гидролиза соли, данной в столбце 3, по всем возможным ступеням и выражение констант гидролиза по этим ступеням.</w:t>
      </w:r>
    </w:p>
    <w:p w:rsidR="00FD4A85" w:rsidRPr="00FD4A85" w:rsidRDefault="00FD4A85" w:rsidP="00FD4A85">
      <w:pPr>
        <w:rPr>
          <w:lang w:val="ru-RU"/>
        </w:rPr>
      </w:pPr>
    </w:p>
    <w:p w:rsidR="00FD4A85" w:rsidRDefault="00FD4A85" w:rsidP="00FD4A85">
      <w:pPr>
        <w:spacing w:line="240" w:lineRule="auto"/>
        <w:ind w:firstLine="180"/>
        <w:jc w:val="right"/>
        <w:rPr>
          <w:szCs w:val="24"/>
        </w:rPr>
      </w:pPr>
      <w:r>
        <w:rPr>
          <w:szCs w:val="24"/>
        </w:rPr>
        <w:t>Таблица исходных данных</w:t>
      </w:r>
    </w:p>
    <w:p w:rsidR="00FD4A85" w:rsidRPr="00FC7648" w:rsidRDefault="00FD4A85" w:rsidP="00FD4A85">
      <w:pPr>
        <w:spacing w:line="240" w:lineRule="auto"/>
        <w:ind w:firstLine="180"/>
        <w:jc w:val="right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1"/>
        <w:gridCol w:w="1688"/>
        <w:gridCol w:w="1688"/>
        <w:gridCol w:w="1688"/>
        <w:gridCol w:w="1688"/>
        <w:gridCol w:w="1688"/>
      </w:tblGrid>
      <w:tr w:rsidR="00FD4A85" w:rsidRPr="00E31E2B" w:rsidTr="002264E8">
        <w:trPr>
          <w:trHeight w:val="330"/>
        </w:trPr>
        <w:tc>
          <w:tcPr>
            <w:tcW w:w="1131" w:type="dxa"/>
            <w:vMerge w:val="restart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Вариант</w:t>
            </w:r>
          </w:p>
        </w:tc>
        <w:tc>
          <w:tcPr>
            <w:tcW w:w="5064" w:type="dxa"/>
            <w:gridSpan w:val="3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Наименование вещества</w:t>
            </w:r>
          </w:p>
        </w:tc>
        <w:tc>
          <w:tcPr>
            <w:tcW w:w="3376" w:type="dxa"/>
            <w:gridSpan w:val="2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Концентрация вещества</w:t>
            </w:r>
          </w:p>
        </w:tc>
      </w:tr>
      <w:tr w:rsidR="00FD4A85" w:rsidRPr="00E31E2B" w:rsidTr="002264E8">
        <w:trPr>
          <w:trHeight w:val="330"/>
        </w:trPr>
        <w:tc>
          <w:tcPr>
            <w:tcW w:w="1131" w:type="dxa"/>
            <w:vMerge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3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1а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2а</w:t>
            </w:r>
          </w:p>
        </w:tc>
      </w:tr>
      <w:tr w:rsidR="00FD4A85" w:rsidRPr="00E31E2B" w:rsidTr="002264E8">
        <w:tc>
          <w:tcPr>
            <w:tcW w:w="1131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CsOH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C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O</w:t>
            </w:r>
            <w:r w:rsidRPr="00E31E2B">
              <w:rPr>
                <w:szCs w:val="24"/>
                <w:vertAlign w:val="subscript"/>
              </w:rPr>
              <w:t>4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Na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SO</w:t>
            </w:r>
            <w:r w:rsidRPr="00E31E2B">
              <w:rPr>
                <w:szCs w:val="24"/>
                <w:vertAlign w:val="subscript"/>
              </w:rPr>
              <w:t>3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0,002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0,01</w:t>
            </w:r>
          </w:p>
        </w:tc>
      </w:tr>
      <w:tr w:rsidR="00FD4A85" w:rsidRPr="00E31E2B" w:rsidTr="002264E8">
        <w:tc>
          <w:tcPr>
            <w:tcW w:w="1131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HBr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HOBr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Na</w:t>
            </w:r>
            <w:r w:rsidRPr="00E31E2B">
              <w:rPr>
                <w:szCs w:val="24"/>
                <w:vertAlign w:val="subscript"/>
              </w:rPr>
              <w:t>3</w:t>
            </w:r>
            <w:r w:rsidRPr="00E31E2B">
              <w:rPr>
                <w:szCs w:val="24"/>
              </w:rPr>
              <w:t>BO</w:t>
            </w:r>
            <w:r w:rsidRPr="00E31E2B">
              <w:rPr>
                <w:szCs w:val="24"/>
                <w:vertAlign w:val="subscript"/>
              </w:rPr>
              <w:t>3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0,002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0,04</w:t>
            </w:r>
          </w:p>
        </w:tc>
      </w:tr>
      <w:tr w:rsidR="00FD4A85" w:rsidRPr="00E31E2B" w:rsidTr="002264E8">
        <w:tc>
          <w:tcPr>
            <w:tcW w:w="1131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3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Sr(OH)</w:t>
            </w:r>
            <w:r w:rsidRPr="00E31E2B">
              <w:rPr>
                <w:szCs w:val="24"/>
                <w:vertAlign w:val="subscript"/>
              </w:rPr>
              <w:t>2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Н</w:t>
            </w:r>
            <w:r w:rsidRPr="00E31E2B">
              <w:rPr>
                <w:szCs w:val="24"/>
                <w:vertAlign w:val="subscript"/>
              </w:rPr>
              <w:t>3</w:t>
            </w:r>
            <w:r w:rsidRPr="00E31E2B">
              <w:rPr>
                <w:szCs w:val="24"/>
              </w:rPr>
              <w:t>BO</w:t>
            </w:r>
            <w:r w:rsidRPr="00E31E2B">
              <w:rPr>
                <w:szCs w:val="24"/>
                <w:vertAlign w:val="subscript"/>
              </w:rPr>
              <w:t>3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К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S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0,003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0,002</w:t>
            </w:r>
          </w:p>
        </w:tc>
      </w:tr>
      <w:tr w:rsidR="00FD4A85" w:rsidRPr="00E31E2B" w:rsidTr="002264E8">
        <w:tc>
          <w:tcPr>
            <w:tcW w:w="1131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lastRenderedPageBreak/>
              <w:t>4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RbOH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CH3COOH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Pb(NO</w:t>
            </w:r>
            <w:r w:rsidRPr="00E31E2B">
              <w:rPr>
                <w:szCs w:val="24"/>
                <w:vertAlign w:val="subscript"/>
              </w:rPr>
              <w:t>3</w:t>
            </w:r>
            <w:r w:rsidRPr="00E31E2B">
              <w:rPr>
                <w:szCs w:val="24"/>
              </w:rPr>
              <w:t>)</w:t>
            </w:r>
            <w:r w:rsidRPr="00E31E2B">
              <w:rPr>
                <w:szCs w:val="24"/>
                <w:vertAlign w:val="subscript"/>
              </w:rPr>
              <w:t>2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0,004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0,08</w:t>
            </w:r>
          </w:p>
        </w:tc>
      </w:tr>
      <w:tr w:rsidR="00FD4A85" w:rsidRPr="00E31E2B" w:rsidTr="002264E8">
        <w:tc>
          <w:tcPr>
            <w:tcW w:w="1131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5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Ca(OH)</w:t>
            </w:r>
            <w:r w:rsidRPr="00E31E2B">
              <w:rPr>
                <w:szCs w:val="24"/>
                <w:vertAlign w:val="subscript"/>
              </w:rPr>
              <w:t>2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HCOOH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Al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(SO4)</w:t>
            </w:r>
            <w:r w:rsidRPr="00E31E2B">
              <w:rPr>
                <w:szCs w:val="24"/>
                <w:vertAlign w:val="subscript"/>
              </w:rPr>
              <w:t>3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0,001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0,06</w:t>
            </w:r>
          </w:p>
        </w:tc>
      </w:tr>
      <w:tr w:rsidR="00FD4A85" w:rsidRPr="00E31E2B" w:rsidTr="002264E8">
        <w:tc>
          <w:tcPr>
            <w:tcW w:w="1131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6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SO</w:t>
            </w:r>
            <w:r w:rsidRPr="00E31E2B">
              <w:rPr>
                <w:szCs w:val="24"/>
                <w:vertAlign w:val="subscript"/>
              </w:rPr>
              <w:t>4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NH4OH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NaNO</w:t>
            </w:r>
            <w:r w:rsidRPr="00E31E2B">
              <w:rPr>
                <w:szCs w:val="24"/>
                <w:vertAlign w:val="subscript"/>
              </w:rPr>
              <w:t>3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0,008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0,08</w:t>
            </w:r>
          </w:p>
        </w:tc>
      </w:tr>
      <w:tr w:rsidR="00FD4A85" w:rsidRPr="00E31E2B" w:rsidTr="002264E8">
        <w:tc>
          <w:tcPr>
            <w:tcW w:w="1131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7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LiOH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</w:t>
            </w:r>
            <w:r w:rsidRPr="00E31E2B">
              <w:rPr>
                <w:szCs w:val="24"/>
                <w:vertAlign w:val="subscript"/>
              </w:rPr>
              <w:t>3</w:t>
            </w:r>
            <w:r w:rsidRPr="00E31E2B">
              <w:rPr>
                <w:szCs w:val="24"/>
              </w:rPr>
              <w:t>PO4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HCOONa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0,005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0,02</w:t>
            </w:r>
          </w:p>
        </w:tc>
      </w:tr>
      <w:tr w:rsidR="00FD4A85" w:rsidRPr="00E31E2B" w:rsidTr="002264E8">
        <w:tc>
          <w:tcPr>
            <w:tcW w:w="1131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8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HI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SO</w:t>
            </w:r>
            <w:r w:rsidRPr="00E31E2B">
              <w:rPr>
                <w:szCs w:val="24"/>
                <w:vertAlign w:val="subscript"/>
              </w:rPr>
              <w:t>3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Na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SiO</w:t>
            </w:r>
            <w:r w:rsidRPr="00E31E2B">
              <w:rPr>
                <w:szCs w:val="24"/>
                <w:vertAlign w:val="subscript"/>
              </w:rPr>
              <w:t>3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0,003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0,01</w:t>
            </w:r>
          </w:p>
        </w:tc>
      </w:tr>
      <w:tr w:rsidR="00FD4A85" w:rsidRPr="00E31E2B" w:rsidTr="002264E8">
        <w:tc>
          <w:tcPr>
            <w:tcW w:w="1131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9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Ba(OH)</w:t>
            </w:r>
            <w:r w:rsidRPr="00E31E2B">
              <w:rPr>
                <w:szCs w:val="24"/>
                <w:vertAlign w:val="subscript"/>
              </w:rPr>
              <w:t>2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HCN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K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SO</w:t>
            </w:r>
            <w:r w:rsidRPr="00E31E2B">
              <w:rPr>
                <w:szCs w:val="24"/>
                <w:vertAlign w:val="subscript"/>
              </w:rPr>
              <w:t>3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0,008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0,005</w:t>
            </w:r>
          </w:p>
        </w:tc>
      </w:tr>
      <w:tr w:rsidR="00FD4A85" w:rsidRPr="00E31E2B" w:rsidTr="002264E8">
        <w:tc>
          <w:tcPr>
            <w:tcW w:w="1131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10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HClO</w:t>
            </w:r>
            <w:r w:rsidRPr="00E31E2B">
              <w:rPr>
                <w:szCs w:val="24"/>
                <w:vertAlign w:val="subscript"/>
              </w:rPr>
              <w:t>4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NH</w:t>
            </w:r>
            <w:r w:rsidRPr="00E31E2B">
              <w:rPr>
                <w:szCs w:val="24"/>
                <w:vertAlign w:val="subscript"/>
              </w:rPr>
              <w:t>4</w:t>
            </w:r>
            <w:r w:rsidRPr="00E31E2B">
              <w:rPr>
                <w:szCs w:val="24"/>
              </w:rPr>
              <w:t>OH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NH</w:t>
            </w:r>
            <w:r w:rsidRPr="00E31E2B">
              <w:rPr>
                <w:szCs w:val="24"/>
                <w:vertAlign w:val="subscript"/>
              </w:rPr>
              <w:t>4</w:t>
            </w:r>
            <w:r w:rsidRPr="00E31E2B">
              <w:rPr>
                <w:szCs w:val="24"/>
              </w:rPr>
              <w:t>(SO)</w:t>
            </w:r>
            <w:r w:rsidRPr="00E31E2B">
              <w:rPr>
                <w:szCs w:val="24"/>
                <w:vertAlign w:val="subscript"/>
              </w:rPr>
              <w:t>4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0,005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0,07</w:t>
            </w:r>
          </w:p>
        </w:tc>
      </w:tr>
      <w:tr w:rsidR="00FD4A85" w:rsidRPr="00E31E2B" w:rsidTr="002264E8">
        <w:tc>
          <w:tcPr>
            <w:tcW w:w="1131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11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HCl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Se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Na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CO</w:t>
            </w:r>
            <w:r w:rsidRPr="00E31E2B">
              <w:rPr>
                <w:szCs w:val="24"/>
                <w:vertAlign w:val="subscript"/>
              </w:rPr>
              <w:t>3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0,002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0,002</w:t>
            </w:r>
          </w:p>
        </w:tc>
      </w:tr>
      <w:tr w:rsidR="00FD4A85" w:rsidRPr="00E31E2B" w:rsidTr="002264E8">
        <w:tc>
          <w:tcPr>
            <w:tcW w:w="1131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12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NaOH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SiO</w:t>
            </w:r>
            <w:r w:rsidRPr="00E31E2B">
              <w:rPr>
                <w:szCs w:val="24"/>
                <w:vertAlign w:val="subscript"/>
              </w:rPr>
              <w:t>3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FeCl</w:t>
            </w:r>
            <w:r w:rsidRPr="00E31E2B">
              <w:rPr>
                <w:szCs w:val="24"/>
                <w:vertAlign w:val="subscript"/>
              </w:rPr>
              <w:t>2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0,004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0,008</w:t>
            </w:r>
          </w:p>
        </w:tc>
      </w:tr>
      <w:tr w:rsidR="00FD4A85" w:rsidRPr="00E31E2B" w:rsidTr="002264E8">
        <w:tc>
          <w:tcPr>
            <w:tcW w:w="1131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13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KOH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HNO</w:t>
            </w:r>
            <w:r w:rsidRPr="00E31E2B">
              <w:rPr>
                <w:szCs w:val="24"/>
                <w:vertAlign w:val="subscript"/>
              </w:rPr>
              <w:t>2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Ba(NO</w:t>
            </w:r>
            <w:r w:rsidRPr="00E31E2B">
              <w:rPr>
                <w:szCs w:val="24"/>
                <w:vertAlign w:val="subscript"/>
              </w:rPr>
              <w:t>3</w:t>
            </w:r>
            <w:r w:rsidRPr="00E31E2B">
              <w:rPr>
                <w:szCs w:val="24"/>
              </w:rPr>
              <w:t>)</w:t>
            </w:r>
            <w:r w:rsidRPr="00E31E2B">
              <w:rPr>
                <w:szCs w:val="24"/>
                <w:vertAlign w:val="subscript"/>
              </w:rPr>
              <w:t>2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0,006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0,02</w:t>
            </w:r>
          </w:p>
        </w:tc>
      </w:tr>
      <w:tr w:rsidR="00FD4A85" w:rsidRPr="00E31E2B" w:rsidTr="002264E8">
        <w:tc>
          <w:tcPr>
            <w:tcW w:w="1131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14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HNO</w:t>
            </w:r>
            <w:r w:rsidRPr="00E31E2B">
              <w:rPr>
                <w:szCs w:val="24"/>
                <w:vertAlign w:val="subscript"/>
              </w:rPr>
              <w:t>3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HAlO</w:t>
            </w:r>
            <w:r w:rsidRPr="00E31E2B">
              <w:rPr>
                <w:szCs w:val="24"/>
                <w:vertAlign w:val="subscript"/>
              </w:rPr>
              <w:t>2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KNO</w:t>
            </w:r>
            <w:r w:rsidRPr="00E31E2B">
              <w:rPr>
                <w:szCs w:val="24"/>
                <w:vertAlign w:val="subscript"/>
              </w:rPr>
              <w:t>2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0,002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0,007</w:t>
            </w:r>
          </w:p>
        </w:tc>
      </w:tr>
      <w:tr w:rsidR="00FD4A85" w:rsidRPr="00E31E2B" w:rsidTr="002264E8">
        <w:tc>
          <w:tcPr>
            <w:tcW w:w="1131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15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HCl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S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Ca(NO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)</w:t>
            </w:r>
            <w:r w:rsidRPr="00E31E2B">
              <w:rPr>
                <w:szCs w:val="24"/>
                <w:vertAlign w:val="subscript"/>
              </w:rPr>
              <w:t>2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0,03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0,009</w:t>
            </w:r>
          </w:p>
        </w:tc>
      </w:tr>
      <w:tr w:rsidR="00FD4A85" w:rsidRPr="00E31E2B" w:rsidTr="002264E8">
        <w:tc>
          <w:tcPr>
            <w:tcW w:w="1131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16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LiOH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CO</w:t>
            </w:r>
            <w:r w:rsidRPr="00E31E2B">
              <w:rPr>
                <w:szCs w:val="24"/>
                <w:vertAlign w:val="subscript"/>
              </w:rPr>
              <w:t>3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Na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S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0,04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0,02</w:t>
            </w:r>
          </w:p>
        </w:tc>
      </w:tr>
      <w:tr w:rsidR="00FD4A85" w:rsidRPr="00E31E2B" w:rsidTr="002264E8">
        <w:tc>
          <w:tcPr>
            <w:tcW w:w="1131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17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Sr(OH)</w:t>
            </w:r>
            <w:r w:rsidRPr="00E31E2B">
              <w:rPr>
                <w:szCs w:val="24"/>
                <w:vertAlign w:val="subscript"/>
              </w:rPr>
              <w:t>2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SeO</w:t>
            </w:r>
            <w:r w:rsidRPr="00E31E2B">
              <w:rPr>
                <w:szCs w:val="24"/>
                <w:vertAlign w:val="subscript"/>
              </w:rPr>
              <w:t>3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AlCl</w:t>
            </w:r>
            <w:r w:rsidRPr="00E31E2B">
              <w:rPr>
                <w:szCs w:val="24"/>
                <w:vertAlign w:val="subscript"/>
              </w:rPr>
              <w:t>3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0,005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0,007</w:t>
            </w:r>
          </w:p>
        </w:tc>
      </w:tr>
      <w:tr w:rsidR="00FD4A85" w:rsidRPr="00E31E2B" w:rsidTr="002264E8">
        <w:tc>
          <w:tcPr>
            <w:tcW w:w="1131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18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SO</w:t>
            </w:r>
            <w:r w:rsidRPr="00E31E2B">
              <w:rPr>
                <w:szCs w:val="24"/>
                <w:vertAlign w:val="subscript"/>
              </w:rPr>
              <w:t>4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HF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K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CO</w:t>
            </w:r>
            <w:r w:rsidRPr="00E31E2B">
              <w:rPr>
                <w:szCs w:val="24"/>
                <w:vertAlign w:val="subscript"/>
              </w:rPr>
              <w:t>3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0,03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0,04</w:t>
            </w:r>
          </w:p>
        </w:tc>
      </w:tr>
      <w:tr w:rsidR="00FD4A85" w:rsidRPr="00E31E2B" w:rsidTr="002264E8">
        <w:tc>
          <w:tcPr>
            <w:tcW w:w="1131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19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KOH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Te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NH</w:t>
            </w:r>
            <w:r w:rsidRPr="00E31E2B">
              <w:rPr>
                <w:szCs w:val="24"/>
                <w:vertAlign w:val="subscript"/>
              </w:rPr>
              <w:t>4</w:t>
            </w:r>
            <w:r w:rsidRPr="00E31E2B">
              <w:rPr>
                <w:szCs w:val="24"/>
              </w:rPr>
              <w:t>Cl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0,07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0,01</w:t>
            </w:r>
          </w:p>
        </w:tc>
      </w:tr>
      <w:tr w:rsidR="00FD4A85" w:rsidRPr="00E31E2B" w:rsidTr="002264E8">
        <w:tc>
          <w:tcPr>
            <w:tcW w:w="1131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20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Ba(OH)</w:t>
            </w:r>
            <w:r w:rsidRPr="00E31E2B">
              <w:rPr>
                <w:szCs w:val="24"/>
                <w:vertAlign w:val="subscript"/>
              </w:rPr>
              <w:t>2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</w:t>
            </w:r>
            <w:r w:rsidRPr="00E31E2B">
              <w:rPr>
                <w:szCs w:val="24"/>
                <w:vertAlign w:val="subscript"/>
              </w:rPr>
              <w:t>3</w:t>
            </w:r>
            <w:r w:rsidRPr="00E31E2B">
              <w:rPr>
                <w:szCs w:val="24"/>
              </w:rPr>
              <w:t>PO</w:t>
            </w:r>
            <w:r w:rsidRPr="00E31E2B">
              <w:rPr>
                <w:szCs w:val="24"/>
                <w:vertAlign w:val="subscript"/>
              </w:rPr>
              <w:t>4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CrCl</w:t>
            </w:r>
            <w:r w:rsidRPr="00E31E2B">
              <w:rPr>
                <w:szCs w:val="24"/>
                <w:vertAlign w:val="subscript"/>
              </w:rPr>
              <w:t>3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0,007</w:t>
            </w:r>
          </w:p>
        </w:tc>
        <w:tc>
          <w:tcPr>
            <w:tcW w:w="168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0,06</w:t>
            </w:r>
          </w:p>
        </w:tc>
      </w:tr>
    </w:tbl>
    <w:p w:rsidR="00FD4A85" w:rsidRDefault="00FD4A85" w:rsidP="00FD4A85">
      <w:pPr>
        <w:jc w:val="center"/>
      </w:pPr>
    </w:p>
    <w:p w:rsidR="00FD4A85" w:rsidRPr="00FD4A85" w:rsidRDefault="00FD4A85" w:rsidP="00FD4A85">
      <w:pPr>
        <w:rPr>
          <w:b/>
          <w:lang w:val="ru-RU"/>
        </w:rPr>
      </w:pPr>
      <w:r w:rsidRPr="00FD4A85">
        <w:rPr>
          <w:b/>
          <w:lang w:val="ru-RU"/>
        </w:rPr>
        <w:t>Раздел 5. Окислительно-восстановительные и электрохимические процессы.</w:t>
      </w:r>
    </w:p>
    <w:p w:rsidR="00FD4A85" w:rsidRPr="00FD4A85" w:rsidRDefault="00FD4A85" w:rsidP="00FD4A85">
      <w:pPr>
        <w:rPr>
          <w:b/>
          <w:lang w:val="ru-RU"/>
        </w:rPr>
      </w:pPr>
      <w:r w:rsidRPr="00FD4A85">
        <w:rPr>
          <w:b/>
          <w:lang w:val="ru-RU"/>
        </w:rPr>
        <w:t>Задание 5</w:t>
      </w:r>
    </w:p>
    <w:p w:rsidR="00FD4A85" w:rsidRPr="00FD4A85" w:rsidRDefault="00FD4A85" w:rsidP="00FD4A85">
      <w:pPr>
        <w:rPr>
          <w:lang w:val="ru-RU"/>
        </w:rPr>
      </w:pPr>
      <w:r w:rsidRPr="00FD4A85">
        <w:rPr>
          <w:lang w:val="ru-RU"/>
        </w:rPr>
        <w:t>Для водного раствора электролита:</w:t>
      </w:r>
    </w:p>
    <w:p w:rsidR="00FD4A85" w:rsidRPr="00FD4A85" w:rsidRDefault="00FD4A85" w:rsidP="00FD4A85">
      <w:pPr>
        <w:pStyle w:val="ae"/>
        <w:numPr>
          <w:ilvl w:val="0"/>
          <w:numId w:val="14"/>
        </w:num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lang w:val="ru-RU"/>
        </w:rPr>
      </w:pPr>
      <w:r w:rsidRPr="00FD4A85">
        <w:rPr>
          <w:lang w:val="ru-RU"/>
        </w:rPr>
        <w:t>напишите уравнения процессов, которые идут на электродах при электролизе;</w:t>
      </w:r>
    </w:p>
    <w:p w:rsidR="00FD4A85" w:rsidRDefault="00FD4A85" w:rsidP="00FD4A85">
      <w:pPr>
        <w:pStyle w:val="ae"/>
        <w:numPr>
          <w:ilvl w:val="0"/>
          <w:numId w:val="14"/>
        </w:num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</w:pPr>
      <w:r w:rsidRPr="00FD4A85">
        <w:rPr>
          <w:lang w:val="ru-RU"/>
        </w:rPr>
        <w:t xml:space="preserve">рассчитайте, сколько и каких веществ выделится на катоде и аноде, если вести электролиз при силе тока равной </w:t>
      </w:r>
      <w:r w:rsidRPr="00162CC4">
        <w:rPr>
          <w:i/>
        </w:rPr>
        <w:t>I</w:t>
      </w:r>
      <w:r w:rsidRPr="00FD4A85">
        <w:rPr>
          <w:i/>
          <w:lang w:val="ru-RU"/>
        </w:rPr>
        <w:t>=</w:t>
      </w:r>
      <w:r w:rsidRPr="00FD4A85">
        <w:rPr>
          <w:lang w:val="ru-RU"/>
        </w:rPr>
        <w:t xml:space="preserve">… </w:t>
      </w:r>
      <w:r>
        <w:t>A</w:t>
      </w:r>
      <w:r w:rsidRPr="00162CC4">
        <w:t>,</w:t>
      </w:r>
      <w:r>
        <w:t xml:space="preserve"> в течение </w:t>
      </w:r>
      <w:r w:rsidRPr="00162CC4">
        <w:rPr>
          <w:i/>
        </w:rPr>
        <w:t>t</w:t>
      </w:r>
      <w:r>
        <w:t xml:space="preserve"> часов;</w:t>
      </w:r>
    </w:p>
    <w:p w:rsidR="00FD4A85" w:rsidRPr="00FD4A85" w:rsidRDefault="00FD4A85" w:rsidP="00FD4A85">
      <w:pPr>
        <w:pStyle w:val="ae"/>
        <w:numPr>
          <w:ilvl w:val="0"/>
          <w:numId w:val="14"/>
        </w:num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lang w:val="ru-RU"/>
        </w:rPr>
      </w:pPr>
      <w:r w:rsidRPr="00FD4A85">
        <w:rPr>
          <w:lang w:val="ru-RU"/>
        </w:rPr>
        <w:t>определите, как будет меняться среда у электродов.</w:t>
      </w:r>
    </w:p>
    <w:p w:rsidR="00FD4A85" w:rsidRPr="00E31E2B" w:rsidRDefault="00FD4A85" w:rsidP="00FD4A85">
      <w:pPr>
        <w:pStyle w:val="ae"/>
        <w:spacing w:line="240" w:lineRule="auto"/>
        <w:jc w:val="right"/>
        <w:rPr>
          <w:szCs w:val="24"/>
        </w:rPr>
      </w:pPr>
      <w:r w:rsidRPr="00E31E2B">
        <w:rPr>
          <w:szCs w:val="24"/>
        </w:rPr>
        <w:t>Таблица исходных данных</w:t>
      </w:r>
    </w:p>
    <w:p w:rsidR="00FD4A85" w:rsidRPr="00E31E2B" w:rsidRDefault="00FD4A85" w:rsidP="00FD4A85">
      <w:pPr>
        <w:pStyle w:val="ae"/>
        <w:rPr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668"/>
        <w:gridCol w:w="2160"/>
        <w:gridCol w:w="2234"/>
        <w:gridCol w:w="1701"/>
        <w:gridCol w:w="1808"/>
      </w:tblGrid>
      <w:tr w:rsidR="00FD4A85" w:rsidRPr="00E31E2B" w:rsidTr="002264E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Вариант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Электролит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Электроды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I, A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i/>
                <w:szCs w:val="24"/>
              </w:rPr>
              <w:t>t,</w:t>
            </w:r>
            <w:r w:rsidRPr="00E31E2B">
              <w:rPr>
                <w:szCs w:val="24"/>
              </w:rPr>
              <w:t xml:space="preserve"> ч</w:t>
            </w:r>
          </w:p>
        </w:tc>
      </w:tr>
      <w:tr w:rsidR="00FD4A85" w:rsidRPr="00E31E2B" w:rsidTr="002264E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CuSO</w:t>
            </w:r>
            <w:r w:rsidRPr="00E31E2B">
              <w:rPr>
                <w:szCs w:val="24"/>
                <w:vertAlign w:val="subscript"/>
              </w:rPr>
              <w:t>4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Медные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2,5</w:t>
            </w:r>
          </w:p>
        </w:tc>
      </w:tr>
      <w:tr w:rsidR="00FD4A85" w:rsidRPr="00E31E2B" w:rsidTr="002264E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Ag(NO</w:t>
            </w:r>
            <w:r w:rsidRPr="00E31E2B">
              <w:rPr>
                <w:szCs w:val="24"/>
                <w:vertAlign w:val="subscript"/>
              </w:rPr>
              <w:t>3</w:t>
            </w:r>
            <w:r w:rsidRPr="00E31E2B">
              <w:rPr>
                <w:szCs w:val="24"/>
              </w:rPr>
              <w:t>)</w:t>
            </w:r>
            <w:r w:rsidRPr="00E31E2B">
              <w:rPr>
                <w:szCs w:val="24"/>
                <w:vertAlign w:val="subscript"/>
              </w:rPr>
              <w:t>2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Серебряные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5</w:t>
            </w:r>
          </w:p>
        </w:tc>
      </w:tr>
      <w:tr w:rsidR="00FD4A85" w:rsidRPr="00E31E2B" w:rsidTr="002264E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Ni SO</w:t>
            </w:r>
            <w:r w:rsidRPr="00E31E2B">
              <w:rPr>
                <w:szCs w:val="24"/>
                <w:vertAlign w:val="subscript"/>
              </w:rPr>
              <w:t>4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Никелевые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15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</w:t>
            </w:r>
          </w:p>
        </w:tc>
      </w:tr>
      <w:tr w:rsidR="00FD4A85" w:rsidRPr="00E31E2B" w:rsidTr="002264E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CdSO</w:t>
            </w:r>
            <w:r w:rsidRPr="00E31E2B">
              <w:rPr>
                <w:szCs w:val="24"/>
                <w:vertAlign w:val="subscript"/>
              </w:rPr>
              <w:t>4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Кадмиевые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5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</w:t>
            </w:r>
          </w:p>
        </w:tc>
      </w:tr>
      <w:tr w:rsidR="00FD4A85" w:rsidRPr="00E31E2B" w:rsidTr="002264E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CdSO</w:t>
            </w:r>
            <w:r w:rsidRPr="00E31E2B">
              <w:rPr>
                <w:szCs w:val="24"/>
                <w:vertAlign w:val="subscript"/>
              </w:rPr>
              <w:t>4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Кадмиевые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6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</w:t>
            </w:r>
          </w:p>
        </w:tc>
      </w:tr>
      <w:tr w:rsidR="00FD4A85" w:rsidRPr="00E31E2B" w:rsidTr="002264E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Ni Cl</w:t>
            </w:r>
            <w:r w:rsidRPr="00E31E2B">
              <w:rPr>
                <w:szCs w:val="24"/>
                <w:vertAlign w:val="subscript"/>
              </w:rPr>
              <w:t>2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Платиновые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1,5</w:t>
            </w:r>
          </w:p>
        </w:tc>
      </w:tr>
      <w:tr w:rsidR="00FD4A85" w:rsidRPr="00E31E2B" w:rsidTr="002264E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lastRenderedPageBreak/>
              <w:t>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SnI</w:t>
            </w:r>
            <w:r w:rsidRPr="00E31E2B">
              <w:rPr>
                <w:szCs w:val="24"/>
                <w:vertAlign w:val="subscript"/>
              </w:rPr>
              <w:t>2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Платиновые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</w:t>
            </w:r>
          </w:p>
        </w:tc>
      </w:tr>
      <w:tr w:rsidR="00FD4A85" w:rsidRPr="00E31E2B" w:rsidTr="002264E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SO</w:t>
            </w:r>
            <w:r w:rsidRPr="00E31E2B">
              <w:rPr>
                <w:szCs w:val="24"/>
                <w:vertAlign w:val="subscript"/>
              </w:rPr>
              <w:t>4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Графитовые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</w:t>
            </w:r>
          </w:p>
        </w:tc>
      </w:tr>
      <w:tr w:rsidR="00FD4A85" w:rsidRPr="00E31E2B" w:rsidTr="002264E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SnSO</w:t>
            </w:r>
            <w:r w:rsidRPr="00E31E2B">
              <w:rPr>
                <w:szCs w:val="24"/>
                <w:vertAlign w:val="subscript"/>
              </w:rPr>
              <w:t>4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Оловянные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25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0,5</w:t>
            </w:r>
          </w:p>
        </w:tc>
      </w:tr>
      <w:tr w:rsidR="00FD4A85" w:rsidRPr="00E31E2B" w:rsidTr="002264E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AgNO</w:t>
            </w:r>
            <w:r w:rsidRPr="00E31E2B">
              <w:rPr>
                <w:szCs w:val="24"/>
                <w:vertAlign w:val="subscript"/>
              </w:rPr>
              <w:t>3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Графитовые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0,6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0,5</w:t>
            </w:r>
          </w:p>
        </w:tc>
      </w:tr>
      <w:tr w:rsidR="00FD4A85" w:rsidRPr="00E31E2B" w:rsidTr="002264E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Ni(NO</w:t>
            </w:r>
            <w:r w:rsidRPr="00E31E2B">
              <w:rPr>
                <w:szCs w:val="24"/>
                <w:vertAlign w:val="subscript"/>
              </w:rPr>
              <w:t>3</w:t>
            </w:r>
            <w:r w:rsidRPr="00E31E2B">
              <w:rPr>
                <w:szCs w:val="24"/>
              </w:rPr>
              <w:t>)</w:t>
            </w:r>
            <w:r w:rsidRPr="00E31E2B">
              <w:rPr>
                <w:szCs w:val="24"/>
                <w:vertAlign w:val="subscript"/>
              </w:rPr>
              <w:t>2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Никелевые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35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2,5</w:t>
            </w:r>
          </w:p>
        </w:tc>
      </w:tr>
      <w:tr w:rsidR="00FD4A85" w:rsidRPr="00E31E2B" w:rsidTr="002264E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SnSO</w:t>
            </w:r>
            <w:r w:rsidRPr="00E31E2B">
              <w:rPr>
                <w:szCs w:val="24"/>
                <w:vertAlign w:val="subscript"/>
              </w:rPr>
              <w:t>4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Графитовые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</w:t>
            </w:r>
          </w:p>
        </w:tc>
      </w:tr>
      <w:tr w:rsidR="00FD4A85" w:rsidRPr="00E31E2B" w:rsidTr="002264E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CoSO</w:t>
            </w:r>
            <w:r w:rsidRPr="00E31E2B">
              <w:rPr>
                <w:szCs w:val="24"/>
                <w:vertAlign w:val="subscript"/>
              </w:rPr>
              <w:t>4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Графитовые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15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0,5</w:t>
            </w:r>
          </w:p>
        </w:tc>
      </w:tr>
      <w:tr w:rsidR="00FD4A85" w:rsidRPr="00E31E2B" w:rsidTr="002264E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MgSO</w:t>
            </w:r>
            <w:r w:rsidRPr="00E31E2B">
              <w:rPr>
                <w:szCs w:val="24"/>
                <w:vertAlign w:val="subscript"/>
              </w:rPr>
              <w:t>4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Графитовые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3</w:t>
            </w:r>
          </w:p>
        </w:tc>
      </w:tr>
      <w:tr w:rsidR="00FD4A85" w:rsidRPr="00E31E2B" w:rsidTr="002264E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MgSO</w:t>
            </w:r>
            <w:r w:rsidRPr="00E31E2B">
              <w:rPr>
                <w:szCs w:val="24"/>
                <w:vertAlign w:val="subscript"/>
              </w:rPr>
              <w:t>4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Графитовые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5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5</w:t>
            </w:r>
          </w:p>
        </w:tc>
      </w:tr>
      <w:tr w:rsidR="00FD4A85" w:rsidRPr="00E31E2B" w:rsidTr="002264E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CuSO</w:t>
            </w:r>
            <w:r w:rsidRPr="00E31E2B">
              <w:rPr>
                <w:szCs w:val="24"/>
                <w:vertAlign w:val="subscript"/>
              </w:rPr>
              <w:t>4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Медные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5</w:t>
            </w:r>
          </w:p>
        </w:tc>
      </w:tr>
      <w:tr w:rsidR="00FD4A85" w:rsidRPr="00E31E2B" w:rsidTr="002264E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ZnSO</w:t>
            </w:r>
            <w:r w:rsidRPr="00E31E2B">
              <w:rPr>
                <w:szCs w:val="24"/>
                <w:vertAlign w:val="subscript"/>
              </w:rPr>
              <w:t>4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Цинковые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</w:t>
            </w:r>
          </w:p>
        </w:tc>
      </w:tr>
      <w:tr w:rsidR="00FD4A85" w:rsidRPr="00E31E2B" w:rsidTr="002264E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ZnSO</w:t>
            </w:r>
            <w:r w:rsidRPr="00E31E2B">
              <w:rPr>
                <w:szCs w:val="24"/>
                <w:vertAlign w:val="subscript"/>
              </w:rPr>
              <w:t>4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Цинковые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25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</w:t>
            </w:r>
          </w:p>
        </w:tc>
      </w:tr>
      <w:tr w:rsidR="00FD4A85" w:rsidRPr="00E31E2B" w:rsidTr="002264E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Ni SO</w:t>
            </w:r>
            <w:r w:rsidRPr="00E31E2B">
              <w:rPr>
                <w:szCs w:val="24"/>
                <w:vertAlign w:val="subscript"/>
              </w:rPr>
              <w:t>4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Никелевые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3</w:t>
            </w:r>
          </w:p>
        </w:tc>
      </w:tr>
      <w:tr w:rsidR="00FD4A85" w:rsidRPr="00E31E2B" w:rsidTr="002264E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Ni SO</w:t>
            </w:r>
            <w:r w:rsidRPr="00E31E2B">
              <w:rPr>
                <w:szCs w:val="24"/>
                <w:vertAlign w:val="subscript"/>
              </w:rPr>
              <w:t>4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Никелевые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15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</w:t>
            </w:r>
          </w:p>
        </w:tc>
      </w:tr>
    </w:tbl>
    <w:p w:rsidR="00FD4A85" w:rsidRDefault="00FD4A85" w:rsidP="00FD4A85"/>
    <w:p w:rsidR="00FD4A85" w:rsidRDefault="00FD4A85" w:rsidP="00FD4A85">
      <w:pPr>
        <w:rPr>
          <w:b/>
        </w:rPr>
      </w:pPr>
      <w:r>
        <w:rPr>
          <w:b/>
        </w:rPr>
        <w:t>Раздел 6. Химия металлов.</w:t>
      </w:r>
    </w:p>
    <w:p w:rsidR="00FD4A85" w:rsidRPr="00FF61C8" w:rsidRDefault="00FD4A85" w:rsidP="00FD4A85">
      <w:pPr>
        <w:rPr>
          <w:b/>
        </w:rPr>
      </w:pPr>
      <w:r w:rsidRPr="00FF61C8">
        <w:rPr>
          <w:b/>
        </w:rPr>
        <w:t>Задание 6.</w:t>
      </w:r>
    </w:p>
    <w:p w:rsidR="00FD4A85" w:rsidRDefault="00FD4A85" w:rsidP="00FD4A85">
      <w:r>
        <w:t>Для пары металлов:</w:t>
      </w:r>
    </w:p>
    <w:p w:rsidR="00FD4A85" w:rsidRPr="00FD4A85" w:rsidRDefault="00FD4A85" w:rsidP="00FD4A85">
      <w:pPr>
        <w:pStyle w:val="ae"/>
        <w:numPr>
          <w:ilvl w:val="0"/>
          <w:numId w:val="15"/>
        </w:num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lang w:val="ru-RU"/>
        </w:rPr>
      </w:pPr>
      <w:r w:rsidRPr="00FD4A85">
        <w:rPr>
          <w:lang w:val="ru-RU"/>
        </w:rPr>
        <w:t>определите, возможна ли коррозия металла из данной пары в среде рН=… при контакте с воздухом;</w:t>
      </w:r>
    </w:p>
    <w:p w:rsidR="00FD4A85" w:rsidRPr="00FD4A85" w:rsidRDefault="00FD4A85" w:rsidP="00FD4A85">
      <w:pPr>
        <w:pStyle w:val="ae"/>
        <w:numPr>
          <w:ilvl w:val="0"/>
          <w:numId w:val="15"/>
        </w:num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lang w:val="ru-RU"/>
        </w:rPr>
      </w:pPr>
      <w:r w:rsidRPr="00FD4A85">
        <w:rPr>
          <w:lang w:val="ru-RU"/>
        </w:rPr>
        <w:t>напишите уравнение катодного и анодного процесса;</w:t>
      </w:r>
    </w:p>
    <w:p w:rsidR="00FD4A85" w:rsidRPr="00FD4A85" w:rsidRDefault="00FD4A85" w:rsidP="00FD4A85">
      <w:pPr>
        <w:pStyle w:val="ae"/>
        <w:numPr>
          <w:ilvl w:val="0"/>
          <w:numId w:val="15"/>
        </w:num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lang w:val="ru-RU"/>
        </w:rPr>
      </w:pPr>
      <w:r w:rsidRPr="00FD4A85">
        <w:rPr>
          <w:lang w:val="ru-RU"/>
        </w:rPr>
        <w:t>предложите для данной пары катодное и анодное покрытие.</w:t>
      </w:r>
    </w:p>
    <w:p w:rsidR="00FD4A85" w:rsidRDefault="00FD4A85" w:rsidP="00FD4A85">
      <w:pPr>
        <w:pStyle w:val="ae"/>
        <w:spacing w:line="240" w:lineRule="auto"/>
        <w:jc w:val="right"/>
        <w:rPr>
          <w:szCs w:val="24"/>
        </w:rPr>
      </w:pPr>
      <w:r w:rsidRPr="00825115">
        <w:rPr>
          <w:szCs w:val="24"/>
        </w:rPr>
        <w:t>Таблица исходных данных</w:t>
      </w:r>
    </w:p>
    <w:p w:rsidR="00FD4A85" w:rsidRPr="00F71C24" w:rsidRDefault="00FD4A85" w:rsidP="00FD4A85">
      <w:pPr>
        <w:pStyle w:val="ae"/>
        <w:spacing w:line="240" w:lineRule="auto"/>
        <w:jc w:val="right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5"/>
        <w:gridCol w:w="1915"/>
        <w:gridCol w:w="1275"/>
        <w:gridCol w:w="1595"/>
        <w:gridCol w:w="1808"/>
        <w:gridCol w:w="1383"/>
      </w:tblGrid>
      <w:tr w:rsidR="00FD4A85" w:rsidRPr="00E31E2B" w:rsidTr="002264E8">
        <w:tc>
          <w:tcPr>
            <w:tcW w:w="1595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Вариант</w:t>
            </w:r>
          </w:p>
        </w:tc>
        <w:tc>
          <w:tcPr>
            <w:tcW w:w="1915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Пары металлов</w:t>
            </w:r>
          </w:p>
        </w:tc>
        <w:tc>
          <w:tcPr>
            <w:tcW w:w="1275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рН</w:t>
            </w:r>
          </w:p>
        </w:tc>
        <w:tc>
          <w:tcPr>
            <w:tcW w:w="1595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Вариант</w:t>
            </w:r>
          </w:p>
        </w:tc>
        <w:tc>
          <w:tcPr>
            <w:tcW w:w="180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Пары металлов</w:t>
            </w:r>
          </w:p>
        </w:tc>
        <w:tc>
          <w:tcPr>
            <w:tcW w:w="1383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рН</w:t>
            </w:r>
          </w:p>
        </w:tc>
      </w:tr>
      <w:tr w:rsidR="00FD4A85" w:rsidRPr="00E31E2B" w:rsidTr="002264E8">
        <w:tc>
          <w:tcPr>
            <w:tcW w:w="1595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</w:t>
            </w:r>
          </w:p>
        </w:tc>
        <w:tc>
          <w:tcPr>
            <w:tcW w:w="1915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Pb - Sn</w:t>
            </w:r>
          </w:p>
        </w:tc>
        <w:tc>
          <w:tcPr>
            <w:tcW w:w="1275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12</w:t>
            </w:r>
          </w:p>
        </w:tc>
        <w:tc>
          <w:tcPr>
            <w:tcW w:w="1595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11</w:t>
            </w:r>
          </w:p>
        </w:tc>
        <w:tc>
          <w:tcPr>
            <w:tcW w:w="180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Fe - Pb</w:t>
            </w:r>
          </w:p>
        </w:tc>
        <w:tc>
          <w:tcPr>
            <w:tcW w:w="1383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3</w:t>
            </w:r>
          </w:p>
        </w:tc>
      </w:tr>
      <w:tr w:rsidR="00FD4A85" w:rsidRPr="00E31E2B" w:rsidTr="002264E8">
        <w:tc>
          <w:tcPr>
            <w:tcW w:w="1595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</w:t>
            </w:r>
          </w:p>
        </w:tc>
        <w:tc>
          <w:tcPr>
            <w:tcW w:w="1915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Sn - Cu</w:t>
            </w:r>
          </w:p>
        </w:tc>
        <w:tc>
          <w:tcPr>
            <w:tcW w:w="1275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6</w:t>
            </w:r>
          </w:p>
        </w:tc>
        <w:tc>
          <w:tcPr>
            <w:tcW w:w="1595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12</w:t>
            </w:r>
          </w:p>
        </w:tc>
        <w:tc>
          <w:tcPr>
            <w:tcW w:w="180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Sn - Ag</w:t>
            </w:r>
          </w:p>
        </w:tc>
        <w:tc>
          <w:tcPr>
            <w:tcW w:w="1383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4</w:t>
            </w:r>
          </w:p>
        </w:tc>
      </w:tr>
      <w:tr w:rsidR="00FD4A85" w:rsidRPr="00E31E2B" w:rsidTr="002264E8">
        <w:tc>
          <w:tcPr>
            <w:tcW w:w="1595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3</w:t>
            </w:r>
          </w:p>
        </w:tc>
        <w:tc>
          <w:tcPr>
            <w:tcW w:w="1915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Fe - Co</w:t>
            </w:r>
          </w:p>
        </w:tc>
        <w:tc>
          <w:tcPr>
            <w:tcW w:w="1275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10</w:t>
            </w:r>
          </w:p>
        </w:tc>
        <w:tc>
          <w:tcPr>
            <w:tcW w:w="1595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13</w:t>
            </w:r>
          </w:p>
        </w:tc>
        <w:tc>
          <w:tcPr>
            <w:tcW w:w="180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Zn - Ni</w:t>
            </w:r>
          </w:p>
        </w:tc>
        <w:tc>
          <w:tcPr>
            <w:tcW w:w="1383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5</w:t>
            </w:r>
          </w:p>
        </w:tc>
      </w:tr>
      <w:tr w:rsidR="00FD4A85" w:rsidRPr="00E31E2B" w:rsidTr="002264E8">
        <w:tc>
          <w:tcPr>
            <w:tcW w:w="1595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4</w:t>
            </w:r>
          </w:p>
        </w:tc>
        <w:tc>
          <w:tcPr>
            <w:tcW w:w="1915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Cu - Co</w:t>
            </w:r>
          </w:p>
        </w:tc>
        <w:tc>
          <w:tcPr>
            <w:tcW w:w="1275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4</w:t>
            </w:r>
          </w:p>
        </w:tc>
        <w:tc>
          <w:tcPr>
            <w:tcW w:w="1595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14</w:t>
            </w:r>
          </w:p>
        </w:tc>
        <w:tc>
          <w:tcPr>
            <w:tcW w:w="180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Mg - Ni</w:t>
            </w:r>
          </w:p>
        </w:tc>
        <w:tc>
          <w:tcPr>
            <w:tcW w:w="1383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10</w:t>
            </w:r>
          </w:p>
        </w:tc>
      </w:tr>
      <w:tr w:rsidR="00FD4A85" w:rsidRPr="00E31E2B" w:rsidTr="002264E8">
        <w:tc>
          <w:tcPr>
            <w:tcW w:w="1595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5</w:t>
            </w:r>
          </w:p>
        </w:tc>
        <w:tc>
          <w:tcPr>
            <w:tcW w:w="1915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Fe - Ni</w:t>
            </w:r>
          </w:p>
        </w:tc>
        <w:tc>
          <w:tcPr>
            <w:tcW w:w="1275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5</w:t>
            </w:r>
          </w:p>
        </w:tc>
        <w:tc>
          <w:tcPr>
            <w:tcW w:w="1595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15</w:t>
            </w:r>
          </w:p>
        </w:tc>
        <w:tc>
          <w:tcPr>
            <w:tcW w:w="180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Zn - Sn</w:t>
            </w:r>
          </w:p>
        </w:tc>
        <w:tc>
          <w:tcPr>
            <w:tcW w:w="1383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8</w:t>
            </w:r>
          </w:p>
        </w:tc>
      </w:tr>
      <w:tr w:rsidR="00FD4A85" w:rsidRPr="00E31E2B" w:rsidTr="002264E8">
        <w:tc>
          <w:tcPr>
            <w:tcW w:w="1595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6</w:t>
            </w:r>
          </w:p>
        </w:tc>
        <w:tc>
          <w:tcPr>
            <w:tcW w:w="1915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Sn - Cd</w:t>
            </w:r>
          </w:p>
        </w:tc>
        <w:tc>
          <w:tcPr>
            <w:tcW w:w="1275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4</w:t>
            </w:r>
          </w:p>
        </w:tc>
        <w:tc>
          <w:tcPr>
            <w:tcW w:w="1595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16</w:t>
            </w:r>
          </w:p>
        </w:tc>
        <w:tc>
          <w:tcPr>
            <w:tcW w:w="180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Zn  - Cd</w:t>
            </w:r>
          </w:p>
        </w:tc>
        <w:tc>
          <w:tcPr>
            <w:tcW w:w="1383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7</w:t>
            </w:r>
          </w:p>
        </w:tc>
      </w:tr>
      <w:tr w:rsidR="00FD4A85" w:rsidRPr="00E31E2B" w:rsidTr="002264E8">
        <w:tc>
          <w:tcPr>
            <w:tcW w:w="1595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7</w:t>
            </w:r>
          </w:p>
        </w:tc>
        <w:tc>
          <w:tcPr>
            <w:tcW w:w="1915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Cd - Cu</w:t>
            </w:r>
          </w:p>
        </w:tc>
        <w:tc>
          <w:tcPr>
            <w:tcW w:w="1275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12</w:t>
            </w:r>
          </w:p>
        </w:tc>
        <w:tc>
          <w:tcPr>
            <w:tcW w:w="1595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17</w:t>
            </w:r>
          </w:p>
        </w:tc>
        <w:tc>
          <w:tcPr>
            <w:tcW w:w="180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Fe - Sn</w:t>
            </w:r>
          </w:p>
        </w:tc>
        <w:tc>
          <w:tcPr>
            <w:tcW w:w="1383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5</w:t>
            </w:r>
          </w:p>
        </w:tc>
      </w:tr>
      <w:tr w:rsidR="00FD4A85" w:rsidRPr="00E31E2B" w:rsidTr="002264E8">
        <w:tc>
          <w:tcPr>
            <w:tcW w:w="1595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8</w:t>
            </w:r>
          </w:p>
        </w:tc>
        <w:tc>
          <w:tcPr>
            <w:tcW w:w="1915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Cd - Ag</w:t>
            </w:r>
          </w:p>
        </w:tc>
        <w:tc>
          <w:tcPr>
            <w:tcW w:w="1275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10</w:t>
            </w:r>
          </w:p>
        </w:tc>
        <w:tc>
          <w:tcPr>
            <w:tcW w:w="1595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18</w:t>
            </w:r>
          </w:p>
        </w:tc>
        <w:tc>
          <w:tcPr>
            <w:tcW w:w="180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Fe - Cd</w:t>
            </w:r>
          </w:p>
        </w:tc>
        <w:tc>
          <w:tcPr>
            <w:tcW w:w="1383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4</w:t>
            </w:r>
          </w:p>
        </w:tc>
      </w:tr>
      <w:tr w:rsidR="00FD4A85" w:rsidRPr="00E31E2B" w:rsidTr="002264E8">
        <w:tc>
          <w:tcPr>
            <w:tcW w:w="1595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9</w:t>
            </w:r>
          </w:p>
        </w:tc>
        <w:tc>
          <w:tcPr>
            <w:tcW w:w="1915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Cd - Pb</w:t>
            </w:r>
          </w:p>
        </w:tc>
        <w:tc>
          <w:tcPr>
            <w:tcW w:w="1275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6</w:t>
            </w:r>
          </w:p>
        </w:tc>
        <w:tc>
          <w:tcPr>
            <w:tcW w:w="1595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19</w:t>
            </w:r>
          </w:p>
        </w:tc>
        <w:tc>
          <w:tcPr>
            <w:tcW w:w="180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Zn - Cu</w:t>
            </w:r>
          </w:p>
        </w:tc>
        <w:tc>
          <w:tcPr>
            <w:tcW w:w="1383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</w:t>
            </w:r>
          </w:p>
        </w:tc>
      </w:tr>
      <w:tr w:rsidR="00FD4A85" w:rsidRPr="00E31E2B" w:rsidTr="002264E8">
        <w:tc>
          <w:tcPr>
            <w:tcW w:w="1595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lastRenderedPageBreak/>
              <w:t>10</w:t>
            </w:r>
          </w:p>
        </w:tc>
        <w:tc>
          <w:tcPr>
            <w:tcW w:w="1915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Fe - Cu</w:t>
            </w:r>
          </w:p>
        </w:tc>
        <w:tc>
          <w:tcPr>
            <w:tcW w:w="1275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5</w:t>
            </w:r>
          </w:p>
        </w:tc>
        <w:tc>
          <w:tcPr>
            <w:tcW w:w="1595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20</w:t>
            </w:r>
          </w:p>
        </w:tc>
        <w:tc>
          <w:tcPr>
            <w:tcW w:w="1808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Fe - Cu</w:t>
            </w:r>
          </w:p>
        </w:tc>
        <w:tc>
          <w:tcPr>
            <w:tcW w:w="1383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</w:t>
            </w:r>
          </w:p>
        </w:tc>
      </w:tr>
    </w:tbl>
    <w:p w:rsidR="00FD4A85" w:rsidRDefault="00FD4A85" w:rsidP="00FD4A85">
      <w:pPr>
        <w:jc w:val="center"/>
        <w:rPr>
          <w:b/>
        </w:rPr>
      </w:pPr>
    </w:p>
    <w:p w:rsidR="00FD4A85" w:rsidRPr="00FD4A85" w:rsidRDefault="00FD4A85" w:rsidP="00FD4A85">
      <w:pPr>
        <w:rPr>
          <w:b/>
          <w:lang w:val="ru-RU"/>
        </w:rPr>
      </w:pPr>
      <w:r w:rsidRPr="00FD4A85">
        <w:rPr>
          <w:b/>
          <w:lang w:val="ru-RU"/>
        </w:rPr>
        <w:t>Тема 8. Химическая идентификация и анализ вещества</w:t>
      </w:r>
    </w:p>
    <w:p w:rsidR="00FD4A85" w:rsidRDefault="00FD4A85" w:rsidP="00FD4A85">
      <w:pPr>
        <w:pStyle w:val="ae"/>
        <w:numPr>
          <w:ilvl w:val="0"/>
          <w:numId w:val="108"/>
        </w:numPr>
        <w:overflowPunct w:val="0"/>
        <w:autoSpaceDE w:val="0"/>
        <w:autoSpaceDN w:val="0"/>
        <w:adjustRightInd w:val="0"/>
        <w:spacing w:line="240" w:lineRule="auto"/>
        <w:ind w:left="714" w:hanging="357"/>
        <w:jc w:val="both"/>
        <w:textAlignment w:val="baseline"/>
      </w:pPr>
      <w:r w:rsidRPr="00FD4A85">
        <w:rPr>
          <w:lang w:val="ru-RU"/>
        </w:rPr>
        <w:t>На титрование 20,00 см</w:t>
      </w:r>
      <w:r w:rsidRPr="00FD4A85">
        <w:rPr>
          <w:vertAlign w:val="superscript"/>
          <w:lang w:val="ru-RU"/>
        </w:rPr>
        <w:t>3</w:t>
      </w:r>
      <w:r w:rsidRPr="00FD4A85">
        <w:rPr>
          <w:lang w:val="ru-RU"/>
        </w:rPr>
        <w:t xml:space="preserve"> раствора азотной кислоты затрачено 15,00 см</w:t>
      </w:r>
      <w:r w:rsidRPr="00FD4A85">
        <w:rPr>
          <w:vertAlign w:val="superscript"/>
          <w:lang w:val="ru-RU"/>
        </w:rPr>
        <w:t>3</w:t>
      </w:r>
      <w:r w:rsidRPr="00FD4A85">
        <w:rPr>
          <w:lang w:val="ru-RU"/>
        </w:rPr>
        <w:t xml:space="preserve"> 0,1200 моль/дм</w:t>
      </w:r>
      <w:r w:rsidRPr="00FD4A85">
        <w:rPr>
          <w:vertAlign w:val="superscript"/>
          <w:lang w:val="ru-RU"/>
        </w:rPr>
        <w:t>3</w:t>
      </w:r>
      <w:r w:rsidRPr="00FD4A85">
        <w:rPr>
          <w:lang w:val="ru-RU"/>
        </w:rPr>
        <w:t xml:space="preserve"> раствора гидроксида натрия. </w:t>
      </w:r>
      <w:r>
        <w:t>Вычислите массу азотной кислоты в 250 см</w:t>
      </w:r>
      <w:r w:rsidRPr="00F476FE">
        <w:rPr>
          <w:vertAlign w:val="superscript"/>
        </w:rPr>
        <w:t>3</w:t>
      </w:r>
      <w:r>
        <w:t xml:space="preserve">. </w:t>
      </w:r>
      <w:proofErr w:type="gramStart"/>
      <w:r>
        <w:t>Ответ:1,418</w:t>
      </w:r>
      <w:proofErr w:type="gramEnd"/>
      <w:r>
        <w:t xml:space="preserve"> г.</w:t>
      </w:r>
    </w:p>
    <w:p w:rsidR="00FD4A85" w:rsidRDefault="00FD4A85" w:rsidP="00FD4A85">
      <w:pPr>
        <w:pStyle w:val="ae"/>
        <w:numPr>
          <w:ilvl w:val="0"/>
          <w:numId w:val="108"/>
        </w:numPr>
        <w:overflowPunct w:val="0"/>
        <w:autoSpaceDE w:val="0"/>
        <w:autoSpaceDN w:val="0"/>
        <w:adjustRightInd w:val="0"/>
        <w:spacing w:line="240" w:lineRule="auto"/>
        <w:ind w:left="714" w:hanging="357"/>
        <w:jc w:val="both"/>
        <w:textAlignment w:val="baseline"/>
      </w:pPr>
      <w:r w:rsidRPr="00FD4A85">
        <w:rPr>
          <w:lang w:val="ru-RU"/>
        </w:rPr>
        <w:t>Какой объем раствора гидроксида натрия концентрацией 0,1500 моль/дм</w:t>
      </w:r>
      <w:r w:rsidRPr="00FD4A85">
        <w:rPr>
          <w:vertAlign w:val="superscript"/>
          <w:lang w:val="ru-RU"/>
        </w:rPr>
        <w:t>3</w:t>
      </w:r>
      <w:r w:rsidRPr="00FD4A85">
        <w:rPr>
          <w:lang w:val="ru-RU"/>
        </w:rPr>
        <w:t xml:space="preserve"> пойдет на титрование 21,00 см</w:t>
      </w:r>
      <w:r w:rsidRPr="00FD4A85">
        <w:rPr>
          <w:vertAlign w:val="superscript"/>
          <w:lang w:val="ru-RU"/>
        </w:rPr>
        <w:t>3</w:t>
      </w:r>
      <w:r w:rsidRPr="00FD4A85">
        <w:rPr>
          <w:lang w:val="ru-RU"/>
        </w:rPr>
        <w:t xml:space="preserve"> раствора соляной кислоты концентрацией 0,1133 см</w:t>
      </w:r>
      <w:r w:rsidRPr="00FD4A85">
        <w:rPr>
          <w:vertAlign w:val="superscript"/>
          <w:lang w:val="ru-RU"/>
        </w:rPr>
        <w:t>3</w:t>
      </w:r>
      <w:r w:rsidRPr="00FD4A85">
        <w:rPr>
          <w:lang w:val="ru-RU"/>
        </w:rPr>
        <w:t xml:space="preserve">? </w:t>
      </w:r>
      <w:r>
        <w:t>Ответ: 15,85 см</w:t>
      </w:r>
      <w:r w:rsidRPr="00900C3C">
        <w:rPr>
          <w:vertAlign w:val="superscript"/>
        </w:rPr>
        <w:t>3</w:t>
      </w:r>
      <w:r>
        <w:t>.</w:t>
      </w:r>
    </w:p>
    <w:p w:rsidR="00FD4A85" w:rsidRDefault="00FD4A85" w:rsidP="00FD4A85">
      <w:pPr>
        <w:pStyle w:val="ae"/>
        <w:numPr>
          <w:ilvl w:val="0"/>
          <w:numId w:val="108"/>
        </w:numPr>
        <w:overflowPunct w:val="0"/>
        <w:autoSpaceDE w:val="0"/>
        <w:autoSpaceDN w:val="0"/>
        <w:adjustRightInd w:val="0"/>
        <w:spacing w:line="240" w:lineRule="auto"/>
        <w:ind w:left="714" w:hanging="357"/>
        <w:jc w:val="both"/>
        <w:textAlignment w:val="baseline"/>
      </w:pPr>
      <w:r w:rsidRPr="00FD4A85">
        <w:rPr>
          <w:lang w:val="ru-RU"/>
        </w:rPr>
        <w:t>Рассчитайте оптимальный объем (трехкратный избыток) объема раствора осадителя – 5,65 моль/дм</w:t>
      </w:r>
      <w:r w:rsidRPr="00FD4A85">
        <w:rPr>
          <w:vertAlign w:val="superscript"/>
          <w:lang w:val="ru-RU"/>
        </w:rPr>
        <w:t>3</w:t>
      </w:r>
      <w:r w:rsidRPr="00FD4A85">
        <w:rPr>
          <w:lang w:val="ru-RU"/>
        </w:rPr>
        <w:t xml:space="preserve"> раствора аммиака, необходимого для осаждения </w:t>
      </w:r>
      <w:r>
        <w:t>Fe</w:t>
      </w:r>
      <w:r w:rsidRPr="00FD4A85">
        <w:rPr>
          <w:lang w:val="ru-RU"/>
        </w:rPr>
        <w:t>(</w:t>
      </w:r>
      <w:r>
        <w:t>OH</w:t>
      </w:r>
      <w:r w:rsidRPr="00FD4A85">
        <w:rPr>
          <w:lang w:val="ru-RU"/>
        </w:rPr>
        <w:t>)</w:t>
      </w:r>
      <w:r w:rsidRPr="00FD4A85">
        <w:rPr>
          <w:vertAlign w:val="subscript"/>
          <w:lang w:val="ru-RU"/>
        </w:rPr>
        <w:t>3</w:t>
      </w:r>
      <w:r w:rsidRPr="00FD4A85">
        <w:rPr>
          <w:lang w:val="ru-RU"/>
        </w:rPr>
        <w:t xml:space="preserve"> из раствора, содержащего 0,14 г железа (</w:t>
      </w:r>
      <w:r>
        <w:t>III</w:t>
      </w:r>
      <w:r w:rsidRPr="00FD4A85">
        <w:rPr>
          <w:lang w:val="ru-RU"/>
        </w:rPr>
        <w:t xml:space="preserve">). </w:t>
      </w:r>
      <w:r>
        <w:t>Ответ: 3,99 см</w:t>
      </w:r>
      <w:r w:rsidRPr="00900C3C">
        <w:rPr>
          <w:vertAlign w:val="superscript"/>
        </w:rPr>
        <w:t>3</w:t>
      </w:r>
      <w:r>
        <w:t>.</w:t>
      </w:r>
    </w:p>
    <w:p w:rsidR="00FD4A85" w:rsidRDefault="00FD4A85" w:rsidP="00FD4A85">
      <w:pPr>
        <w:pStyle w:val="ae"/>
        <w:numPr>
          <w:ilvl w:val="0"/>
          <w:numId w:val="108"/>
        </w:numPr>
        <w:overflowPunct w:val="0"/>
        <w:autoSpaceDE w:val="0"/>
        <w:autoSpaceDN w:val="0"/>
        <w:adjustRightInd w:val="0"/>
        <w:spacing w:line="240" w:lineRule="auto"/>
        <w:ind w:left="714" w:hanging="357"/>
        <w:jc w:val="both"/>
        <w:textAlignment w:val="baseline"/>
      </w:pPr>
      <w:r w:rsidRPr="00FD4A85">
        <w:rPr>
          <w:lang w:val="ru-RU"/>
        </w:rPr>
        <w:t xml:space="preserve">Рассчитайте оптимальный объем (трехкратный избыток) объема раствора осадителя – 1,2 %-ного раствора соляной кислоты, необходимый для осаждения </w:t>
      </w:r>
      <w:r>
        <w:t>AgCl</w:t>
      </w:r>
      <w:r w:rsidRPr="00FD4A85">
        <w:rPr>
          <w:lang w:val="ru-RU"/>
        </w:rPr>
        <w:t xml:space="preserve"> раствора, содержащего 0,15 г серебра. </w:t>
      </w:r>
      <w:r>
        <w:t>Плотность раствора осадителя принять равной 1 г/см</w:t>
      </w:r>
      <w:r w:rsidRPr="00900C3C">
        <w:rPr>
          <w:vertAlign w:val="superscript"/>
        </w:rPr>
        <w:t>3</w:t>
      </w:r>
      <w:r>
        <w:t>. Ответ: 8,46 см</w:t>
      </w:r>
      <w:r w:rsidRPr="00900C3C">
        <w:rPr>
          <w:vertAlign w:val="superscript"/>
        </w:rPr>
        <w:t>3</w:t>
      </w:r>
      <w:r>
        <w:t>.</w:t>
      </w:r>
    </w:p>
    <w:p w:rsidR="00FD4A85" w:rsidRDefault="00FD4A85" w:rsidP="00FD4A85">
      <w:pPr>
        <w:pStyle w:val="ae"/>
        <w:numPr>
          <w:ilvl w:val="0"/>
          <w:numId w:val="108"/>
        </w:numPr>
        <w:overflowPunct w:val="0"/>
        <w:autoSpaceDE w:val="0"/>
        <w:autoSpaceDN w:val="0"/>
        <w:adjustRightInd w:val="0"/>
        <w:spacing w:line="240" w:lineRule="auto"/>
        <w:ind w:left="714" w:hanging="357"/>
        <w:jc w:val="both"/>
        <w:textAlignment w:val="baseline"/>
      </w:pPr>
      <w:r w:rsidRPr="00FD4A85">
        <w:rPr>
          <w:lang w:val="ru-RU"/>
        </w:rPr>
        <w:t>Сколько граммов серной кислоты содержится в 1 дм3 раствора серной кислоты, если при действии на 50,00 см</w:t>
      </w:r>
      <w:r w:rsidRPr="00FD4A85">
        <w:rPr>
          <w:vertAlign w:val="superscript"/>
          <w:lang w:val="ru-RU"/>
        </w:rPr>
        <w:t>3</w:t>
      </w:r>
      <w:r w:rsidRPr="00FD4A85">
        <w:rPr>
          <w:lang w:val="ru-RU"/>
        </w:rPr>
        <w:t xml:space="preserve"> ее раствором хлорида бария получено 0,2126 г </w:t>
      </w:r>
      <w:r>
        <w:t>BaSO</w:t>
      </w:r>
      <w:r w:rsidRPr="00FD4A85">
        <w:rPr>
          <w:vertAlign w:val="subscript"/>
          <w:lang w:val="ru-RU"/>
        </w:rPr>
        <w:t>4</w:t>
      </w:r>
      <w:r w:rsidRPr="00FD4A85">
        <w:rPr>
          <w:lang w:val="ru-RU"/>
        </w:rPr>
        <w:t xml:space="preserve">. </w:t>
      </w:r>
      <w:r>
        <w:t>Ответ: 1,787 г.</w:t>
      </w:r>
    </w:p>
    <w:p w:rsidR="00FD4A85" w:rsidRDefault="00FD4A85" w:rsidP="00FD4A85">
      <w:pPr>
        <w:pStyle w:val="ae"/>
        <w:numPr>
          <w:ilvl w:val="0"/>
          <w:numId w:val="108"/>
        </w:numPr>
        <w:overflowPunct w:val="0"/>
        <w:autoSpaceDE w:val="0"/>
        <w:autoSpaceDN w:val="0"/>
        <w:adjustRightInd w:val="0"/>
        <w:spacing w:line="240" w:lineRule="auto"/>
        <w:ind w:left="714" w:hanging="357"/>
        <w:jc w:val="both"/>
        <w:textAlignment w:val="baseline"/>
        <w:rPr>
          <w:szCs w:val="24"/>
        </w:rPr>
      </w:pPr>
      <w:r w:rsidRPr="00FD4A85">
        <w:rPr>
          <w:szCs w:val="24"/>
          <w:lang w:val="ru-RU"/>
        </w:rPr>
        <w:t xml:space="preserve">Сколько граммов </w:t>
      </w:r>
      <w:r w:rsidRPr="00424D8A">
        <w:rPr>
          <w:szCs w:val="24"/>
        </w:rPr>
        <w:t>H</w:t>
      </w:r>
      <w:r w:rsidRPr="00FD4A85">
        <w:rPr>
          <w:szCs w:val="24"/>
          <w:vertAlign w:val="subscript"/>
          <w:lang w:val="ru-RU"/>
        </w:rPr>
        <w:t>2</w:t>
      </w:r>
      <w:r w:rsidRPr="00424D8A">
        <w:rPr>
          <w:szCs w:val="24"/>
        </w:rPr>
        <w:t>SO</w:t>
      </w:r>
      <w:r w:rsidRPr="00FD4A85">
        <w:rPr>
          <w:szCs w:val="24"/>
          <w:vertAlign w:val="subscript"/>
          <w:lang w:val="ru-RU"/>
        </w:rPr>
        <w:t>4</w:t>
      </w:r>
      <w:r w:rsidRPr="00FD4A85">
        <w:rPr>
          <w:szCs w:val="24"/>
          <w:lang w:val="ru-RU"/>
        </w:rPr>
        <w:t xml:space="preserve"> содержится в 5 дм</w:t>
      </w:r>
      <w:r w:rsidRPr="00FD4A85">
        <w:rPr>
          <w:szCs w:val="24"/>
          <w:vertAlign w:val="superscript"/>
          <w:lang w:val="ru-RU"/>
        </w:rPr>
        <w:t>3</w:t>
      </w:r>
      <w:r w:rsidRPr="00FD4A85">
        <w:rPr>
          <w:szCs w:val="24"/>
          <w:lang w:val="ru-RU"/>
        </w:rPr>
        <w:t xml:space="preserve"> раствора, если на титрование 25,00 см</w:t>
      </w:r>
      <w:r w:rsidRPr="00FD4A85">
        <w:rPr>
          <w:szCs w:val="24"/>
          <w:vertAlign w:val="superscript"/>
          <w:lang w:val="ru-RU"/>
        </w:rPr>
        <w:t>3</w:t>
      </w:r>
      <w:r w:rsidRPr="00FD4A85">
        <w:rPr>
          <w:szCs w:val="24"/>
          <w:lang w:val="ru-RU"/>
        </w:rPr>
        <w:t xml:space="preserve"> этого раствора израсходовано 22,50 см</w:t>
      </w:r>
      <w:r w:rsidRPr="00FD4A85">
        <w:rPr>
          <w:szCs w:val="24"/>
          <w:vertAlign w:val="superscript"/>
          <w:lang w:val="ru-RU"/>
        </w:rPr>
        <w:t>3</w:t>
      </w:r>
      <w:r w:rsidRPr="00FD4A85">
        <w:rPr>
          <w:szCs w:val="24"/>
          <w:lang w:val="ru-RU"/>
        </w:rPr>
        <w:t xml:space="preserve"> концентрацией 0,0950 моль/дм</w:t>
      </w:r>
      <w:r w:rsidRPr="00FD4A85">
        <w:rPr>
          <w:szCs w:val="24"/>
          <w:vertAlign w:val="superscript"/>
          <w:lang w:val="ru-RU"/>
        </w:rPr>
        <w:t>3</w:t>
      </w:r>
      <w:r w:rsidRPr="00FD4A85">
        <w:rPr>
          <w:szCs w:val="24"/>
          <w:lang w:val="ru-RU"/>
        </w:rPr>
        <w:t xml:space="preserve"> раствора КОН? </w:t>
      </w:r>
      <w:r w:rsidRPr="00424D8A">
        <w:rPr>
          <w:szCs w:val="24"/>
        </w:rPr>
        <w:t>Ответ: 20,97 г</w:t>
      </w:r>
      <w:r>
        <w:rPr>
          <w:szCs w:val="24"/>
        </w:rPr>
        <w:t>.</w:t>
      </w:r>
    </w:p>
    <w:p w:rsidR="00FD4A85" w:rsidRDefault="00FD4A85" w:rsidP="00FD4A85">
      <w:pPr>
        <w:pStyle w:val="ae"/>
        <w:numPr>
          <w:ilvl w:val="0"/>
          <w:numId w:val="108"/>
        </w:numPr>
        <w:overflowPunct w:val="0"/>
        <w:autoSpaceDE w:val="0"/>
        <w:autoSpaceDN w:val="0"/>
        <w:adjustRightInd w:val="0"/>
        <w:spacing w:line="240" w:lineRule="auto"/>
        <w:ind w:left="714" w:hanging="357"/>
        <w:jc w:val="both"/>
        <w:textAlignment w:val="baseline"/>
        <w:rPr>
          <w:szCs w:val="24"/>
        </w:rPr>
      </w:pPr>
      <w:r w:rsidRPr="00FD4A85">
        <w:rPr>
          <w:szCs w:val="24"/>
          <w:lang w:val="ru-RU"/>
        </w:rPr>
        <w:t xml:space="preserve">Вычислить молярную концентрацию эквивалента раствора </w:t>
      </w:r>
      <w:r w:rsidRPr="00424D8A">
        <w:rPr>
          <w:szCs w:val="24"/>
        </w:rPr>
        <w:t>HCl</w:t>
      </w:r>
      <w:r w:rsidRPr="00FD4A85">
        <w:rPr>
          <w:szCs w:val="24"/>
          <w:lang w:val="ru-RU"/>
        </w:rPr>
        <w:t xml:space="preserve">, если на титрование </w:t>
      </w:r>
      <w:smartTag w:uri="urn:schemas-microsoft-com:office:smarttags" w:element="metricconverter">
        <w:smartTagPr>
          <w:attr w:name="ProductID" w:val="0,4217 г"/>
        </w:smartTagPr>
        <w:r w:rsidRPr="00FD4A85">
          <w:rPr>
            <w:szCs w:val="24"/>
            <w:lang w:val="ru-RU"/>
          </w:rPr>
          <w:t>0,4217 г</w:t>
        </w:r>
      </w:smartTag>
      <w:r w:rsidRPr="00FD4A85">
        <w:rPr>
          <w:szCs w:val="24"/>
          <w:lang w:val="ru-RU"/>
        </w:rPr>
        <w:t xml:space="preserve"> тетрабората натрия </w:t>
      </w:r>
      <w:proofErr w:type="gramStart"/>
      <w:r w:rsidRPr="00FD4A85">
        <w:rPr>
          <w:szCs w:val="24"/>
          <w:lang w:val="ru-RU"/>
        </w:rPr>
        <w:t>( израсходовано</w:t>
      </w:r>
      <w:proofErr w:type="gramEnd"/>
      <w:r w:rsidRPr="00FD4A85">
        <w:rPr>
          <w:szCs w:val="24"/>
          <w:lang w:val="ru-RU"/>
        </w:rPr>
        <w:t xml:space="preserve"> 17,50 см</w:t>
      </w:r>
      <w:r w:rsidRPr="00FD4A85">
        <w:rPr>
          <w:szCs w:val="24"/>
          <w:vertAlign w:val="superscript"/>
          <w:lang w:val="ru-RU"/>
        </w:rPr>
        <w:t>3</w:t>
      </w:r>
      <w:r w:rsidRPr="00FD4A85">
        <w:rPr>
          <w:szCs w:val="24"/>
          <w:lang w:val="ru-RU"/>
        </w:rPr>
        <w:t xml:space="preserve"> этой кислоты? </w:t>
      </w:r>
      <w:r>
        <w:rPr>
          <w:szCs w:val="24"/>
        </w:rPr>
        <w:t>Ответ: 0,1263 моль/см</w:t>
      </w:r>
      <w:r w:rsidRPr="00424D8A">
        <w:rPr>
          <w:szCs w:val="24"/>
          <w:vertAlign w:val="superscript"/>
        </w:rPr>
        <w:t>3</w:t>
      </w:r>
      <w:r>
        <w:rPr>
          <w:szCs w:val="24"/>
        </w:rPr>
        <w:t>.</w:t>
      </w:r>
    </w:p>
    <w:p w:rsidR="00FD4A85" w:rsidRPr="00424D8A" w:rsidRDefault="00FD4A85" w:rsidP="00FD4A85">
      <w:pPr>
        <w:numPr>
          <w:ilvl w:val="0"/>
          <w:numId w:val="108"/>
        </w:numPr>
        <w:spacing w:line="240" w:lineRule="auto"/>
        <w:ind w:left="714" w:hanging="357"/>
        <w:jc w:val="both"/>
        <w:rPr>
          <w:szCs w:val="24"/>
        </w:rPr>
      </w:pPr>
      <w:r w:rsidRPr="00FD4A85">
        <w:rPr>
          <w:szCs w:val="24"/>
          <w:lang w:val="ru-RU"/>
        </w:rPr>
        <w:t xml:space="preserve">Вычислить молярную концентрацию эквивалента раствора </w:t>
      </w:r>
      <w:r w:rsidRPr="00424D8A">
        <w:rPr>
          <w:szCs w:val="24"/>
        </w:rPr>
        <w:t>HCl</w:t>
      </w:r>
      <w:r w:rsidRPr="00FD4A85">
        <w:rPr>
          <w:szCs w:val="24"/>
          <w:lang w:val="ru-RU"/>
        </w:rPr>
        <w:t>, если на титрование 20,00 см</w:t>
      </w:r>
      <w:r w:rsidRPr="00FD4A85">
        <w:rPr>
          <w:szCs w:val="24"/>
          <w:vertAlign w:val="superscript"/>
          <w:lang w:val="ru-RU"/>
        </w:rPr>
        <w:t>3</w:t>
      </w:r>
      <w:r w:rsidRPr="00FD4A85">
        <w:rPr>
          <w:szCs w:val="24"/>
          <w:lang w:val="ru-RU"/>
        </w:rPr>
        <w:t xml:space="preserve"> его израсходовано 19,20 см</w:t>
      </w:r>
      <w:r w:rsidRPr="00FD4A85">
        <w:rPr>
          <w:szCs w:val="24"/>
          <w:vertAlign w:val="superscript"/>
          <w:lang w:val="ru-RU"/>
        </w:rPr>
        <w:t>3</w:t>
      </w:r>
      <w:r w:rsidRPr="00FD4A85">
        <w:rPr>
          <w:szCs w:val="24"/>
          <w:lang w:val="ru-RU"/>
        </w:rPr>
        <w:t xml:space="preserve"> </w:t>
      </w:r>
      <w:r w:rsidRPr="00424D8A">
        <w:rPr>
          <w:szCs w:val="24"/>
        </w:rPr>
        <w:t>NaOH</w:t>
      </w:r>
      <w:r w:rsidRPr="00FD4A85">
        <w:rPr>
          <w:szCs w:val="24"/>
          <w:lang w:val="ru-RU"/>
        </w:rPr>
        <w:t xml:space="preserve"> концентрацией 0,1000 моль/дм</w:t>
      </w:r>
      <w:r w:rsidRPr="00FD4A85">
        <w:rPr>
          <w:szCs w:val="24"/>
          <w:vertAlign w:val="superscript"/>
          <w:lang w:val="ru-RU"/>
        </w:rPr>
        <w:t>3</w:t>
      </w:r>
      <w:r w:rsidRPr="00FD4A85">
        <w:rPr>
          <w:szCs w:val="24"/>
          <w:lang w:val="ru-RU"/>
        </w:rPr>
        <w:t xml:space="preserve">. </w:t>
      </w:r>
      <w:r w:rsidRPr="00424D8A">
        <w:rPr>
          <w:szCs w:val="24"/>
        </w:rPr>
        <w:t xml:space="preserve">Ответ: 0,0960 </w:t>
      </w:r>
      <w:r>
        <w:rPr>
          <w:szCs w:val="24"/>
        </w:rPr>
        <w:t>моль/дм</w:t>
      </w:r>
      <w:r w:rsidRPr="00F87688">
        <w:rPr>
          <w:szCs w:val="24"/>
          <w:vertAlign w:val="superscript"/>
        </w:rPr>
        <w:t>3</w:t>
      </w:r>
      <w:r w:rsidRPr="00424D8A">
        <w:rPr>
          <w:szCs w:val="24"/>
        </w:rPr>
        <w:t>.</w:t>
      </w:r>
    </w:p>
    <w:p w:rsidR="00FD4A85" w:rsidRPr="000833E9" w:rsidRDefault="00FD4A85" w:rsidP="00FD4A85">
      <w:pPr>
        <w:numPr>
          <w:ilvl w:val="0"/>
          <w:numId w:val="108"/>
        </w:numPr>
        <w:tabs>
          <w:tab w:val="left" w:pos="900"/>
        </w:tabs>
        <w:spacing w:line="240" w:lineRule="auto"/>
        <w:jc w:val="both"/>
        <w:rPr>
          <w:szCs w:val="24"/>
        </w:rPr>
      </w:pPr>
      <w:r w:rsidRPr="00FD4A85">
        <w:rPr>
          <w:szCs w:val="24"/>
          <w:lang w:val="ru-RU"/>
        </w:rPr>
        <w:t>Вычислить объем раствора нитрата серебра с массовой долей 3,4% для осаждения хлорида из 200 см</w:t>
      </w:r>
      <w:r w:rsidRPr="00FD4A85">
        <w:rPr>
          <w:szCs w:val="24"/>
          <w:vertAlign w:val="superscript"/>
          <w:lang w:val="ru-RU"/>
        </w:rPr>
        <w:t>3</w:t>
      </w:r>
      <w:r w:rsidRPr="00FD4A85">
        <w:rPr>
          <w:szCs w:val="24"/>
          <w:lang w:val="ru-RU"/>
        </w:rPr>
        <w:t xml:space="preserve">раствора раствора </w:t>
      </w:r>
      <w:r w:rsidRPr="000833E9">
        <w:rPr>
          <w:szCs w:val="24"/>
        </w:rPr>
        <w:t>NaCl</w:t>
      </w:r>
      <w:r w:rsidRPr="00FD4A85">
        <w:rPr>
          <w:szCs w:val="24"/>
          <w:lang w:val="ru-RU"/>
        </w:rPr>
        <w:t xml:space="preserve"> с молярной концентрацией 0,0100 моль/см</w:t>
      </w:r>
      <w:r w:rsidRPr="00FD4A85">
        <w:rPr>
          <w:szCs w:val="24"/>
          <w:vertAlign w:val="superscript"/>
          <w:lang w:val="ru-RU"/>
        </w:rPr>
        <w:t>3</w:t>
      </w:r>
      <w:r w:rsidRPr="00FD4A85">
        <w:rPr>
          <w:szCs w:val="24"/>
          <w:lang w:val="ru-RU"/>
        </w:rPr>
        <w:t xml:space="preserve">. </w:t>
      </w:r>
      <w:r w:rsidRPr="000833E9">
        <w:rPr>
          <w:szCs w:val="24"/>
        </w:rPr>
        <w:t>Ответ: 10 см</w:t>
      </w:r>
      <w:r w:rsidRPr="000833E9">
        <w:rPr>
          <w:szCs w:val="24"/>
          <w:vertAlign w:val="superscript"/>
        </w:rPr>
        <w:t>3</w:t>
      </w:r>
      <w:r w:rsidRPr="000833E9">
        <w:rPr>
          <w:szCs w:val="24"/>
        </w:rPr>
        <w:t>.</w:t>
      </w:r>
    </w:p>
    <w:p w:rsidR="00FD4A85" w:rsidRPr="000833E9" w:rsidRDefault="00FD4A85" w:rsidP="00FD4A85">
      <w:pPr>
        <w:numPr>
          <w:ilvl w:val="0"/>
          <w:numId w:val="108"/>
        </w:numPr>
        <w:tabs>
          <w:tab w:val="left" w:pos="900"/>
        </w:tabs>
        <w:spacing w:line="240" w:lineRule="auto"/>
        <w:jc w:val="both"/>
        <w:rPr>
          <w:szCs w:val="24"/>
        </w:rPr>
      </w:pPr>
      <w:r w:rsidRPr="00FD4A85">
        <w:rPr>
          <w:szCs w:val="24"/>
          <w:lang w:val="ru-RU"/>
        </w:rPr>
        <w:t>Какой объем серной кислоты плотностью 1,1 г/см</w:t>
      </w:r>
      <w:r w:rsidRPr="00FD4A85">
        <w:rPr>
          <w:szCs w:val="24"/>
          <w:vertAlign w:val="superscript"/>
          <w:lang w:val="ru-RU"/>
        </w:rPr>
        <w:t xml:space="preserve">3 </w:t>
      </w:r>
      <w:r w:rsidRPr="00FD4A85">
        <w:rPr>
          <w:szCs w:val="24"/>
          <w:lang w:val="ru-RU"/>
        </w:rPr>
        <w:t xml:space="preserve">требуется для осаждения бария из раствора </w:t>
      </w:r>
      <w:smartTag w:uri="urn:schemas-microsoft-com:office:smarttags" w:element="metricconverter">
        <w:smartTagPr>
          <w:attr w:name="ProductID" w:val="0,4880 г"/>
        </w:smartTagPr>
        <w:r w:rsidRPr="00FD4A85">
          <w:rPr>
            <w:szCs w:val="24"/>
            <w:lang w:val="ru-RU"/>
          </w:rPr>
          <w:t>0,4880 г</w:t>
        </w:r>
      </w:smartTag>
      <w:r w:rsidRPr="00FD4A85">
        <w:rPr>
          <w:szCs w:val="24"/>
          <w:lang w:val="ru-RU"/>
        </w:rPr>
        <w:t xml:space="preserve"> </w:t>
      </w:r>
      <w:r w:rsidRPr="000833E9">
        <w:rPr>
          <w:szCs w:val="24"/>
        </w:rPr>
        <w:t>BaCl</w:t>
      </w:r>
      <w:r w:rsidRPr="00FD4A85">
        <w:rPr>
          <w:szCs w:val="24"/>
          <w:vertAlign w:val="subscript"/>
          <w:lang w:val="ru-RU"/>
        </w:rPr>
        <w:t xml:space="preserve">2 </w:t>
      </w:r>
      <w:r w:rsidRPr="00FD4A85">
        <w:rPr>
          <w:szCs w:val="24"/>
          <w:lang w:val="ru-RU"/>
        </w:rPr>
        <w:t>∙ 2</w:t>
      </w:r>
      <w:r w:rsidRPr="000833E9">
        <w:rPr>
          <w:szCs w:val="24"/>
        </w:rPr>
        <w:t>H</w:t>
      </w:r>
      <w:r w:rsidRPr="00FD4A85">
        <w:rPr>
          <w:szCs w:val="24"/>
          <w:vertAlign w:val="subscript"/>
          <w:lang w:val="ru-RU"/>
        </w:rPr>
        <w:t>2</w:t>
      </w:r>
      <w:r w:rsidRPr="000833E9">
        <w:rPr>
          <w:szCs w:val="24"/>
        </w:rPr>
        <w:t>O</w:t>
      </w:r>
      <w:r w:rsidRPr="00FD4A85">
        <w:rPr>
          <w:szCs w:val="24"/>
          <w:lang w:val="ru-RU"/>
        </w:rPr>
        <w:t xml:space="preserve">. </w:t>
      </w:r>
      <w:r w:rsidRPr="000833E9">
        <w:rPr>
          <w:szCs w:val="24"/>
        </w:rPr>
        <w:t>Ответ: 1,2 см</w:t>
      </w:r>
      <w:r w:rsidRPr="000833E9">
        <w:rPr>
          <w:szCs w:val="24"/>
          <w:vertAlign w:val="superscript"/>
        </w:rPr>
        <w:t>3</w:t>
      </w:r>
      <w:r w:rsidRPr="000833E9">
        <w:rPr>
          <w:szCs w:val="24"/>
        </w:rPr>
        <w:t xml:space="preserve">. </w:t>
      </w:r>
    </w:p>
    <w:p w:rsidR="00FD4A85" w:rsidRPr="000833E9" w:rsidRDefault="00FD4A85" w:rsidP="00FD4A85">
      <w:pPr>
        <w:numPr>
          <w:ilvl w:val="0"/>
          <w:numId w:val="108"/>
        </w:numPr>
        <w:spacing w:line="240" w:lineRule="auto"/>
        <w:jc w:val="both"/>
        <w:rPr>
          <w:szCs w:val="24"/>
        </w:rPr>
      </w:pPr>
      <w:r w:rsidRPr="00FD4A85">
        <w:rPr>
          <w:szCs w:val="24"/>
          <w:lang w:val="ru-RU"/>
        </w:rPr>
        <w:t xml:space="preserve">Сколько нужно раствора аммиака с массовой долей 4% для осаждения железа из навески </w:t>
      </w:r>
      <w:smartTag w:uri="urn:schemas-microsoft-com:office:smarttags" w:element="metricconverter">
        <w:smartTagPr>
          <w:attr w:name="ProductID" w:val="0,6076 г"/>
        </w:smartTagPr>
        <w:r w:rsidRPr="00FD4A85">
          <w:rPr>
            <w:szCs w:val="24"/>
            <w:lang w:val="ru-RU"/>
          </w:rPr>
          <w:t>0,6076 г</w:t>
        </w:r>
      </w:smartTag>
      <w:r w:rsidRPr="00FD4A85">
        <w:rPr>
          <w:szCs w:val="24"/>
          <w:lang w:val="ru-RU"/>
        </w:rPr>
        <w:t xml:space="preserve"> железоаммонийных квасцов (</w:t>
      </w:r>
      <w:r>
        <w:rPr>
          <w:szCs w:val="24"/>
        </w:rPr>
        <w:t>NH</w:t>
      </w:r>
      <w:r w:rsidRPr="00FD4A85">
        <w:rPr>
          <w:szCs w:val="24"/>
          <w:vertAlign w:val="subscript"/>
          <w:lang w:val="ru-RU"/>
        </w:rPr>
        <w:t>4</w:t>
      </w:r>
      <w:r w:rsidRPr="00FD4A85">
        <w:rPr>
          <w:szCs w:val="24"/>
          <w:lang w:val="ru-RU"/>
        </w:rPr>
        <w:t>)</w:t>
      </w:r>
      <w:r w:rsidRPr="00FD4A85">
        <w:rPr>
          <w:szCs w:val="24"/>
          <w:vertAlign w:val="subscript"/>
          <w:lang w:val="ru-RU"/>
        </w:rPr>
        <w:t>2</w:t>
      </w:r>
      <w:r>
        <w:rPr>
          <w:szCs w:val="24"/>
        </w:rPr>
        <w:t>SO</w:t>
      </w:r>
      <w:r w:rsidRPr="00FD4A85">
        <w:rPr>
          <w:szCs w:val="24"/>
          <w:vertAlign w:val="subscript"/>
          <w:lang w:val="ru-RU"/>
        </w:rPr>
        <w:t>4</w:t>
      </w:r>
      <w:r w:rsidRPr="00FD4A85">
        <w:rPr>
          <w:szCs w:val="24"/>
          <w:lang w:val="ru-RU"/>
        </w:rPr>
        <w:t>∙</w:t>
      </w:r>
      <w:r>
        <w:rPr>
          <w:szCs w:val="24"/>
        </w:rPr>
        <w:t>FeSO</w:t>
      </w:r>
      <w:r w:rsidRPr="00FD4A85">
        <w:rPr>
          <w:szCs w:val="24"/>
          <w:vertAlign w:val="subscript"/>
          <w:lang w:val="ru-RU"/>
        </w:rPr>
        <w:t>4</w:t>
      </w:r>
      <w:r w:rsidRPr="00FD4A85">
        <w:rPr>
          <w:szCs w:val="24"/>
          <w:lang w:val="ru-RU"/>
        </w:rPr>
        <w:t>∙6</w:t>
      </w:r>
      <w:r>
        <w:rPr>
          <w:szCs w:val="24"/>
        </w:rPr>
        <w:t>H</w:t>
      </w:r>
      <w:r w:rsidRPr="00FD4A85">
        <w:rPr>
          <w:szCs w:val="24"/>
          <w:vertAlign w:val="subscript"/>
          <w:lang w:val="ru-RU"/>
        </w:rPr>
        <w:t>2</w:t>
      </w:r>
      <w:r>
        <w:rPr>
          <w:szCs w:val="24"/>
        </w:rPr>
        <w:t>O</w:t>
      </w:r>
      <w:r w:rsidRPr="00FD4A85">
        <w:rPr>
          <w:szCs w:val="24"/>
          <w:lang w:val="ru-RU"/>
        </w:rPr>
        <w:t xml:space="preserve">? </w:t>
      </w:r>
      <w:r>
        <w:rPr>
          <w:szCs w:val="24"/>
        </w:rPr>
        <w:t xml:space="preserve">Ответ: 1,600 </w:t>
      </w:r>
      <w:r w:rsidRPr="000833E9">
        <w:rPr>
          <w:szCs w:val="24"/>
        </w:rPr>
        <w:t>см</w:t>
      </w:r>
      <w:r w:rsidRPr="000833E9">
        <w:rPr>
          <w:szCs w:val="24"/>
          <w:vertAlign w:val="superscript"/>
        </w:rPr>
        <w:t>3</w:t>
      </w:r>
      <w:r w:rsidRPr="000833E9">
        <w:rPr>
          <w:szCs w:val="24"/>
        </w:rPr>
        <w:t>.</w:t>
      </w:r>
    </w:p>
    <w:p w:rsidR="00FD4A85" w:rsidRPr="000833E9" w:rsidRDefault="00FD4A85" w:rsidP="00FD4A85">
      <w:pPr>
        <w:numPr>
          <w:ilvl w:val="0"/>
          <w:numId w:val="108"/>
        </w:numPr>
        <w:spacing w:line="240" w:lineRule="auto"/>
        <w:jc w:val="both"/>
        <w:rPr>
          <w:szCs w:val="24"/>
        </w:rPr>
      </w:pPr>
      <w:r w:rsidRPr="00FD4A85">
        <w:rPr>
          <w:szCs w:val="24"/>
          <w:lang w:val="ru-RU"/>
        </w:rPr>
        <w:t>Вычислить объем раствора оксалата аммония с массовой долей 2,5% для осаждения кальция из 200 см</w:t>
      </w:r>
      <w:r w:rsidRPr="00FD4A85">
        <w:rPr>
          <w:szCs w:val="24"/>
          <w:vertAlign w:val="superscript"/>
          <w:lang w:val="ru-RU"/>
        </w:rPr>
        <w:t>3</w:t>
      </w:r>
      <w:r w:rsidRPr="00FD4A85">
        <w:rPr>
          <w:szCs w:val="24"/>
          <w:lang w:val="ru-RU"/>
        </w:rPr>
        <w:t xml:space="preserve"> раствора с молярной концентрацией </w:t>
      </w:r>
      <w:r w:rsidRPr="000833E9">
        <w:rPr>
          <w:szCs w:val="24"/>
        </w:rPr>
        <w:t>CaCl</w:t>
      </w:r>
      <w:r w:rsidRPr="00FD4A85">
        <w:rPr>
          <w:szCs w:val="24"/>
          <w:vertAlign w:val="subscript"/>
          <w:lang w:val="ru-RU"/>
        </w:rPr>
        <w:t xml:space="preserve">2  </w:t>
      </w:r>
      <w:r w:rsidRPr="00FD4A85">
        <w:rPr>
          <w:szCs w:val="24"/>
          <w:lang w:val="ru-RU"/>
        </w:rPr>
        <w:t>0,05 моль/дм</w:t>
      </w:r>
      <w:r w:rsidRPr="00FD4A85">
        <w:rPr>
          <w:szCs w:val="24"/>
          <w:vertAlign w:val="superscript"/>
          <w:lang w:val="ru-RU"/>
        </w:rPr>
        <w:t>3</w:t>
      </w:r>
      <w:r w:rsidRPr="00FD4A85">
        <w:rPr>
          <w:szCs w:val="24"/>
          <w:lang w:val="ru-RU"/>
        </w:rPr>
        <w:t xml:space="preserve">, чтобы при осаждении был создан избыток осадителя в 20%. </w:t>
      </w:r>
      <w:r w:rsidRPr="000833E9">
        <w:rPr>
          <w:szCs w:val="24"/>
        </w:rPr>
        <w:t>Ответ: 60, 15см</w:t>
      </w:r>
      <w:r w:rsidRPr="000833E9">
        <w:rPr>
          <w:szCs w:val="24"/>
          <w:vertAlign w:val="superscript"/>
        </w:rPr>
        <w:t>3</w:t>
      </w:r>
      <w:r w:rsidRPr="000833E9">
        <w:rPr>
          <w:szCs w:val="24"/>
        </w:rPr>
        <w:t xml:space="preserve">. </w:t>
      </w:r>
    </w:p>
    <w:p w:rsidR="00FD4A85" w:rsidRPr="000833E9" w:rsidRDefault="00FD4A85" w:rsidP="00FD4A85">
      <w:pPr>
        <w:numPr>
          <w:ilvl w:val="0"/>
          <w:numId w:val="108"/>
        </w:numPr>
        <w:spacing w:line="240" w:lineRule="auto"/>
        <w:jc w:val="both"/>
        <w:rPr>
          <w:szCs w:val="24"/>
        </w:rPr>
      </w:pPr>
      <w:r w:rsidRPr="00FD4A85">
        <w:rPr>
          <w:szCs w:val="24"/>
          <w:lang w:val="ru-RU"/>
        </w:rPr>
        <w:t>Вычислить объем раствора нитрата серебра с массовой долей 2% для осаждения брома из 100 см</w:t>
      </w:r>
      <w:r w:rsidRPr="00FD4A85">
        <w:rPr>
          <w:szCs w:val="24"/>
          <w:vertAlign w:val="superscript"/>
          <w:lang w:val="ru-RU"/>
        </w:rPr>
        <w:t>3</w:t>
      </w:r>
      <w:r w:rsidRPr="00FD4A85">
        <w:rPr>
          <w:szCs w:val="24"/>
          <w:lang w:val="ru-RU"/>
        </w:rPr>
        <w:t xml:space="preserve"> 0,01 моль/дм</w:t>
      </w:r>
      <w:r w:rsidRPr="00FD4A85">
        <w:rPr>
          <w:szCs w:val="24"/>
          <w:vertAlign w:val="superscript"/>
          <w:lang w:val="ru-RU"/>
        </w:rPr>
        <w:t>3</w:t>
      </w:r>
      <w:r w:rsidRPr="00FD4A85">
        <w:rPr>
          <w:szCs w:val="24"/>
          <w:lang w:val="ru-RU"/>
        </w:rPr>
        <w:t xml:space="preserve"> КВ</w:t>
      </w:r>
      <w:r w:rsidRPr="000833E9">
        <w:rPr>
          <w:szCs w:val="24"/>
        </w:rPr>
        <w:t>r</w:t>
      </w:r>
      <w:r w:rsidRPr="00FD4A85">
        <w:rPr>
          <w:szCs w:val="24"/>
          <w:lang w:val="ru-RU"/>
        </w:rPr>
        <w:t xml:space="preserve">. </w:t>
      </w:r>
      <w:r w:rsidRPr="000833E9">
        <w:rPr>
          <w:szCs w:val="24"/>
        </w:rPr>
        <w:t>Ответ: 8,5 см</w:t>
      </w:r>
      <w:r w:rsidRPr="000833E9">
        <w:rPr>
          <w:szCs w:val="24"/>
          <w:vertAlign w:val="superscript"/>
        </w:rPr>
        <w:t>3</w:t>
      </w:r>
      <w:r w:rsidRPr="000833E9">
        <w:rPr>
          <w:szCs w:val="24"/>
        </w:rPr>
        <w:t>.</w:t>
      </w:r>
    </w:p>
    <w:p w:rsidR="00FD4A85" w:rsidRPr="00FD4A85" w:rsidRDefault="00FD4A85" w:rsidP="00FD4A85">
      <w:pPr>
        <w:pStyle w:val="ae"/>
        <w:numPr>
          <w:ilvl w:val="0"/>
          <w:numId w:val="108"/>
        </w:numPr>
        <w:overflowPunct w:val="0"/>
        <w:autoSpaceDE w:val="0"/>
        <w:autoSpaceDN w:val="0"/>
        <w:adjustRightInd w:val="0"/>
        <w:spacing w:line="240" w:lineRule="auto"/>
        <w:ind w:left="714" w:hanging="357"/>
        <w:jc w:val="both"/>
        <w:textAlignment w:val="baseline"/>
        <w:rPr>
          <w:szCs w:val="24"/>
          <w:lang w:val="ru-RU"/>
        </w:rPr>
      </w:pPr>
      <w:r w:rsidRPr="00FD4A85">
        <w:rPr>
          <w:szCs w:val="24"/>
          <w:lang w:val="ru-RU"/>
        </w:rPr>
        <w:t xml:space="preserve">Какой объем раствора карбоната натрия (массовая доля 17,7% </w:t>
      </w:r>
      <w:r w:rsidRPr="00276F36">
        <w:rPr>
          <w:szCs w:val="24"/>
        </w:rPr>
        <w:t>ρ</w:t>
      </w:r>
      <w:r w:rsidRPr="00FD4A85">
        <w:rPr>
          <w:szCs w:val="24"/>
          <w:lang w:val="ru-RU"/>
        </w:rPr>
        <w:t>=1,19г/см</w:t>
      </w:r>
      <w:r w:rsidRPr="00FD4A85">
        <w:rPr>
          <w:szCs w:val="24"/>
          <w:vertAlign w:val="superscript"/>
          <w:lang w:val="ru-RU"/>
        </w:rPr>
        <w:t>3</w:t>
      </w:r>
      <w:r w:rsidRPr="00FD4A85">
        <w:rPr>
          <w:szCs w:val="24"/>
          <w:lang w:val="ru-RU"/>
        </w:rPr>
        <w:t xml:space="preserve">) требуется для осаждения </w:t>
      </w:r>
      <w:smartTag w:uri="urn:schemas-microsoft-com:office:smarttags" w:element="metricconverter">
        <w:smartTagPr>
          <w:attr w:name="ProductID" w:val="0,2 г"/>
        </w:smartTagPr>
        <w:r w:rsidRPr="00FD4A85">
          <w:rPr>
            <w:szCs w:val="24"/>
            <w:lang w:val="ru-RU"/>
          </w:rPr>
          <w:t>0,2 г</w:t>
        </w:r>
      </w:smartTag>
      <w:r w:rsidRPr="00FD4A85">
        <w:rPr>
          <w:szCs w:val="24"/>
          <w:lang w:val="ru-RU"/>
        </w:rPr>
        <w:t>. кальция при полуторакратном избытке осадителя?</w:t>
      </w:r>
    </w:p>
    <w:p w:rsidR="00FD4A85" w:rsidRPr="00276F36" w:rsidRDefault="00FD4A85" w:rsidP="00FD4A85">
      <w:pPr>
        <w:numPr>
          <w:ilvl w:val="0"/>
          <w:numId w:val="108"/>
        </w:numPr>
        <w:spacing w:line="240" w:lineRule="auto"/>
        <w:jc w:val="both"/>
        <w:rPr>
          <w:szCs w:val="24"/>
        </w:rPr>
      </w:pPr>
      <w:r w:rsidRPr="00FD4A85">
        <w:rPr>
          <w:szCs w:val="24"/>
          <w:lang w:val="ru-RU"/>
        </w:rPr>
        <w:t xml:space="preserve">Вычислить молярную концентрацию эквивалента раствора </w:t>
      </w:r>
      <w:r w:rsidRPr="00276F36">
        <w:rPr>
          <w:szCs w:val="24"/>
        </w:rPr>
        <w:t>HCl</w:t>
      </w:r>
      <w:r w:rsidRPr="00FD4A85">
        <w:rPr>
          <w:szCs w:val="24"/>
          <w:lang w:val="ru-RU"/>
        </w:rPr>
        <w:t>, если на титрование 20,00 см</w:t>
      </w:r>
      <w:r w:rsidRPr="00FD4A85">
        <w:rPr>
          <w:szCs w:val="24"/>
          <w:vertAlign w:val="superscript"/>
          <w:lang w:val="ru-RU"/>
        </w:rPr>
        <w:t>3</w:t>
      </w:r>
      <w:r w:rsidRPr="00FD4A85">
        <w:rPr>
          <w:szCs w:val="24"/>
          <w:lang w:val="ru-RU"/>
        </w:rPr>
        <w:t xml:space="preserve"> его израсходовано 19,20 см</w:t>
      </w:r>
      <w:r w:rsidRPr="00FD4A85">
        <w:rPr>
          <w:szCs w:val="24"/>
          <w:vertAlign w:val="superscript"/>
          <w:lang w:val="ru-RU"/>
        </w:rPr>
        <w:t>3</w:t>
      </w:r>
      <w:r w:rsidRPr="00FD4A85">
        <w:rPr>
          <w:szCs w:val="24"/>
          <w:lang w:val="ru-RU"/>
        </w:rPr>
        <w:t xml:space="preserve"> </w:t>
      </w:r>
      <w:r w:rsidRPr="00276F36">
        <w:rPr>
          <w:szCs w:val="24"/>
        </w:rPr>
        <w:t>NaOH</w:t>
      </w:r>
      <w:r w:rsidRPr="00FD4A85">
        <w:rPr>
          <w:szCs w:val="24"/>
          <w:lang w:val="ru-RU"/>
        </w:rPr>
        <w:t xml:space="preserve"> концентрацией 0,1000 моль/дм</w:t>
      </w:r>
      <w:r w:rsidRPr="00FD4A85">
        <w:rPr>
          <w:szCs w:val="24"/>
          <w:vertAlign w:val="superscript"/>
          <w:lang w:val="ru-RU"/>
        </w:rPr>
        <w:t>3</w:t>
      </w:r>
      <w:r w:rsidRPr="00FD4A85">
        <w:rPr>
          <w:szCs w:val="24"/>
          <w:lang w:val="ru-RU"/>
        </w:rPr>
        <w:t xml:space="preserve">. </w:t>
      </w:r>
      <w:r w:rsidRPr="00276F36">
        <w:rPr>
          <w:szCs w:val="24"/>
        </w:rPr>
        <w:t xml:space="preserve">Ответ: 0,0960 </w:t>
      </w:r>
      <w:r>
        <w:rPr>
          <w:szCs w:val="24"/>
        </w:rPr>
        <w:t>моль/дм</w:t>
      </w:r>
      <w:r w:rsidRPr="00276F36">
        <w:rPr>
          <w:szCs w:val="24"/>
          <w:vertAlign w:val="superscript"/>
        </w:rPr>
        <w:t>3</w:t>
      </w:r>
      <w:r w:rsidRPr="00276F36">
        <w:rPr>
          <w:szCs w:val="24"/>
        </w:rPr>
        <w:t>.</w:t>
      </w:r>
    </w:p>
    <w:p w:rsidR="00FD4A85" w:rsidRPr="00A6580D" w:rsidRDefault="00FD4A85" w:rsidP="00FD4A85">
      <w:pPr>
        <w:numPr>
          <w:ilvl w:val="0"/>
          <w:numId w:val="108"/>
        </w:numPr>
        <w:spacing w:line="240" w:lineRule="auto"/>
        <w:jc w:val="both"/>
        <w:rPr>
          <w:szCs w:val="24"/>
        </w:rPr>
      </w:pPr>
      <w:r w:rsidRPr="00FD4A85">
        <w:rPr>
          <w:szCs w:val="24"/>
          <w:lang w:val="ru-RU"/>
        </w:rPr>
        <w:t xml:space="preserve">Сколько миллилитров </w:t>
      </w:r>
      <w:r w:rsidRPr="00A6580D">
        <w:rPr>
          <w:szCs w:val="24"/>
        </w:rPr>
        <w:t>H</w:t>
      </w:r>
      <w:r w:rsidRPr="00FD4A85">
        <w:rPr>
          <w:szCs w:val="24"/>
          <w:vertAlign w:val="subscript"/>
          <w:lang w:val="ru-RU"/>
        </w:rPr>
        <w:t>2</w:t>
      </w:r>
      <w:r w:rsidRPr="00A6580D">
        <w:rPr>
          <w:szCs w:val="24"/>
        </w:rPr>
        <w:t>SO</w:t>
      </w:r>
      <w:r w:rsidRPr="00FD4A85">
        <w:rPr>
          <w:szCs w:val="24"/>
          <w:vertAlign w:val="subscript"/>
          <w:lang w:val="ru-RU"/>
        </w:rPr>
        <w:t xml:space="preserve">4 </w:t>
      </w:r>
      <w:r w:rsidRPr="00FD4A85">
        <w:rPr>
          <w:szCs w:val="24"/>
          <w:lang w:val="ru-RU"/>
        </w:rPr>
        <w:t xml:space="preserve"> (</w:t>
      </w:r>
      <w:r w:rsidRPr="00A6580D">
        <w:rPr>
          <w:szCs w:val="24"/>
        </w:rPr>
        <w:t>f</w:t>
      </w:r>
      <w:r w:rsidRPr="00FD4A85">
        <w:rPr>
          <w:szCs w:val="24"/>
          <w:vertAlign w:val="subscript"/>
          <w:lang w:val="ru-RU"/>
        </w:rPr>
        <w:t xml:space="preserve">экв </w:t>
      </w:r>
      <w:r w:rsidRPr="00FD4A85">
        <w:rPr>
          <w:szCs w:val="24"/>
          <w:lang w:val="ru-RU"/>
        </w:rPr>
        <w:t>=1/2) плотностью 1,835 г/см</w:t>
      </w:r>
      <w:r w:rsidRPr="00A6580D">
        <w:rPr>
          <w:position w:val="-4"/>
          <w:szCs w:val="24"/>
        </w:rPr>
        <w:object w:dxaOrig="14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.75pt;height:15pt" o:ole="">
            <v:imagedata r:id="rId6" o:title=""/>
          </v:shape>
          <o:OLEObject Type="Embed" ProgID="Equation.3" ShapeID="_x0000_i1025" DrawAspect="Content" ObjectID="_1842695720" r:id="rId7"/>
        </w:object>
      </w:r>
      <w:r w:rsidRPr="00FD4A85">
        <w:rPr>
          <w:szCs w:val="24"/>
          <w:lang w:val="ru-RU"/>
        </w:rPr>
        <w:t xml:space="preserve"> требуется для приготовления 2,5 дм</w:t>
      </w:r>
      <w:r w:rsidRPr="00FD4A85">
        <w:rPr>
          <w:szCs w:val="24"/>
          <w:vertAlign w:val="superscript"/>
          <w:lang w:val="ru-RU"/>
        </w:rPr>
        <w:t>3</w:t>
      </w:r>
      <w:r w:rsidRPr="00FD4A85">
        <w:rPr>
          <w:szCs w:val="24"/>
          <w:lang w:val="ru-RU"/>
        </w:rPr>
        <w:t xml:space="preserve"> раствора молярной концентрацией эквивалента 0,2000 моль/дм</w:t>
      </w:r>
      <w:r w:rsidRPr="00FD4A85">
        <w:rPr>
          <w:szCs w:val="24"/>
          <w:vertAlign w:val="superscript"/>
          <w:lang w:val="ru-RU"/>
        </w:rPr>
        <w:t>3</w:t>
      </w:r>
      <w:r w:rsidRPr="00FD4A85">
        <w:rPr>
          <w:szCs w:val="24"/>
          <w:lang w:val="ru-RU"/>
        </w:rPr>
        <w:t xml:space="preserve">? </w:t>
      </w:r>
      <w:r w:rsidRPr="00A6580D">
        <w:rPr>
          <w:szCs w:val="24"/>
        </w:rPr>
        <w:t>Ответ:</w:t>
      </w:r>
      <w:r>
        <w:rPr>
          <w:szCs w:val="24"/>
        </w:rPr>
        <w:t xml:space="preserve"> </w:t>
      </w:r>
      <w:r w:rsidRPr="00A6580D">
        <w:rPr>
          <w:szCs w:val="24"/>
        </w:rPr>
        <w:t xml:space="preserve">27,9 </w:t>
      </w:r>
      <w:r>
        <w:rPr>
          <w:szCs w:val="24"/>
        </w:rPr>
        <w:t>см</w:t>
      </w:r>
      <w:r w:rsidRPr="00A6580D">
        <w:rPr>
          <w:szCs w:val="24"/>
          <w:vertAlign w:val="superscript"/>
        </w:rPr>
        <w:t>3</w:t>
      </w:r>
      <w:r w:rsidRPr="00A6580D">
        <w:rPr>
          <w:szCs w:val="24"/>
        </w:rPr>
        <w:t>.</w:t>
      </w:r>
    </w:p>
    <w:p w:rsidR="00FD4A85" w:rsidRPr="00FD4A85" w:rsidRDefault="00FD4A85" w:rsidP="00FD4A85">
      <w:pPr>
        <w:numPr>
          <w:ilvl w:val="0"/>
          <w:numId w:val="108"/>
        </w:numPr>
        <w:spacing w:line="240" w:lineRule="auto"/>
        <w:jc w:val="both"/>
        <w:rPr>
          <w:szCs w:val="24"/>
          <w:lang w:val="ru-RU"/>
        </w:rPr>
      </w:pPr>
      <w:r w:rsidRPr="00FD4A85">
        <w:rPr>
          <w:szCs w:val="24"/>
          <w:lang w:val="ru-RU"/>
        </w:rPr>
        <w:lastRenderedPageBreak/>
        <w:t>Для приготовления 500,00 см</w:t>
      </w:r>
      <w:r w:rsidRPr="00FD4A85">
        <w:rPr>
          <w:szCs w:val="24"/>
          <w:vertAlign w:val="superscript"/>
          <w:lang w:val="ru-RU"/>
        </w:rPr>
        <w:t>3</w:t>
      </w:r>
      <w:r w:rsidRPr="00FD4A85">
        <w:rPr>
          <w:szCs w:val="24"/>
          <w:lang w:val="ru-RU"/>
        </w:rPr>
        <w:t xml:space="preserve"> раствора было взято 20,00 см</w:t>
      </w:r>
      <w:r w:rsidRPr="00FD4A85">
        <w:rPr>
          <w:szCs w:val="24"/>
          <w:vertAlign w:val="superscript"/>
          <w:lang w:val="ru-RU"/>
        </w:rPr>
        <w:t>3</w:t>
      </w:r>
      <w:r w:rsidRPr="00FD4A85">
        <w:rPr>
          <w:szCs w:val="24"/>
          <w:lang w:val="ru-RU"/>
        </w:rPr>
        <w:t xml:space="preserve"> </w:t>
      </w:r>
      <w:r w:rsidRPr="00A6580D">
        <w:rPr>
          <w:szCs w:val="24"/>
        </w:rPr>
        <w:t>HCl</w:t>
      </w:r>
      <w:r w:rsidRPr="00FD4A85">
        <w:rPr>
          <w:szCs w:val="24"/>
          <w:lang w:val="ru-RU"/>
        </w:rPr>
        <w:t xml:space="preserve"> плотностью 1,19 г/см</w:t>
      </w:r>
      <w:r w:rsidRPr="00A6580D">
        <w:rPr>
          <w:position w:val="-4"/>
          <w:szCs w:val="24"/>
        </w:rPr>
        <w:object w:dxaOrig="140" w:dyaOrig="300">
          <v:shape id="_x0000_i1026" type="#_x0000_t75" style="width:7.5pt;height:14.25pt" o:ole="">
            <v:imagedata r:id="rId6" o:title=""/>
          </v:shape>
          <o:OLEObject Type="Embed" ProgID="Equation.3" ShapeID="_x0000_i1026" DrawAspect="Content" ObjectID="_1842695721" r:id="rId8"/>
        </w:object>
      </w:r>
      <w:r w:rsidRPr="00FD4A85">
        <w:rPr>
          <w:szCs w:val="24"/>
          <w:lang w:val="ru-RU"/>
        </w:rPr>
        <w:t>. Вычислить молярную концентрацию эквивалента полученного раствора? Ответ: 0,5000 моль/дм</w:t>
      </w:r>
      <w:r w:rsidRPr="00FD4A85">
        <w:rPr>
          <w:szCs w:val="24"/>
          <w:vertAlign w:val="superscript"/>
          <w:lang w:val="ru-RU"/>
        </w:rPr>
        <w:t>3</w:t>
      </w:r>
      <w:r w:rsidRPr="00FD4A85">
        <w:rPr>
          <w:szCs w:val="24"/>
          <w:lang w:val="ru-RU"/>
        </w:rPr>
        <w:t>.</w:t>
      </w:r>
    </w:p>
    <w:p w:rsidR="00FD4A85" w:rsidRPr="00A6580D" w:rsidRDefault="00FD4A85" w:rsidP="00FD4A85">
      <w:pPr>
        <w:pStyle w:val="ae"/>
        <w:numPr>
          <w:ilvl w:val="0"/>
          <w:numId w:val="108"/>
        </w:num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Cs w:val="24"/>
        </w:rPr>
      </w:pPr>
      <w:r w:rsidRPr="00FD4A85">
        <w:rPr>
          <w:szCs w:val="24"/>
          <w:lang w:val="ru-RU"/>
        </w:rPr>
        <w:t xml:space="preserve">Вычислить молярную концентрацию эквивалента раствора </w:t>
      </w:r>
      <w:r w:rsidRPr="00A6580D">
        <w:rPr>
          <w:szCs w:val="24"/>
        </w:rPr>
        <w:t>HCl</w:t>
      </w:r>
      <w:r w:rsidRPr="00FD4A85">
        <w:rPr>
          <w:szCs w:val="24"/>
          <w:lang w:val="ru-RU"/>
        </w:rPr>
        <w:t xml:space="preserve">, если на титрование </w:t>
      </w:r>
      <w:smartTag w:uri="urn:schemas-microsoft-com:office:smarttags" w:element="metricconverter">
        <w:smartTagPr>
          <w:attr w:name="ProductID" w:val="0,4217 г"/>
        </w:smartTagPr>
        <w:r w:rsidRPr="00FD4A85">
          <w:rPr>
            <w:szCs w:val="24"/>
            <w:lang w:val="ru-RU"/>
          </w:rPr>
          <w:t>0,4217 г</w:t>
        </w:r>
      </w:smartTag>
      <w:r w:rsidRPr="00FD4A85">
        <w:rPr>
          <w:szCs w:val="24"/>
          <w:lang w:val="ru-RU"/>
        </w:rPr>
        <w:t xml:space="preserve"> буры (</w:t>
      </w:r>
      <w:r w:rsidRPr="00A6580D">
        <w:rPr>
          <w:szCs w:val="24"/>
        </w:rPr>
        <w:t>Na</w:t>
      </w:r>
      <w:r w:rsidRPr="00FD4A85">
        <w:rPr>
          <w:szCs w:val="24"/>
          <w:vertAlign w:val="subscript"/>
          <w:lang w:val="ru-RU"/>
        </w:rPr>
        <w:t>2</w:t>
      </w:r>
      <w:r w:rsidRPr="00A6580D">
        <w:rPr>
          <w:szCs w:val="24"/>
        </w:rPr>
        <w:t>B</w:t>
      </w:r>
      <w:r w:rsidRPr="00FD4A85">
        <w:rPr>
          <w:szCs w:val="24"/>
          <w:vertAlign w:val="subscript"/>
          <w:lang w:val="ru-RU"/>
        </w:rPr>
        <w:t>4</w:t>
      </w:r>
      <w:r w:rsidRPr="00A6580D">
        <w:rPr>
          <w:szCs w:val="24"/>
        </w:rPr>
        <w:t>O</w:t>
      </w:r>
      <w:r w:rsidRPr="00FD4A85">
        <w:rPr>
          <w:szCs w:val="24"/>
          <w:vertAlign w:val="subscript"/>
          <w:lang w:val="ru-RU"/>
        </w:rPr>
        <w:t>7</w:t>
      </w:r>
      <w:r w:rsidRPr="00FD4A85">
        <w:rPr>
          <w:szCs w:val="24"/>
          <w:lang w:val="ru-RU"/>
        </w:rPr>
        <w:t>∙10</w:t>
      </w:r>
      <w:r w:rsidRPr="00A6580D">
        <w:rPr>
          <w:szCs w:val="24"/>
        </w:rPr>
        <w:t>H</w:t>
      </w:r>
      <w:r w:rsidRPr="00FD4A85">
        <w:rPr>
          <w:szCs w:val="24"/>
          <w:vertAlign w:val="subscript"/>
          <w:lang w:val="ru-RU"/>
        </w:rPr>
        <w:t>2</w:t>
      </w:r>
      <w:r w:rsidRPr="00A6580D">
        <w:rPr>
          <w:szCs w:val="24"/>
        </w:rPr>
        <w:t>O</w:t>
      </w:r>
      <w:r w:rsidRPr="00FD4A85">
        <w:rPr>
          <w:szCs w:val="24"/>
          <w:lang w:val="ru-RU"/>
        </w:rPr>
        <w:t>) израсходовано 17,50 см</w:t>
      </w:r>
      <w:r w:rsidRPr="00FD4A85">
        <w:rPr>
          <w:szCs w:val="24"/>
          <w:vertAlign w:val="superscript"/>
          <w:lang w:val="ru-RU"/>
        </w:rPr>
        <w:t>3</w:t>
      </w:r>
      <w:r w:rsidRPr="00FD4A85">
        <w:rPr>
          <w:szCs w:val="24"/>
          <w:lang w:val="ru-RU"/>
        </w:rPr>
        <w:t xml:space="preserve"> этой кислоты? </w:t>
      </w:r>
      <w:r>
        <w:rPr>
          <w:szCs w:val="24"/>
        </w:rPr>
        <w:t>Ответ: 0,1263 моль/дм</w:t>
      </w:r>
      <w:r w:rsidRPr="00A6580D">
        <w:rPr>
          <w:szCs w:val="24"/>
          <w:vertAlign w:val="superscript"/>
        </w:rPr>
        <w:t>3</w:t>
      </w:r>
      <w:r>
        <w:rPr>
          <w:szCs w:val="24"/>
        </w:rPr>
        <w:t>.</w:t>
      </w:r>
    </w:p>
    <w:p w:rsidR="00FD4A85" w:rsidRDefault="00FD4A85" w:rsidP="00FD4A85">
      <w:pPr>
        <w:numPr>
          <w:ilvl w:val="0"/>
          <w:numId w:val="108"/>
        </w:numPr>
        <w:spacing w:line="240" w:lineRule="auto"/>
        <w:jc w:val="both"/>
        <w:rPr>
          <w:szCs w:val="24"/>
        </w:rPr>
      </w:pPr>
      <w:r w:rsidRPr="00FD4A85">
        <w:rPr>
          <w:szCs w:val="24"/>
          <w:lang w:val="ru-RU"/>
        </w:rPr>
        <w:t xml:space="preserve">Навеску </w:t>
      </w:r>
      <w:smartTag w:uri="urn:schemas-microsoft-com:office:smarttags" w:element="metricconverter">
        <w:smartTagPr>
          <w:attr w:name="ProductID" w:val="0,6000 г"/>
        </w:smartTagPr>
        <w:r w:rsidRPr="00FD4A85">
          <w:rPr>
            <w:szCs w:val="24"/>
            <w:lang w:val="ru-RU"/>
          </w:rPr>
          <w:t>0,6000 г</w:t>
        </w:r>
      </w:smartTag>
      <w:r w:rsidRPr="00FD4A85">
        <w:rPr>
          <w:szCs w:val="24"/>
          <w:lang w:val="ru-RU"/>
        </w:rPr>
        <w:t xml:space="preserve"> Н</w:t>
      </w:r>
      <w:r w:rsidRPr="00FD4A85">
        <w:rPr>
          <w:szCs w:val="24"/>
          <w:vertAlign w:val="subscript"/>
          <w:lang w:val="ru-RU"/>
        </w:rPr>
        <w:t>2</w:t>
      </w:r>
      <w:r w:rsidRPr="00FD4A85">
        <w:rPr>
          <w:szCs w:val="24"/>
          <w:lang w:val="ru-RU"/>
        </w:rPr>
        <w:t>С</w:t>
      </w:r>
      <w:r w:rsidRPr="00FD4A85">
        <w:rPr>
          <w:szCs w:val="24"/>
          <w:vertAlign w:val="subscript"/>
          <w:lang w:val="ru-RU"/>
        </w:rPr>
        <w:t>2</w:t>
      </w:r>
      <w:r w:rsidRPr="00FD4A85">
        <w:rPr>
          <w:szCs w:val="24"/>
          <w:lang w:val="ru-RU"/>
        </w:rPr>
        <w:t>О</w:t>
      </w:r>
      <w:r w:rsidRPr="00FD4A85">
        <w:rPr>
          <w:szCs w:val="24"/>
          <w:vertAlign w:val="subscript"/>
          <w:lang w:val="ru-RU"/>
        </w:rPr>
        <w:t>4</w:t>
      </w:r>
      <w:r w:rsidRPr="00FD4A85">
        <w:rPr>
          <w:szCs w:val="24"/>
          <w:lang w:val="ru-RU"/>
        </w:rPr>
        <w:t>·2Н</w:t>
      </w:r>
      <w:r w:rsidRPr="00FD4A85">
        <w:rPr>
          <w:szCs w:val="24"/>
          <w:vertAlign w:val="subscript"/>
          <w:lang w:val="ru-RU"/>
        </w:rPr>
        <w:t>2</w:t>
      </w:r>
      <w:r w:rsidRPr="00FD4A85">
        <w:rPr>
          <w:szCs w:val="24"/>
          <w:lang w:val="ru-RU"/>
        </w:rPr>
        <w:t>О растворили в мерной колбе емкостью 100 см</w:t>
      </w:r>
      <w:r w:rsidRPr="00FD4A85">
        <w:rPr>
          <w:szCs w:val="24"/>
          <w:vertAlign w:val="superscript"/>
          <w:lang w:val="ru-RU"/>
        </w:rPr>
        <w:t>3</w:t>
      </w:r>
      <w:r w:rsidRPr="00FD4A85">
        <w:rPr>
          <w:szCs w:val="24"/>
          <w:lang w:val="ru-RU"/>
        </w:rPr>
        <w:t xml:space="preserve"> на титрование 20,00 см</w:t>
      </w:r>
      <w:r w:rsidRPr="00FD4A85">
        <w:rPr>
          <w:szCs w:val="24"/>
          <w:vertAlign w:val="superscript"/>
          <w:lang w:val="ru-RU"/>
        </w:rPr>
        <w:t>3</w:t>
      </w:r>
      <w:r w:rsidRPr="00FD4A85">
        <w:rPr>
          <w:szCs w:val="24"/>
          <w:lang w:val="ru-RU"/>
        </w:rPr>
        <w:t xml:space="preserve"> полученного раствора израсходовано 18,34 см</w:t>
      </w:r>
      <w:r w:rsidRPr="00FD4A85">
        <w:rPr>
          <w:szCs w:val="24"/>
          <w:vertAlign w:val="superscript"/>
          <w:lang w:val="ru-RU"/>
        </w:rPr>
        <w:t>3</w:t>
      </w:r>
      <w:r w:rsidRPr="00FD4A85">
        <w:rPr>
          <w:szCs w:val="24"/>
          <w:lang w:val="ru-RU"/>
        </w:rPr>
        <w:t xml:space="preserve"> </w:t>
      </w:r>
      <w:r w:rsidRPr="00A6580D">
        <w:rPr>
          <w:szCs w:val="24"/>
        </w:rPr>
        <w:t>NaOH</w:t>
      </w:r>
      <w:r w:rsidRPr="00FD4A85">
        <w:rPr>
          <w:szCs w:val="24"/>
          <w:lang w:val="ru-RU"/>
        </w:rPr>
        <w:t xml:space="preserve">. </w:t>
      </w:r>
      <w:r w:rsidRPr="00A6580D">
        <w:rPr>
          <w:szCs w:val="24"/>
        </w:rPr>
        <w:t xml:space="preserve">Определить молярную концентрацию </w:t>
      </w:r>
      <w:r>
        <w:rPr>
          <w:szCs w:val="24"/>
        </w:rPr>
        <w:t xml:space="preserve">эквивалента </w:t>
      </w:r>
      <w:r w:rsidRPr="00A6580D">
        <w:rPr>
          <w:szCs w:val="24"/>
        </w:rPr>
        <w:t>раствора NaOH</w:t>
      </w:r>
      <w:r>
        <w:rPr>
          <w:szCs w:val="24"/>
        </w:rPr>
        <w:t>.</w:t>
      </w:r>
      <w:r w:rsidRPr="00A6580D">
        <w:rPr>
          <w:szCs w:val="24"/>
        </w:rPr>
        <w:t xml:space="preserve"> Ответ: 0,1038</w:t>
      </w:r>
      <w:r>
        <w:rPr>
          <w:szCs w:val="24"/>
        </w:rPr>
        <w:t xml:space="preserve"> моль/дм</w:t>
      </w:r>
      <w:r w:rsidRPr="004A4234">
        <w:rPr>
          <w:szCs w:val="24"/>
          <w:vertAlign w:val="superscript"/>
        </w:rPr>
        <w:t>3</w:t>
      </w:r>
      <w:r>
        <w:rPr>
          <w:szCs w:val="24"/>
        </w:rPr>
        <w:t>.</w:t>
      </w:r>
    </w:p>
    <w:p w:rsidR="00FD4A85" w:rsidRPr="004A4234" w:rsidRDefault="00FD4A85" w:rsidP="00FD4A85">
      <w:pPr>
        <w:numPr>
          <w:ilvl w:val="0"/>
          <w:numId w:val="108"/>
        </w:numPr>
        <w:spacing w:line="240" w:lineRule="auto"/>
        <w:ind w:left="714" w:hanging="357"/>
        <w:jc w:val="both"/>
        <w:rPr>
          <w:szCs w:val="24"/>
        </w:rPr>
      </w:pPr>
      <w:r w:rsidRPr="00FD4A85">
        <w:rPr>
          <w:szCs w:val="24"/>
          <w:lang w:val="ru-RU"/>
        </w:rPr>
        <w:t xml:space="preserve">Сколько процентов </w:t>
      </w:r>
      <w:r w:rsidRPr="004A4234">
        <w:rPr>
          <w:szCs w:val="24"/>
        </w:rPr>
        <w:t>HNO</w:t>
      </w:r>
      <w:r w:rsidRPr="004A4234">
        <w:rPr>
          <w:position w:val="-12"/>
          <w:szCs w:val="24"/>
        </w:rPr>
        <w:object w:dxaOrig="140" w:dyaOrig="360">
          <v:shape id="_x0000_i1027" type="#_x0000_t75" style="width:7.5pt;height:18pt" o:ole="">
            <v:imagedata r:id="rId9" o:title=""/>
          </v:shape>
          <o:OLEObject Type="Embed" ProgID="Equation.3" ShapeID="_x0000_i1027" DrawAspect="Content" ObjectID="_1842695722" r:id="rId10"/>
        </w:object>
      </w:r>
      <w:r w:rsidRPr="00FD4A85">
        <w:rPr>
          <w:szCs w:val="24"/>
          <w:lang w:val="ru-RU"/>
        </w:rPr>
        <w:t xml:space="preserve"> содержит концентрированная азотная кислота, если после растворения </w:t>
      </w:r>
      <w:smartTag w:uri="urn:schemas-microsoft-com:office:smarttags" w:element="metricconverter">
        <w:smartTagPr>
          <w:attr w:name="ProductID" w:val="9,7770 г"/>
        </w:smartTagPr>
        <w:r w:rsidRPr="00FD4A85">
          <w:rPr>
            <w:szCs w:val="24"/>
            <w:lang w:val="ru-RU"/>
          </w:rPr>
          <w:t>9,7770 г</w:t>
        </w:r>
      </w:smartTag>
      <w:r w:rsidRPr="00FD4A85">
        <w:rPr>
          <w:szCs w:val="24"/>
          <w:lang w:val="ru-RU"/>
        </w:rPr>
        <w:t xml:space="preserve"> в мерной колбе емкостью 1дм</w:t>
      </w:r>
      <w:r w:rsidRPr="00FD4A85">
        <w:rPr>
          <w:szCs w:val="24"/>
          <w:vertAlign w:val="superscript"/>
          <w:lang w:val="ru-RU"/>
        </w:rPr>
        <w:t>3</w:t>
      </w:r>
      <w:r w:rsidRPr="00FD4A85">
        <w:rPr>
          <w:szCs w:val="24"/>
          <w:lang w:val="ru-RU"/>
        </w:rPr>
        <w:t xml:space="preserve"> на титрование 25,00 см</w:t>
      </w:r>
      <w:r w:rsidRPr="00FD4A85">
        <w:rPr>
          <w:szCs w:val="24"/>
          <w:vertAlign w:val="superscript"/>
          <w:lang w:val="ru-RU"/>
        </w:rPr>
        <w:t>3</w:t>
      </w:r>
      <w:r w:rsidRPr="00FD4A85">
        <w:rPr>
          <w:szCs w:val="24"/>
          <w:lang w:val="ru-RU"/>
        </w:rPr>
        <w:t xml:space="preserve"> 0,1040 моль/дм</w:t>
      </w:r>
      <w:r w:rsidRPr="00FD4A85">
        <w:rPr>
          <w:szCs w:val="24"/>
          <w:vertAlign w:val="superscript"/>
          <w:lang w:val="ru-RU"/>
        </w:rPr>
        <w:t>3</w:t>
      </w:r>
      <w:r w:rsidRPr="00FD4A85">
        <w:rPr>
          <w:szCs w:val="24"/>
          <w:lang w:val="ru-RU"/>
        </w:rPr>
        <w:t xml:space="preserve"> раствора </w:t>
      </w:r>
      <w:r w:rsidRPr="004A4234">
        <w:rPr>
          <w:szCs w:val="24"/>
        </w:rPr>
        <w:t>NaOH</w:t>
      </w:r>
      <w:r w:rsidRPr="00FD4A85">
        <w:rPr>
          <w:szCs w:val="24"/>
          <w:lang w:val="ru-RU"/>
        </w:rPr>
        <w:t xml:space="preserve"> израсходовано 25,45 см</w:t>
      </w:r>
      <w:r w:rsidRPr="00FD4A85">
        <w:rPr>
          <w:szCs w:val="24"/>
          <w:vertAlign w:val="superscript"/>
          <w:lang w:val="ru-RU"/>
        </w:rPr>
        <w:t>3</w:t>
      </w:r>
      <w:r w:rsidRPr="00FD4A85">
        <w:rPr>
          <w:szCs w:val="24"/>
          <w:lang w:val="ru-RU"/>
        </w:rPr>
        <w:t xml:space="preserve"> полученного раствора </w:t>
      </w:r>
      <w:r w:rsidRPr="004A4234">
        <w:rPr>
          <w:szCs w:val="24"/>
        </w:rPr>
        <w:t>HNO</w:t>
      </w:r>
      <w:r w:rsidRPr="004A4234">
        <w:rPr>
          <w:position w:val="-12"/>
          <w:szCs w:val="24"/>
        </w:rPr>
        <w:object w:dxaOrig="140" w:dyaOrig="360">
          <v:shape id="_x0000_i1028" type="#_x0000_t75" style="width:7.5pt;height:18pt" o:ole="">
            <v:imagedata r:id="rId9" o:title=""/>
          </v:shape>
          <o:OLEObject Type="Embed" ProgID="Equation.3" ShapeID="_x0000_i1028" DrawAspect="Content" ObjectID="_1842695723" r:id="rId11"/>
        </w:object>
      </w:r>
      <w:r w:rsidRPr="00FD4A85">
        <w:rPr>
          <w:szCs w:val="24"/>
          <w:lang w:val="ru-RU"/>
        </w:rPr>
        <w:t xml:space="preserve">? </w:t>
      </w:r>
      <w:r w:rsidRPr="004A4234">
        <w:rPr>
          <w:szCs w:val="24"/>
        </w:rPr>
        <w:t>Ответ: 68,85%.</w:t>
      </w:r>
    </w:p>
    <w:p w:rsidR="00FD4A85" w:rsidRDefault="00FD4A85" w:rsidP="00FD4A85">
      <w:pPr>
        <w:widowControl w:val="0"/>
        <w:spacing w:line="240" w:lineRule="auto"/>
        <w:jc w:val="center"/>
        <w:rPr>
          <w:b/>
        </w:rPr>
      </w:pPr>
    </w:p>
    <w:p w:rsidR="00FD4A85" w:rsidRPr="00F938BC" w:rsidRDefault="00FD4A85" w:rsidP="00FD4A85">
      <w:pPr>
        <w:widowControl w:val="0"/>
        <w:spacing w:line="240" w:lineRule="auto"/>
        <w:jc w:val="center"/>
        <w:rPr>
          <w:b/>
        </w:rPr>
      </w:pPr>
      <w:r w:rsidRPr="00F938BC">
        <w:rPr>
          <w:b/>
        </w:rPr>
        <w:t>Критерии оценки</w:t>
      </w:r>
      <w:r>
        <w:rPr>
          <w:b/>
        </w:rPr>
        <w:t xml:space="preserve"> контрольной работы</w:t>
      </w:r>
      <w:r w:rsidRPr="00F938BC">
        <w:rPr>
          <w:b/>
        </w:rPr>
        <w:t xml:space="preserve"> </w:t>
      </w:r>
    </w:p>
    <w:p w:rsidR="00FD4A85" w:rsidRPr="00A6580D" w:rsidRDefault="00FD4A85" w:rsidP="00FD4A85">
      <w:pPr>
        <w:spacing w:line="240" w:lineRule="auto"/>
        <w:ind w:left="720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9"/>
        <w:gridCol w:w="7476"/>
      </w:tblGrid>
      <w:tr w:rsidR="00FD4A85" w:rsidRPr="00F938BC" w:rsidTr="002264E8">
        <w:tc>
          <w:tcPr>
            <w:tcW w:w="2429" w:type="dxa"/>
          </w:tcPr>
          <w:p w:rsidR="00FD4A85" w:rsidRPr="00F938BC" w:rsidRDefault="00FD4A85" w:rsidP="002264E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F938BC">
              <w:rPr>
                <w:b/>
              </w:rPr>
              <w:t>Оценка</w:t>
            </w:r>
          </w:p>
        </w:tc>
        <w:tc>
          <w:tcPr>
            <w:tcW w:w="8169" w:type="dxa"/>
          </w:tcPr>
          <w:p w:rsidR="00FD4A85" w:rsidRPr="00F938BC" w:rsidRDefault="00FD4A85" w:rsidP="002264E8">
            <w:pPr>
              <w:widowControl w:val="0"/>
              <w:spacing w:line="240" w:lineRule="auto"/>
              <w:jc w:val="center"/>
              <w:rPr>
                <w:b/>
              </w:rPr>
            </w:pPr>
            <w:r w:rsidRPr="00F938BC">
              <w:rPr>
                <w:b/>
              </w:rPr>
              <w:t xml:space="preserve">Критерии </w:t>
            </w:r>
          </w:p>
          <w:p w:rsidR="00FD4A85" w:rsidRPr="00F938BC" w:rsidRDefault="00FD4A85" w:rsidP="002264E8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r w:rsidRPr="00F938BC">
              <w:rPr>
                <w:i/>
              </w:rPr>
              <w:t xml:space="preserve">                            </w:t>
            </w:r>
          </w:p>
        </w:tc>
      </w:tr>
      <w:tr w:rsidR="00FD4A85" w:rsidRPr="00771808" w:rsidTr="002264E8">
        <w:tc>
          <w:tcPr>
            <w:tcW w:w="2429" w:type="dxa"/>
          </w:tcPr>
          <w:p w:rsidR="00FD4A85" w:rsidRPr="00F938BC" w:rsidRDefault="00FD4A85" w:rsidP="002264E8">
            <w:pPr>
              <w:widowControl w:val="0"/>
              <w:spacing w:line="240" w:lineRule="auto"/>
            </w:pPr>
            <w:r w:rsidRPr="00F938BC">
              <w:t>отлично</w:t>
            </w:r>
          </w:p>
        </w:tc>
        <w:tc>
          <w:tcPr>
            <w:tcW w:w="8169" w:type="dxa"/>
          </w:tcPr>
          <w:p w:rsidR="00FD4A85" w:rsidRPr="00FD4A85" w:rsidRDefault="00FD4A85" w:rsidP="002264E8">
            <w:pPr>
              <w:widowControl w:val="0"/>
              <w:spacing w:line="240" w:lineRule="auto"/>
              <w:rPr>
                <w:lang w:val="ru-RU"/>
              </w:rPr>
            </w:pPr>
            <w:r w:rsidRPr="00FD4A85">
              <w:rPr>
                <w:lang w:val="ru-RU"/>
              </w:rPr>
              <w:t>Работа выполнена полностью, без ошибок и недочетов или допущен один недочет</w:t>
            </w:r>
          </w:p>
        </w:tc>
      </w:tr>
      <w:tr w:rsidR="00FD4A85" w:rsidRPr="00771808" w:rsidTr="002264E8">
        <w:tc>
          <w:tcPr>
            <w:tcW w:w="2429" w:type="dxa"/>
          </w:tcPr>
          <w:p w:rsidR="00FD4A85" w:rsidRPr="00F938BC" w:rsidRDefault="00FD4A85" w:rsidP="002264E8">
            <w:pPr>
              <w:widowControl w:val="0"/>
              <w:spacing w:line="240" w:lineRule="auto"/>
            </w:pPr>
            <w:r w:rsidRPr="00F938BC">
              <w:t>хорошо</w:t>
            </w:r>
          </w:p>
        </w:tc>
        <w:tc>
          <w:tcPr>
            <w:tcW w:w="8169" w:type="dxa"/>
          </w:tcPr>
          <w:p w:rsidR="00FD4A85" w:rsidRPr="00FD4A85" w:rsidRDefault="00FD4A85" w:rsidP="002264E8">
            <w:pPr>
              <w:widowControl w:val="0"/>
              <w:spacing w:line="240" w:lineRule="auto"/>
              <w:rPr>
                <w:lang w:val="ru-RU"/>
              </w:rPr>
            </w:pPr>
            <w:r w:rsidRPr="00FD4A85">
              <w:rPr>
                <w:lang w:val="ru-RU"/>
              </w:rPr>
              <w:t>Работа выполнена полностью, имеется одна негрубая ошибка и один недочет или три недочета</w:t>
            </w:r>
          </w:p>
        </w:tc>
      </w:tr>
      <w:tr w:rsidR="00FD4A85" w:rsidRPr="00771808" w:rsidTr="002264E8">
        <w:tc>
          <w:tcPr>
            <w:tcW w:w="2429" w:type="dxa"/>
          </w:tcPr>
          <w:p w:rsidR="00FD4A85" w:rsidRPr="00F938BC" w:rsidRDefault="00FD4A85" w:rsidP="002264E8">
            <w:pPr>
              <w:widowControl w:val="0"/>
              <w:spacing w:line="240" w:lineRule="auto"/>
            </w:pPr>
            <w:r w:rsidRPr="00F938BC">
              <w:t>удовлетворительно</w:t>
            </w:r>
          </w:p>
        </w:tc>
        <w:tc>
          <w:tcPr>
            <w:tcW w:w="8169" w:type="dxa"/>
          </w:tcPr>
          <w:p w:rsidR="00FD4A85" w:rsidRPr="00FD4A85" w:rsidRDefault="00FD4A85" w:rsidP="002264E8">
            <w:pPr>
              <w:widowControl w:val="0"/>
              <w:spacing w:line="240" w:lineRule="auto"/>
              <w:rPr>
                <w:lang w:val="ru-RU"/>
              </w:rPr>
            </w:pPr>
            <w:r w:rsidRPr="00FD4A85">
              <w:rPr>
                <w:lang w:val="ru-RU"/>
              </w:rPr>
              <w:t>Правильно выполнено более 2/3 всей работы или допущено не более одной грубой ошибки или двух недочетов, или одна грубая и одна негрубая ошибки, или три негрубые ошибки, или четыре-пять недочетов.</w:t>
            </w:r>
          </w:p>
        </w:tc>
      </w:tr>
      <w:tr w:rsidR="00FD4A85" w:rsidRPr="00771808" w:rsidTr="002264E8">
        <w:tc>
          <w:tcPr>
            <w:tcW w:w="2429" w:type="dxa"/>
          </w:tcPr>
          <w:p w:rsidR="00FD4A85" w:rsidRPr="00F938BC" w:rsidRDefault="00FD4A85" w:rsidP="002264E8">
            <w:pPr>
              <w:widowControl w:val="0"/>
              <w:spacing w:line="240" w:lineRule="auto"/>
            </w:pPr>
            <w:r w:rsidRPr="00F938BC">
              <w:t>неудовлетворительно</w:t>
            </w:r>
          </w:p>
        </w:tc>
        <w:tc>
          <w:tcPr>
            <w:tcW w:w="8169" w:type="dxa"/>
          </w:tcPr>
          <w:p w:rsidR="00FD4A85" w:rsidRPr="00FD4A85" w:rsidRDefault="00FD4A85" w:rsidP="002264E8">
            <w:pPr>
              <w:widowControl w:val="0"/>
              <w:spacing w:line="240" w:lineRule="auto"/>
              <w:rPr>
                <w:lang w:val="ru-RU"/>
              </w:rPr>
            </w:pPr>
            <w:r w:rsidRPr="00FD4A85">
              <w:rPr>
                <w:lang w:val="ru-RU"/>
              </w:rPr>
              <w:t>Число ошибок и недочетов превысило норму для оценки удовлетворительно или правильно выполнено менее 2/3 всей работы</w:t>
            </w:r>
          </w:p>
        </w:tc>
      </w:tr>
    </w:tbl>
    <w:p w:rsidR="00FD4A85" w:rsidRPr="00FD4A85" w:rsidRDefault="00FD4A85" w:rsidP="00FD4A85">
      <w:pPr>
        <w:pStyle w:val="ae"/>
        <w:ind w:left="0"/>
        <w:rPr>
          <w:szCs w:val="24"/>
          <w:lang w:val="ru-RU"/>
        </w:rPr>
      </w:pPr>
    </w:p>
    <w:p w:rsidR="00FD4A85" w:rsidRPr="00FD4A85" w:rsidRDefault="00FD4A85" w:rsidP="00FD4A85">
      <w:pPr>
        <w:jc w:val="center"/>
        <w:rPr>
          <w:b/>
          <w:bCs/>
          <w:color w:val="000000"/>
          <w:szCs w:val="24"/>
          <w:lang w:val="ru-RU"/>
        </w:rPr>
      </w:pPr>
      <w:r w:rsidRPr="00FD4A85">
        <w:rPr>
          <w:b/>
          <w:bCs/>
          <w:color w:val="000000"/>
          <w:szCs w:val="24"/>
          <w:lang w:val="ru-RU"/>
        </w:rPr>
        <w:t>Форма отчета по лабораторной работе</w:t>
      </w:r>
    </w:p>
    <w:p w:rsidR="00FD4A85" w:rsidRPr="00FD4A85" w:rsidRDefault="00FD4A85" w:rsidP="00FD4A85">
      <w:pPr>
        <w:rPr>
          <w:color w:val="000000"/>
          <w:szCs w:val="24"/>
          <w:lang w:val="ru-RU"/>
        </w:rPr>
      </w:pPr>
    </w:p>
    <w:p w:rsidR="00FD4A85" w:rsidRPr="00FD4A85" w:rsidRDefault="00FD4A85" w:rsidP="00FD4A85">
      <w:pPr>
        <w:rPr>
          <w:color w:val="000000"/>
          <w:szCs w:val="24"/>
          <w:lang w:val="ru-RU"/>
        </w:rPr>
      </w:pPr>
      <w:r w:rsidRPr="00FD4A85">
        <w:rPr>
          <w:color w:val="000000"/>
          <w:szCs w:val="24"/>
          <w:lang w:val="ru-RU"/>
        </w:rPr>
        <w:t xml:space="preserve">Результаты лабораторной работы оформляются обучающимся  в печатном или рукописном виде по следующей форме: </w:t>
      </w:r>
    </w:p>
    <w:p w:rsidR="00FD4A85" w:rsidRPr="00FD4A85" w:rsidRDefault="00FD4A85" w:rsidP="00FD4A85">
      <w:pPr>
        <w:rPr>
          <w:color w:val="000000"/>
          <w:szCs w:val="24"/>
          <w:lang w:val="ru-RU"/>
        </w:rPr>
      </w:pPr>
    </w:p>
    <w:p w:rsidR="00FD4A85" w:rsidRPr="00FD4A85" w:rsidRDefault="00FD4A85" w:rsidP="00FD4A85">
      <w:pPr>
        <w:rPr>
          <w:color w:val="000000"/>
          <w:szCs w:val="24"/>
          <w:lang w:val="ru-RU"/>
        </w:rPr>
      </w:pPr>
      <w:r w:rsidRPr="00FD4A85">
        <w:rPr>
          <w:color w:val="000000"/>
          <w:szCs w:val="24"/>
          <w:lang w:val="ru-RU"/>
        </w:rPr>
        <w:t xml:space="preserve">Лабораторная работа № _____ «___________________________» </w:t>
      </w:r>
    </w:p>
    <w:p w:rsidR="00FD4A85" w:rsidRPr="00FD4A85" w:rsidRDefault="00FD4A85" w:rsidP="00FD4A85">
      <w:pPr>
        <w:rPr>
          <w:color w:val="000000"/>
          <w:szCs w:val="24"/>
          <w:lang w:val="ru-RU"/>
        </w:rPr>
      </w:pPr>
      <w:r w:rsidRPr="00FD4A85">
        <w:rPr>
          <w:color w:val="000000"/>
          <w:szCs w:val="24"/>
          <w:lang w:val="ru-RU"/>
        </w:rPr>
        <w:t xml:space="preserve">Название работы ________________________________________ </w:t>
      </w:r>
    </w:p>
    <w:p w:rsidR="00FD4A85" w:rsidRPr="00FD4A85" w:rsidRDefault="00FD4A85" w:rsidP="00FD4A85">
      <w:pPr>
        <w:rPr>
          <w:color w:val="000000"/>
          <w:szCs w:val="24"/>
          <w:lang w:val="ru-RU"/>
        </w:rPr>
      </w:pPr>
      <w:r w:rsidRPr="00FD4A85">
        <w:rPr>
          <w:color w:val="000000"/>
          <w:szCs w:val="24"/>
          <w:lang w:val="ru-RU"/>
        </w:rPr>
        <w:t>Цель работы: ____________________________________________</w:t>
      </w:r>
    </w:p>
    <w:p w:rsidR="00FD4A85" w:rsidRPr="00FD4A85" w:rsidRDefault="00FD4A85" w:rsidP="00FD4A85">
      <w:pPr>
        <w:rPr>
          <w:color w:val="000000"/>
          <w:szCs w:val="24"/>
          <w:lang w:val="ru-RU"/>
        </w:rPr>
      </w:pPr>
    </w:p>
    <w:p w:rsidR="00FD4A85" w:rsidRPr="00FD4A85" w:rsidRDefault="00FD4A85" w:rsidP="00FD4A85">
      <w:pPr>
        <w:rPr>
          <w:color w:val="000000"/>
          <w:szCs w:val="24"/>
          <w:lang w:val="ru-RU"/>
        </w:rPr>
      </w:pPr>
      <w:r w:rsidRPr="00FD4A85">
        <w:rPr>
          <w:color w:val="000000"/>
          <w:szCs w:val="24"/>
          <w:lang w:val="ru-RU"/>
        </w:rPr>
        <w:t xml:space="preserve">Оборудование и реактивы: указываются используемые прибор или лабораторное оборудование, химические реактивы. </w:t>
      </w:r>
    </w:p>
    <w:p w:rsidR="00FD4A85" w:rsidRPr="00FD4A85" w:rsidRDefault="00FD4A85" w:rsidP="00FD4A85">
      <w:pPr>
        <w:rPr>
          <w:color w:val="000000"/>
          <w:szCs w:val="24"/>
          <w:lang w:val="ru-RU"/>
        </w:rPr>
      </w:pPr>
    </w:p>
    <w:p w:rsidR="00FD4A85" w:rsidRPr="00FD4A85" w:rsidRDefault="00FD4A85" w:rsidP="00FD4A85">
      <w:pPr>
        <w:numPr>
          <w:ilvl w:val="0"/>
          <w:numId w:val="9"/>
        </w:numPr>
        <w:autoSpaceDE w:val="0"/>
        <w:autoSpaceDN w:val="0"/>
        <w:adjustRightInd w:val="0"/>
        <w:spacing w:line="240" w:lineRule="auto"/>
        <w:rPr>
          <w:color w:val="000000"/>
          <w:szCs w:val="24"/>
          <w:lang w:val="ru-RU"/>
        </w:rPr>
      </w:pPr>
      <w:r w:rsidRPr="00FD4A85">
        <w:rPr>
          <w:color w:val="000000"/>
          <w:szCs w:val="24"/>
          <w:lang w:val="ru-RU"/>
        </w:rPr>
        <w:lastRenderedPageBreak/>
        <w:t xml:space="preserve">Краткие теоретические сведения:  приводится краткая характеристика химической системы, на примере которой рассматривается определённый процесс, названия химических веществ, их справочные физико-химические характеристики, необходимые в рамках рассматриваемой темы </w:t>
      </w:r>
    </w:p>
    <w:p w:rsidR="00FD4A85" w:rsidRPr="00FD4A85" w:rsidRDefault="00FD4A85" w:rsidP="00FD4A85">
      <w:pPr>
        <w:rPr>
          <w:color w:val="000000"/>
          <w:szCs w:val="24"/>
          <w:lang w:val="ru-RU"/>
        </w:rPr>
      </w:pPr>
    </w:p>
    <w:p w:rsidR="00FD4A85" w:rsidRPr="00FD4A85" w:rsidRDefault="00FD4A85" w:rsidP="00FD4A85">
      <w:pPr>
        <w:numPr>
          <w:ilvl w:val="0"/>
          <w:numId w:val="9"/>
        </w:numPr>
        <w:autoSpaceDE w:val="0"/>
        <w:autoSpaceDN w:val="0"/>
        <w:adjustRightInd w:val="0"/>
        <w:spacing w:line="240" w:lineRule="auto"/>
        <w:rPr>
          <w:color w:val="000000"/>
          <w:szCs w:val="24"/>
          <w:lang w:val="ru-RU"/>
        </w:rPr>
      </w:pPr>
      <w:r w:rsidRPr="00FD4A85">
        <w:rPr>
          <w:color w:val="000000"/>
          <w:szCs w:val="24"/>
          <w:lang w:val="ru-RU"/>
        </w:rPr>
        <w:t>Экспериментальная часть: в зависимости от особенностей проводимого эксперимента включает:</w:t>
      </w:r>
    </w:p>
    <w:p w:rsidR="00FD4A85" w:rsidRPr="00FD4A85" w:rsidRDefault="00FD4A85" w:rsidP="00FD4A85">
      <w:pPr>
        <w:pStyle w:val="ae"/>
        <w:rPr>
          <w:color w:val="000000"/>
          <w:lang w:val="ru-RU"/>
        </w:rPr>
      </w:pPr>
    </w:p>
    <w:p w:rsidR="00FD4A85" w:rsidRPr="00FD4A85" w:rsidRDefault="00FD4A85" w:rsidP="00FD4A85">
      <w:pPr>
        <w:rPr>
          <w:color w:val="000000"/>
          <w:szCs w:val="24"/>
          <w:lang w:val="ru-RU"/>
        </w:rPr>
      </w:pPr>
      <w:r w:rsidRPr="00FD4A85">
        <w:rPr>
          <w:color w:val="000000"/>
          <w:szCs w:val="24"/>
          <w:lang w:val="ru-RU"/>
        </w:rPr>
        <w:t>Ход работы: описывается ход работы с указанием условий проведения и последовательности действий. Описание должно быть кратким, но таким, чтобы по нему можно было воспроизвести эксперимент.</w:t>
      </w:r>
    </w:p>
    <w:p w:rsidR="00FD4A85" w:rsidRPr="00FD4A85" w:rsidRDefault="00FD4A85" w:rsidP="00FD4A85">
      <w:pPr>
        <w:rPr>
          <w:color w:val="000000"/>
          <w:szCs w:val="24"/>
          <w:lang w:val="ru-RU"/>
        </w:rPr>
      </w:pPr>
    </w:p>
    <w:p w:rsidR="00FD4A85" w:rsidRPr="00FD4A85" w:rsidRDefault="00FD4A85" w:rsidP="00FD4A85">
      <w:pPr>
        <w:rPr>
          <w:color w:val="000000"/>
          <w:szCs w:val="24"/>
          <w:lang w:val="ru-RU"/>
        </w:rPr>
      </w:pPr>
      <w:r w:rsidRPr="00FD4A85">
        <w:rPr>
          <w:color w:val="000000"/>
          <w:szCs w:val="24"/>
          <w:lang w:val="ru-RU"/>
        </w:rPr>
        <w:t>Алгоритм действий: приводится краткий алгоритм в виде схемы с использованием обозначений величин.</w:t>
      </w:r>
    </w:p>
    <w:p w:rsidR="00FD4A85" w:rsidRPr="00FD4A85" w:rsidRDefault="00FD4A85" w:rsidP="00FD4A85">
      <w:pPr>
        <w:rPr>
          <w:color w:val="000000"/>
          <w:szCs w:val="24"/>
          <w:lang w:val="ru-RU"/>
        </w:rPr>
      </w:pPr>
    </w:p>
    <w:p w:rsidR="00FD4A85" w:rsidRPr="00FD4A85" w:rsidRDefault="00FD4A85" w:rsidP="00FD4A85">
      <w:pPr>
        <w:rPr>
          <w:color w:val="000000"/>
          <w:szCs w:val="24"/>
          <w:lang w:val="ru-RU"/>
        </w:rPr>
      </w:pPr>
      <w:r w:rsidRPr="00FD4A85">
        <w:rPr>
          <w:color w:val="000000"/>
          <w:szCs w:val="24"/>
          <w:lang w:val="ru-RU"/>
        </w:rPr>
        <w:t>Уравнение реакций: составляются уравнения химических реакций.</w:t>
      </w:r>
    </w:p>
    <w:p w:rsidR="00FD4A85" w:rsidRPr="00FD4A85" w:rsidRDefault="00FD4A85" w:rsidP="00FD4A85">
      <w:pPr>
        <w:rPr>
          <w:color w:val="000000"/>
          <w:szCs w:val="24"/>
          <w:lang w:val="ru-RU"/>
        </w:rPr>
      </w:pPr>
    </w:p>
    <w:p w:rsidR="00FD4A85" w:rsidRPr="00FD4A85" w:rsidRDefault="00FD4A85" w:rsidP="00FD4A85">
      <w:pPr>
        <w:rPr>
          <w:color w:val="000000"/>
          <w:szCs w:val="24"/>
          <w:lang w:val="ru-RU"/>
        </w:rPr>
      </w:pPr>
      <w:r w:rsidRPr="00FD4A85">
        <w:rPr>
          <w:color w:val="000000"/>
          <w:szCs w:val="24"/>
          <w:lang w:val="ru-RU"/>
        </w:rPr>
        <w:t>Наблюдения: приводиться описание полученного результата – изменение окраски, выпадение осадка, выделение газа и т.п.</w:t>
      </w:r>
    </w:p>
    <w:p w:rsidR="00FD4A85" w:rsidRPr="00FD4A85" w:rsidRDefault="00FD4A85" w:rsidP="00FD4A85">
      <w:pPr>
        <w:rPr>
          <w:color w:val="000000"/>
          <w:szCs w:val="24"/>
          <w:lang w:val="ru-RU"/>
        </w:rPr>
      </w:pPr>
    </w:p>
    <w:p w:rsidR="00FD4A85" w:rsidRPr="00FD4A85" w:rsidRDefault="00FD4A85" w:rsidP="00FD4A85">
      <w:pPr>
        <w:rPr>
          <w:color w:val="000000"/>
          <w:szCs w:val="24"/>
          <w:lang w:val="ru-RU"/>
        </w:rPr>
      </w:pPr>
      <w:r w:rsidRPr="00FD4A85">
        <w:rPr>
          <w:color w:val="000000"/>
          <w:szCs w:val="24"/>
          <w:lang w:val="ru-RU"/>
        </w:rPr>
        <w:t xml:space="preserve">Пример расчёта: приводиться расчет с выводом единиц измерения расчётных величин. </w:t>
      </w:r>
    </w:p>
    <w:p w:rsidR="00FD4A85" w:rsidRPr="00FD4A85" w:rsidRDefault="00FD4A85" w:rsidP="00FD4A85">
      <w:pPr>
        <w:rPr>
          <w:color w:val="000000"/>
          <w:szCs w:val="24"/>
          <w:lang w:val="ru-RU"/>
        </w:rPr>
      </w:pPr>
    </w:p>
    <w:p w:rsidR="00FD4A85" w:rsidRPr="00FD4A85" w:rsidRDefault="00FD4A85" w:rsidP="00FD4A85">
      <w:pPr>
        <w:spacing w:line="240" w:lineRule="auto"/>
        <w:rPr>
          <w:color w:val="000000"/>
          <w:szCs w:val="24"/>
          <w:lang w:val="ru-RU"/>
        </w:rPr>
      </w:pPr>
      <w:r w:rsidRPr="00FD4A85">
        <w:rPr>
          <w:color w:val="000000"/>
          <w:szCs w:val="24"/>
          <w:lang w:val="ru-RU"/>
        </w:rPr>
        <w:t xml:space="preserve">График: представляется на миллиметровой бумаге с указанием обозначений и единиц измерения величин на осях. </w:t>
      </w:r>
    </w:p>
    <w:p w:rsidR="00FD4A85" w:rsidRPr="00FD4A85" w:rsidRDefault="00FD4A85" w:rsidP="00FD4A85">
      <w:pPr>
        <w:spacing w:line="240" w:lineRule="auto"/>
        <w:rPr>
          <w:color w:val="000000"/>
          <w:szCs w:val="24"/>
          <w:lang w:val="ru-RU"/>
        </w:rPr>
      </w:pPr>
    </w:p>
    <w:p w:rsidR="00FD4A85" w:rsidRPr="00FD4A85" w:rsidRDefault="00FD4A85" w:rsidP="00FD4A85">
      <w:pPr>
        <w:spacing w:line="240" w:lineRule="auto"/>
        <w:rPr>
          <w:color w:val="000000"/>
          <w:szCs w:val="24"/>
          <w:lang w:val="ru-RU"/>
        </w:rPr>
      </w:pPr>
      <w:r w:rsidRPr="00FD4A85">
        <w:rPr>
          <w:color w:val="000000"/>
          <w:szCs w:val="24"/>
          <w:lang w:val="ru-RU"/>
        </w:rPr>
        <w:t>Вывод: указывается, на основании каких экспериментально полученных значений определены физико-химические параметры систем (какие и с какой погрешностью); какие теоретические положения (законы, закономерности) получили экспериментальное подтверждение.</w:t>
      </w:r>
    </w:p>
    <w:p w:rsidR="00FD4A85" w:rsidRPr="00FD4A85" w:rsidRDefault="00FD4A85" w:rsidP="00FD4A85">
      <w:pPr>
        <w:rPr>
          <w:b/>
          <w:bCs/>
          <w:i/>
          <w:iCs/>
          <w:color w:val="000000"/>
          <w:szCs w:val="24"/>
          <w:lang w:val="ru-RU"/>
        </w:rPr>
      </w:pPr>
    </w:p>
    <w:p w:rsidR="00FD4A85" w:rsidRPr="00FD4A85" w:rsidRDefault="00FD4A85" w:rsidP="00FD4A85">
      <w:pPr>
        <w:ind w:firstLine="360"/>
        <w:jc w:val="center"/>
        <w:rPr>
          <w:b/>
          <w:szCs w:val="24"/>
          <w:lang w:val="ru-RU"/>
        </w:rPr>
      </w:pPr>
      <w:r w:rsidRPr="00FD4A85">
        <w:rPr>
          <w:b/>
          <w:szCs w:val="24"/>
          <w:lang w:val="ru-RU"/>
        </w:rPr>
        <w:t>Критерии оценки отчета к лабораторной работе</w:t>
      </w:r>
    </w:p>
    <w:p w:rsidR="00FD4A85" w:rsidRPr="00FD4A85" w:rsidRDefault="00FD4A85" w:rsidP="00FD4A85">
      <w:pPr>
        <w:ind w:firstLine="360"/>
        <w:jc w:val="center"/>
        <w:rPr>
          <w:szCs w:val="24"/>
          <w:lang w:val="ru-RU"/>
        </w:rPr>
      </w:pP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7"/>
        <w:gridCol w:w="7203"/>
      </w:tblGrid>
      <w:tr w:rsidR="00FD4A85" w:rsidRPr="00CD4E3C" w:rsidTr="002264E8">
        <w:tc>
          <w:tcPr>
            <w:tcW w:w="2697" w:type="dxa"/>
            <w:shd w:val="clear" w:color="auto" w:fill="auto"/>
            <w:vAlign w:val="center"/>
          </w:tcPr>
          <w:p w:rsidR="00FD4A85" w:rsidRPr="00CD4E3C" w:rsidRDefault="00FD4A85" w:rsidP="002264E8">
            <w:pPr>
              <w:jc w:val="center"/>
              <w:rPr>
                <w:b/>
                <w:szCs w:val="24"/>
              </w:rPr>
            </w:pPr>
            <w:r w:rsidRPr="00CD4E3C">
              <w:rPr>
                <w:b/>
                <w:szCs w:val="24"/>
              </w:rPr>
              <w:t>Оценка</w:t>
            </w:r>
          </w:p>
        </w:tc>
        <w:tc>
          <w:tcPr>
            <w:tcW w:w="7203" w:type="dxa"/>
            <w:shd w:val="clear" w:color="auto" w:fill="auto"/>
            <w:vAlign w:val="center"/>
          </w:tcPr>
          <w:p w:rsidR="00FD4A85" w:rsidRPr="00CD4E3C" w:rsidRDefault="00FD4A85" w:rsidP="002264E8">
            <w:pPr>
              <w:jc w:val="center"/>
              <w:rPr>
                <w:b/>
                <w:szCs w:val="24"/>
              </w:rPr>
            </w:pPr>
            <w:r w:rsidRPr="00CD4E3C">
              <w:rPr>
                <w:b/>
                <w:szCs w:val="24"/>
              </w:rPr>
              <w:t>Критерии</w:t>
            </w:r>
            <w:r>
              <w:rPr>
                <w:b/>
                <w:szCs w:val="24"/>
              </w:rPr>
              <w:t xml:space="preserve"> </w:t>
            </w:r>
          </w:p>
        </w:tc>
      </w:tr>
      <w:tr w:rsidR="00FD4A85" w:rsidRPr="00771808" w:rsidTr="002264E8">
        <w:tc>
          <w:tcPr>
            <w:tcW w:w="2697" w:type="dxa"/>
            <w:shd w:val="clear" w:color="auto" w:fill="auto"/>
          </w:tcPr>
          <w:p w:rsidR="00FD4A85" w:rsidRPr="00CD4E3C" w:rsidRDefault="00FD4A85" w:rsidP="002264E8">
            <w:pPr>
              <w:jc w:val="center"/>
              <w:rPr>
                <w:szCs w:val="24"/>
              </w:rPr>
            </w:pPr>
            <w:r w:rsidRPr="00CD4E3C">
              <w:rPr>
                <w:szCs w:val="24"/>
              </w:rPr>
              <w:t>зачтено</w:t>
            </w:r>
          </w:p>
        </w:tc>
        <w:tc>
          <w:tcPr>
            <w:tcW w:w="7203" w:type="dxa"/>
            <w:shd w:val="clear" w:color="auto" w:fill="auto"/>
          </w:tcPr>
          <w:p w:rsidR="00FD4A85" w:rsidRPr="00FD4A85" w:rsidRDefault="00FD4A85" w:rsidP="002264E8">
            <w:pPr>
              <w:rPr>
                <w:color w:val="000000"/>
                <w:szCs w:val="24"/>
                <w:lang w:val="ru-RU"/>
              </w:rPr>
            </w:pPr>
            <w:r w:rsidRPr="00FD4A85">
              <w:rPr>
                <w:color w:val="000000"/>
                <w:szCs w:val="24"/>
                <w:lang w:val="ru-RU"/>
              </w:rPr>
              <w:t xml:space="preserve">отчет полностью отвечает предъявляемым требованиям. </w:t>
            </w:r>
          </w:p>
          <w:p w:rsidR="00FD4A85" w:rsidRPr="00FD4A85" w:rsidRDefault="00FD4A85" w:rsidP="002264E8">
            <w:pPr>
              <w:rPr>
                <w:szCs w:val="24"/>
                <w:lang w:val="ru-RU"/>
              </w:rPr>
            </w:pPr>
          </w:p>
        </w:tc>
      </w:tr>
      <w:tr w:rsidR="00FD4A85" w:rsidRPr="00CD4E3C" w:rsidTr="002264E8">
        <w:tc>
          <w:tcPr>
            <w:tcW w:w="2697" w:type="dxa"/>
            <w:shd w:val="clear" w:color="auto" w:fill="auto"/>
          </w:tcPr>
          <w:p w:rsidR="00FD4A85" w:rsidRPr="00CD4E3C" w:rsidRDefault="00FD4A85" w:rsidP="002264E8">
            <w:pPr>
              <w:jc w:val="center"/>
              <w:rPr>
                <w:szCs w:val="24"/>
              </w:rPr>
            </w:pPr>
            <w:r w:rsidRPr="00CD4E3C">
              <w:rPr>
                <w:szCs w:val="24"/>
              </w:rPr>
              <w:t>незачтено</w:t>
            </w:r>
          </w:p>
        </w:tc>
        <w:tc>
          <w:tcPr>
            <w:tcW w:w="7203" w:type="dxa"/>
            <w:shd w:val="clear" w:color="auto" w:fill="auto"/>
          </w:tcPr>
          <w:p w:rsidR="00FD4A85" w:rsidRPr="00CD4E3C" w:rsidRDefault="00FD4A85" w:rsidP="002264E8">
            <w:pPr>
              <w:rPr>
                <w:szCs w:val="24"/>
              </w:rPr>
            </w:pPr>
            <w:r w:rsidRPr="00FD4A85">
              <w:rPr>
                <w:color w:val="000000"/>
                <w:szCs w:val="24"/>
                <w:lang w:val="ru-RU"/>
              </w:rPr>
              <w:t xml:space="preserve">отчет частично или полностью не отвечает предъявляемым требованиям. </w:t>
            </w:r>
            <w:r w:rsidRPr="00CD4E3C">
              <w:rPr>
                <w:color w:val="000000"/>
                <w:szCs w:val="24"/>
              </w:rPr>
              <w:t>В этом случае отчет отправляется на доработку.</w:t>
            </w:r>
          </w:p>
        </w:tc>
      </w:tr>
    </w:tbl>
    <w:p w:rsidR="00FD4A85" w:rsidRDefault="00FD4A85" w:rsidP="00FD4A85">
      <w:pPr>
        <w:rPr>
          <w:b/>
        </w:rPr>
      </w:pPr>
    </w:p>
    <w:p w:rsidR="00FD4A85" w:rsidRPr="00832D6B" w:rsidRDefault="00FD4A85" w:rsidP="00FD4A85">
      <w:pPr>
        <w:tabs>
          <w:tab w:val="left" w:pos="2295"/>
        </w:tabs>
        <w:jc w:val="center"/>
        <w:rPr>
          <w:b/>
          <w:szCs w:val="24"/>
          <w:vertAlign w:val="superscript"/>
        </w:rPr>
      </w:pPr>
      <w:r w:rsidRPr="00832D6B">
        <w:rPr>
          <w:b/>
          <w:szCs w:val="24"/>
        </w:rPr>
        <w:lastRenderedPageBreak/>
        <w:t xml:space="preserve">Фонд тестовых заданий </w:t>
      </w:r>
      <w:r w:rsidRPr="00832D6B">
        <w:rPr>
          <w:b/>
          <w:szCs w:val="24"/>
        </w:rPr>
        <w:tab/>
        <w:t>по дисциплине</w:t>
      </w:r>
      <w:r w:rsidRPr="00832D6B">
        <w:rPr>
          <w:b/>
          <w:i/>
          <w:szCs w:val="24"/>
        </w:rPr>
        <w:t xml:space="preserve"> </w:t>
      </w:r>
      <w:r w:rsidRPr="00832D6B">
        <w:rPr>
          <w:b/>
          <w:szCs w:val="24"/>
          <w:vertAlign w:val="superscript"/>
        </w:rPr>
        <w:t xml:space="preserve"> </w:t>
      </w:r>
    </w:p>
    <w:p w:rsidR="00FD4A85" w:rsidRPr="00A454AB" w:rsidRDefault="00FD4A85" w:rsidP="00FD4A85">
      <w:pPr>
        <w:pStyle w:val="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A454AB">
        <w:rPr>
          <w:rFonts w:ascii="Times New Roman" w:hAnsi="Times New Roman" w:cs="Times New Roman"/>
          <w:color w:val="auto"/>
          <w:sz w:val="24"/>
          <w:szCs w:val="24"/>
        </w:rPr>
        <w:t>Тематическая структура теста</w:t>
      </w:r>
    </w:p>
    <w:tbl>
      <w:tblPr>
        <w:tblW w:w="10026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3"/>
        <w:gridCol w:w="2693"/>
        <w:gridCol w:w="1134"/>
        <w:gridCol w:w="5386"/>
      </w:tblGrid>
      <w:tr w:rsidR="00FD4A85" w:rsidRPr="00E31E2B" w:rsidTr="002264E8">
        <w:tc>
          <w:tcPr>
            <w:tcW w:w="813" w:type="dxa"/>
          </w:tcPr>
          <w:p w:rsidR="00FD4A85" w:rsidRPr="00E31E2B" w:rsidRDefault="00FD4A85" w:rsidP="002264E8">
            <w:pPr>
              <w:jc w:val="center"/>
              <w:rPr>
                <w:b/>
                <w:bCs/>
                <w:szCs w:val="24"/>
              </w:rPr>
            </w:pPr>
            <w:r w:rsidRPr="00E31E2B">
              <w:rPr>
                <w:b/>
                <w:bCs/>
                <w:szCs w:val="24"/>
              </w:rPr>
              <w:t>N</w:t>
            </w:r>
          </w:p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b/>
                <w:bCs/>
                <w:szCs w:val="24"/>
              </w:rPr>
              <w:t>Раздела</w:t>
            </w:r>
          </w:p>
        </w:tc>
        <w:tc>
          <w:tcPr>
            <w:tcW w:w="2693" w:type="dxa"/>
            <w:vAlign w:val="center"/>
          </w:tcPr>
          <w:p w:rsidR="00FD4A85" w:rsidRPr="00E31E2B" w:rsidRDefault="00FD4A85" w:rsidP="002264E8">
            <w:pPr>
              <w:jc w:val="center"/>
              <w:rPr>
                <w:b/>
                <w:bCs/>
                <w:szCs w:val="24"/>
              </w:rPr>
            </w:pPr>
            <w:r w:rsidRPr="00E31E2B">
              <w:rPr>
                <w:b/>
                <w:bCs/>
                <w:szCs w:val="24"/>
              </w:rPr>
              <w:t>Наименование раздела</w:t>
            </w:r>
          </w:p>
          <w:p w:rsidR="00FD4A85" w:rsidRPr="00E31E2B" w:rsidRDefault="00FD4A85" w:rsidP="002264E8">
            <w:pPr>
              <w:jc w:val="center"/>
              <w:rPr>
                <w:i/>
                <w:szCs w:val="24"/>
              </w:rPr>
            </w:pPr>
            <w:r w:rsidRPr="00E31E2B">
              <w:rPr>
                <w:bCs/>
                <w:i/>
                <w:szCs w:val="24"/>
              </w:rPr>
              <w:t>(согласно РПД)</w:t>
            </w:r>
          </w:p>
        </w:tc>
        <w:tc>
          <w:tcPr>
            <w:tcW w:w="1134" w:type="dxa"/>
            <w:vAlign w:val="center"/>
          </w:tcPr>
          <w:p w:rsidR="00FD4A85" w:rsidRPr="00E31E2B" w:rsidRDefault="00FD4A85" w:rsidP="002264E8">
            <w:pPr>
              <w:jc w:val="center"/>
              <w:rPr>
                <w:b/>
                <w:bCs/>
                <w:szCs w:val="24"/>
              </w:rPr>
            </w:pPr>
            <w:r w:rsidRPr="00E31E2B">
              <w:rPr>
                <w:b/>
                <w:bCs/>
                <w:szCs w:val="24"/>
              </w:rPr>
              <w:t>N</w:t>
            </w:r>
          </w:p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b/>
                <w:bCs/>
                <w:szCs w:val="24"/>
              </w:rPr>
              <w:t>Задания</w:t>
            </w:r>
          </w:p>
        </w:tc>
        <w:tc>
          <w:tcPr>
            <w:tcW w:w="5386" w:type="dxa"/>
            <w:vAlign w:val="center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b/>
                <w:bCs/>
                <w:szCs w:val="24"/>
              </w:rPr>
              <w:t>Тема задания</w:t>
            </w:r>
          </w:p>
        </w:tc>
      </w:tr>
      <w:tr w:rsidR="00FD4A85" w:rsidRPr="00771808" w:rsidTr="002264E8">
        <w:tc>
          <w:tcPr>
            <w:tcW w:w="813" w:type="dxa"/>
            <w:vMerge w:val="restart"/>
            <w:vAlign w:val="center"/>
          </w:tcPr>
          <w:p w:rsidR="00FD4A85" w:rsidRPr="00E31E2B" w:rsidRDefault="00FD4A85" w:rsidP="002264E8">
            <w:pPr>
              <w:jc w:val="center"/>
              <w:rPr>
                <w:b/>
                <w:szCs w:val="24"/>
              </w:rPr>
            </w:pPr>
            <w:r w:rsidRPr="00E31E2B">
              <w:rPr>
                <w:b/>
                <w:szCs w:val="24"/>
              </w:rPr>
              <w:t>1</w:t>
            </w:r>
          </w:p>
        </w:tc>
        <w:tc>
          <w:tcPr>
            <w:tcW w:w="2693" w:type="dxa"/>
            <w:vMerge w:val="restart"/>
          </w:tcPr>
          <w:p w:rsidR="00FD4A85" w:rsidRPr="00E31E2B" w:rsidRDefault="00FD4A85" w:rsidP="002264E8">
            <w:pPr>
              <w:rPr>
                <w:szCs w:val="24"/>
              </w:rPr>
            </w:pPr>
            <w:r>
              <w:rPr>
                <w:szCs w:val="24"/>
              </w:rPr>
              <w:t>Химия – наука о веществах</w:t>
            </w:r>
          </w:p>
        </w:tc>
        <w:tc>
          <w:tcPr>
            <w:tcW w:w="1134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1-11</w:t>
            </w:r>
          </w:p>
        </w:tc>
        <w:tc>
          <w:tcPr>
            <w:tcW w:w="5386" w:type="dxa"/>
          </w:tcPr>
          <w:p w:rsidR="00FD4A85" w:rsidRPr="00FD4A85" w:rsidRDefault="00FD4A85" w:rsidP="002264E8">
            <w:pPr>
              <w:rPr>
                <w:szCs w:val="24"/>
                <w:lang w:val="ru-RU"/>
              </w:rPr>
            </w:pPr>
            <w:r w:rsidRPr="00FD4A85">
              <w:rPr>
                <w:szCs w:val="24"/>
                <w:lang w:val="ru-RU"/>
              </w:rPr>
              <w:t>Строение атома. Периодический закон и периодическая система.</w:t>
            </w:r>
          </w:p>
        </w:tc>
      </w:tr>
      <w:tr w:rsidR="00FD4A85" w:rsidRPr="00E31E2B" w:rsidTr="002264E8">
        <w:tc>
          <w:tcPr>
            <w:tcW w:w="813" w:type="dxa"/>
            <w:vMerge/>
          </w:tcPr>
          <w:p w:rsidR="00FD4A85" w:rsidRPr="00FD4A85" w:rsidRDefault="00FD4A85" w:rsidP="002264E8">
            <w:pPr>
              <w:rPr>
                <w:szCs w:val="24"/>
                <w:lang w:val="ru-RU"/>
              </w:rPr>
            </w:pPr>
          </w:p>
        </w:tc>
        <w:tc>
          <w:tcPr>
            <w:tcW w:w="2693" w:type="dxa"/>
            <w:vMerge/>
          </w:tcPr>
          <w:p w:rsidR="00FD4A85" w:rsidRPr="00FD4A85" w:rsidRDefault="00FD4A85" w:rsidP="002264E8">
            <w:pPr>
              <w:rPr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12 - 23</w:t>
            </w:r>
          </w:p>
        </w:tc>
        <w:tc>
          <w:tcPr>
            <w:tcW w:w="5386" w:type="dxa"/>
          </w:tcPr>
          <w:p w:rsidR="00FD4A85" w:rsidRPr="00E31E2B" w:rsidRDefault="00FD4A85" w:rsidP="002264E8">
            <w:pPr>
              <w:rPr>
                <w:szCs w:val="24"/>
              </w:rPr>
            </w:pPr>
            <w:r w:rsidRPr="00E31E2B">
              <w:rPr>
                <w:szCs w:val="24"/>
              </w:rPr>
              <w:t>Основные классы неорганических соединений</w:t>
            </w:r>
          </w:p>
        </w:tc>
      </w:tr>
      <w:tr w:rsidR="00FD4A85" w:rsidRPr="00771808" w:rsidTr="002264E8">
        <w:tc>
          <w:tcPr>
            <w:tcW w:w="813" w:type="dxa"/>
            <w:vMerge/>
          </w:tcPr>
          <w:p w:rsidR="00FD4A85" w:rsidRPr="00E31E2B" w:rsidRDefault="00FD4A85" w:rsidP="002264E8">
            <w:pPr>
              <w:rPr>
                <w:szCs w:val="24"/>
              </w:rPr>
            </w:pPr>
          </w:p>
        </w:tc>
        <w:tc>
          <w:tcPr>
            <w:tcW w:w="2693" w:type="dxa"/>
            <w:vMerge/>
          </w:tcPr>
          <w:p w:rsidR="00FD4A85" w:rsidRPr="00E31E2B" w:rsidRDefault="00FD4A85" w:rsidP="002264E8">
            <w:pPr>
              <w:rPr>
                <w:szCs w:val="24"/>
              </w:rPr>
            </w:pPr>
          </w:p>
        </w:tc>
        <w:tc>
          <w:tcPr>
            <w:tcW w:w="1134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 xml:space="preserve">24 - 29 </w:t>
            </w:r>
          </w:p>
        </w:tc>
        <w:tc>
          <w:tcPr>
            <w:tcW w:w="5386" w:type="dxa"/>
          </w:tcPr>
          <w:p w:rsidR="00FD4A85" w:rsidRPr="00FD4A85" w:rsidRDefault="00FD4A85" w:rsidP="002264E8">
            <w:pPr>
              <w:rPr>
                <w:szCs w:val="24"/>
                <w:lang w:val="ru-RU"/>
              </w:rPr>
            </w:pPr>
            <w:r w:rsidRPr="00FD4A85">
              <w:rPr>
                <w:szCs w:val="24"/>
                <w:lang w:val="ru-RU"/>
              </w:rPr>
              <w:t>Химическая связь и строение молекул.</w:t>
            </w:r>
          </w:p>
        </w:tc>
      </w:tr>
      <w:tr w:rsidR="00FD4A85" w:rsidRPr="00E31E2B" w:rsidTr="002264E8">
        <w:tc>
          <w:tcPr>
            <w:tcW w:w="813" w:type="dxa"/>
            <w:vMerge w:val="restart"/>
            <w:vAlign w:val="center"/>
          </w:tcPr>
          <w:p w:rsidR="00FD4A85" w:rsidRPr="00E31E2B" w:rsidRDefault="00FD4A85" w:rsidP="002264E8">
            <w:pPr>
              <w:jc w:val="center"/>
              <w:rPr>
                <w:b/>
                <w:szCs w:val="24"/>
              </w:rPr>
            </w:pPr>
            <w:r w:rsidRPr="00E31E2B">
              <w:rPr>
                <w:b/>
                <w:szCs w:val="24"/>
              </w:rPr>
              <w:t>2</w:t>
            </w:r>
          </w:p>
          <w:p w:rsidR="00FD4A85" w:rsidRPr="00E31E2B" w:rsidRDefault="00FD4A85" w:rsidP="002264E8">
            <w:pPr>
              <w:jc w:val="center"/>
              <w:rPr>
                <w:b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FD4A85" w:rsidRPr="00E31E2B" w:rsidRDefault="00FD4A85" w:rsidP="002264E8">
            <w:pPr>
              <w:rPr>
                <w:szCs w:val="24"/>
              </w:rPr>
            </w:pPr>
            <w:r>
              <w:rPr>
                <w:szCs w:val="24"/>
              </w:rPr>
              <w:t>Энергетика химических процессов</w:t>
            </w:r>
          </w:p>
        </w:tc>
        <w:tc>
          <w:tcPr>
            <w:tcW w:w="1134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30 - 32</w:t>
            </w:r>
          </w:p>
        </w:tc>
        <w:tc>
          <w:tcPr>
            <w:tcW w:w="5386" w:type="dxa"/>
          </w:tcPr>
          <w:p w:rsidR="00FD4A85" w:rsidRPr="00E31E2B" w:rsidRDefault="00FD4A85" w:rsidP="002264E8">
            <w:pPr>
              <w:rPr>
                <w:szCs w:val="24"/>
              </w:rPr>
            </w:pPr>
            <w:r w:rsidRPr="00E31E2B">
              <w:rPr>
                <w:szCs w:val="24"/>
              </w:rPr>
              <w:t>Химические системы.</w:t>
            </w:r>
          </w:p>
        </w:tc>
      </w:tr>
      <w:tr w:rsidR="00FD4A85" w:rsidRPr="00E31E2B" w:rsidTr="002264E8">
        <w:tc>
          <w:tcPr>
            <w:tcW w:w="813" w:type="dxa"/>
            <w:vMerge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</w:p>
        </w:tc>
        <w:tc>
          <w:tcPr>
            <w:tcW w:w="2693" w:type="dxa"/>
            <w:vMerge/>
          </w:tcPr>
          <w:p w:rsidR="00FD4A85" w:rsidRPr="00E31E2B" w:rsidRDefault="00FD4A85" w:rsidP="002264E8">
            <w:pPr>
              <w:rPr>
                <w:szCs w:val="24"/>
              </w:rPr>
            </w:pPr>
          </w:p>
        </w:tc>
        <w:tc>
          <w:tcPr>
            <w:tcW w:w="1134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33 - 43</w:t>
            </w:r>
          </w:p>
        </w:tc>
        <w:tc>
          <w:tcPr>
            <w:tcW w:w="5386" w:type="dxa"/>
          </w:tcPr>
          <w:p w:rsidR="00FD4A85" w:rsidRPr="00E31E2B" w:rsidRDefault="00FD4A85" w:rsidP="002264E8">
            <w:pPr>
              <w:rPr>
                <w:szCs w:val="24"/>
              </w:rPr>
            </w:pPr>
            <w:r w:rsidRPr="00E31E2B">
              <w:rPr>
                <w:szCs w:val="24"/>
              </w:rPr>
              <w:t>Энергетические эффекты химических реакций.</w:t>
            </w:r>
          </w:p>
        </w:tc>
      </w:tr>
      <w:tr w:rsidR="00FD4A85" w:rsidRPr="00E31E2B" w:rsidTr="002264E8">
        <w:tc>
          <w:tcPr>
            <w:tcW w:w="813" w:type="dxa"/>
            <w:vMerge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</w:p>
        </w:tc>
        <w:tc>
          <w:tcPr>
            <w:tcW w:w="2693" w:type="dxa"/>
            <w:vMerge/>
          </w:tcPr>
          <w:p w:rsidR="00FD4A85" w:rsidRPr="00E31E2B" w:rsidRDefault="00FD4A85" w:rsidP="002264E8">
            <w:pPr>
              <w:rPr>
                <w:szCs w:val="24"/>
              </w:rPr>
            </w:pPr>
          </w:p>
        </w:tc>
        <w:tc>
          <w:tcPr>
            <w:tcW w:w="1134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44 - 48</w:t>
            </w:r>
          </w:p>
        </w:tc>
        <w:tc>
          <w:tcPr>
            <w:tcW w:w="5386" w:type="dxa"/>
          </w:tcPr>
          <w:p w:rsidR="00FD4A85" w:rsidRPr="00E31E2B" w:rsidRDefault="00FD4A85" w:rsidP="002264E8">
            <w:pPr>
              <w:rPr>
                <w:szCs w:val="24"/>
              </w:rPr>
            </w:pPr>
            <w:r w:rsidRPr="00E31E2B">
              <w:rPr>
                <w:szCs w:val="24"/>
              </w:rPr>
              <w:t>Направление протекания химических реакций.</w:t>
            </w:r>
          </w:p>
        </w:tc>
      </w:tr>
      <w:tr w:rsidR="00FD4A85" w:rsidRPr="00771808" w:rsidTr="002264E8">
        <w:tc>
          <w:tcPr>
            <w:tcW w:w="813" w:type="dxa"/>
            <w:vMerge w:val="restart"/>
            <w:vAlign w:val="center"/>
          </w:tcPr>
          <w:p w:rsidR="00FD4A85" w:rsidRPr="00E31E2B" w:rsidRDefault="00FD4A85" w:rsidP="002264E8">
            <w:pPr>
              <w:jc w:val="center"/>
              <w:rPr>
                <w:b/>
                <w:szCs w:val="24"/>
              </w:rPr>
            </w:pPr>
            <w:r w:rsidRPr="00E31E2B">
              <w:rPr>
                <w:b/>
                <w:szCs w:val="24"/>
              </w:rPr>
              <w:t>3</w:t>
            </w:r>
          </w:p>
        </w:tc>
        <w:tc>
          <w:tcPr>
            <w:tcW w:w="2693" w:type="dxa"/>
            <w:vMerge w:val="restart"/>
          </w:tcPr>
          <w:p w:rsidR="00FD4A85" w:rsidRPr="00FD4A85" w:rsidRDefault="00FD4A85" w:rsidP="002264E8">
            <w:pPr>
              <w:rPr>
                <w:szCs w:val="24"/>
                <w:lang w:val="ru-RU"/>
              </w:rPr>
            </w:pPr>
            <w:r w:rsidRPr="00FD4A85">
              <w:rPr>
                <w:szCs w:val="24"/>
                <w:lang w:val="ru-RU"/>
              </w:rPr>
              <w:t>Кинетика и катализ химических процессов</w:t>
            </w:r>
          </w:p>
        </w:tc>
        <w:tc>
          <w:tcPr>
            <w:tcW w:w="1134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49 - 54</w:t>
            </w:r>
          </w:p>
        </w:tc>
        <w:tc>
          <w:tcPr>
            <w:tcW w:w="5386" w:type="dxa"/>
          </w:tcPr>
          <w:p w:rsidR="00FD4A85" w:rsidRPr="00FD4A85" w:rsidRDefault="00FD4A85" w:rsidP="002264E8">
            <w:pPr>
              <w:rPr>
                <w:szCs w:val="24"/>
                <w:lang w:val="ru-RU"/>
              </w:rPr>
            </w:pPr>
            <w:r w:rsidRPr="00FD4A85">
              <w:rPr>
                <w:szCs w:val="24"/>
                <w:lang w:val="ru-RU"/>
              </w:rPr>
              <w:t>Скорость химической реакции. Факторы, влияющие на скорость реакции.</w:t>
            </w:r>
          </w:p>
        </w:tc>
      </w:tr>
      <w:tr w:rsidR="00FD4A85" w:rsidRPr="00E31E2B" w:rsidTr="002264E8">
        <w:tc>
          <w:tcPr>
            <w:tcW w:w="813" w:type="dxa"/>
            <w:vMerge/>
            <w:vAlign w:val="center"/>
          </w:tcPr>
          <w:p w:rsidR="00FD4A85" w:rsidRPr="00FD4A85" w:rsidRDefault="00FD4A85" w:rsidP="002264E8">
            <w:pPr>
              <w:jc w:val="center"/>
              <w:rPr>
                <w:b/>
                <w:szCs w:val="24"/>
                <w:lang w:val="ru-RU"/>
              </w:rPr>
            </w:pPr>
          </w:p>
        </w:tc>
        <w:tc>
          <w:tcPr>
            <w:tcW w:w="2693" w:type="dxa"/>
            <w:vMerge/>
          </w:tcPr>
          <w:p w:rsidR="00FD4A85" w:rsidRPr="00FD4A85" w:rsidRDefault="00FD4A85" w:rsidP="002264E8">
            <w:pPr>
              <w:rPr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55 - 58</w:t>
            </w:r>
          </w:p>
        </w:tc>
        <w:tc>
          <w:tcPr>
            <w:tcW w:w="5386" w:type="dxa"/>
          </w:tcPr>
          <w:p w:rsidR="00FD4A85" w:rsidRPr="00E31E2B" w:rsidRDefault="00FD4A85" w:rsidP="002264E8">
            <w:pPr>
              <w:rPr>
                <w:szCs w:val="24"/>
              </w:rPr>
            </w:pPr>
            <w:r w:rsidRPr="00E31E2B">
              <w:rPr>
                <w:szCs w:val="24"/>
              </w:rPr>
              <w:t xml:space="preserve">Химическое равновесие. </w:t>
            </w:r>
          </w:p>
        </w:tc>
      </w:tr>
      <w:tr w:rsidR="00FD4A85" w:rsidRPr="00E31E2B" w:rsidTr="002264E8">
        <w:tc>
          <w:tcPr>
            <w:tcW w:w="813" w:type="dxa"/>
            <w:vMerge/>
            <w:vAlign w:val="center"/>
          </w:tcPr>
          <w:p w:rsidR="00FD4A85" w:rsidRPr="00E31E2B" w:rsidRDefault="00FD4A85" w:rsidP="002264E8">
            <w:pPr>
              <w:jc w:val="center"/>
              <w:rPr>
                <w:b/>
                <w:szCs w:val="24"/>
              </w:rPr>
            </w:pPr>
          </w:p>
        </w:tc>
        <w:tc>
          <w:tcPr>
            <w:tcW w:w="2693" w:type="dxa"/>
            <w:vMerge/>
          </w:tcPr>
          <w:p w:rsidR="00FD4A85" w:rsidRPr="00E31E2B" w:rsidRDefault="00FD4A85" w:rsidP="002264E8">
            <w:pPr>
              <w:rPr>
                <w:szCs w:val="24"/>
              </w:rPr>
            </w:pPr>
          </w:p>
        </w:tc>
        <w:tc>
          <w:tcPr>
            <w:tcW w:w="1134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58 - 63</w:t>
            </w:r>
          </w:p>
        </w:tc>
        <w:tc>
          <w:tcPr>
            <w:tcW w:w="5386" w:type="dxa"/>
          </w:tcPr>
          <w:p w:rsidR="00FD4A85" w:rsidRPr="00E31E2B" w:rsidRDefault="00FD4A85" w:rsidP="002264E8">
            <w:pPr>
              <w:rPr>
                <w:szCs w:val="24"/>
              </w:rPr>
            </w:pPr>
            <w:r w:rsidRPr="00E31E2B">
              <w:rPr>
                <w:szCs w:val="24"/>
              </w:rPr>
              <w:t>Принцип Ле Шателье.</w:t>
            </w:r>
          </w:p>
        </w:tc>
      </w:tr>
      <w:tr w:rsidR="00FD4A85" w:rsidRPr="00E31E2B" w:rsidTr="002264E8">
        <w:tc>
          <w:tcPr>
            <w:tcW w:w="813" w:type="dxa"/>
            <w:vMerge w:val="restart"/>
            <w:vAlign w:val="center"/>
          </w:tcPr>
          <w:p w:rsidR="00FD4A85" w:rsidRPr="00E31E2B" w:rsidRDefault="00FD4A85" w:rsidP="002264E8">
            <w:pPr>
              <w:jc w:val="center"/>
              <w:rPr>
                <w:b/>
                <w:szCs w:val="24"/>
              </w:rPr>
            </w:pPr>
            <w:r w:rsidRPr="00E31E2B">
              <w:rPr>
                <w:b/>
                <w:szCs w:val="24"/>
              </w:rPr>
              <w:t>4</w:t>
            </w:r>
          </w:p>
        </w:tc>
        <w:tc>
          <w:tcPr>
            <w:tcW w:w="2693" w:type="dxa"/>
            <w:vMerge w:val="restart"/>
          </w:tcPr>
          <w:p w:rsidR="00FD4A85" w:rsidRPr="00E31E2B" w:rsidRDefault="00FD4A85" w:rsidP="002264E8">
            <w:pPr>
              <w:rPr>
                <w:szCs w:val="24"/>
              </w:rPr>
            </w:pPr>
            <w:r w:rsidRPr="00E31E2B">
              <w:rPr>
                <w:szCs w:val="24"/>
              </w:rPr>
              <w:t>Растворы. Дисперсные системы</w:t>
            </w:r>
          </w:p>
        </w:tc>
        <w:tc>
          <w:tcPr>
            <w:tcW w:w="1134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64 - 73</w:t>
            </w:r>
          </w:p>
        </w:tc>
        <w:tc>
          <w:tcPr>
            <w:tcW w:w="5386" w:type="dxa"/>
          </w:tcPr>
          <w:p w:rsidR="00FD4A85" w:rsidRPr="00E31E2B" w:rsidRDefault="00FD4A85" w:rsidP="002264E8">
            <w:pPr>
              <w:rPr>
                <w:szCs w:val="24"/>
              </w:rPr>
            </w:pPr>
            <w:r w:rsidRPr="00E31E2B">
              <w:rPr>
                <w:szCs w:val="24"/>
              </w:rPr>
              <w:t>Способы выражения концентраций растворов</w:t>
            </w:r>
          </w:p>
        </w:tc>
      </w:tr>
      <w:tr w:rsidR="00FD4A85" w:rsidRPr="00E31E2B" w:rsidTr="002264E8">
        <w:tc>
          <w:tcPr>
            <w:tcW w:w="813" w:type="dxa"/>
            <w:vMerge/>
            <w:vAlign w:val="center"/>
          </w:tcPr>
          <w:p w:rsidR="00FD4A85" w:rsidRPr="00E31E2B" w:rsidRDefault="00FD4A85" w:rsidP="002264E8">
            <w:pPr>
              <w:jc w:val="center"/>
              <w:rPr>
                <w:b/>
                <w:szCs w:val="24"/>
              </w:rPr>
            </w:pPr>
          </w:p>
        </w:tc>
        <w:tc>
          <w:tcPr>
            <w:tcW w:w="2693" w:type="dxa"/>
            <w:vMerge/>
          </w:tcPr>
          <w:p w:rsidR="00FD4A85" w:rsidRPr="00E31E2B" w:rsidRDefault="00FD4A85" w:rsidP="002264E8">
            <w:pPr>
              <w:rPr>
                <w:szCs w:val="24"/>
              </w:rPr>
            </w:pPr>
          </w:p>
        </w:tc>
        <w:tc>
          <w:tcPr>
            <w:tcW w:w="1134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74 - 83</w:t>
            </w:r>
          </w:p>
        </w:tc>
        <w:tc>
          <w:tcPr>
            <w:tcW w:w="5386" w:type="dxa"/>
          </w:tcPr>
          <w:p w:rsidR="00FD4A85" w:rsidRPr="00E31E2B" w:rsidRDefault="00FD4A85" w:rsidP="002264E8">
            <w:pPr>
              <w:rPr>
                <w:szCs w:val="24"/>
              </w:rPr>
            </w:pPr>
            <w:r w:rsidRPr="00E31E2B">
              <w:rPr>
                <w:szCs w:val="24"/>
              </w:rPr>
              <w:t>Физические свойства растворов</w:t>
            </w:r>
          </w:p>
        </w:tc>
      </w:tr>
      <w:tr w:rsidR="00FD4A85" w:rsidRPr="00E31E2B" w:rsidTr="002264E8">
        <w:tc>
          <w:tcPr>
            <w:tcW w:w="813" w:type="dxa"/>
            <w:vMerge/>
            <w:vAlign w:val="center"/>
          </w:tcPr>
          <w:p w:rsidR="00FD4A85" w:rsidRPr="00E31E2B" w:rsidRDefault="00FD4A85" w:rsidP="002264E8">
            <w:pPr>
              <w:jc w:val="center"/>
              <w:rPr>
                <w:b/>
                <w:szCs w:val="24"/>
              </w:rPr>
            </w:pPr>
          </w:p>
        </w:tc>
        <w:tc>
          <w:tcPr>
            <w:tcW w:w="2693" w:type="dxa"/>
            <w:vMerge/>
          </w:tcPr>
          <w:p w:rsidR="00FD4A85" w:rsidRPr="00E31E2B" w:rsidRDefault="00FD4A85" w:rsidP="002264E8">
            <w:pPr>
              <w:rPr>
                <w:szCs w:val="24"/>
              </w:rPr>
            </w:pPr>
          </w:p>
        </w:tc>
        <w:tc>
          <w:tcPr>
            <w:tcW w:w="1134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84 - 96</w:t>
            </w:r>
          </w:p>
        </w:tc>
        <w:tc>
          <w:tcPr>
            <w:tcW w:w="5386" w:type="dxa"/>
          </w:tcPr>
          <w:p w:rsidR="00FD4A85" w:rsidRPr="00E31E2B" w:rsidRDefault="00FD4A85" w:rsidP="002264E8">
            <w:pPr>
              <w:rPr>
                <w:szCs w:val="24"/>
              </w:rPr>
            </w:pPr>
            <w:r w:rsidRPr="00E31E2B">
              <w:rPr>
                <w:szCs w:val="24"/>
              </w:rPr>
              <w:t>Свойства растворов электролитов</w:t>
            </w:r>
          </w:p>
        </w:tc>
      </w:tr>
      <w:tr w:rsidR="00FD4A85" w:rsidRPr="00E31E2B" w:rsidTr="002264E8">
        <w:tc>
          <w:tcPr>
            <w:tcW w:w="813" w:type="dxa"/>
            <w:vMerge/>
          </w:tcPr>
          <w:p w:rsidR="00FD4A85" w:rsidRPr="00E31E2B" w:rsidRDefault="00FD4A85" w:rsidP="002264E8">
            <w:pPr>
              <w:rPr>
                <w:szCs w:val="24"/>
              </w:rPr>
            </w:pPr>
          </w:p>
        </w:tc>
        <w:tc>
          <w:tcPr>
            <w:tcW w:w="2693" w:type="dxa"/>
            <w:vMerge/>
          </w:tcPr>
          <w:p w:rsidR="00FD4A85" w:rsidRPr="00E31E2B" w:rsidRDefault="00FD4A85" w:rsidP="002264E8">
            <w:pPr>
              <w:rPr>
                <w:szCs w:val="24"/>
              </w:rPr>
            </w:pPr>
          </w:p>
        </w:tc>
        <w:tc>
          <w:tcPr>
            <w:tcW w:w="1134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97 - 102</w:t>
            </w:r>
          </w:p>
        </w:tc>
        <w:tc>
          <w:tcPr>
            <w:tcW w:w="5386" w:type="dxa"/>
          </w:tcPr>
          <w:p w:rsidR="00FD4A85" w:rsidRPr="00E31E2B" w:rsidRDefault="00FD4A85" w:rsidP="002264E8">
            <w:pPr>
              <w:rPr>
                <w:szCs w:val="24"/>
              </w:rPr>
            </w:pPr>
            <w:r w:rsidRPr="00E31E2B">
              <w:rPr>
                <w:szCs w:val="24"/>
              </w:rPr>
              <w:t>Дисперсные системы</w:t>
            </w:r>
          </w:p>
        </w:tc>
      </w:tr>
      <w:tr w:rsidR="00FD4A85" w:rsidRPr="00E31E2B" w:rsidTr="002264E8">
        <w:tc>
          <w:tcPr>
            <w:tcW w:w="813" w:type="dxa"/>
            <w:vMerge w:val="restart"/>
          </w:tcPr>
          <w:p w:rsidR="00FD4A85" w:rsidRPr="00E31E2B" w:rsidRDefault="00FD4A85" w:rsidP="002264E8">
            <w:pPr>
              <w:jc w:val="center"/>
              <w:rPr>
                <w:b/>
                <w:szCs w:val="24"/>
              </w:rPr>
            </w:pPr>
            <w:r w:rsidRPr="00E31E2B">
              <w:rPr>
                <w:b/>
                <w:szCs w:val="24"/>
              </w:rPr>
              <w:t>5</w:t>
            </w:r>
          </w:p>
        </w:tc>
        <w:tc>
          <w:tcPr>
            <w:tcW w:w="2693" w:type="dxa"/>
            <w:vMerge w:val="restart"/>
          </w:tcPr>
          <w:p w:rsidR="00FD4A85" w:rsidRPr="00FD4A85" w:rsidRDefault="00FD4A85" w:rsidP="002264E8">
            <w:pPr>
              <w:rPr>
                <w:szCs w:val="24"/>
                <w:lang w:val="ru-RU"/>
              </w:rPr>
            </w:pPr>
            <w:r w:rsidRPr="00FD4A85">
              <w:rPr>
                <w:szCs w:val="24"/>
                <w:lang w:val="ru-RU"/>
              </w:rPr>
              <w:t>ОВР и электро-химические процессы</w:t>
            </w:r>
          </w:p>
        </w:tc>
        <w:tc>
          <w:tcPr>
            <w:tcW w:w="1134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103 -111</w:t>
            </w:r>
          </w:p>
        </w:tc>
        <w:tc>
          <w:tcPr>
            <w:tcW w:w="5386" w:type="dxa"/>
          </w:tcPr>
          <w:p w:rsidR="00FD4A85" w:rsidRPr="00E31E2B" w:rsidRDefault="00FD4A85" w:rsidP="002264E8">
            <w:pPr>
              <w:rPr>
                <w:szCs w:val="24"/>
              </w:rPr>
            </w:pPr>
            <w:r w:rsidRPr="00E31E2B">
              <w:rPr>
                <w:szCs w:val="24"/>
              </w:rPr>
              <w:t>Степень окисления. ОВР.</w:t>
            </w:r>
          </w:p>
        </w:tc>
      </w:tr>
      <w:tr w:rsidR="00FD4A85" w:rsidRPr="00E31E2B" w:rsidTr="002264E8">
        <w:tc>
          <w:tcPr>
            <w:tcW w:w="813" w:type="dxa"/>
            <w:vMerge/>
          </w:tcPr>
          <w:p w:rsidR="00FD4A85" w:rsidRPr="00E31E2B" w:rsidRDefault="00FD4A85" w:rsidP="002264E8">
            <w:pPr>
              <w:rPr>
                <w:szCs w:val="24"/>
              </w:rPr>
            </w:pPr>
          </w:p>
        </w:tc>
        <w:tc>
          <w:tcPr>
            <w:tcW w:w="2693" w:type="dxa"/>
            <w:vMerge/>
          </w:tcPr>
          <w:p w:rsidR="00FD4A85" w:rsidRPr="00E31E2B" w:rsidRDefault="00FD4A85" w:rsidP="002264E8">
            <w:pPr>
              <w:rPr>
                <w:szCs w:val="24"/>
              </w:rPr>
            </w:pPr>
          </w:p>
        </w:tc>
        <w:tc>
          <w:tcPr>
            <w:tcW w:w="1134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112 - 117</w:t>
            </w:r>
          </w:p>
        </w:tc>
        <w:tc>
          <w:tcPr>
            <w:tcW w:w="5386" w:type="dxa"/>
          </w:tcPr>
          <w:p w:rsidR="00FD4A85" w:rsidRPr="00E31E2B" w:rsidRDefault="00FD4A85" w:rsidP="002264E8">
            <w:pPr>
              <w:rPr>
                <w:szCs w:val="24"/>
              </w:rPr>
            </w:pPr>
            <w:r w:rsidRPr="00E31E2B">
              <w:rPr>
                <w:szCs w:val="24"/>
              </w:rPr>
              <w:t>ОВ потенциалы. Уравнение Нернста</w:t>
            </w:r>
          </w:p>
        </w:tc>
      </w:tr>
      <w:tr w:rsidR="00FD4A85" w:rsidRPr="00E31E2B" w:rsidTr="002264E8">
        <w:tc>
          <w:tcPr>
            <w:tcW w:w="813" w:type="dxa"/>
            <w:vMerge/>
          </w:tcPr>
          <w:p w:rsidR="00FD4A85" w:rsidRPr="00E31E2B" w:rsidRDefault="00FD4A85" w:rsidP="002264E8">
            <w:pPr>
              <w:rPr>
                <w:szCs w:val="24"/>
              </w:rPr>
            </w:pPr>
          </w:p>
        </w:tc>
        <w:tc>
          <w:tcPr>
            <w:tcW w:w="2693" w:type="dxa"/>
            <w:vMerge/>
          </w:tcPr>
          <w:p w:rsidR="00FD4A85" w:rsidRPr="00E31E2B" w:rsidRDefault="00FD4A85" w:rsidP="002264E8">
            <w:pPr>
              <w:rPr>
                <w:szCs w:val="24"/>
              </w:rPr>
            </w:pPr>
          </w:p>
        </w:tc>
        <w:tc>
          <w:tcPr>
            <w:tcW w:w="1134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118 - 134</w:t>
            </w:r>
          </w:p>
        </w:tc>
        <w:tc>
          <w:tcPr>
            <w:tcW w:w="5386" w:type="dxa"/>
          </w:tcPr>
          <w:p w:rsidR="00FD4A85" w:rsidRPr="00E31E2B" w:rsidRDefault="00FD4A85" w:rsidP="002264E8">
            <w:pPr>
              <w:rPr>
                <w:szCs w:val="24"/>
              </w:rPr>
            </w:pPr>
            <w:r w:rsidRPr="00E31E2B">
              <w:rPr>
                <w:szCs w:val="24"/>
              </w:rPr>
              <w:t>Электролиз. Законы электролиза</w:t>
            </w:r>
          </w:p>
        </w:tc>
      </w:tr>
      <w:tr w:rsidR="00FD4A85" w:rsidRPr="00771808" w:rsidTr="002264E8">
        <w:tc>
          <w:tcPr>
            <w:tcW w:w="813" w:type="dxa"/>
          </w:tcPr>
          <w:p w:rsidR="00FD4A85" w:rsidRPr="00E31E2B" w:rsidRDefault="00FD4A85" w:rsidP="002264E8">
            <w:pPr>
              <w:jc w:val="center"/>
              <w:rPr>
                <w:b/>
                <w:szCs w:val="24"/>
              </w:rPr>
            </w:pPr>
            <w:r w:rsidRPr="00E31E2B">
              <w:rPr>
                <w:b/>
                <w:szCs w:val="24"/>
              </w:rPr>
              <w:t>6</w:t>
            </w:r>
          </w:p>
        </w:tc>
        <w:tc>
          <w:tcPr>
            <w:tcW w:w="2693" w:type="dxa"/>
          </w:tcPr>
          <w:p w:rsidR="00FD4A85" w:rsidRPr="00E31E2B" w:rsidRDefault="00FD4A85" w:rsidP="002264E8">
            <w:pPr>
              <w:rPr>
                <w:szCs w:val="24"/>
              </w:rPr>
            </w:pPr>
            <w:r w:rsidRPr="00E31E2B">
              <w:rPr>
                <w:szCs w:val="24"/>
              </w:rPr>
              <w:t>Химия металлов</w:t>
            </w:r>
          </w:p>
        </w:tc>
        <w:tc>
          <w:tcPr>
            <w:tcW w:w="1134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135 - 140</w:t>
            </w:r>
          </w:p>
        </w:tc>
        <w:tc>
          <w:tcPr>
            <w:tcW w:w="5386" w:type="dxa"/>
          </w:tcPr>
          <w:p w:rsidR="00FD4A85" w:rsidRPr="00FD4A85" w:rsidRDefault="00FD4A85" w:rsidP="002264E8">
            <w:pPr>
              <w:rPr>
                <w:szCs w:val="24"/>
                <w:lang w:val="ru-RU"/>
              </w:rPr>
            </w:pPr>
            <w:r w:rsidRPr="00FD4A85">
              <w:rPr>
                <w:szCs w:val="24"/>
                <w:lang w:val="ru-RU"/>
              </w:rPr>
              <w:t>Строение и химические свойства металлов</w:t>
            </w:r>
          </w:p>
        </w:tc>
      </w:tr>
    </w:tbl>
    <w:p w:rsidR="00FD4A85" w:rsidRPr="00FD4A85" w:rsidRDefault="00FD4A85" w:rsidP="00FD4A85">
      <w:pPr>
        <w:rPr>
          <w:szCs w:val="24"/>
          <w:lang w:val="ru-RU"/>
        </w:rPr>
      </w:pPr>
    </w:p>
    <w:p w:rsidR="00FD4A85" w:rsidRPr="00FD4A85" w:rsidRDefault="00FD4A85" w:rsidP="00FD4A85">
      <w:pPr>
        <w:ind w:firstLine="175"/>
        <w:jc w:val="center"/>
        <w:rPr>
          <w:b/>
          <w:lang w:val="ru-RU"/>
        </w:rPr>
      </w:pPr>
      <w:r w:rsidRPr="00FD4A85">
        <w:rPr>
          <w:b/>
          <w:lang w:val="ru-RU"/>
        </w:rPr>
        <w:t>Тестовые задания</w:t>
      </w:r>
    </w:p>
    <w:p w:rsidR="00FD4A85" w:rsidRPr="00FD4A85" w:rsidRDefault="00FD4A85" w:rsidP="00FD4A85">
      <w:pPr>
        <w:ind w:firstLine="175"/>
        <w:rPr>
          <w:b/>
          <w:lang w:val="ru-RU"/>
        </w:rPr>
      </w:pPr>
    </w:p>
    <w:p w:rsidR="00FD4A85" w:rsidRPr="00FD4A85" w:rsidRDefault="00FD4A85" w:rsidP="00FD4A85">
      <w:pPr>
        <w:rPr>
          <w:lang w:val="ru-RU"/>
        </w:rPr>
      </w:pPr>
      <w:r w:rsidRPr="00FD4A85">
        <w:rPr>
          <w:b/>
          <w:lang w:val="ru-RU"/>
        </w:rPr>
        <w:t>Задание 1.</w:t>
      </w:r>
      <w:r w:rsidRPr="00FD4A85">
        <w:rPr>
          <w:szCs w:val="24"/>
          <w:lang w:val="ru-RU"/>
        </w:rPr>
        <w:t xml:space="preserve"> </w:t>
      </w:r>
      <w:r w:rsidRPr="00FD4A85">
        <w:rPr>
          <w:lang w:val="ru-RU"/>
        </w:rPr>
        <w:t xml:space="preserve">Число, каких элементарных частиц является определяющим для понятия «химический элемент»:     </w:t>
      </w:r>
    </w:p>
    <w:p w:rsidR="00FD4A85" w:rsidRPr="00FD4A85" w:rsidRDefault="00FD4A85" w:rsidP="00FD4A85">
      <w:pPr>
        <w:rPr>
          <w:i/>
          <w:lang w:val="ru-RU"/>
        </w:rPr>
      </w:pPr>
      <w:r w:rsidRPr="00FD4A85">
        <w:rPr>
          <w:i/>
          <w:lang w:val="ru-RU"/>
        </w:rPr>
        <w:lastRenderedPageBreak/>
        <w:t xml:space="preserve">варианты ответов: </w:t>
      </w:r>
    </w:p>
    <w:p w:rsidR="00FD4A85" w:rsidRPr="00FD4A85" w:rsidRDefault="00FD4A85" w:rsidP="00FD4A85">
      <w:pPr>
        <w:rPr>
          <w:lang w:val="ru-RU"/>
        </w:rPr>
      </w:pPr>
      <w:r w:rsidRPr="00FD4A85">
        <w:rPr>
          <w:lang w:val="ru-RU"/>
        </w:rPr>
        <w:t>1)протоны;  2)нейтроны;  3)электроны.</w:t>
      </w:r>
    </w:p>
    <w:p w:rsidR="00FD4A85" w:rsidRPr="00FD4A85" w:rsidRDefault="00FD4A85" w:rsidP="00FD4A85">
      <w:pPr>
        <w:tabs>
          <w:tab w:val="left" w:pos="540"/>
        </w:tabs>
        <w:rPr>
          <w:lang w:val="ru-RU"/>
        </w:rPr>
      </w:pPr>
      <w:r w:rsidRPr="00FD4A85">
        <w:rPr>
          <w:b/>
          <w:lang w:val="ru-RU"/>
        </w:rPr>
        <w:t xml:space="preserve">Задание 2. </w:t>
      </w:r>
      <w:r w:rsidRPr="00FD4A85">
        <w:rPr>
          <w:lang w:val="ru-RU"/>
        </w:rPr>
        <w:t xml:space="preserve">Восемь электронов на внешней электронной оболочке имеет:  </w:t>
      </w:r>
    </w:p>
    <w:p w:rsidR="00FD4A85" w:rsidRPr="00FD4A85" w:rsidRDefault="00FD4A85" w:rsidP="00FD4A85">
      <w:pPr>
        <w:tabs>
          <w:tab w:val="left" w:pos="540"/>
        </w:tabs>
        <w:rPr>
          <w:i/>
          <w:lang w:val="ru-RU"/>
        </w:rPr>
      </w:pPr>
      <w:r w:rsidRPr="00FD4A85">
        <w:rPr>
          <w:i/>
          <w:lang w:val="ru-RU"/>
        </w:rPr>
        <w:t xml:space="preserve">варианты ответов: </w:t>
      </w:r>
    </w:p>
    <w:p w:rsidR="00FD4A85" w:rsidRPr="00FD4A85" w:rsidRDefault="00FD4A85" w:rsidP="00FD4A85">
      <w:pPr>
        <w:tabs>
          <w:tab w:val="left" w:pos="540"/>
        </w:tabs>
        <w:rPr>
          <w:lang w:val="ru-RU"/>
        </w:rPr>
      </w:pPr>
      <w:r w:rsidRPr="00FD4A85">
        <w:rPr>
          <w:lang w:val="ru-RU"/>
        </w:rPr>
        <w:t>1)</w:t>
      </w:r>
      <w:r w:rsidRPr="009778F3">
        <w:t>Si</w:t>
      </w:r>
      <w:r w:rsidRPr="00FD4A85">
        <w:rPr>
          <w:lang w:val="ru-RU"/>
        </w:rPr>
        <w:t>;       2)</w:t>
      </w:r>
      <w:r w:rsidRPr="009778F3">
        <w:t>O</w:t>
      </w:r>
      <w:r w:rsidRPr="00FD4A85">
        <w:rPr>
          <w:vertAlign w:val="superscript"/>
          <w:lang w:val="ru-RU"/>
        </w:rPr>
        <w:t>2-</w:t>
      </w:r>
      <w:r w:rsidRPr="00FD4A85">
        <w:rPr>
          <w:lang w:val="ru-RU"/>
        </w:rPr>
        <w:t>;       3)</w:t>
      </w:r>
      <w:r w:rsidRPr="009778F3">
        <w:t>N</w:t>
      </w:r>
      <w:r w:rsidRPr="00FD4A85">
        <w:rPr>
          <w:lang w:val="ru-RU"/>
        </w:rPr>
        <w:t>е</w:t>
      </w:r>
      <w:r w:rsidRPr="00FD4A85">
        <w:rPr>
          <w:vertAlign w:val="superscript"/>
          <w:lang w:val="ru-RU"/>
        </w:rPr>
        <w:t>+</w:t>
      </w:r>
      <w:r w:rsidRPr="00FD4A85">
        <w:rPr>
          <w:lang w:val="ru-RU"/>
        </w:rPr>
        <w:t>.</w:t>
      </w:r>
    </w:p>
    <w:p w:rsidR="00FD4A85" w:rsidRPr="00FD4A85" w:rsidRDefault="00FD4A85" w:rsidP="00FD4A85">
      <w:pPr>
        <w:tabs>
          <w:tab w:val="left" w:pos="540"/>
        </w:tabs>
        <w:rPr>
          <w:lang w:val="ru-RU"/>
        </w:rPr>
      </w:pPr>
      <w:r w:rsidRPr="00FD4A85">
        <w:rPr>
          <w:b/>
          <w:lang w:val="ru-RU"/>
        </w:rPr>
        <w:t xml:space="preserve">Задание 3. </w:t>
      </w:r>
      <w:r w:rsidRPr="00FD4A85">
        <w:rPr>
          <w:lang w:val="ru-RU"/>
        </w:rPr>
        <w:t>Число, каких элементарных частиц является  определяющим для понятия «изотоп»:</w:t>
      </w:r>
    </w:p>
    <w:p w:rsidR="00FD4A85" w:rsidRDefault="00FD4A85" w:rsidP="00FD4A85">
      <w:pPr>
        <w:pStyle w:val="14"/>
        <w:widowControl/>
        <w:rPr>
          <w:i/>
          <w:snapToGrid/>
          <w:sz w:val="24"/>
        </w:rPr>
      </w:pPr>
      <w:r w:rsidRPr="001A3BB0">
        <w:rPr>
          <w:i/>
          <w:snapToGrid/>
          <w:sz w:val="24"/>
        </w:rPr>
        <w:t xml:space="preserve">варианты ответов: </w:t>
      </w:r>
    </w:p>
    <w:p w:rsidR="00FD4A85" w:rsidRPr="00FD4A85" w:rsidRDefault="00FD4A85" w:rsidP="00FD4A85">
      <w:pPr>
        <w:tabs>
          <w:tab w:val="left" w:pos="540"/>
        </w:tabs>
        <w:rPr>
          <w:lang w:val="ru-RU"/>
        </w:rPr>
      </w:pPr>
      <w:r w:rsidRPr="00FD4A85">
        <w:rPr>
          <w:lang w:val="ru-RU"/>
        </w:rPr>
        <w:t>1)протоны;            2)нейтроны;              3)электроны.</w:t>
      </w:r>
    </w:p>
    <w:p w:rsidR="00FD4A85" w:rsidRPr="00FD4A85" w:rsidRDefault="00FD4A85" w:rsidP="00FD4A85">
      <w:pPr>
        <w:rPr>
          <w:lang w:val="ru-RU"/>
        </w:rPr>
      </w:pPr>
      <w:r w:rsidRPr="00FD4A85">
        <w:rPr>
          <w:b/>
          <w:szCs w:val="24"/>
          <w:lang w:val="ru-RU"/>
        </w:rPr>
        <w:t>Задание 4.</w:t>
      </w:r>
      <w:r w:rsidRPr="00FD4A85">
        <w:rPr>
          <w:lang w:val="ru-RU"/>
        </w:rPr>
        <w:t xml:space="preserve"> Атомы элементов, имеющие одинаковое число электронных уровней, расположены:</w:t>
      </w:r>
    </w:p>
    <w:p w:rsidR="00FD4A85" w:rsidRPr="00FD4A85" w:rsidRDefault="00FD4A85" w:rsidP="00FD4A85">
      <w:pPr>
        <w:rPr>
          <w:i/>
          <w:szCs w:val="24"/>
          <w:lang w:val="ru-RU"/>
        </w:rPr>
      </w:pPr>
      <w:r w:rsidRPr="00FD4A85">
        <w:rPr>
          <w:i/>
          <w:szCs w:val="24"/>
          <w:lang w:val="ru-RU"/>
        </w:rPr>
        <w:t>варианты ответов:</w:t>
      </w:r>
    </w:p>
    <w:p w:rsidR="00FD4A85" w:rsidRPr="00FD4A85" w:rsidRDefault="00FD4A85" w:rsidP="00FD4A85">
      <w:pPr>
        <w:spacing w:line="240" w:lineRule="auto"/>
        <w:rPr>
          <w:lang w:val="ru-RU"/>
        </w:rPr>
      </w:pPr>
      <w:r w:rsidRPr="00FD4A85">
        <w:rPr>
          <w:lang w:val="ru-RU"/>
        </w:rPr>
        <w:t>1)в одной группе периодической системы;</w:t>
      </w:r>
    </w:p>
    <w:p w:rsidR="00FD4A85" w:rsidRPr="00FD4A85" w:rsidRDefault="00FD4A85" w:rsidP="00FD4A85">
      <w:pPr>
        <w:spacing w:line="240" w:lineRule="auto"/>
        <w:rPr>
          <w:lang w:val="ru-RU"/>
        </w:rPr>
      </w:pPr>
      <w:r w:rsidRPr="00FD4A85">
        <w:rPr>
          <w:lang w:val="ru-RU"/>
        </w:rPr>
        <w:t>2)в одном периоде периодической системы;</w:t>
      </w:r>
    </w:p>
    <w:p w:rsidR="00FD4A85" w:rsidRPr="00FD4A85" w:rsidRDefault="00FD4A85" w:rsidP="00FD4A85">
      <w:pPr>
        <w:rPr>
          <w:lang w:val="ru-RU"/>
        </w:rPr>
      </w:pPr>
      <w:r w:rsidRPr="00FD4A85">
        <w:rPr>
          <w:lang w:val="ru-RU"/>
        </w:rPr>
        <w:t>3)в одной подгруппе периодической системы</w:t>
      </w:r>
    </w:p>
    <w:p w:rsidR="00FD4A85" w:rsidRPr="00FD4A85" w:rsidRDefault="00FD4A85" w:rsidP="00FD4A85">
      <w:pPr>
        <w:rPr>
          <w:i/>
          <w:szCs w:val="24"/>
          <w:lang w:val="ru-RU"/>
        </w:rPr>
      </w:pPr>
    </w:p>
    <w:p w:rsidR="00FD4A85" w:rsidRPr="00FD4A85" w:rsidRDefault="00FD4A85" w:rsidP="00FD4A85">
      <w:pPr>
        <w:tabs>
          <w:tab w:val="left" w:pos="540"/>
        </w:tabs>
        <w:rPr>
          <w:lang w:val="ru-RU"/>
        </w:rPr>
      </w:pPr>
      <w:r w:rsidRPr="00FD4A85">
        <w:rPr>
          <w:b/>
          <w:lang w:val="ru-RU"/>
        </w:rPr>
        <w:t>Задание</w:t>
      </w:r>
      <w:r w:rsidRPr="00FD4A85">
        <w:rPr>
          <w:lang w:val="ru-RU"/>
        </w:rPr>
        <w:t xml:space="preserve"> 5.Число, каких элементарных частиц является определяющим для понятия «ион»:</w:t>
      </w:r>
    </w:p>
    <w:p w:rsidR="00FD4A85" w:rsidRPr="00FD4A85" w:rsidRDefault="00FD4A85" w:rsidP="00FD4A85">
      <w:pPr>
        <w:rPr>
          <w:i/>
          <w:szCs w:val="24"/>
          <w:lang w:val="ru-RU"/>
        </w:rPr>
      </w:pPr>
      <w:r w:rsidRPr="00FD4A85">
        <w:rPr>
          <w:i/>
          <w:szCs w:val="24"/>
          <w:lang w:val="ru-RU"/>
        </w:rPr>
        <w:t>варианты ответов:</w:t>
      </w:r>
    </w:p>
    <w:p w:rsidR="00FD4A85" w:rsidRPr="00FD4A85" w:rsidRDefault="00FD4A85" w:rsidP="00FD4A85">
      <w:pPr>
        <w:rPr>
          <w:lang w:val="ru-RU"/>
        </w:rPr>
      </w:pPr>
      <w:r w:rsidRPr="00FD4A85">
        <w:rPr>
          <w:lang w:val="ru-RU"/>
        </w:rPr>
        <w:t>1)протоны;   2)нейтроны;   3)электроны.</w:t>
      </w:r>
    </w:p>
    <w:p w:rsidR="00FD4A85" w:rsidRPr="00FA34E7" w:rsidRDefault="00FD4A85" w:rsidP="00FD4A85">
      <w:pPr>
        <w:pStyle w:val="38"/>
        <w:ind w:left="0"/>
        <w:rPr>
          <w:sz w:val="24"/>
          <w:szCs w:val="24"/>
        </w:rPr>
      </w:pPr>
      <w:r w:rsidRPr="00CC527C">
        <w:rPr>
          <w:b/>
          <w:sz w:val="22"/>
          <w:szCs w:val="22"/>
        </w:rPr>
        <w:t xml:space="preserve">Задание </w:t>
      </w:r>
      <w:r>
        <w:rPr>
          <w:b/>
          <w:sz w:val="22"/>
          <w:szCs w:val="22"/>
        </w:rPr>
        <w:t>6</w:t>
      </w:r>
      <w:r w:rsidRPr="00CC527C">
        <w:rPr>
          <w:b/>
          <w:sz w:val="22"/>
          <w:szCs w:val="22"/>
        </w:rPr>
        <w:t>.</w:t>
      </w:r>
      <w:r>
        <w:rPr>
          <w:b/>
          <w:szCs w:val="24"/>
        </w:rPr>
        <w:t xml:space="preserve"> </w:t>
      </w:r>
      <w:r w:rsidRPr="00FA34E7">
        <w:rPr>
          <w:sz w:val="24"/>
          <w:szCs w:val="24"/>
        </w:rPr>
        <w:t>Атомы элементов, имеющие одинаковое число валентных электронов,  расположены:</w:t>
      </w:r>
    </w:p>
    <w:p w:rsidR="00FD4A85" w:rsidRPr="00FD4A85" w:rsidRDefault="00FD4A85" w:rsidP="00FD4A85">
      <w:pPr>
        <w:rPr>
          <w:i/>
          <w:szCs w:val="24"/>
          <w:lang w:val="ru-RU"/>
        </w:rPr>
      </w:pPr>
      <w:r w:rsidRPr="00FD4A85">
        <w:rPr>
          <w:i/>
          <w:szCs w:val="24"/>
          <w:lang w:val="ru-RU"/>
        </w:rPr>
        <w:t>варианты ответов:</w:t>
      </w:r>
    </w:p>
    <w:p w:rsidR="00FD4A85" w:rsidRPr="00FD4A85" w:rsidRDefault="00FD4A85" w:rsidP="00FD4A85">
      <w:pPr>
        <w:spacing w:line="240" w:lineRule="auto"/>
        <w:rPr>
          <w:lang w:val="ru-RU"/>
        </w:rPr>
      </w:pPr>
      <w:r w:rsidRPr="00FD4A85">
        <w:rPr>
          <w:lang w:val="ru-RU"/>
        </w:rPr>
        <w:t>1)в одной группе периодической системы;</w:t>
      </w:r>
    </w:p>
    <w:p w:rsidR="00FD4A85" w:rsidRPr="00FD4A85" w:rsidRDefault="00FD4A85" w:rsidP="00FD4A85">
      <w:pPr>
        <w:spacing w:line="240" w:lineRule="auto"/>
        <w:rPr>
          <w:lang w:val="ru-RU"/>
        </w:rPr>
      </w:pPr>
      <w:r w:rsidRPr="00FD4A85">
        <w:rPr>
          <w:lang w:val="ru-RU"/>
        </w:rPr>
        <w:t>2)в одном периоде периодической системы;</w:t>
      </w:r>
    </w:p>
    <w:p w:rsidR="00FD4A85" w:rsidRPr="00FD4A85" w:rsidRDefault="00FD4A85" w:rsidP="00FD4A85">
      <w:pPr>
        <w:rPr>
          <w:b/>
          <w:szCs w:val="24"/>
          <w:lang w:val="ru-RU"/>
        </w:rPr>
      </w:pPr>
      <w:r w:rsidRPr="00FD4A85">
        <w:rPr>
          <w:lang w:val="ru-RU"/>
        </w:rPr>
        <w:t>3)в одной подгруппе периодической системы</w:t>
      </w:r>
    </w:p>
    <w:p w:rsidR="00FD4A85" w:rsidRPr="00FD4A85" w:rsidRDefault="00FD4A85" w:rsidP="00FD4A85">
      <w:pPr>
        <w:rPr>
          <w:b/>
          <w:szCs w:val="24"/>
          <w:lang w:val="ru-RU"/>
        </w:rPr>
      </w:pPr>
      <w:r w:rsidRPr="00FD4A85">
        <w:rPr>
          <w:b/>
          <w:szCs w:val="24"/>
          <w:lang w:val="ru-RU"/>
        </w:rPr>
        <w:t>Задание 7.</w:t>
      </w:r>
    </w:p>
    <w:p w:rsidR="00FD4A85" w:rsidRPr="00B77B36" w:rsidRDefault="00FD4A85" w:rsidP="00FD4A85">
      <w:pPr>
        <w:tabs>
          <w:tab w:val="left" w:pos="540"/>
        </w:tabs>
        <w:ind w:left="540" w:hanging="540"/>
      </w:pPr>
      <w:r w:rsidRPr="00FD4A85">
        <w:rPr>
          <w:lang w:val="ru-RU"/>
        </w:rPr>
        <w:t xml:space="preserve">Атом, какого элемента имеет электронную конфигурацию   </w:t>
      </w:r>
      <w:r w:rsidRPr="00B77B36">
        <w:t>1</w:t>
      </w:r>
      <w:r w:rsidRPr="00E87D27">
        <w:t>s</w:t>
      </w:r>
      <w:r w:rsidRPr="00B77B36">
        <w:rPr>
          <w:vertAlign w:val="superscript"/>
        </w:rPr>
        <w:t>2</w:t>
      </w:r>
      <w:r w:rsidRPr="00B77B36">
        <w:t>2</w:t>
      </w:r>
      <w:r w:rsidRPr="00E87D27">
        <w:t>s</w:t>
      </w:r>
      <w:r w:rsidRPr="00B77B36">
        <w:rPr>
          <w:vertAlign w:val="superscript"/>
        </w:rPr>
        <w:t>2</w:t>
      </w:r>
      <w:r w:rsidRPr="00B77B36">
        <w:t>2</w:t>
      </w:r>
      <w:r w:rsidRPr="00E87D27">
        <w:t>p</w:t>
      </w:r>
      <w:r w:rsidRPr="00B77B36">
        <w:rPr>
          <w:vertAlign w:val="superscript"/>
        </w:rPr>
        <w:t>6</w:t>
      </w:r>
      <w:r w:rsidRPr="00B77B36">
        <w:t>3</w:t>
      </w:r>
      <w:r w:rsidRPr="00E87D27">
        <w:t>s</w:t>
      </w:r>
      <w:r w:rsidRPr="00B77B36">
        <w:rPr>
          <w:vertAlign w:val="superscript"/>
        </w:rPr>
        <w:t>2</w:t>
      </w:r>
      <w:r w:rsidRPr="00B77B36">
        <w:t>3</w:t>
      </w:r>
      <w:r w:rsidRPr="00E87D27">
        <w:t>p</w:t>
      </w:r>
      <w:r w:rsidRPr="00B77B36">
        <w:rPr>
          <w:vertAlign w:val="superscript"/>
        </w:rPr>
        <w:t>6</w:t>
      </w:r>
      <w:r w:rsidRPr="00B77B36">
        <w:t>4</w:t>
      </w:r>
      <w:r w:rsidRPr="00E87D27">
        <w:t>s</w:t>
      </w:r>
      <w:r w:rsidRPr="00B77B36">
        <w:rPr>
          <w:vertAlign w:val="superscript"/>
        </w:rPr>
        <w:t>1</w:t>
      </w:r>
      <w:r w:rsidRPr="00B77B36">
        <w:t>:</w:t>
      </w:r>
    </w:p>
    <w:p w:rsidR="00FD4A85" w:rsidRPr="00B77B36" w:rsidRDefault="00FD4A85" w:rsidP="00FD4A85">
      <w:pPr>
        <w:rPr>
          <w:i/>
          <w:szCs w:val="24"/>
        </w:rPr>
      </w:pPr>
      <w:r w:rsidRPr="00E06BBA">
        <w:rPr>
          <w:i/>
          <w:szCs w:val="24"/>
        </w:rPr>
        <w:t>варианты</w:t>
      </w:r>
      <w:r w:rsidRPr="00B77B36">
        <w:rPr>
          <w:i/>
          <w:szCs w:val="24"/>
        </w:rPr>
        <w:t xml:space="preserve"> </w:t>
      </w:r>
      <w:r w:rsidRPr="00E06BBA">
        <w:rPr>
          <w:i/>
          <w:szCs w:val="24"/>
        </w:rPr>
        <w:t>ответов</w:t>
      </w:r>
      <w:r w:rsidRPr="00B77B36">
        <w:rPr>
          <w:i/>
          <w:szCs w:val="24"/>
        </w:rPr>
        <w:t>:</w:t>
      </w:r>
    </w:p>
    <w:p w:rsidR="00FD4A85" w:rsidRPr="00B77B36" w:rsidRDefault="00FD4A85" w:rsidP="00FD4A85">
      <w:pPr>
        <w:rPr>
          <w:i/>
          <w:szCs w:val="24"/>
        </w:rPr>
      </w:pPr>
      <w:r w:rsidRPr="00B77B36">
        <w:t>1)</w:t>
      </w:r>
      <w:r w:rsidRPr="00E87D27">
        <w:t>Na</w:t>
      </w:r>
      <w:r w:rsidRPr="00B77B36">
        <w:t>;       2)</w:t>
      </w:r>
      <w:r w:rsidRPr="00E87D27">
        <w:t>K</w:t>
      </w:r>
      <w:r w:rsidRPr="00B77B36">
        <w:t>;    3)</w:t>
      </w:r>
      <w:r w:rsidRPr="00E87D27">
        <w:t>Ca</w:t>
      </w:r>
      <w:r w:rsidRPr="00B77B36">
        <w:t>.</w:t>
      </w:r>
    </w:p>
    <w:p w:rsidR="00FD4A85" w:rsidRPr="00FD4A85" w:rsidRDefault="00FD4A85" w:rsidP="00FD4A85">
      <w:pPr>
        <w:rPr>
          <w:b/>
          <w:szCs w:val="24"/>
          <w:lang w:val="ru-RU"/>
        </w:rPr>
      </w:pPr>
      <w:r w:rsidRPr="00FD4A85">
        <w:rPr>
          <w:b/>
          <w:szCs w:val="24"/>
          <w:lang w:val="ru-RU"/>
        </w:rPr>
        <w:t>Задание 8.</w:t>
      </w:r>
    </w:p>
    <w:p w:rsidR="00FD4A85" w:rsidRDefault="00FD4A85" w:rsidP="00FD4A85">
      <w:pPr>
        <w:pStyle w:val="38"/>
        <w:ind w:left="360" w:hanging="315"/>
        <w:rPr>
          <w:sz w:val="24"/>
        </w:rPr>
      </w:pPr>
      <w:r w:rsidRPr="00EC35AD">
        <w:rPr>
          <w:sz w:val="24"/>
        </w:rPr>
        <w:t>Атомы элементов, имеющие сходное электронное строение последнего уровня, расположены:</w:t>
      </w:r>
    </w:p>
    <w:p w:rsidR="00FD4A85" w:rsidRPr="00E06BBA" w:rsidRDefault="00FD4A85" w:rsidP="00FD4A85">
      <w:pPr>
        <w:ind w:firstLine="45"/>
        <w:rPr>
          <w:i/>
          <w:szCs w:val="24"/>
        </w:rPr>
      </w:pPr>
      <w:r w:rsidRPr="00E06BBA">
        <w:rPr>
          <w:i/>
          <w:szCs w:val="24"/>
        </w:rPr>
        <w:t>варианты ответов:</w:t>
      </w:r>
    </w:p>
    <w:p w:rsidR="00FD4A85" w:rsidRPr="00FD4A85" w:rsidRDefault="00FD4A85" w:rsidP="00FD4A85">
      <w:pPr>
        <w:numPr>
          <w:ilvl w:val="0"/>
          <w:numId w:val="24"/>
        </w:numPr>
        <w:spacing w:line="240" w:lineRule="auto"/>
        <w:rPr>
          <w:lang w:val="ru-RU"/>
        </w:rPr>
      </w:pPr>
      <w:r w:rsidRPr="00FD4A85">
        <w:rPr>
          <w:lang w:val="ru-RU"/>
        </w:rPr>
        <w:t>в одной группе периодической системы;</w:t>
      </w:r>
    </w:p>
    <w:p w:rsidR="00FD4A85" w:rsidRPr="00FD4A85" w:rsidRDefault="00FD4A85" w:rsidP="00FD4A85">
      <w:pPr>
        <w:numPr>
          <w:ilvl w:val="0"/>
          <w:numId w:val="24"/>
        </w:numPr>
        <w:spacing w:line="240" w:lineRule="auto"/>
        <w:rPr>
          <w:lang w:val="ru-RU"/>
        </w:rPr>
      </w:pPr>
      <w:r w:rsidRPr="00FD4A85">
        <w:rPr>
          <w:lang w:val="ru-RU"/>
        </w:rPr>
        <w:t>в одном периоде периодической системы;</w:t>
      </w:r>
    </w:p>
    <w:p w:rsidR="00FD4A85" w:rsidRPr="00FD4A85" w:rsidRDefault="00FD4A85" w:rsidP="00FD4A85">
      <w:pPr>
        <w:numPr>
          <w:ilvl w:val="0"/>
          <w:numId w:val="24"/>
        </w:numPr>
        <w:spacing w:line="240" w:lineRule="auto"/>
        <w:rPr>
          <w:b/>
          <w:bCs/>
          <w:i/>
          <w:iCs/>
          <w:lang w:val="ru-RU"/>
        </w:rPr>
      </w:pPr>
      <w:r w:rsidRPr="00FD4A85">
        <w:rPr>
          <w:lang w:val="ru-RU"/>
        </w:rPr>
        <w:t>в одной подгруппе периодической системы.</w:t>
      </w:r>
    </w:p>
    <w:p w:rsidR="00FD4A85" w:rsidRPr="00FD4A85" w:rsidRDefault="00FD4A85" w:rsidP="00FD4A85">
      <w:pPr>
        <w:rPr>
          <w:b/>
          <w:szCs w:val="24"/>
          <w:lang w:val="ru-RU"/>
        </w:rPr>
      </w:pPr>
      <w:r w:rsidRPr="00FD4A85">
        <w:rPr>
          <w:b/>
          <w:szCs w:val="24"/>
          <w:lang w:val="ru-RU"/>
        </w:rPr>
        <w:t>Задание 9.</w:t>
      </w:r>
    </w:p>
    <w:p w:rsidR="00FD4A85" w:rsidRDefault="00FD4A85" w:rsidP="00FD4A85">
      <w:pPr>
        <w:pStyle w:val="affb"/>
        <w:spacing w:after="0"/>
        <w:ind w:left="284" w:hanging="284"/>
        <w:rPr>
          <w:bCs/>
        </w:rPr>
      </w:pPr>
      <w:r>
        <w:rPr>
          <w:bCs/>
        </w:rPr>
        <w:lastRenderedPageBreak/>
        <w:t>Неме</w:t>
      </w:r>
      <w:r w:rsidRPr="009711D0">
        <w:rPr>
          <w:bCs/>
        </w:rPr>
        <w:t xml:space="preserve">таллический характер свойств элементов в ряду  </w:t>
      </w:r>
      <w:r w:rsidRPr="009711D0">
        <w:rPr>
          <w:bCs/>
          <w:lang w:val="en-US"/>
        </w:rPr>
        <w:t>N</w:t>
      </w:r>
      <w:r w:rsidRPr="009711D0">
        <w:rPr>
          <w:bCs/>
        </w:rPr>
        <w:t xml:space="preserve">  -</w:t>
      </w:r>
      <w:r w:rsidRPr="009711D0">
        <w:rPr>
          <w:bCs/>
          <w:lang w:val="en-US"/>
        </w:rPr>
        <w:t>P</w:t>
      </w:r>
      <w:r w:rsidRPr="009711D0">
        <w:rPr>
          <w:bCs/>
        </w:rPr>
        <w:t xml:space="preserve">  -</w:t>
      </w:r>
      <w:r w:rsidRPr="009711D0">
        <w:rPr>
          <w:bCs/>
          <w:lang w:val="en-US"/>
        </w:rPr>
        <w:t>As</w:t>
      </w:r>
      <w:r w:rsidRPr="009711D0">
        <w:rPr>
          <w:bCs/>
        </w:rPr>
        <w:t xml:space="preserve">  -</w:t>
      </w:r>
      <w:r w:rsidRPr="009711D0">
        <w:rPr>
          <w:bCs/>
          <w:lang w:val="en-US"/>
        </w:rPr>
        <w:t>Sb</w:t>
      </w:r>
      <w:r w:rsidRPr="009711D0">
        <w:rPr>
          <w:bCs/>
        </w:rPr>
        <w:t xml:space="preserve">  -</w:t>
      </w:r>
      <w:r w:rsidRPr="009711D0">
        <w:rPr>
          <w:bCs/>
          <w:lang w:val="en-US"/>
        </w:rPr>
        <w:t>Bi</w:t>
      </w:r>
      <w:r w:rsidRPr="009711D0">
        <w:rPr>
          <w:bCs/>
        </w:rPr>
        <w:t>:</w:t>
      </w:r>
    </w:p>
    <w:p w:rsidR="00FD4A85" w:rsidRPr="00FD4A85" w:rsidRDefault="00FD4A85" w:rsidP="00FD4A85">
      <w:pPr>
        <w:rPr>
          <w:i/>
          <w:szCs w:val="24"/>
          <w:lang w:val="ru-RU"/>
        </w:rPr>
      </w:pPr>
      <w:r w:rsidRPr="00FD4A85">
        <w:rPr>
          <w:i/>
          <w:szCs w:val="24"/>
          <w:lang w:val="ru-RU"/>
        </w:rPr>
        <w:t>варианты ответов:</w:t>
      </w:r>
    </w:p>
    <w:p w:rsidR="00FD4A85" w:rsidRPr="00FD4A85" w:rsidRDefault="00FD4A85" w:rsidP="00FD4A85">
      <w:pPr>
        <w:rPr>
          <w:b/>
          <w:szCs w:val="24"/>
          <w:lang w:val="ru-RU"/>
        </w:rPr>
      </w:pPr>
      <w:r w:rsidRPr="00FD4A85">
        <w:rPr>
          <w:lang w:val="ru-RU"/>
        </w:rPr>
        <w:t>1) уменьшается; 2) возрастает;  3) не изменяется</w:t>
      </w:r>
    </w:p>
    <w:p w:rsidR="00FD4A85" w:rsidRPr="00FD4A85" w:rsidRDefault="00FD4A85" w:rsidP="00FD4A85">
      <w:pPr>
        <w:rPr>
          <w:b/>
          <w:szCs w:val="24"/>
          <w:lang w:val="ru-RU"/>
        </w:rPr>
      </w:pPr>
      <w:r w:rsidRPr="00FD4A85">
        <w:rPr>
          <w:b/>
          <w:szCs w:val="24"/>
          <w:lang w:val="ru-RU"/>
        </w:rPr>
        <w:t>Задание 10.</w:t>
      </w:r>
    </w:p>
    <w:p w:rsidR="00FD4A85" w:rsidRPr="00FD4A85" w:rsidRDefault="00FD4A85" w:rsidP="00FD4A85">
      <w:pPr>
        <w:rPr>
          <w:lang w:val="ru-RU"/>
        </w:rPr>
      </w:pPr>
      <w:r w:rsidRPr="00FD4A85">
        <w:rPr>
          <w:lang w:val="ru-RU"/>
        </w:rPr>
        <w:t xml:space="preserve">Ион, имеющий в своем составе 18 электронов и 16 протонов, имеет заряд, равный: </w:t>
      </w:r>
    </w:p>
    <w:p w:rsidR="00FD4A85" w:rsidRPr="00FD4A85" w:rsidRDefault="00FD4A85" w:rsidP="00FD4A85">
      <w:pPr>
        <w:rPr>
          <w:i/>
          <w:szCs w:val="24"/>
          <w:lang w:val="ru-RU"/>
        </w:rPr>
      </w:pPr>
      <w:r w:rsidRPr="00FD4A85">
        <w:rPr>
          <w:i/>
          <w:szCs w:val="24"/>
          <w:lang w:val="ru-RU"/>
        </w:rPr>
        <w:t>варианты ответов:</w:t>
      </w:r>
    </w:p>
    <w:p w:rsidR="00FD4A85" w:rsidRPr="00FD4A85" w:rsidRDefault="00FD4A85" w:rsidP="00FD4A85">
      <w:pPr>
        <w:rPr>
          <w:lang w:val="ru-RU"/>
        </w:rPr>
      </w:pPr>
      <w:r w:rsidRPr="00FD4A85">
        <w:rPr>
          <w:lang w:val="ru-RU"/>
        </w:rPr>
        <w:t>1) –18;     2) –2;      3)+2.</w:t>
      </w:r>
    </w:p>
    <w:p w:rsidR="00FD4A85" w:rsidRPr="00FD4A85" w:rsidRDefault="00FD4A85" w:rsidP="00FD4A85">
      <w:pPr>
        <w:rPr>
          <w:b/>
          <w:szCs w:val="24"/>
          <w:lang w:val="ru-RU"/>
        </w:rPr>
      </w:pPr>
      <w:r w:rsidRPr="00FD4A85">
        <w:rPr>
          <w:b/>
          <w:szCs w:val="24"/>
          <w:lang w:val="ru-RU"/>
        </w:rPr>
        <w:t>Задание 11.</w:t>
      </w:r>
    </w:p>
    <w:p w:rsidR="00FD4A85" w:rsidRPr="00FD4A85" w:rsidRDefault="00FD4A85" w:rsidP="00FD4A85">
      <w:pPr>
        <w:rPr>
          <w:lang w:val="ru-RU"/>
        </w:rPr>
      </w:pPr>
      <w:r w:rsidRPr="00FD4A85">
        <w:rPr>
          <w:lang w:val="ru-RU"/>
        </w:rPr>
        <w:t xml:space="preserve">Атомы элементов </w:t>
      </w:r>
      <w:r w:rsidRPr="00B212B2">
        <w:t>I</w:t>
      </w:r>
      <w:r w:rsidRPr="00FD4A85">
        <w:rPr>
          <w:lang w:val="ru-RU"/>
        </w:rPr>
        <w:t>А группы периодической системы элементов имеют одинаковое число:</w:t>
      </w:r>
    </w:p>
    <w:p w:rsidR="00FD4A85" w:rsidRPr="00FD4A85" w:rsidRDefault="00FD4A85" w:rsidP="00FD4A85">
      <w:pPr>
        <w:rPr>
          <w:i/>
          <w:szCs w:val="24"/>
          <w:lang w:val="ru-RU"/>
        </w:rPr>
      </w:pPr>
      <w:r w:rsidRPr="00FD4A85">
        <w:rPr>
          <w:i/>
          <w:szCs w:val="24"/>
          <w:lang w:val="ru-RU"/>
        </w:rPr>
        <w:t>варианты ответов:</w:t>
      </w:r>
    </w:p>
    <w:p w:rsidR="00FD4A85" w:rsidRPr="00FD4A85" w:rsidRDefault="00FD4A85" w:rsidP="00FD4A85">
      <w:pPr>
        <w:rPr>
          <w:lang w:val="ru-RU"/>
        </w:rPr>
      </w:pPr>
      <w:r w:rsidRPr="00FD4A85">
        <w:rPr>
          <w:lang w:val="ru-RU"/>
        </w:rPr>
        <w:t>1) электронов;    2) валентных электронов;      3)нейтронов.</w:t>
      </w:r>
    </w:p>
    <w:p w:rsidR="00FD4A85" w:rsidRPr="00FD4A85" w:rsidRDefault="00FD4A85" w:rsidP="00FD4A85">
      <w:pPr>
        <w:rPr>
          <w:b/>
          <w:szCs w:val="24"/>
          <w:lang w:val="ru-RU"/>
        </w:rPr>
      </w:pPr>
      <w:r w:rsidRPr="00FD4A85">
        <w:rPr>
          <w:b/>
          <w:szCs w:val="24"/>
          <w:lang w:val="ru-RU"/>
        </w:rPr>
        <w:t>Задание 12.</w:t>
      </w:r>
    </w:p>
    <w:p w:rsidR="00FD4A85" w:rsidRPr="00FD4A85" w:rsidRDefault="00FD4A85" w:rsidP="00FD4A85">
      <w:pPr>
        <w:rPr>
          <w:lang w:val="ru-RU"/>
        </w:rPr>
      </w:pPr>
      <w:r w:rsidRPr="00FD4A85">
        <w:rPr>
          <w:lang w:val="ru-RU"/>
        </w:rPr>
        <w:t>В каком из рядов представлены вещества, с которыми способна взаимодействовать соляная кислота?</w:t>
      </w:r>
    </w:p>
    <w:p w:rsidR="00FD4A85" w:rsidRPr="00FD4A85" w:rsidRDefault="00FD4A85" w:rsidP="00FD4A85">
      <w:pPr>
        <w:rPr>
          <w:i/>
          <w:szCs w:val="24"/>
          <w:lang w:val="ru-RU"/>
        </w:rPr>
      </w:pPr>
      <w:r w:rsidRPr="00FD4A85">
        <w:rPr>
          <w:i/>
          <w:szCs w:val="24"/>
          <w:lang w:val="ru-RU"/>
        </w:rPr>
        <w:t>варианты ответов:</w:t>
      </w:r>
    </w:p>
    <w:p w:rsidR="00FD4A85" w:rsidRPr="00FD4A85" w:rsidRDefault="00FD4A85" w:rsidP="00FD4A85">
      <w:pPr>
        <w:rPr>
          <w:i/>
          <w:szCs w:val="24"/>
          <w:lang w:val="ru-RU"/>
        </w:rPr>
      </w:pPr>
      <w:r w:rsidRPr="00FD4A85">
        <w:rPr>
          <w:lang w:val="ru-RU"/>
        </w:rPr>
        <w:t>1) цинк, гидроксид натрия;       2) медь, сульфат натрия;        3) сера, гидроксид алюминия</w:t>
      </w:r>
    </w:p>
    <w:p w:rsidR="00FD4A85" w:rsidRPr="00FD4A85" w:rsidRDefault="00FD4A85" w:rsidP="00FD4A85">
      <w:pPr>
        <w:rPr>
          <w:b/>
          <w:szCs w:val="24"/>
          <w:lang w:val="ru-RU"/>
        </w:rPr>
      </w:pPr>
      <w:r w:rsidRPr="00FD4A85">
        <w:rPr>
          <w:b/>
          <w:szCs w:val="24"/>
          <w:lang w:val="ru-RU"/>
        </w:rPr>
        <w:t>Задание 13.</w:t>
      </w:r>
    </w:p>
    <w:p w:rsidR="00FD4A85" w:rsidRPr="00FD4A85" w:rsidRDefault="00FD4A85" w:rsidP="00FD4A85">
      <w:pPr>
        <w:rPr>
          <w:lang w:val="ru-RU"/>
        </w:rPr>
      </w:pPr>
      <w:r w:rsidRPr="00FD4A85">
        <w:rPr>
          <w:lang w:val="ru-RU"/>
        </w:rPr>
        <w:t xml:space="preserve">При взаимодействии металла с водой выделился газ, а при добавлении фенолфталеина окрасился в малиновый цвет. Этим металлом может быть:    </w:t>
      </w:r>
    </w:p>
    <w:p w:rsidR="00FD4A85" w:rsidRPr="00FD4A85" w:rsidRDefault="00FD4A85" w:rsidP="00FD4A85">
      <w:pPr>
        <w:rPr>
          <w:i/>
          <w:szCs w:val="24"/>
          <w:lang w:val="ru-RU"/>
        </w:rPr>
      </w:pPr>
      <w:r w:rsidRPr="00FD4A85">
        <w:rPr>
          <w:i/>
          <w:szCs w:val="24"/>
          <w:lang w:val="ru-RU"/>
        </w:rPr>
        <w:t>варианты ответов:</w:t>
      </w:r>
    </w:p>
    <w:p w:rsidR="00FD4A85" w:rsidRPr="00FD4A85" w:rsidRDefault="00FD4A85" w:rsidP="00FD4A85">
      <w:pPr>
        <w:rPr>
          <w:b/>
          <w:szCs w:val="24"/>
          <w:lang w:val="ru-RU"/>
        </w:rPr>
      </w:pPr>
      <w:r w:rsidRPr="00FD4A85">
        <w:rPr>
          <w:lang w:val="ru-RU"/>
        </w:rPr>
        <w:t xml:space="preserve">1)кальций;         2)медь; </w:t>
      </w:r>
      <w:r w:rsidRPr="00FD4A85">
        <w:rPr>
          <w:lang w:val="ru-RU"/>
        </w:rPr>
        <w:tab/>
        <w:t>3)никель</w:t>
      </w:r>
    </w:p>
    <w:p w:rsidR="00FD4A85" w:rsidRPr="00FD4A85" w:rsidRDefault="00FD4A85" w:rsidP="00FD4A85">
      <w:pPr>
        <w:rPr>
          <w:lang w:val="ru-RU"/>
        </w:rPr>
      </w:pPr>
      <w:r w:rsidRPr="00FD4A85">
        <w:rPr>
          <w:b/>
          <w:szCs w:val="24"/>
          <w:lang w:val="ru-RU"/>
        </w:rPr>
        <w:t>Задание 14.</w:t>
      </w:r>
      <w:r w:rsidRPr="00FD4A85">
        <w:rPr>
          <w:lang w:val="ru-RU"/>
        </w:rPr>
        <w:t xml:space="preserve"> Раствор гидроксида натрия реагирует с каждым из веществ, указанных в паре:</w:t>
      </w:r>
    </w:p>
    <w:p w:rsidR="00FD4A85" w:rsidRPr="00FD4A85" w:rsidRDefault="00FD4A85" w:rsidP="00FD4A85">
      <w:pPr>
        <w:rPr>
          <w:i/>
          <w:szCs w:val="24"/>
          <w:lang w:val="ru-RU"/>
        </w:rPr>
      </w:pPr>
      <w:r w:rsidRPr="00FD4A85">
        <w:rPr>
          <w:i/>
          <w:szCs w:val="24"/>
          <w:lang w:val="ru-RU"/>
        </w:rPr>
        <w:t>варианты ответов:</w:t>
      </w:r>
    </w:p>
    <w:p w:rsidR="00FD4A85" w:rsidRPr="00FD4A85" w:rsidRDefault="00FD4A85" w:rsidP="00FD4A85">
      <w:pPr>
        <w:rPr>
          <w:lang w:val="ru-RU"/>
        </w:rPr>
      </w:pPr>
      <w:r w:rsidRPr="00FD4A85">
        <w:rPr>
          <w:lang w:val="ru-RU"/>
        </w:rPr>
        <w:t>1) оксид железа (</w:t>
      </w:r>
      <w:r>
        <w:t>II</w:t>
      </w:r>
      <w:r w:rsidRPr="00FD4A85">
        <w:rPr>
          <w:lang w:val="ru-RU"/>
        </w:rPr>
        <w:t>) и соляная кислота;</w:t>
      </w:r>
    </w:p>
    <w:p w:rsidR="00FD4A85" w:rsidRPr="00FD4A85" w:rsidRDefault="00FD4A85" w:rsidP="00FD4A85">
      <w:pPr>
        <w:rPr>
          <w:lang w:val="ru-RU"/>
        </w:rPr>
      </w:pPr>
      <w:r w:rsidRPr="00FD4A85">
        <w:rPr>
          <w:lang w:val="ru-RU"/>
        </w:rPr>
        <w:t>2) нитрат железа и углекислый газ;</w:t>
      </w:r>
    </w:p>
    <w:p w:rsidR="00FD4A85" w:rsidRPr="00FD4A85" w:rsidRDefault="00FD4A85" w:rsidP="00FD4A85">
      <w:pPr>
        <w:rPr>
          <w:lang w:val="ru-RU"/>
        </w:rPr>
      </w:pPr>
      <w:r w:rsidRPr="00FD4A85">
        <w:rPr>
          <w:lang w:val="ru-RU"/>
        </w:rPr>
        <w:t>3) серная кислота и оксид азота(</w:t>
      </w:r>
      <w:r>
        <w:t>II</w:t>
      </w:r>
      <w:r w:rsidRPr="00FD4A85">
        <w:rPr>
          <w:lang w:val="ru-RU"/>
        </w:rPr>
        <w:t>).</w:t>
      </w:r>
    </w:p>
    <w:p w:rsidR="00FD4A85" w:rsidRPr="00FD4A85" w:rsidRDefault="00FD4A85" w:rsidP="00FD4A85">
      <w:pPr>
        <w:rPr>
          <w:lang w:val="ru-RU"/>
        </w:rPr>
      </w:pPr>
      <w:r w:rsidRPr="00FD4A85">
        <w:rPr>
          <w:b/>
          <w:szCs w:val="24"/>
          <w:lang w:val="ru-RU"/>
        </w:rPr>
        <w:t>Задание 15.</w:t>
      </w:r>
      <w:r w:rsidRPr="00FD4A85">
        <w:rPr>
          <w:lang w:val="ru-RU"/>
        </w:rPr>
        <w:t xml:space="preserve"> Кислотным и основным оксидом являются соответственно:</w:t>
      </w:r>
    </w:p>
    <w:p w:rsidR="00FD4A85" w:rsidRPr="00FD4A85" w:rsidRDefault="00FD4A85" w:rsidP="00FD4A85">
      <w:pPr>
        <w:rPr>
          <w:i/>
          <w:szCs w:val="24"/>
          <w:lang w:val="ru-RU"/>
        </w:rPr>
      </w:pPr>
      <w:r w:rsidRPr="00FD4A85">
        <w:rPr>
          <w:i/>
          <w:szCs w:val="24"/>
          <w:lang w:val="ru-RU"/>
        </w:rPr>
        <w:t>варианты ответов:</w:t>
      </w:r>
    </w:p>
    <w:p w:rsidR="00FD4A85" w:rsidRPr="00FD4A85" w:rsidRDefault="00FD4A85" w:rsidP="00FD4A85">
      <w:pPr>
        <w:rPr>
          <w:lang w:val="ru-RU"/>
        </w:rPr>
      </w:pPr>
      <w:r w:rsidRPr="00FD4A85">
        <w:rPr>
          <w:lang w:val="ru-RU"/>
        </w:rPr>
        <w:t xml:space="preserve">1) </w:t>
      </w:r>
      <w:r w:rsidRPr="009778F3">
        <w:t>SO</w:t>
      </w:r>
      <w:r w:rsidRPr="00FD4A85">
        <w:rPr>
          <w:vertAlign w:val="subscript"/>
          <w:lang w:val="ru-RU"/>
        </w:rPr>
        <w:t>2</w:t>
      </w:r>
      <w:r w:rsidRPr="00FD4A85">
        <w:rPr>
          <w:lang w:val="ru-RU"/>
        </w:rPr>
        <w:t xml:space="preserve"> и </w:t>
      </w:r>
      <w:r w:rsidRPr="009778F3">
        <w:t>Fe</w:t>
      </w:r>
      <w:r w:rsidRPr="00FD4A85">
        <w:rPr>
          <w:vertAlign w:val="subscript"/>
          <w:lang w:val="ru-RU"/>
        </w:rPr>
        <w:t>2</w:t>
      </w:r>
      <w:r w:rsidRPr="009778F3">
        <w:t>O</w:t>
      </w:r>
      <w:r w:rsidRPr="00FD4A85">
        <w:rPr>
          <w:vertAlign w:val="subscript"/>
          <w:lang w:val="ru-RU"/>
        </w:rPr>
        <w:t>3</w:t>
      </w:r>
      <w:r w:rsidRPr="00FD4A85">
        <w:rPr>
          <w:vertAlign w:val="subscript"/>
          <w:lang w:val="ru-RU"/>
        </w:rPr>
        <w:tab/>
      </w:r>
      <w:r w:rsidRPr="00FD4A85">
        <w:rPr>
          <w:lang w:val="ru-RU"/>
        </w:rPr>
        <w:t xml:space="preserve">2) </w:t>
      </w:r>
      <w:r w:rsidRPr="009778F3">
        <w:t>Al</w:t>
      </w:r>
      <w:r w:rsidRPr="00FD4A85">
        <w:rPr>
          <w:vertAlign w:val="subscript"/>
          <w:lang w:val="ru-RU"/>
        </w:rPr>
        <w:t>2</w:t>
      </w:r>
      <w:r w:rsidRPr="00FD4A85">
        <w:rPr>
          <w:lang w:val="ru-RU"/>
        </w:rPr>
        <w:t>О</w:t>
      </w:r>
      <w:r w:rsidRPr="00FD4A85">
        <w:rPr>
          <w:vertAlign w:val="subscript"/>
          <w:lang w:val="ru-RU"/>
        </w:rPr>
        <w:t xml:space="preserve">3  </w:t>
      </w:r>
      <w:r w:rsidRPr="00FD4A85">
        <w:rPr>
          <w:lang w:val="ru-RU"/>
        </w:rPr>
        <w:t xml:space="preserve"> и </w:t>
      </w:r>
      <w:r w:rsidRPr="009778F3">
        <w:t>FeO</w:t>
      </w:r>
      <w:r w:rsidRPr="00FD4A85">
        <w:rPr>
          <w:lang w:val="ru-RU"/>
        </w:rPr>
        <w:tab/>
        <w:t xml:space="preserve">3) </w:t>
      </w:r>
      <w:r w:rsidRPr="009778F3">
        <w:t>CO</w:t>
      </w:r>
      <w:r w:rsidRPr="00FD4A85">
        <w:rPr>
          <w:vertAlign w:val="subscript"/>
          <w:lang w:val="ru-RU"/>
        </w:rPr>
        <w:t>2</w:t>
      </w:r>
      <w:r w:rsidRPr="00FD4A85">
        <w:rPr>
          <w:lang w:val="ru-RU"/>
        </w:rPr>
        <w:t xml:space="preserve"> и </w:t>
      </w:r>
      <w:r w:rsidRPr="009778F3">
        <w:t>FeO</w:t>
      </w:r>
    </w:p>
    <w:p w:rsidR="00FD4A85" w:rsidRPr="00FD4A85" w:rsidRDefault="00FD4A85" w:rsidP="00FD4A85">
      <w:pPr>
        <w:rPr>
          <w:i/>
          <w:szCs w:val="24"/>
          <w:lang w:val="ru-RU"/>
        </w:rPr>
      </w:pPr>
    </w:p>
    <w:p w:rsidR="00FD4A85" w:rsidRPr="00FD4A85" w:rsidRDefault="00FD4A85" w:rsidP="00FD4A85">
      <w:pPr>
        <w:rPr>
          <w:lang w:val="ru-RU"/>
        </w:rPr>
      </w:pPr>
      <w:r w:rsidRPr="00FD4A85">
        <w:rPr>
          <w:b/>
          <w:szCs w:val="24"/>
          <w:lang w:val="ru-RU"/>
        </w:rPr>
        <w:t>Задание 16.</w:t>
      </w:r>
      <w:r w:rsidRPr="00FD4A85">
        <w:rPr>
          <w:lang w:val="ru-RU"/>
        </w:rPr>
        <w:t xml:space="preserve"> Высший гидроксид хрома:</w:t>
      </w:r>
    </w:p>
    <w:p w:rsidR="00FD4A85" w:rsidRPr="00FD4A85" w:rsidRDefault="00FD4A85" w:rsidP="00FD4A85">
      <w:pPr>
        <w:rPr>
          <w:i/>
          <w:szCs w:val="24"/>
          <w:lang w:val="ru-RU"/>
        </w:rPr>
      </w:pPr>
      <w:r w:rsidRPr="00FD4A85">
        <w:rPr>
          <w:i/>
          <w:szCs w:val="24"/>
          <w:lang w:val="ru-RU"/>
        </w:rPr>
        <w:t>варианты ответов:</w:t>
      </w:r>
    </w:p>
    <w:p w:rsidR="00FD4A85" w:rsidRPr="00FD4A85" w:rsidRDefault="00FD4A85" w:rsidP="00FD4A85">
      <w:pPr>
        <w:rPr>
          <w:lang w:val="ru-RU"/>
        </w:rPr>
      </w:pPr>
      <w:r w:rsidRPr="00FD4A85">
        <w:rPr>
          <w:lang w:val="ru-RU"/>
        </w:rPr>
        <w:t xml:space="preserve">1)проявляет кислотные свойства; </w:t>
      </w:r>
    </w:p>
    <w:p w:rsidR="00FD4A85" w:rsidRPr="00FD4A85" w:rsidRDefault="00FD4A85" w:rsidP="00FD4A85">
      <w:pPr>
        <w:rPr>
          <w:lang w:val="ru-RU"/>
        </w:rPr>
      </w:pPr>
      <w:r w:rsidRPr="00FD4A85">
        <w:rPr>
          <w:lang w:val="ru-RU"/>
        </w:rPr>
        <w:t>2)проявляет основные свойства;</w:t>
      </w:r>
    </w:p>
    <w:p w:rsidR="00FD4A85" w:rsidRPr="00FD4A85" w:rsidRDefault="00FD4A85" w:rsidP="00FD4A85">
      <w:pPr>
        <w:rPr>
          <w:lang w:val="ru-RU"/>
        </w:rPr>
      </w:pPr>
      <w:r w:rsidRPr="00FD4A85">
        <w:rPr>
          <w:lang w:val="ru-RU"/>
        </w:rPr>
        <w:lastRenderedPageBreak/>
        <w:t>3)проявляет амфотерные свойства.</w:t>
      </w:r>
    </w:p>
    <w:p w:rsidR="00FD4A85" w:rsidRPr="00FD4A85" w:rsidRDefault="00FD4A85" w:rsidP="00FD4A85">
      <w:pPr>
        <w:rPr>
          <w:lang w:val="ru-RU"/>
        </w:rPr>
      </w:pPr>
      <w:r w:rsidRPr="00FD4A85">
        <w:rPr>
          <w:b/>
          <w:szCs w:val="24"/>
          <w:lang w:val="ru-RU"/>
        </w:rPr>
        <w:t>Задание 17.</w:t>
      </w:r>
      <w:r w:rsidRPr="00FD4A85">
        <w:rPr>
          <w:lang w:val="ru-RU"/>
        </w:rPr>
        <w:t xml:space="preserve"> Для проведения реакций по схеме: </w:t>
      </w:r>
      <w:r w:rsidRPr="00FA34E7">
        <w:t>MgCL</w:t>
      </w:r>
      <w:r w:rsidRPr="00FD4A85">
        <w:rPr>
          <w:vertAlign w:val="subscript"/>
          <w:lang w:val="ru-RU"/>
        </w:rPr>
        <w:t>2</w:t>
      </w:r>
      <w:r w:rsidRPr="00FD4A85">
        <w:rPr>
          <w:lang w:val="ru-RU"/>
        </w:rPr>
        <w:t xml:space="preserve"> </w:t>
      </w:r>
      <w:r w:rsidRPr="00FA34E7">
        <w:rPr>
          <w:position w:val="-6"/>
        </w:rPr>
        <w:object w:dxaOrig="300" w:dyaOrig="220">
          <v:shape id="_x0000_i1029" type="#_x0000_t75" style="width:15.75pt;height:12pt" o:ole="">
            <v:imagedata r:id="rId12" o:title=""/>
          </v:shape>
          <o:OLEObject Type="Embed" ProgID="Equation.3" ShapeID="_x0000_i1029" DrawAspect="Content" ObjectID="_1842695724" r:id="rId13"/>
        </w:object>
      </w:r>
      <w:r w:rsidRPr="00FD4A85">
        <w:rPr>
          <w:lang w:val="ru-RU"/>
        </w:rPr>
        <w:t xml:space="preserve"> </w:t>
      </w:r>
      <w:r w:rsidRPr="00FA34E7">
        <w:t>MgCO</w:t>
      </w:r>
      <w:r w:rsidRPr="00FD4A85">
        <w:rPr>
          <w:vertAlign w:val="subscript"/>
          <w:lang w:val="ru-RU"/>
        </w:rPr>
        <w:t>3</w:t>
      </w:r>
      <w:r w:rsidRPr="00FA34E7">
        <w:rPr>
          <w:position w:val="-6"/>
        </w:rPr>
        <w:object w:dxaOrig="300" w:dyaOrig="220">
          <v:shape id="_x0000_i1030" type="#_x0000_t75" style="width:15.75pt;height:10.5pt" o:ole="">
            <v:imagedata r:id="rId14" o:title=""/>
          </v:shape>
          <o:OLEObject Type="Embed" ProgID="Equation.3" ShapeID="_x0000_i1030" DrawAspect="Content" ObjectID="_1842695725" r:id="rId15"/>
        </w:object>
      </w:r>
      <w:r w:rsidRPr="00FD4A85">
        <w:rPr>
          <w:lang w:val="ru-RU"/>
        </w:rPr>
        <w:t xml:space="preserve"> </w:t>
      </w:r>
      <w:r w:rsidRPr="00FA34E7">
        <w:t>CO</w:t>
      </w:r>
      <w:r w:rsidRPr="00FD4A85">
        <w:rPr>
          <w:vertAlign w:val="subscript"/>
          <w:lang w:val="ru-RU"/>
        </w:rPr>
        <w:t xml:space="preserve">2  </w:t>
      </w:r>
      <w:r w:rsidRPr="00FD4A85">
        <w:rPr>
          <w:lang w:val="ru-RU"/>
        </w:rPr>
        <w:t>набор реактивов и условий соответственно:</w:t>
      </w:r>
    </w:p>
    <w:p w:rsidR="00FD4A85" w:rsidRPr="00FD4A85" w:rsidRDefault="00FD4A85" w:rsidP="00FD4A85">
      <w:pPr>
        <w:rPr>
          <w:i/>
          <w:szCs w:val="24"/>
          <w:lang w:val="ru-RU"/>
        </w:rPr>
      </w:pPr>
      <w:r w:rsidRPr="00FD4A85">
        <w:rPr>
          <w:lang w:val="ru-RU"/>
        </w:rPr>
        <w:t xml:space="preserve"> </w:t>
      </w:r>
      <w:r w:rsidRPr="00FD4A85">
        <w:rPr>
          <w:i/>
          <w:szCs w:val="24"/>
          <w:lang w:val="ru-RU"/>
        </w:rPr>
        <w:t>варианты ответов:</w:t>
      </w:r>
    </w:p>
    <w:p w:rsidR="00FD4A85" w:rsidRPr="00FD4A85" w:rsidRDefault="00FD4A85" w:rsidP="00FD4A85">
      <w:pPr>
        <w:rPr>
          <w:b/>
          <w:szCs w:val="24"/>
          <w:lang w:val="ru-RU"/>
        </w:rPr>
      </w:pPr>
      <w:r w:rsidRPr="00FD4A85">
        <w:rPr>
          <w:lang w:val="ru-RU"/>
        </w:rPr>
        <w:t xml:space="preserve">1) </w:t>
      </w:r>
      <w:r w:rsidRPr="00FA34E7">
        <w:t>H</w:t>
      </w:r>
      <w:r w:rsidRPr="00FD4A85">
        <w:rPr>
          <w:vertAlign w:val="subscript"/>
          <w:lang w:val="ru-RU"/>
        </w:rPr>
        <w:t>2</w:t>
      </w:r>
      <w:r w:rsidRPr="00FD4A85">
        <w:rPr>
          <w:lang w:val="ru-RU"/>
        </w:rPr>
        <w:t>С</w:t>
      </w:r>
      <w:r w:rsidRPr="00FA34E7">
        <w:t>O</w:t>
      </w:r>
      <w:r w:rsidRPr="00FD4A85">
        <w:rPr>
          <w:vertAlign w:val="subscript"/>
          <w:lang w:val="ru-RU"/>
        </w:rPr>
        <w:t>3</w:t>
      </w:r>
      <w:r w:rsidRPr="00FD4A85">
        <w:rPr>
          <w:lang w:val="ru-RU"/>
        </w:rPr>
        <w:t>;   температура</w:t>
      </w:r>
      <w:r w:rsidRPr="00FD4A85">
        <w:rPr>
          <w:lang w:val="ru-RU"/>
        </w:rPr>
        <w:tab/>
      </w:r>
      <w:r w:rsidRPr="00FD4A85">
        <w:rPr>
          <w:lang w:val="ru-RU"/>
        </w:rPr>
        <w:tab/>
        <w:t xml:space="preserve">2) </w:t>
      </w:r>
      <w:r w:rsidRPr="00FA34E7">
        <w:t>HC</w:t>
      </w:r>
      <w:r>
        <w:t>l</w:t>
      </w:r>
      <w:r w:rsidRPr="00FD4A85">
        <w:rPr>
          <w:lang w:val="ru-RU"/>
        </w:rPr>
        <w:t xml:space="preserve">; температура;   </w:t>
      </w:r>
      <w:r w:rsidRPr="00FD4A85">
        <w:rPr>
          <w:lang w:val="ru-RU"/>
        </w:rPr>
        <w:tab/>
        <w:t xml:space="preserve">3) </w:t>
      </w:r>
      <w:r w:rsidRPr="00FA34E7">
        <w:t>Na</w:t>
      </w:r>
      <w:r w:rsidRPr="00FD4A85">
        <w:rPr>
          <w:vertAlign w:val="subscript"/>
          <w:lang w:val="ru-RU"/>
        </w:rPr>
        <w:t>2</w:t>
      </w:r>
      <w:r w:rsidRPr="00FD4A85">
        <w:rPr>
          <w:lang w:val="ru-RU"/>
        </w:rPr>
        <w:t>С</w:t>
      </w:r>
      <w:r w:rsidRPr="00FA34E7">
        <w:t>O</w:t>
      </w:r>
      <w:r w:rsidRPr="00FD4A85">
        <w:rPr>
          <w:vertAlign w:val="subscript"/>
          <w:lang w:val="ru-RU"/>
        </w:rPr>
        <w:t>3</w:t>
      </w:r>
      <w:r w:rsidRPr="00FD4A85">
        <w:rPr>
          <w:lang w:val="ru-RU"/>
        </w:rPr>
        <w:t>; температура</w:t>
      </w:r>
    </w:p>
    <w:p w:rsidR="00FD4A85" w:rsidRPr="00FD4A85" w:rsidRDefault="00FD4A85" w:rsidP="00FD4A85">
      <w:pPr>
        <w:rPr>
          <w:b/>
          <w:szCs w:val="24"/>
          <w:lang w:val="ru-RU"/>
        </w:rPr>
      </w:pPr>
      <w:r w:rsidRPr="00FD4A85">
        <w:rPr>
          <w:b/>
          <w:szCs w:val="24"/>
          <w:lang w:val="ru-RU"/>
        </w:rPr>
        <w:t>Задание 18.</w:t>
      </w:r>
    </w:p>
    <w:p w:rsidR="00FD4A85" w:rsidRPr="00FD4A85" w:rsidRDefault="00FD4A85" w:rsidP="00FD4A85">
      <w:pPr>
        <w:rPr>
          <w:lang w:val="ru-RU"/>
        </w:rPr>
      </w:pPr>
      <w:r w:rsidRPr="00FD4A85">
        <w:rPr>
          <w:lang w:val="ru-RU"/>
        </w:rPr>
        <w:t>Газ образуется при взаимодействии в растворе:</w:t>
      </w:r>
    </w:p>
    <w:p w:rsidR="00FD4A85" w:rsidRPr="00FD4A85" w:rsidRDefault="00FD4A85" w:rsidP="00FD4A85">
      <w:pPr>
        <w:rPr>
          <w:i/>
          <w:szCs w:val="24"/>
          <w:lang w:val="ru-RU"/>
        </w:rPr>
      </w:pPr>
      <w:r w:rsidRPr="00FD4A85">
        <w:rPr>
          <w:i/>
          <w:szCs w:val="24"/>
          <w:lang w:val="ru-RU"/>
        </w:rPr>
        <w:t>варианты ответов:</w:t>
      </w:r>
    </w:p>
    <w:p w:rsidR="00FD4A85" w:rsidRPr="00FD4A85" w:rsidRDefault="00FD4A85" w:rsidP="00FD4A85">
      <w:pPr>
        <w:rPr>
          <w:b/>
          <w:szCs w:val="24"/>
          <w:lang w:val="ru-RU"/>
        </w:rPr>
      </w:pPr>
      <w:r w:rsidRPr="00FD4A85">
        <w:rPr>
          <w:lang w:val="ru-RU"/>
        </w:rPr>
        <w:t xml:space="preserve">1) </w:t>
      </w:r>
      <w:r w:rsidRPr="00E87D27">
        <w:t>NaC</w:t>
      </w:r>
      <w:r>
        <w:t>l</w:t>
      </w:r>
      <w:r w:rsidRPr="00FD4A85">
        <w:rPr>
          <w:lang w:val="ru-RU"/>
        </w:rPr>
        <w:t xml:space="preserve"> с </w:t>
      </w:r>
      <w:r w:rsidRPr="00E87D27">
        <w:t>Li</w:t>
      </w:r>
      <w:r w:rsidRPr="00FD4A85">
        <w:rPr>
          <w:vertAlign w:val="subscript"/>
          <w:lang w:val="ru-RU"/>
        </w:rPr>
        <w:t>2</w:t>
      </w:r>
      <w:r w:rsidRPr="00FD4A85">
        <w:rPr>
          <w:lang w:val="ru-RU"/>
        </w:rPr>
        <w:t>С</w:t>
      </w:r>
      <w:r w:rsidRPr="00E87D27">
        <w:t>O</w:t>
      </w:r>
      <w:r w:rsidRPr="00FD4A85">
        <w:rPr>
          <w:vertAlign w:val="subscript"/>
          <w:lang w:val="ru-RU"/>
        </w:rPr>
        <w:t>3</w:t>
      </w:r>
      <w:r w:rsidRPr="00FD4A85">
        <w:rPr>
          <w:lang w:val="ru-RU"/>
        </w:rPr>
        <w:t xml:space="preserve">;  2) </w:t>
      </w:r>
      <w:r w:rsidRPr="00E87D27">
        <w:t>Li</w:t>
      </w:r>
      <w:r w:rsidRPr="00FD4A85">
        <w:rPr>
          <w:vertAlign w:val="subscript"/>
          <w:lang w:val="ru-RU"/>
        </w:rPr>
        <w:t>2</w:t>
      </w:r>
      <w:r w:rsidRPr="00FD4A85">
        <w:rPr>
          <w:lang w:val="ru-RU"/>
        </w:rPr>
        <w:t>С</w:t>
      </w:r>
      <w:r w:rsidRPr="00E87D27">
        <w:t>O</w:t>
      </w:r>
      <w:r w:rsidRPr="00FD4A85">
        <w:rPr>
          <w:vertAlign w:val="subscript"/>
          <w:lang w:val="ru-RU"/>
        </w:rPr>
        <w:t>3</w:t>
      </w:r>
      <w:r w:rsidRPr="00FD4A85">
        <w:rPr>
          <w:lang w:val="ru-RU"/>
        </w:rPr>
        <w:t xml:space="preserve"> </w:t>
      </w:r>
      <w:r w:rsidRPr="00E87D27">
        <w:t>c</w:t>
      </w:r>
      <w:r w:rsidRPr="00FD4A85">
        <w:rPr>
          <w:lang w:val="ru-RU"/>
        </w:rPr>
        <w:t xml:space="preserve"> </w:t>
      </w:r>
      <w:r>
        <w:t>HCl</w:t>
      </w:r>
      <w:r w:rsidRPr="00FD4A85">
        <w:rPr>
          <w:lang w:val="ru-RU"/>
        </w:rPr>
        <w:t xml:space="preserve">;   3) </w:t>
      </w:r>
      <w:r>
        <w:t>NaCl</w:t>
      </w:r>
      <w:r w:rsidRPr="00E87D27">
        <w:t>O</w:t>
      </w:r>
      <w:r w:rsidRPr="00FD4A85">
        <w:rPr>
          <w:lang w:val="ru-RU"/>
        </w:rPr>
        <w:t xml:space="preserve"> </w:t>
      </w:r>
      <w:r w:rsidRPr="00E87D27">
        <w:t>c</w:t>
      </w:r>
      <w:r w:rsidRPr="00FD4A85">
        <w:rPr>
          <w:lang w:val="ru-RU"/>
        </w:rPr>
        <w:t xml:space="preserve"> </w:t>
      </w:r>
      <w:r w:rsidRPr="00E87D27">
        <w:t>K</w:t>
      </w:r>
      <w:r w:rsidRPr="00FD4A85">
        <w:rPr>
          <w:vertAlign w:val="subscript"/>
          <w:lang w:val="ru-RU"/>
        </w:rPr>
        <w:t>2</w:t>
      </w:r>
      <w:r w:rsidRPr="00E87D27">
        <w:t>C</w:t>
      </w:r>
      <w:r w:rsidRPr="00FD4A85">
        <w:rPr>
          <w:lang w:val="ru-RU"/>
        </w:rPr>
        <w:t>О</w:t>
      </w:r>
      <w:r w:rsidRPr="00FD4A85">
        <w:rPr>
          <w:vertAlign w:val="subscript"/>
          <w:lang w:val="ru-RU"/>
        </w:rPr>
        <w:t>3</w:t>
      </w:r>
    </w:p>
    <w:p w:rsidR="00FD4A85" w:rsidRPr="00FD4A85" w:rsidRDefault="00FD4A85" w:rsidP="00FD4A85">
      <w:pPr>
        <w:rPr>
          <w:b/>
          <w:szCs w:val="24"/>
          <w:lang w:val="ru-RU"/>
        </w:rPr>
      </w:pPr>
      <w:r w:rsidRPr="00FD4A85">
        <w:rPr>
          <w:b/>
          <w:szCs w:val="24"/>
          <w:lang w:val="ru-RU"/>
        </w:rPr>
        <w:t>Задание 19.</w:t>
      </w:r>
    </w:p>
    <w:p w:rsidR="00FD4A85" w:rsidRPr="00FD4A85" w:rsidRDefault="00FD4A85" w:rsidP="00FD4A85">
      <w:pPr>
        <w:rPr>
          <w:lang w:val="ru-RU"/>
        </w:rPr>
      </w:pPr>
      <w:r w:rsidRPr="00FD4A85">
        <w:rPr>
          <w:lang w:val="ru-RU"/>
        </w:rPr>
        <w:t>Гидроксид калия в растворе реагирует по отдельности с веществами:</w:t>
      </w:r>
    </w:p>
    <w:p w:rsidR="00FD4A85" w:rsidRPr="00FD4A85" w:rsidRDefault="00FD4A85" w:rsidP="00FD4A85">
      <w:pPr>
        <w:rPr>
          <w:bCs/>
          <w:iCs/>
          <w:lang w:val="ru-RU"/>
        </w:rPr>
      </w:pPr>
      <w:r w:rsidRPr="00FD4A85">
        <w:rPr>
          <w:bCs/>
          <w:iCs/>
          <w:lang w:val="ru-RU"/>
        </w:rPr>
        <w:t>Составьте уравнение реакции:</w:t>
      </w:r>
    </w:p>
    <w:p w:rsidR="00FD4A85" w:rsidRPr="00FD4A85" w:rsidRDefault="00FD4A85" w:rsidP="00FD4A85">
      <w:pPr>
        <w:rPr>
          <w:i/>
          <w:szCs w:val="24"/>
          <w:lang w:val="ru-RU"/>
        </w:rPr>
      </w:pPr>
      <w:r w:rsidRPr="00FD4A85">
        <w:rPr>
          <w:i/>
          <w:szCs w:val="24"/>
          <w:lang w:val="ru-RU"/>
        </w:rPr>
        <w:t>варианты ответов:</w:t>
      </w:r>
    </w:p>
    <w:p w:rsidR="00FD4A85" w:rsidRPr="00566A7D" w:rsidRDefault="00FD4A85" w:rsidP="00FD4A85">
      <w:pPr>
        <w:rPr>
          <w:b/>
          <w:szCs w:val="24"/>
        </w:rPr>
      </w:pPr>
      <w:r w:rsidRPr="00E87D27">
        <w:t>1) HNO</w:t>
      </w:r>
      <w:r w:rsidRPr="00E87D27">
        <w:rPr>
          <w:vertAlign w:val="subscript"/>
        </w:rPr>
        <w:t>3</w:t>
      </w:r>
      <w:r>
        <w:t>, CuO</w:t>
      </w:r>
      <w:r w:rsidRPr="00E87D27">
        <w:t>;         2) Al, Zn(OH)</w:t>
      </w:r>
      <w:r w:rsidRPr="00E87D27">
        <w:rPr>
          <w:vertAlign w:val="subscript"/>
        </w:rPr>
        <w:t>2</w:t>
      </w:r>
      <w:r w:rsidRPr="00E87D27">
        <w:t>;          3) Zn, SO</w:t>
      </w:r>
      <w:r w:rsidRPr="00E87D27">
        <w:rPr>
          <w:vertAlign w:val="subscript"/>
        </w:rPr>
        <w:t>2</w:t>
      </w:r>
      <w:r w:rsidRPr="00E87D27">
        <w:t xml:space="preserve">                       </w:t>
      </w:r>
    </w:p>
    <w:p w:rsidR="00FD4A85" w:rsidRPr="00FD4A85" w:rsidRDefault="00FD4A85" w:rsidP="00FD4A85">
      <w:pPr>
        <w:rPr>
          <w:b/>
          <w:szCs w:val="24"/>
          <w:lang w:val="ru-RU"/>
        </w:rPr>
      </w:pPr>
      <w:r w:rsidRPr="00FD4A85">
        <w:rPr>
          <w:b/>
          <w:szCs w:val="24"/>
          <w:lang w:val="ru-RU"/>
        </w:rPr>
        <w:t>Задание 20.</w:t>
      </w:r>
    </w:p>
    <w:p w:rsidR="00FD4A85" w:rsidRPr="00FD4A85" w:rsidRDefault="00FD4A85" w:rsidP="00FD4A85">
      <w:pPr>
        <w:rPr>
          <w:lang w:val="ru-RU"/>
        </w:rPr>
      </w:pPr>
      <w:r w:rsidRPr="00FD4A85">
        <w:rPr>
          <w:lang w:val="ru-RU"/>
        </w:rPr>
        <w:t>Взаимодействием какой пары веществ можно получить сульфид натрия:</w:t>
      </w:r>
    </w:p>
    <w:p w:rsidR="00FD4A85" w:rsidRPr="00FD4A85" w:rsidRDefault="00FD4A85" w:rsidP="00FD4A85">
      <w:pPr>
        <w:rPr>
          <w:i/>
          <w:szCs w:val="24"/>
          <w:lang w:val="ru-RU"/>
        </w:rPr>
      </w:pPr>
      <w:r w:rsidRPr="00FD4A85">
        <w:rPr>
          <w:i/>
          <w:szCs w:val="24"/>
          <w:lang w:val="ru-RU"/>
        </w:rPr>
        <w:t>варианты ответов:</w:t>
      </w:r>
    </w:p>
    <w:p w:rsidR="00FD4A85" w:rsidRPr="00FD4A85" w:rsidRDefault="00FD4A85" w:rsidP="00FD4A85">
      <w:pPr>
        <w:rPr>
          <w:lang w:val="ru-RU"/>
        </w:rPr>
      </w:pPr>
      <w:r w:rsidRPr="00FD4A85">
        <w:rPr>
          <w:lang w:val="ru-RU"/>
        </w:rPr>
        <w:t xml:space="preserve">     1) раствора гидроксида натрия и оксида серы (</w:t>
      </w:r>
      <w:r w:rsidRPr="00EC35AD">
        <w:t>VI</w:t>
      </w:r>
      <w:r w:rsidRPr="00FD4A85">
        <w:rPr>
          <w:lang w:val="ru-RU"/>
        </w:rPr>
        <w:t>)</w:t>
      </w:r>
    </w:p>
    <w:p w:rsidR="00FD4A85" w:rsidRPr="00FD4A85" w:rsidRDefault="00FD4A85" w:rsidP="00FD4A85">
      <w:pPr>
        <w:rPr>
          <w:lang w:val="ru-RU"/>
        </w:rPr>
      </w:pPr>
      <w:r w:rsidRPr="00FD4A85">
        <w:rPr>
          <w:lang w:val="ru-RU"/>
        </w:rPr>
        <w:t xml:space="preserve">     2) оксида натрия и оксида серы (</w:t>
      </w:r>
      <w:r w:rsidRPr="00EC35AD">
        <w:t>IV</w:t>
      </w:r>
      <w:r w:rsidRPr="00FD4A85">
        <w:rPr>
          <w:lang w:val="ru-RU"/>
        </w:rPr>
        <w:t>)</w:t>
      </w:r>
    </w:p>
    <w:p w:rsidR="00FD4A85" w:rsidRPr="00FD4A85" w:rsidRDefault="00FD4A85" w:rsidP="00FD4A85">
      <w:pPr>
        <w:rPr>
          <w:lang w:val="ru-RU"/>
        </w:rPr>
      </w:pPr>
      <w:r w:rsidRPr="00FD4A85">
        <w:rPr>
          <w:lang w:val="ru-RU"/>
        </w:rPr>
        <w:t xml:space="preserve">     3) серной кислоты и хлорида натрия</w:t>
      </w:r>
    </w:p>
    <w:p w:rsidR="00FD4A85" w:rsidRPr="00FD4A85" w:rsidRDefault="00FD4A85" w:rsidP="00FD4A85">
      <w:pPr>
        <w:rPr>
          <w:b/>
          <w:szCs w:val="24"/>
          <w:lang w:val="ru-RU"/>
        </w:rPr>
      </w:pPr>
      <w:r w:rsidRPr="00FD4A85">
        <w:rPr>
          <w:b/>
          <w:szCs w:val="24"/>
          <w:lang w:val="ru-RU"/>
        </w:rPr>
        <w:t>Задание 21.</w:t>
      </w:r>
    </w:p>
    <w:p w:rsidR="00FD4A85" w:rsidRPr="00FD4A85" w:rsidRDefault="00FD4A85" w:rsidP="00FD4A85">
      <w:pPr>
        <w:rPr>
          <w:lang w:val="ru-RU"/>
        </w:rPr>
      </w:pPr>
      <w:r w:rsidRPr="00FD4A85">
        <w:rPr>
          <w:lang w:val="ru-RU"/>
        </w:rPr>
        <w:t>Кислотными оксидами являются:</w:t>
      </w:r>
    </w:p>
    <w:p w:rsidR="00FD4A85" w:rsidRPr="00FD4A85" w:rsidRDefault="00FD4A85" w:rsidP="00FD4A85">
      <w:pPr>
        <w:rPr>
          <w:i/>
          <w:szCs w:val="24"/>
          <w:lang w:val="ru-RU"/>
        </w:rPr>
      </w:pPr>
      <w:r w:rsidRPr="00FD4A85">
        <w:rPr>
          <w:i/>
          <w:szCs w:val="24"/>
          <w:lang w:val="ru-RU"/>
        </w:rPr>
        <w:t>варианты ответов:</w:t>
      </w:r>
    </w:p>
    <w:p w:rsidR="00FD4A85" w:rsidRPr="00E17B7B" w:rsidRDefault="00FD4A85" w:rsidP="00FD4A85">
      <w:pPr>
        <w:rPr>
          <w:vertAlign w:val="subscript"/>
        </w:rPr>
      </w:pPr>
      <w:r w:rsidRPr="00E17B7B">
        <w:t xml:space="preserve">1) </w:t>
      </w:r>
      <w:r w:rsidRPr="00EC35AD">
        <w:t>NO</w:t>
      </w:r>
      <w:r w:rsidRPr="00E17B7B">
        <w:rPr>
          <w:vertAlign w:val="subscript"/>
        </w:rPr>
        <w:t>2</w:t>
      </w:r>
      <w:r w:rsidRPr="00E17B7B">
        <w:t xml:space="preserve">, </w:t>
      </w:r>
      <w:r>
        <w:t>C</w:t>
      </w:r>
      <w:r w:rsidRPr="00EC35AD">
        <w:t>O</w:t>
      </w:r>
      <w:r w:rsidRPr="00E17B7B">
        <w:t xml:space="preserve">; </w:t>
      </w:r>
      <w:r w:rsidRPr="00E17B7B">
        <w:rPr>
          <w:vertAlign w:val="subscript"/>
        </w:rPr>
        <w:t xml:space="preserve">              </w:t>
      </w:r>
      <w:r w:rsidRPr="00E17B7B">
        <w:t xml:space="preserve">2) </w:t>
      </w:r>
      <w:r w:rsidRPr="00EC35AD">
        <w:t>CO</w:t>
      </w:r>
      <w:r w:rsidRPr="00E17B7B">
        <w:rPr>
          <w:vertAlign w:val="subscript"/>
        </w:rPr>
        <w:t>2</w:t>
      </w:r>
      <w:r w:rsidRPr="00E17B7B">
        <w:t xml:space="preserve">, </w:t>
      </w:r>
      <w:r w:rsidRPr="00EC35AD">
        <w:t>N</w:t>
      </w:r>
      <w:r w:rsidRPr="00E17B7B">
        <w:rPr>
          <w:vertAlign w:val="subscript"/>
        </w:rPr>
        <w:t>2</w:t>
      </w:r>
      <w:r w:rsidRPr="00EC35AD">
        <w:t>O</w:t>
      </w:r>
      <w:r w:rsidRPr="00E17B7B">
        <w:rPr>
          <w:vertAlign w:val="subscript"/>
        </w:rPr>
        <w:t>3</w:t>
      </w:r>
      <w:r w:rsidRPr="00E17B7B">
        <w:t xml:space="preserve">;      </w:t>
      </w:r>
      <w:r w:rsidRPr="00E17B7B">
        <w:rPr>
          <w:vertAlign w:val="subscript"/>
        </w:rPr>
        <w:t xml:space="preserve">        </w:t>
      </w:r>
      <w:r w:rsidRPr="00E17B7B">
        <w:t xml:space="preserve">3) </w:t>
      </w:r>
      <w:r w:rsidRPr="00EC35AD">
        <w:t>CO</w:t>
      </w:r>
      <w:r w:rsidRPr="00E17B7B">
        <w:t xml:space="preserve">, </w:t>
      </w:r>
      <w:r w:rsidRPr="00EC35AD">
        <w:t>P</w:t>
      </w:r>
      <w:r w:rsidRPr="00E17B7B">
        <w:rPr>
          <w:vertAlign w:val="subscript"/>
        </w:rPr>
        <w:t>2</w:t>
      </w:r>
      <w:r w:rsidRPr="00EC35AD">
        <w:t>O</w:t>
      </w:r>
      <w:r w:rsidRPr="00E17B7B">
        <w:rPr>
          <w:vertAlign w:val="subscript"/>
        </w:rPr>
        <w:t xml:space="preserve">5                      </w:t>
      </w:r>
    </w:p>
    <w:p w:rsidR="00FD4A85" w:rsidRPr="00FD4A85" w:rsidRDefault="00FD4A85" w:rsidP="00FD4A85">
      <w:pPr>
        <w:rPr>
          <w:lang w:val="ru-RU"/>
        </w:rPr>
      </w:pPr>
      <w:r w:rsidRPr="00FD4A85">
        <w:rPr>
          <w:b/>
          <w:lang w:val="ru-RU"/>
        </w:rPr>
        <w:t xml:space="preserve">Задание 22. </w:t>
      </w:r>
      <w:r w:rsidRPr="00FD4A85">
        <w:rPr>
          <w:lang w:val="ru-RU"/>
        </w:rPr>
        <w:t>Оксид углерода (</w:t>
      </w:r>
      <w:r>
        <w:t>IV</w:t>
      </w:r>
      <w:r w:rsidRPr="00FD4A85">
        <w:rPr>
          <w:lang w:val="ru-RU"/>
        </w:rPr>
        <w:t>) реагирует с каждым из веществ:</w:t>
      </w:r>
    </w:p>
    <w:p w:rsidR="00FD4A85" w:rsidRPr="001A3BB0" w:rsidRDefault="00FD4A85" w:rsidP="00FD4A85">
      <w:pPr>
        <w:pStyle w:val="14"/>
        <w:widowControl/>
        <w:rPr>
          <w:i/>
          <w:snapToGrid/>
          <w:sz w:val="24"/>
        </w:rPr>
      </w:pPr>
      <w:r w:rsidRPr="001A3BB0">
        <w:rPr>
          <w:i/>
          <w:snapToGrid/>
          <w:sz w:val="24"/>
        </w:rPr>
        <w:t xml:space="preserve">варианты ответов: </w:t>
      </w:r>
    </w:p>
    <w:p w:rsidR="00FD4A85" w:rsidRDefault="00FD4A85" w:rsidP="00FD4A85">
      <w:pPr>
        <w:numPr>
          <w:ilvl w:val="0"/>
          <w:numId w:val="16"/>
        </w:numPr>
        <w:spacing w:line="240" w:lineRule="auto"/>
      </w:pPr>
      <w:r>
        <w:t>водой и оксидом кальция;</w:t>
      </w:r>
    </w:p>
    <w:p w:rsidR="00FD4A85" w:rsidRDefault="00FD4A85" w:rsidP="00FD4A85">
      <w:pPr>
        <w:numPr>
          <w:ilvl w:val="0"/>
          <w:numId w:val="16"/>
        </w:numPr>
        <w:spacing w:line="240" w:lineRule="auto"/>
      </w:pPr>
      <w:r>
        <w:t>кислородом и оксидом серы;</w:t>
      </w:r>
    </w:p>
    <w:p w:rsidR="00FD4A85" w:rsidRPr="00FD4A85" w:rsidRDefault="00FD4A85" w:rsidP="00FD4A85">
      <w:pPr>
        <w:numPr>
          <w:ilvl w:val="0"/>
          <w:numId w:val="16"/>
        </w:numPr>
        <w:spacing w:line="240" w:lineRule="auto"/>
        <w:rPr>
          <w:lang w:val="ru-RU"/>
        </w:rPr>
      </w:pPr>
      <w:r w:rsidRPr="00FD4A85">
        <w:rPr>
          <w:lang w:val="ru-RU"/>
        </w:rPr>
        <w:t>сульфатом калия и гидроксидом натрия;</w:t>
      </w:r>
    </w:p>
    <w:p w:rsidR="00FD4A85" w:rsidRPr="00FD4A85" w:rsidRDefault="00FD4A85" w:rsidP="00FD4A85">
      <w:pPr>
        <w:rPr>
          <w:b/>
          <w:lang w:val="ru-RU"/>
        </w:rPr>
      </w:pPr>
      <w:r w:rsidRPr="00FD4A85">
        <w:rPr>
          <w:b/>
          <w:lang w:val="ru-RU"/>
        </w:rPr>
        <w:t xml:space="preserve">Задание 23. </w:t>
      </w:r>
    </w:p>
    <w:p w:rsidR="00FD4A85" w:rsidRPr="00FD4A85" w:rsidRDefault="00FD4A85" w:rsidP="00FD4A85">
      <w:pPr>
        <w:rPr>
          <w:i/>
          <w:sz w:val="20"/>
          <w:u w:val="single"/>
          <w:lang w:val="ru-RU"/>
        </w:rPr>
      </w:pPr>
      <w:r w:rsidRPr="00FD4A85">
        <w:rPr>
          <w:lang w:val="ru-RU"/>
        </w:rPr>
        <w:t xml:space="preserve">Различить гидроксиды магния и цинка можно с помощью: </w:t>
      </w:r>
    </w:p>
    <w:p w:rsidR="00FD4A85" w:rsidRDefault="00FD4A85" w:rsidP="00FD4A85">
      <w:pPr>
        <w:pStyle w:val="14"/>
        <w:widowControl/>
        <w:rPr>
          <w:i/>
          <w:snapToGrid/>
          <w:sz w:val="24"/>
        </w:rPr>
      </w:pPr>
      <w:r>
        <w:rPr>
          <w:b/>
          <w:snapToGrid/>
          <w:sz w:val="24"/>
        </w:rPr>
        <w:t xml:space="preserve">      </w:t>
      </w:r>
      <w:r w:rsidRPr="001A3BB0">
        <w:rPr>
          <w:i/>
          <w:snapToGrid/>
          <w:sz w:val="24"/>
        </w:rPr>
        <w:t xml:space="preserve">варианты ответов: </w:t>
      </w:r>
    </w:p>
    <w:p w:rsidR="00FD4A85" w:rsidRPr="001A3BB0" w:rsidRDefault="00FD4A85" w:rsidP="00FD4A85">
      <w:pPr>
        <w:pStyle w:val="14"/>
        <w:widowControl/>
        <w:rPr>
          <w:i/>
          <w:snapToGrid/>
          <w:sz w:val="24"/>
        </w:rPr>
      </w:pPr>
      <w:r w:rsidRPr="009778F3">
        <w:t xml:space="preserve">1) </w:t>
      </w:r>
      <w:r w:rsidRPr="009778F3">
        <w:rPr>
          <w:lang w:val="en-US"/>
        </w:rPr>
        <w:t>H</w:t>
      </w:r>
      <w:r w:rsidRPr="009778F3">
        <w:rPr>
          <w:vertAlign w:val="subscript"/>
        </w:rPr>
        <w:t>2</w:t>
      </w:r>
      <w:r w:rsidRPr="009778F3">
        <w:rPr>
          <w:lang w:val="en-US"/>
        </w:rPr>
        <w:t>O</w:t>
      </w:r>
      <w:r w:rsidRPr="009778F3">
        <w:t xml:space="preserve">            2) </w:t>
      </w:r>
      <w:r w:rsidRPr="009778F3">
        <w:rPr>
          <w:lang w:val="en-US"/>
        </w:rPr>
        <w:t>KOH</w:t>
      </w:r>
      <w:r w:rsidRPr="009778F3">
        <w:t xml:space="preserve">           3)</w:t>
      </w:r>
      <w:r w:rsidRPr="009778F3">
        <w:rPr>
          <w:lang w:val="en-US"/>
        </w:rPr>
        <w:t>HC</w:t>
      </w:r>
      <w:r>
        <w:rPr>
          <w:lang w:val="en-US"/>
        </w:rPr>
        <w:t>l</w:t>
      </w:r>
    </w:p>
    <w:p w:rsidR="00FD4A85" w:rsidRPr="00FD4A85" w:rsidRDefault="00FD4A85" w:rsidP="00FD4A85">
      <w:pPr>
        <w:ind w:firstLine="175"/>
        <w:rPr>
          <w:b/>
          <w:lang w:val="ru-RU"/>
        </w:rPr>
      </w:pPr>
      <w:r w:rsidRPr="00FD4A85">
        <w:rPr>
          <w:b/>
          <w:lang w:val="ru-RU"/>
        </w:rPr>
        <w:t>Задание 24.</w:t>
      </w:r>
    </w:p>
    <w:p w:rsidR="00FD4A85" w:rsidRPr="00FD4A85" w:rsidRDefault="00FD4A85" w:rsidP="00FD4A85">
      <w:pPr>
        <w:rPr>
          <w:lang w:val="ru-RU"/>
        </w:rPr>
      </w:pPr>
      <w:r w:rsidRPr="00FD4A85">
        <w:rPr>
          <w:lang w:val="ru-RU"/>
        </w:rPr>
        <w:t>Какой из перечисленных элементов может иметь в соединениях как положительную, так и отрицательную степени окисления?</w:t>
      </w:r>
    </w:p>
    <w:p w:rsidR="00FD4A85" w:rsidRPr="001A3BB0" w:rsidRDefault="00FD4A85" w:rsidP="00FD4A85">
      <w:pPr>
        <w:pStyle w:val="14"/>
        <w:widowControl/>
        <w:rPr>
          <w:i/>
          <w:snapToGrid/>
          <w:sz w:val="24"/>
        </w:rPr>
      </w:pPr>
      <w:r w:rsidRPr="001A3BB0">
        <w:rPr>
          <w:i/>
          <w:snapToGrid/>
          <w:sz w:val="24"/>
        </w:rPr>
        <w:lastRenderedPageBreak/>
        <w:t xml:space="preserve">варианты ответов: </w:t>
      </w:r>
    </w:p>
    <w:p w:rsidR="00FD4A85" w:rsidRPr="00FD4A85" w:rsidRDefault="00FD4A85" w:rsidP="00FD4A85">
      <w:pPr>
        <w:rPr>
          <w:lang w:val="ru-RU"/>
        </w:rPr>
      </w:pPr>
      <w:r w:rsidRPr="00FD4A85">
        <w:rPr>
          <w:lang w:val="ru-RU"/>
        </w:rPr>
        <w:t>1)  Аргон;            2) Фтор;       3)Бром</w:t>
      </w:r>
    </w:p>
    <w:p w:rsidR="00FD4A85" w:rsidRPr="00FD4A85" w:rsidRDefault="00FD4A85" w:rsidP="00FD4A85">
      <w:pPr>
        <w:ind w:firstLine="175"/>
        <w:rPr>
          <w:lang w:val="ru-RU"/>
        </w:rPr>
      </w:pPr>
      <w:r w:rsidRPr="00FD4A85">
        <w:rPr>
          <w:b/>
          <w:lang w:val="ru-RU"/>
        </w:rPr>
        <w:t xml:space="preserve">Задание 25. </w:t>
      </w:r>
      <w:r w:rsidRPr="00FD4A85">
        <w:rPr>
          <w:lang w:val="ru-RU"/>
        </w:rPr>
        <w:t xml:space="preserve">Какое пространственное строение может иметь молекула, центральный атом, которой находится в </w:t>
      </w:r>
      <w:r>
        <w:t>sp</w:t>
      </w:r>
      <w:r w:rsidRPr="00FD4A85">
        <w:rPr>
          <w:vertAlign w:val="superscript"/>
          <w:lang w:val="ru-RU"/>
        </w:rPr>
        <w:t>2</w:t>
      </w:r>
      <w:r w:rsidRPr="00FD4A85">
        <w:rPr>
          <w:lang w:val="ru-RU"/>
        </w:rPr>
        <w:t>-гибридном состоянии?</w:t>
      </w:r>
    </w:p>
    <w:p w:rsidR="00FD4A85" w:rsidRPr="00FD4A85" w:rsidRDefault="00FD4A85" w:rsidP="00FD4A85">
      <w:pPr>
        <w:spacing w:line="240" w:lineRule="auto"/>
        <w:rPr>
          <w:i/>
          <w:lang w:val="ru-RU"/>
        </w:rPr>
      </w:pPr>
      <w:r w:rsidRPr="00FD4A85">
        <w:rPr>
          <w:b/>
          <w:lang w:val="ru-RU"/>
        </w:rPr>
        <w:t xml:space="preserve">      </w:t>
      </w:r>
      <w:r w:rsidRPr="00FD4A85">
        <w:rPr>
          <w:i/>
          <w:lang w:val="ru-RU"/>
        </w:rPr>
        <w:t xml:space="preserve">варианты ответов: </w:t>
      </w:r>
    </w:p>
    <w:p w:rsidR="00FD4A85" w:rsidRPr="00FD4A85" w:rsidRDefault="00FD4A85" w:rsidP="00FD4A85">
      <w:pPr>
        <w:spacing w:line="240" w:lineRule="auto"/>
        <w:rPr>
          <w:lang w:val="ru-RU"/>
        </w:rPr>
      </w:pPr>
      <w:r w:rsidRPr="00FD4A85">
        <w:rPr>
          <w:lang w:val="ru-RU"/>
        </w:rPr>
        <w:t>1) Равносторонний или равнобедренный треугольник;</w:t>
      </w:r>
    </w:p>
    <w:p w:rsidR="00FD4A85" w:rsidRPr="00FD4A85" w:rsidRDefault="00FD4A85" w:rsidP="00FD4A85">
      <w:pPr>
        <w:spacing w:line="240" w:lineRule="auto"/>
        <w:rPr>
          <w:lang w:val="ru-RU"/>
        </w:rPr>
      </w:pPr>
      <w:r w:rsidRPr="00FD4A85">
        <w:rPr>
          <w:lang w:val="ru-RU"/>
        </w:rPr>
        <w:t>2) Тэтраэдр или выпуклая треугольная пирамида;</w:t>
      </w:r>
    </w:p>
    <w:p w:rsidR="00FD4A85" w:rsidRPr="00FD4A85" w:rsidRDefault="00FD4A85" w:rsidP="00FD4A85">
      <w:pPr>
        <w:spacing w:line="240" w:lineRule="auto"/>
        <w:rPr>
          <w:lang w:val="ru-RU"/>
        </w:rPr>
      </w:pPr>
      <w:r w:rsidRPr="00FD4A85">
        <w:rPr>
          <w:lang w:val="ru-RU"/>
        </w:rPr>
        <w:t>3) Октаэдр или равнобедренный треугольник.</w:t>
      </w:r>
    </w:p>
    <w:p w:rsidR="00FD4A85" w:rsidRPr="001A3BB0" w:rsidRDefault="00FD4A85" w:rsidP="00FD4A85">
      <w:pPr>
        <w:pStyle w:val="14"/>
        <w:widowControl/>
        <w:rPr>
          <w:i/>
          <w:snapToGrid/>
          <w:sz w:val="24"/>
        </w:rPr>
      </w:pPr>
    </w:p>
    <w:p w:rsidR="00FD4A85" w:rsidRPr="00FD4A85" w:rsidRDefault="00FD4A85" w:rsidP="00FD4A85">
      <w:pPr>
        <w:rPr>
          <w:lang w:val="ru-RU"/>
        </w:rPr>
      </w:pPr>
      <w:r w:rsidRPr="00FD4A85">
        <w:rPr>
          <w:b/>
          <w:lang w:val="ru-RU"/>
        </w:rPr>
        <w:t xml:space="preserve">Задание 26. </w:t>
      </w:r>
      <w:r w:rsidRPr="00FD4A85">
        <w:rPr>
          <w:lang w:val="ru-RU"/>
        </w:rPr>
        <w:t xml:space="preserve">Валентный угол </w:t>
      </w:r>
      <w:r w:rsidRPr="00110C66">
        <w:rPr>
          <w:position w:val="-4"/>
        </w:rPr>
        <w:object w:dxaOrig="540" w:dyaOrig="260">
          <v:shape id="_x0000_i1031" type="#_x0000_t75" style="width:27.75pt;height:12pt" o:ole="">
            <v:imagedata r:id="rId16" o:title=""/>
          </v:shape>
          <o:OLEObject Type="Embed" ProgID="Equation.3" ShapeID="_x0000_i1031" DrawAspect="Content" ObjectID="_1842695726" r:id="rId17"/>
        </w:object>
      </w:r>
      <w:r w:rsidRPr="00FD4A85">
        <w:rPr>
          <w:lang w:val="ru-RU"/>
        </w:rPr>
        <w:t xml:space="preserve">в ионе </w:t>
      </w:r>
      <w:r w:rsidRPr="00110C66">
        <w:rPr>
          <w:position w:val="-10"/>
        </w:rPr>
        <w:object w:dxaOrig="499" w:dyaOrig="360">
          <v:shape id="_x0000_i1032" type="#_x0000_t75" style="width:25.5pt;height:18pt" o:ole="">
            <v:imagedata r:id="rId18" o:title=""/>
          </v:shape>
          <o:OLEObject Type="Embed" ProgID="Equation.3" ShapeID="_x0000_i1032" DrawAspect="Content" ObjectID="_1842695727" r:id="rId19"/>
        </w:object>
      </w:r>
      <w:r w:rsidRPr="00FD4A85">
        <w:rPr>
          <w:lang w:val="ru-RU"/>
        </w:rPr>
        <w:t xml:space="preserve"> равен</w:t>
      </w:r>
    </w:p>
    <w:p w:rsidR="00FD4A85" w:rsidRDefault="00FD4A85" w:rsidP="00FD4A85">
      <w:pPr>
        <w:pStyle w:val="14"/>
        <w:widowControl/>
        <w:rPr>
          <w:i/>
          <w:snapToGrid/>
          <w:sz w:val="24"/>
        </w:rPr>
      </w:pPr>
      <w:r>
        <w:rPr>
          <w:b/>
          <w:snapToGrid/>
          <w:sz w:val="24"/>
        </w:rPr>
        <w:t xml:space="preserve">      </w:t>
      </w:r>
      <w:r w:rsidRPr="001A3BB0">
        <w:rPr>
          <w:i/>
          <w:snapToGrid/>
          <w:sz w:val="24"/>
        </w:rPr>
        <w:t xml:space="preserve">варианты ответов: </w:t>
      </w:r>
    </w:p>
    <w:p w:rsidR="00FD4A85" w:rsidRPr="00FD4A85" w:rsidRDefault="00FD4A85" w:rsidP="00FD4A85">
      <w:pPr>
        <w:rPr>
          <w:lang w:val="ru-RU"/>
        </w:rPr>
      </w:pPr>
      <w:r w:rsidRPr="00FD4A85">
        <w:rPr>
          <w:lang w:val="ru-RU"/>
        </w:rPr>
        <w:t>1) 120º;   2)   109º 28´;     3) 90º</w:t>
      </w:r>
    </w:p>
    <w:p w:rsidR="00FD4A85" w:rsidRPr="00FD4A85" w:rsidRDefault="00FD4A85" w:rsidP="00FD4A85">
      <w:pPr>
        <w:rPr>
          <w:lang w:val="ru-RU"/>
        </w:rPr>
      </w:pPr>
      <w:r w:rsidRPr="00FD4A85">
        <w:rPr>
          <w:b/>
          <w:szCs w:val="24"/>
          <w:lang w:val="ru-RU"/>
        </w:rPr>
        <w:t>Задание 27.</w:t>
      </w:r>
      <w:r w:rsidRPr="00FD4A85">
        <w:rPr>
          <w:lang w:val="ru-RU"/>
        </w:rPr>
        <w:t xml:space="preserve"> Атом азота в молекуле аммиака имеет …</w:t>
      </w:r>
    </w:p>
    <w:p w:rsidR="00FD4A85" w:rsidRPr="00FD4A85" w:rsidRDefault="00FD4A85" w:rsidP="00FD4A85">
      <w:pPr>
        <w:rPr>
          <w:i/>
          <w:szCs w:val="24"/>
          <w:lang w:val="ru-RU"/>
        </w:rPr>
      </w:pPr>
      <w:r w:rsidRPr="00FD4A85">
        <w:rPr>
          <w:i/>
          <w:szCs w:val="24"/>
          <w:lang w:val="ru-RU"/>
        </w:rPr>
        <w:t>варианты ответов:</w:t>
      </w:r>
    </w:p>
    <w:p w:rsidR="00FD4A85" w:rsidRPr="00FD4A85" w:rsidRDefault="00FD4A85" w:rsidP="00FD4A85">
      <w:pPr>
        <w:spacing w:line="240" w:lineRule="auto"/>
        <w:rPr>
          <w:lang w:val="ru-RU"/>
        </w:rPr>
      </w:pPr>
      <w:r w:rsidRPr="00FD4A85">
        <w:rPr>
          <w:lang w:val="ru-RU"/>
        </w:rPr>
        <w:t xml:space="preserve">1) Три </w:t>
      </w:r>
      <w:r w:rsidRPr="00110C66">
        <w:rPr>
          <w:position w:val="-10"/>
        </w:rPr>
        <w:object w:dxaOrig="400" w:dyaOrig="360">
          <v:shape id="_x0000_i1033" type="#_x0000_t75" style="width:19.5pt;height:18pt" o:ole="">
            <v:imagedata r:id="rId20" o:title=""/>
          </v:shape>
          <o:OLEObject Type="Embed" ProgID="Equation.3" ShapeID="_x0000_i1033" DrawAspect="Content" ObjectID="_1842695728" r:id="rId21"/>
        </w:object>
      </w:r>
      <w:r w:rsidRPr="00FD4A85">
        <w:rPr>
          <w:lang w:val="ru-RU"/>
        </w:rPr>
        <w:t xml:space="preserve">– гибридные орбитали и одну негибридную </w:t>
      </w:r>
      <w:r w:rsidRPr="00110C66">
        <w:rPr>
          <w:position w:val="-10"/>
        </w:rPr>
        <w:object w:dxaOrig="360" w:dyaOrig="320">
          <v:shape id="_x0000_i1034" type="#_x0000_t75" style="width:18pt;height:15.75pt" o:ole="">
            <v:imagedata r:id="rId22" o:title=""/>
          </v:shape>
          <o:OLEObject Type="Embed" ProgID="Equation.3" ShapeID="_x0000_i1034" DrawAspect="Content" ObjectID="_1842695729" r:id="rId23"/>
        </w:object>
      </w:r>
      <w:r w:rsidRPr="00FD4A85">
        <w:rPr>
          <w:lang w:val="ru-RU"/>
        </w:rPr>
        <w:t>- орбиталь;</w:t>
      </w:r>
    </w:p>
    <w:p w:rsidR="00FD4A85" w:rsidRPr="00FD4A85" w:rsidRDefault="00FD4A85" w:rsidP="00FD4A85">
      <w:pPr>
        <w:spacing w:line="240" w:lineRule="auto"/>
        <w:rPr>
          <w:lang w:val="ru-RU"/>
        </w:rPr>
      </w:pPr>
      <w:r w:rsidRPr="00FD4A85">
        <w:rPr>
          <w:lang w:val="ru-RU"/>
        </w:rPr>
        <w:t xml:space="preserve">2) Четыре </w:t>
      </w:r>
      <w:r w:rsidRPr="00110C66">
        <w:rPr>
          <w:position w:val="-10"/>
        </w:rPr>
        <w:object w:dxaOrig="380" w:dyaOrig="360">
          <v:shape id="_x0000_i1035" type="#_x0000_t75" style="width:19.5pt;height:18pt" o:ole="">
            <v:imagedata r:id="rId24" o:title=""/>
          </v:shape>
          <o:OLEObject Type="Embed" ProgID="Equation.3" ShapeID="_x0000_i1035" DrawAspect="Content" ObjectID="_1842695730" r:id="rId25"/>
        </w:object>
      </w:r>
      <w:r w:rsidRPr="00FD4A85">
        <w:rPr>
          <w:lang w:val="ru-RU"/>
        </w:rPr>
        <w:t>-гибридные орбитали;</w:t>
      </w:r>
    </w:p>
    <w:p w:rsidR="00FD4A85" w:rsidRPr="00FD4A85" w:rsidRDefault="00FD4A85" w:rsidP="00FD4A85">
      <w:pPr>
        <w:rPr>
          <w:i/>
          <w:szCs w:val="24"/>
          <w:lang w:val="ru-RU"/>
        </w:rPr>
      </w:pPr>
      <w:r w:rsidRPr="00FD4A85">
        <w:rPr>
          <w:lang w:val="ru-RU"/>
        </w:rPr>
        <w:t xml:space="preserve">3) Три </w:t>
      </w:r>
      <w:r w:rsidRPr="00110C66">
        <w:rPr>
          <w:position w:val="-10"/>
        </w:rPr>
        <w:object w:dxaOrig="380" w:dyaOrig="360">
          <v:shape id="_x0000_i1036" type="#_x0000_t75" style="width:19.5pt;height:18pt" o:ole="">
            <v:imagedata r:id="rId26" o:title=""/>
          </v:shape>
          <o:OLEObject Type="Embed" ProgID="Equation.3" ShapeID="_x0000_i1036" DrawAspect="Content" ObjectID="_1842695731" r:id="rId27"/>
        </w:object>
      </w:r>
      <w:r w:rsidRPr="00FD4A85">
        <w:rPr>
          <w:lang w:val="ru-RU"/>
        </w:rPr>
        <w:t xml:space="preserve">-гибридные орбитали и одну негибридную </w:t>
      </w:r>
      <w:r w:rsidRPr="00110C66">
        <w:rPr>
          <w:position w:val="-10"/>
        </w:rPr>
        <w:object w:dxaOrig="360" w:dyaOrig="320">
          <v:shape id="_x0000_i1037" type="#_x0000_t75" style="width:18pt;height:15.75pt" o:ole="">
            <v:imagedata r:id="rId28" o:title=""/>
          </v:shape>
          <o:OLEObject Type="Embed" ProgID="Equation.3" ShapeID="_x0000_i1037" DrawAspect="Content" ObjectID="_1842695732" r:id="rId29"/>
        </w:object>
      </w:r>
      <w:r w:rsidRPr="00FD4A85">
        <w:rPr>
          <w:lang w:val="ru-RU"/>
        </w:rPr>
        <w:t>-орбиталь</w:t>
      </w:r>
    </w:p>
    <w:p w:rsidR="00FD4A85" w:rsidRPr="00FD4A85" w:rsidRDefault="00FD4A85" w:rsidP="00FD4A85">
      <w:pPr>
        <w:rPr>
          <w:b/>
          <w:szCs w:val="24"/>
          <w:lang w:val="ru-RU"/>
        </w:rPr>
      </w:pPr>
      <w:r w:rsidRPr="00FD4A85">
        <w:rPr>
          <w:b/>
          <w:szCs w:val="24"/>
          <w:lang w:val="ru-RU"/>
        </w:rPr>
        <w:t>Задание 28.</w:t>
      </w:r>
    </w:p>
    <w:p w:rsidR="00FD4A85" w:rsidRPr="00FD4A85" w:rsidRDefault="00FD4A85" w:rsidP="00FD4A85">
      <w:pPr>
        <w:rPr>
          <w:lang w:val="ru-RU"/>
        </w:rPr>
      </w:pPr>
      <w:r w:rsidRPr="00FD4A85">
        <w:rPr>
          <w:lang w:val="ru-RU"/>
        </w:rPr>
        <w:t>Атом кислорода в молекуле воды находится в … состоянии.</w:t>
      </w:r>
    </w:p>
    <w:p w:rsidR="00FD4A85" w:rsidRDefault="00FD4A85" w:rsidP="00FD4A85">
      <w:pPr>
        <w:rPr>
          <w:i/>
          <w:szCs w:val="24"/>
        </w:rPr>
      </w:pPr>
      <w:r w:rsidRPr="00E06BBA">
        <w:rPr>
          <w:i/>
          <w:szCs w:val="24"/>
        </w:rPr>
        <w:t>варианты ответов:</w:t>
      </w:r>
    </w:p>
    <w:p w:rsidR="00FD4A85" w:rsidRPr="00EE7C3D" w:rsidRDefault="00FD4A85" w:rsidP="00FD4A85">
      <w:pPr>
        <w:pStyle w:val="ae"/>
        <w:numPr>
          <w:ilvl w:val="0"/>
          <w:numId w:val="19"/>
        </w:numPr>
        <w:spacing w:after="200" w:line="240" w:lineRule="auto"/>
        <w:ind w:left="360"/>
        <w:contextualSpacing w:val="0"/>
        <w:rPr>
          <w:i/>
          <w:szCs w:val="24"/>
        </w:rPr>
      </w:pPr>
      <w:r w:rsidRPr="00EE7C3D">
        <w:object w:dxaOrig="440" w:dyaOrig="360">
          <v:shape id="_x0000_i1038" type="#_x0000_t75" style="width:21.75pt;height:18pt" o:ole="">
            <v:imagedata r:id="rId30" o:title=""/>
          </v:shape>
          <o:OLEObject Type="Embed" ProgID="Equation.3" ShapeID="_x0000_i1038" DrawAspect="Content" ObjectID="_1842695733" r:id="rId31"/>
        </w:object>
      </w:r>
      <w:r>
        <w:t xml:space="preserve">- </w:t>
      </w:r>
      <w:r w:rsidRPr="00EE7C3D">
        <w:t>гибридном</w:t>
      </w:r>
      <w:r>
        <w:t>;    2)</w:t>
      </w:r>
      <w:r w:rsidRPr="00EE7C3D">
        <w:rPr>
          <w:position w:val="-10"/>
        </w:rPr>
        <w:object w:dxaOrig="300" w:dyaOrig="260">
          <v:shape id="_x0000_i1039" type="#_x0000_t75" style="width:15.75pt;height:12pt" o:ole="">
            <v:imagedata r:id="rId32" o:title=""/>
          </v:shape>
          <o:OLEObject Type="Embed" ProgID="Equation.3" ShapeID="_x0000_i1039" DrawAspect="Content" ObjectID="_1842695734" r:id="rId33"/>
        </w:object>
      </w:r>
      <w:r>
        <w:t xml:space="preserve">- </w:t>
      </w:r>
      <w:r w:rsidRPr="00EE7C3D">
        <w:t>гибридном</w:t>
      </w:r>
      <w:r>
        <w:t>;     3)</w:t>
      </w:r>
      <w:r w:rsidRPr="00110C66">
        <w:rPr>
          <w:position w:val="-10"/>
        </w:rPr>
        <w:object w:dxaOrig="400" w:dyaOrig="360">
          <v:shape id="_x0000_i1040" type="#_x0000_t75" style="width:20.25pt;height:18pt" o:ole="">
            <v:imagedata r:id="rId34" o:title=""/>
          </v:shape>
          <o:OLEObject Type="Embed" ProgID="Equation.3" ShapeID="_x0000_i1040" DrawAspect="Content" ObjectID="_1842695735" r:id="rId35"/>
        </w:object>
      </w:r>
      <w:r>
        <w:t xml:space="preserve">- </w:t>
      </w:r>
      <w:r w:rsidRPr="00EE7C3D">
        <w:t>гибридном</w:t>
      </w:r>
    </w:p>
    <w:p w:rsidR="00FD4A85" w:rsidRDefault="00FD4A85" w:rsidP="00FD4A85">
      <w:pPr>
        <w:rPr>
          <w:b/>
          <w:szCs w:val="24"/>
        </w:rPr>
      </w:pPr>
      <w:r w:rsidRPr="00E06BBA">
        <w:rPr>
          <w:b/>
          <w:szCs w:val="24"/>
        </w:rPr>
        <w:t xml:space="preserve">Задание </w:t>
      </w:r>
      <w:r>
        <w:rPr>
          <w:b/>
          <w:szCs w:val="24"/>
        </w:rPr>
        <w:t>29</w:t>
      </w:r>
      <w:r w:rsidRPr="00E06BBA">
        <w:rPr>
          <w:b/>
          <w:szCs w:val="24"/>
        </w:rPr>
        <w:t>.</w:t>
      </w:r>
    </w:p>
    <w:p w:rsidR="00FD4A85" w:rsidRDefault="00FD4A85" w:rsidP="00FD4A85">
      <w:r>
        <w:t>Гибридизация орбиталей – это …</w:t>
      </w:r>
    </w:p>
    <w:p w:rsidR="00FD4A85" w:rsidRPr="00E06BBA" w:rsidRDefault="00FD4A85" w:rsidP="00FD4A85">
      <w:pPr>
        <w:rPr>
          <w:i/>
          <w:szCs w:val="24"/>
        </w:rPr>
      </w:pPr>
      <w:r w:rsidRPr="00E06BBA">
        <w:rPr>
          <w:i/>
          <w:szCs w:val="24"/>
        </w:rPr>
        <w:t>варианты ответов:</w:t>
      </w:r>
    </w:p>
    <w:p w:rsidR="00FD4A85" w:rsidRPr="00FD4A85" w:rsidRDefault="00FD4A85" w:rsidP="00FD4A85">
      <w:pPr>
        <w:numPr>
          <w:ilvl w:val="0"/>
          <w:numId w:val="25"/>
        </w:numPr>
        <w:spacing w:line="240" w:lineRule="auto"/>
        <w:rPr>
          <w:lang w:val="ru-RU"/>
        </w:rPr>
      </w:pPr>
      <w:r w:rsidRPr="00FD4A85">
        <w:rPr>
          <w:lang w:val="ru-RU"/>
        </w:rPr>
        <w:t>Модель, для объяснения пространственного строения молекул;</w:t>
      </w:r>
    </w:p>
    <w:p w:rsidR="00FD4A85" w:rsidRPr="00FD4A85" w:rsidRDefault="00FD4A85" w:rsidP="00FD4A85">
      <w:pPr>
        <w:numPr>
          <w:ilvl w:val="0"/>
          <w:numId w:val="25"/>
        </w:numPr>
        <w:spacing w:line="240" w:lineRule="auto"/>
        <w:rPr>
          <w:lang w:val="ru-RU"/>
        </w:rPr>
      </w:pPr>
      <w:r w:rsidRPr="00FD4A85">
        <w:rPr>
          <w:lang w:val="ru-RU"/>
        </w:rPr>
        <w:t>Физическое явление, которое заключается в изменении формы электронных облаков при образовании химической связи;</w:t>
      </w:r>
    </w:p>
    <w:p w:rsidR="00FD4A85" w:rsidRDefault="00FD4A85" w:rsidP="00FD4A85">
      <w:pPr>
        <w:numPr>
          <w:ilvl w:val="0"/>
          <w:numId w:val="25"/>
        </w:numPr>
        <w:spacing w:line="240" w:lineRule="auto"/>
      </w:pPr>
      <w:r>
        <w:t>Процесс образования молекулярных орбиталей;</w:t>
      </w:r>
    </w:p>
    <w:p w:rsidR="00FD4A85" w:rsidRDefault="00FD4A85" w:rsidP="00FD4A85">
      <w:pPr>
        <w:rPr>
          <w:b/>
          <w:szCs w:val="24"/>
        </w:rPr>
      </w:pPr>
      <w:r w:rsidRPr="00E06BBA">
        <w:rPr>
          <w:b/>
          <w:szCs w:val="24"/>
        </w:rPr>
        <w:t xml:space="preserve">Задание </w:t>
      </w:r>
      <w:r>
        <w:rPr>
          <w:b/>
          <w:szCs w:val="24"/>
        </w:rPr>
        <w:t>30</w:t>
      </w:r>
      <w:r w:rsidRPr="00E06BBA">
        <w:rPr>
          <w:b/>
          <w:szCs w:val="24"/>
        </w:rPr>
        <w:t>.</w:t>
      </w:r>
    </w:p>
    <w:p w:rsidR="00FD4A85" w:rsidRPr="00FD4A85" w:rsidRDefault="00FD4A85" w:rsidP="00FD4A85">
      <w:pPr>
        <w:spacing w:line="240" w:lineRule="auto"/>
        <w:rPr>
          <w:lang w:val="ru-RU"/>
        </w:rPr>
      </w:pPr>
      <w:r w:rsidRPr="00FD4A85">
        <w:rPr>
          <w:lang w:val="ru-RU"/>
        </w:rPr>
        <w:t>В зависимости от способности химической системы к обмену энергией и веществом с окружающей средой, различают три типа систем: открытые, закрытые, изолированные. Изолированная система с окружающей ее средой …</w:t>
      </w:r>
    </w:p>
    <w:p w:rsidR="00FD4A85" w:rsidRDefault="00FD4A85" w:rsidP="00FD4A85">
      <w:pPr>
        <w:pStyle w:val="14"/>
        <w:widowControl/>
        <w:rPr>
          <w:i/>
          <w:snapToGrid/>
          <w:sz w:val="24"/>
        </w:rPr>
      </w:pPr>
      <w:r w:rsidRPr="001A3BB0">
        <w:rPr>
          <w:i/>
          <w:snapToGrid/>
          <w:sz w:val="24"/>
        </w:rPr>
        <w:t xml:space="preserve">варианты ответов: </w:t>
      </w:r>
    </w:p>
    <w:p w:rsidR="00FD4A85" w:rsidRPr="00FD4A85" w:rsidRDefault="00FD4A85" w:rsidP="00FD4A85">
      <w:pPr>
        <w:spacing w:line="240" w:lineRule="auto"/>
        <w:rPr>
          <w:lang w:val="ru-RU"/>
        </w:rPr>
      </w:pPr>
      <w:r w:rsidRPr="00FD4A85">
        <w:rPr>
          <w:lang w:val="ru-RU"/>
        </w:rPr>
        <w:t>1) Не обменивается энергией, но не обменивается веществом</w:t>
      </w:r>
    </w:p>
    <w:p w:rsidR="00FD4A85" w:rsidRPr="00FD4A85" w:rsidRDefault="00FD4A85" w:rsidP="00FD4A85">
      <w:pPr>
        <w:spacing w:line="240" w:lineRule="auto"/>
        <w:rPr>
          <w:lang w:val="ru-RU"/>
        </w:rPr>
      </w:pPr>
      <w:r w:rsidRPr="00FD4A85">
        <w:rPr>
          <w:lang w:val="ru-RU"/>
        </w:rPr>
        <w:t>2) Не обменивается ни веществом, ни энергией</w:t>
      </w:r>
    </w:p>
    <w:p w:rsidR="00FD4A85" w:rsidRPr="00FD4A85" w:rsidRDefault="00FD4A85" w:rsidP="00FD4A85">
      <w:pPr>
        <w:spacing w:line="240" w:lineRule="auto"/>
        <w:rPr>
          <w:lang w:val="ru-RU"/>
        </w:rPr>
      </w:pPr>
      <w:r w:rsidRPr="00FD4A85">
        <w:rPr>
          <w:lang w:val="ru-RU"/>
        </w:rPr>
        <w:t>3) Не обменивается веществом, но не обменивается энергией</w:t>
      </w:r>
    </w:p>
    <w:p w:rsidR="00FD4A85" w:rsidRPr="00FD4A85" w:rsidRDefault="00FD4A85" w:rsidP="00FD4A85">
      <w:pPr>
        <w:rPr>
          <w:lang w:val="ru-RU"/>
        </w:rPr>
      </w:pPr>
      <w:r w:rsidRPr="00FD4A85">
        <w:rPr>
          <w:b/>
          <w:lang w:val="ru-RU"/>
        </w:rPr>
        <w:t xml:space="preserve">Задание 31. </w:t>
      </w:r>
      <w:r w:rsidRPr="00FD4A85">
        <w:rPr>
          <w:lang w:val="ru-RU"/>
        </w:rPr>
        <w:t>В зависимости от способности химической системы к обмену энергией и веществом с окружающей средой, различают три типа систем: открытые, закрытые, изолированные. Открытая система с окружающей ее средой …</w:t>
      </w:r>
    </w:p>
    <w:p w:rsidR="00FD4A85" w:rsidRDefault="00FD4A85" w:rsidP="00FD4A85">
      <w:pPr>
        <w:pStyle w:val="14"/>
        <w:widowControl/>
        <w:rPr>
          <w:i/>
          <w:snapToGrid/>
          <w:sz w:val="24"/>
        </w:rPr>
      </w:pPr>
      <w:r>
        <w:rPr>
          <w:b/>
          <w:snapToGrid/>
          <w:sz w:val="24"/>
        </w:rPr>
        <w:lastRenderedPageBreak/>
        <w:t xml:space="preserve">      </w:t>
      </w:r>
      <w:r>
        <w:rPr>
          <w:b/>
          <w:snapToGrid/>
          <w:sz w:val="24"/>
        </w:rPr>
        <w:tab/>
      </w:r>
      <w:r w:rsidRPr="001A3BB0">
        <w:rPr>
          <w:i/>
          <w:snapToGrid/>
          <w:sz w:val="24"/>
        </w:rPr>
        <w:t xml:space="preserve">варианты ответов: </w:t>
      </w:r>
    </w:p>
    <w:p w:rsidR="00FD4A85" w:rsidRPr="00FD4A85" w:rsidRDefault="00FD4A85" w:rsidP="00FD4A85">
      <w:pPr>
        <w:spacing w:line="240" w:lineRule="auto"/>
        <w:rPr>
          <w:lang w:val="ru-RU"/>
        </w:rPr>
      </w:pPr>
      <w:r w:rsidRPr="00FD4A85">
        <w:rPr>
          <w:lang w:val="ru-RU"/>
        </w:rPr>
        <w:t>1) Обменивается энергией, но не обменивается веществом</w:t>
      </w:r>
    </w:p>
    <w:p w:rsidR="00FD4A85" w:rsidRPr="00FD4A85" w:rsidRDefault="00FD4A85" w:rsidP="00FD4A85">
      <w:pPr>
        <w:spacing w:line="240" w:lineRule="auto"/>
        <w:rPr>
          <w:lang w:val="ru-RU"/>
        </w:rPr>
      </w:pPr>
      <w:r w:rsidRPr="00FD4A85">
        <w:rPr>
          <w:lang w:val="ru-RU"/>
        </w:rPr>
        <w:t>2) Обменивается веществом, но не обменивается энергией</w:t>
      </w:r>
    </w:p>
    <w:p w:rsidR="00FD4A85" w:rsidRPr="00FD4A85" w:rsidRDefault="00FD4A85" w:rsidP="00FD4A85">
      <w:pPr>
        <w:rPr>
          <w:i/>
          <w:sz w:val="20"/>
          <w:u w:val="single"/>
          <w:lang w:val="ru-RU"/>
        </w:rPr>
      </w:pPr>
      <w:r w:rsidRPr="00FD4A85">
        <w:rPr>
          <w:lang w:val="ru-RU"/>
        </w:rPr>
        <w:t>3) Обменивается энергией и веществом</w:t>
      </w:r>
    </w:p>
    <w:p w:rsidR="00FD4A85" w:rsidRPr="00FD4A85" w:rsidRDefault="00FD4A85" w:rsidP="00FD4A85">
      <w:pPr>
        <w:rPr>
          <w:b/>
          <w:szCs w:val="24"/>
          <w:lang w:val="ru-RU"/>
        </w:rPr>
      </w:pPr>
      <w:r w:rsidRPr="00FD4A85">
        <w:rPr>
          <w:b/>
          <w:szCs w:val="24"/>
          <w:lang w:val="ru-RU"/>
        </w:rPr>
        <w:t>Задание 32.</w:t>
      </w:r>
    </w:p>
    <w:p w:rsidR="00FD4A85" w:rsidRPr="00FD4A85" w:rsidRDefault="00FD4A85" w:rsidP="00FD4A85">
      <w:pPr>
        <w:rPr>
          <w:lang w:val="ru-RU"/>
        </w:rPr>
      </w:pPr>
      <w:r w:rsidRPr="00FD4A85">
        <w:rPr>
          <w:lang w:val="ru-RU"/>
        </w:rPr>
        <w:t>Какие из перечисленных функций, являются функциями состояния.</w:t>
      </w:r>
    </w:p>
    <w:p w:rsidR="00FD4A85" w:rsidRPr="00FD4A85" w:rsidRDefault="00FD4A85" w:rsidP="00FD4A85">
      <w:pPr>
        <w:ind w:firstLine="708"/>
        <w:rPr>
          <w:i/>
          <w:szCs w:val="24"/>
          <w:lang w:val="ru-RU"/>
        </w:rPr>
      </w:pPr>
      <w:r w:rsidRPr="00FD4A85">
        <w:rPr>
          <w:i/>
          <w:szCs w:val="24"/>
          <w:lang w:val="ru-RU"/>
        </w:rPr>
        <w:t>варианты ответов:</w:t>
      </w:r>
    </w:p>
    <w:p w:rsidR="00FD4A85" w:rsidRPr="00FD4A85" w:rsidRDefault="00FD4A85" w:rsidP="00FD4A85">
      <w:pPr>
        <w:spacing w:line="240" w:lineRule="auto"/>
        <w:rPr>
          <w:szCs w:val="24"/>
          <w:lang w:val="ru-RU"/>
        </w:rPr>
      </w:pPr>
      <w:r w:rsidRPr="00FD4A85">
        <w:rPr>
          <w:lang w:val="ru-RU"/>
        </w:rPr>
        <w:t>1) Внутренняя энергия и работа; 2)Энтропия и внутренняя энергия; 3)Теплота и работа</w:t>
      </w:r>
    </w:p>
    <w:p w:rsidR="00FD4A85" w:rsidRPr="00FD4A85" w:rsidRDefault="00FD4A85" w:rsidP="00FD4A85">
      <w:pPr>
        <w:rPr>
          <w:b/>
          <w:lang w:val="ru-RU"/>
        </w:rPr>
      </w:pPr>
      <w:r w:rsidRPr="00FD4A85">
        <w:rPr>
          <w:b/>
          <w:lang w:val="ru-RU"/>
        </w:rPr>
        <w:t xml:space="preserve">Задание 33. </w:t>
      </w:r>
    </w:p>
    <w:p w:rsidR="00FD4A85" w:rsidRPr="00FD4A85" w:rsidRDefault="00FD4A85" w:rsidP="00FD4A85">
      <w:pPr>
        <w:rPr>
          <w:lang w:val="ru-RU"/>
        </w:rPr>
      </w:pPr>
      <w:r w:rsidRPr="00FD4A85">
        <w:rPr>
          <w:lang w:val="ru-RU"/>
        </w:rPr>
        <w:t>Энергией называется …</w:t>
      </w:r>
    </w:p>
    <w:p w:rsidR="00FD4A85" w:rsidRPr="001A3BB0" w:rsidRDefault="00FD4A85" w:rsidP="00FD4A85">
      <w:pPr>
        <w:pStyle w:val="14"/>
        <w:widowControl/>
        <w:rPr>
          <w:i/>
          <w:snapToGrid/>
          <w:sz w:val="24"/>
        </w:rPr>
      </w:pPr>
      <w:r>
        <w:rPr>
          <w:b/>
          <w:snapToGrid/>
          <w:sz w:val="24"/>
        </w:rPr>
        <w:t xml:space="preserve">      </w:t>
      </w:r>
      <w:r w:rsidRPr="001A3BB0">
        <w:rPr>
          <w:i/>
          <w:snapToGrid/>
          <w:sz w:val="24"/>
        </w:rPr>
        <w:t xml:space="preserve">варианты ответов: </w:t>
      </w:r>
    </w:p>
    <w:p w:rsidR="00FD4A85" w:rsidRPr="00FD4A85" w:rsidRDefault="00FD4A85" w:rsidP="00FD4A85">
      <w:pPr>
        <w:numPr>
          <w:ilvl w:val="0"/>
          <w:numId w:val="17"/>
        </w:numPr>
        <w:spacing w:line="240" w:lineRule="auto"/>
        <w:rPr>
          <w:lang w:val="ru-RU"/>
        </w:rPr>
      </w:pPr>
      <w:r w:rsidRPr="00FD4A85">
        <w:rPr>
          <w:lang w:val="ru-RU"/>
        </w:rPr>
        <w:t>Физическая величина, характеризующая направление теплообмена между системами</w:t>
      </w:r>
    </w:p>
    <w:p w:rsidR="00FD4A85" w:rsidRPr="00FD4A85" w:rsidRDefault="00FD4A85" w:rsidP="00FD4A85">
      <w:pPr>
        <w:numPr>
          <w:ilvl w:val="0"/>
          <w:numId w:val="17"/>
        </w:numPr>
        <w:spacing w:line="240" w:lineRule="auto"/>
        <w:rPr>
          <w:lang w:val="ru-RU"/>
        </w:rPr>
      </w:pPr>
      <w:r w:rsidRPr="00FD4A85">
        <w:rPr>
          <w:lang w:val="ru-RU"/>
        </w:rPr>
        <w:t>Физическая величина, характеризующая способность переходить из одного состояния в другое.</w:t>
      </w:r>
    </w:p>
    <w:p w:rsidR="00FD4A85" w:rsidRPr="00FD4A85" w:rsidRDefault="00FD4A85" w:rsidP="00FD4A85">
      <w:pPr>
        <w:pStyle w:val="ae"/>
        <w:numPr>
          <w:ilvl w:val="0"/>
          <w:numId w:val="17"/>
        </w:numPr>
        <w:spacing w:after="200" w:line="276" w:lineRule="auto"/>
        <w:contextualSpacing w:val="0"/>
        <w:rPr>
          <w:i/>
          <w:sz w:val="20"/>
          <w:u w:val="single"/>
          <w:lang w:val="ru-RU"/>
        </w:rPr>
      </w:pPr>
      <w:r w:rsidRPr="00FD4A85">
        <w:rPr>
          <w:lang w:val="ru-RU"/>
        </w:rPr>
        <w:t>Физическая величина, являющаяся мерой взаимодействия и движения материальных частиц</w:t>
      </w:r>
    </w:p>
    <w:p w:rsidR="00FD4A85" w:rsidRPr="00FD4A85" w:rsidRDefault="00FD4A85" w:rsidP="00FD4A85">
      <w:pPr>
        <w:rPr>
          <w:b/>
          <w:lang w:val="ru-RU"/>
        </w:rPr>
      </w:pPr>
      <w:r w:rsidRPr="00FD4A85">
        <w:rPr>
          <w:b/>
          <w:lang w:val="ru-RU"/>
        </w:rPr>
        <w:t xml:space="preserve">Задание 34. </w:t>
      </w:r>
    </w:p>
    <w:p w:rsidR="00FD4A85" w:rsidRPr="00FD4A85" w:rsidRDefault="00FD4A85" w:rsidP="00FD4A85">
      <w:pPr>
        <w:rPr>
          <w:lang w:val="ru-RU"/>
        </w:rPr>
      </w:pPr>
      <w:r w:rsidRPr="00FD4A85">
        <w:rPr>
          <w:lang w:val="ru-RU"/>
        </w:rPr>
        <w:t>Тепловой эффект химической реакции при постоянном давлении – это …</w:t>
      </w:r>
    </w:p>
    <w:p w:rsidR="00FD4A85" w:rsidRPr="00E06BBA" w:rsidRDefault="00FD4A85" w:rsidP="00FD4A85">
      <w:pPr>
        <w:rPr>
          <w:i/>
          <w:szCs w:val="24"/>
        </w:rPr>
      </w:pPr>
      <w:r w:rsidRPr="00E06BBA">
        <w:rPr>
          <w:i/>
          <w:szCs w:val="24"/>
        </w:rPr>
        <w:t>варианты ответов:</w:t>
      </w:r>
    </w:p>
    <w:p w:rsidR="00FD4A85" w:rsidRPr="00FD4A85" w:rsidRDefault="00FD4A85" w:rsidP="00FD4A85">
      <w:pPr>
        <w:numPr>
          <w:ilvl w:val="0"/>
          <w:numId w:val="32"/>
        </w:numPr>
        <w:spacing w:line="240" w:lineRule="auto"/>
        <w:rPr>
          <w:lang w:val="ru-RU"/>
        </w:rPr>
      </w:pPr>
      <w:r w:rsidRPr="00FD4A85">
        <w:rPr>
          <w:lang w:val="ru-RU"/>
        </w:rPr>
        <w:t>Количество выделившейся или поглотившейся теплоты в результате взаимодействия между собой определенных количеств веществ</w:t>
      </w:r>
    </w:p>
    <w:p w:rsidR="00FD4A85" w:rsidRPr="00FD4A85" w:rsidRDefault="00FD4A85" w:rsidP="00FD4A85">
      <w:pPr>
        <w:numPr>
          <w:ilvl w:val="0"/>
          <w:numId w:val="32"/>
        </w:numPr>
        <w:spacing w:line="240" w:lineRule="auto"/>
        <w:rPr>
          <w:lang w:val="ru-RU"/>
        </w:rPr>
      </w:pPr>
      <w:r w:rsidRPr="00FD4A85">
        <w:rPr>
          <w:lang w:val="ru-RU"/>
        </w:rPr>
        <w:t>Изменение внутренней энергии в результате химической реакции</w:t>
      </w:r>
    </w:p>
    <w:p w:rsidR="00FD4A85" w:rsidRPr="00FD4A85" w:rsidRDefault="00FD4A85" w:rsidP="00FD4A85">
      <w:pPr>
        <w:numPr>
          <w:ilvl w:val="0"/>
          <w:numId w:val="32"/>
        </w:numPr>
        <w:spacing w:line="240" w:lineRule="auto"/>
        <w:rPr>
          <w:lang w:val="ru-RU"/>
        </w:rPr>
      </w:pPr>
      <w:r w:rsidRPr="00FD4A85">
        <w:rPr>
          <w:lang w:val="ru-RU"/>
        </w:rPr>
        <w:t>Изменение энтальпии в результате химической реакции</w:t>
      </w:r>
    </w:p>
    <w:p w:rsidR="00FD4A85" w:rsidRPr="00FD4A85" w:rsidRDefault="00FD4A85" w:rsidP="00FD4A85">
      <w:pPr>
        <w:rPr>
          <w:b/>
          <w:szCs w:val="24"/>
          <w:lang w:val="ru-RU"/>
        </w:rPr>
      </w:pPr>
      <w:r w:rsidRPr="00FD4A85">
        <w:rPr>
          <w:b/>
          <w:szCs w:val="24"/>
          <w:lang w:val="ru-RU"/>
        </w:rPr>
        <w:t>Задание 35.</w:t>
      </w:r>
    </w:p>
    <w:p w:rsidR="00FD4A85" w:rsidRPr="00FD4A85" w:rsidRDefault="00FD4A85" w:rsidP="00FD4A85">
      <w:pPr>
        <w:rPr>
          <w:lang w:val="ru-RU"/>
        </w:rPr>
      </w:pPr>
      <w:r w:rsidRPr="00FD4A85">
        <w:rPr>
          <w:lang w:val="ru-RU"/>
        </w:rPr>
        <w:t>Первый закон (первое начало) термодинамики записывается так:</w:t>
      </w:r>
    </w:p>
    <w:p w:rsidR="00FD4A85" w:rsidRPr="00FD4A85" w:rsidRDefault="00FD4A85" w:rsidP="00FD4A85">
      <w:pPr>
        <w:rPr>
          <w:i/>
          <w:szCs w:val="24"/>
          <w:lang w:val="ru-RU"/>
        </w:rPr>
      </w:pPr>
      <w:r w:rsidRPr="00FD4A85">
        <w:rPr>
          <w:i/>
          <w:szCs w:val="24"/>
          <w:lang w:val="ru-RU"/>
        </w:rPr>
        <w:t>варианты ответов:</w:t>
      </w:r>
    </w:p>
    <w:p w:rsidR="00FD4A85" w:rsidRPr="00FD4A85" w:rsidRDefault="00FD4A85" w:rsidP="00FD4A85">
      <w:pPr>
        <w:rPr>
          <w:i/>
          <w:szCs w:val="24"/>
          <w:lang w:val="ru-RU"/>
        </w:rPr>
      </w:pPr>
      <w:r w:rsidRPr="00FD4A85">
        <w:rPr>
          <w:position w:val="-10"/>
          <w:lang w:val="ru-RU"/>
        </w:rPr>
        <w:t>1)</w:t>
      </w:r>
      <w:r w:rsidRPr="00110C66">
        <w:rPr>
          <w:position w:val="-10"/>
        </w:rPr>
        <w:object w:dxaOrig="1060" w:dyaOrig="320">
          <v:shape id="_x0000_i1041" type="#_x0000_t75" style="width:54pt;height:15.75pt" o:ole="">
            <v:imagedata r:id="rId36" o:title=""/>
          </v:shape>
          <o:OLEObject Type="Embed" ProgID="Equation.3" ShapeID="_x0000_i1041" DrawAspect="Content" ObjectID="_1842695736" r:id="rId37"/>
        </w:object>
      </w:r>
      <w:r w:rsidRPr="00FD4A85">
        <w:rPr>
          <w:position w:val="-10"/>
          <w:lang w:val="ru-RU"/>
        </w:rPr>
        <w:t xml:space="preserve">;    2) </w:t>
      </w:r>
      <w:r w:rsidRPr="00110C66">
        <w:rPr>
          <w:position w:val="-10"/>
        </w:rPr>
        <w:object w:dxaOrig="1279" w:dyaOrig="540">
          <v:shape id="_x0000_i1042" type="#_x0000_t75" style="width:63pt;height:27.75pt" o:ole="">
            <v:imagedata r:id="rId38" o:title=""/>
          </v:shape>
          <o:OLEObject Type="Embed" ProgID="Equation.3" ShapeID="_x0000_i1042" DrawAspect="Content" ObjectID="_1842695737" r:id="rId39"/>
        </w:object>
      </w:r>
      <w:r w:rsidRPr="00FD4A85">
        <w:rPr>
          <w:position w:val="-10"/>
          <w:lang w:val="ru-RU"/>
        </w:rPr>
        <w:t xml:space="preserve">;   3) </w:t>
      </w:r>
      <w:r w:rsidRPr="00110C66">
        <w:rPr>
          <w:position w:val="-10"/>
        </w:rPr>
        <w:object w:dxaOrig="1240" w:dyaOrig="320">
          <v:shape id="_x0000_i1043" type="#_x0000_t75" style="width:62.25pt;height:15.75pt" o:ole="">
            <v:imagedata r:id="rId40" o:title=""/>
          </v:shape>
          <o:OLEObject Type="Embed" ProgID="Equation.3" ShapeID="_x0000_i1043" DrawAspect="Content" ObjectID="_1842695738" r:id="rId41"/>
        </w:object>
      </w:r>
    </w:p>
    <w:p w:rsidR="00FD4A85" w:rsidRPr="00FD4A85" w:rsidRDefault="00FD4A85" w:rsidP="00FD4A85">
      <w:pPr>
        <w:rPr>
          <w:b/>
          <w:szCs w:val="24"/>
          <w:lang w:val="ru-RU"/>
        </w:rPr>
      </w:pPr>
      <w:r w:rsidRPr="00FD4A85">
        <w:rPr>
          <w:b/>
          <w:szCs w:val="24"/>
          <w:lang w:val="ru-RU"/>
        </w:rPr>
        <w:t>Задание 36.</w:t>
      </w:r>
    </w:p>
    <w:p w:rsidR="00FD4A85" w:rsidRPr="00FD4A85" w:rsidRDefault="00FD4A85" w:rsidP="00FD4A85">
      <w:pPr>
        <w:rPr>
          <w:lang w:val="ru-RU"/>
        </w:rPr>
      </w:pPr>
      <w:r w:rsidRPr="00FD4A85">
        <w:rPr>
          <w:lang w:val="ru-RU"/>
        </w:rPr>
        <w:t>Сформулируйте первый закон термодинамики:</w:t>
      </w:r>
    </w:p>
    <w:p w:rsidR="00FD4A85" w:rsidRPr="00E06BBA" w:rsidRDefault="00FD4A85" w:rsidP="00FD4A85">
      <w:pPr>
        <w:rPr>
          <w:i/>
          <w:szCs w:val="24"/>
        </w:rPr>
      </w:pPr>
      <w:r w:rsidRPr="00E06BBA">
        <w:rPr>
          <w:i/>
          <w:szCs w:val="24"/>
        </w:rPr>
        <w:t>варианты ответов:</w:t>
      </w:r>
    </w:p>
    <w:p w:rsidR="00FD4A85" w:rsidRPr="00FD4A85" w:rsidRDefault="00FD4A85" w:rsidP="00FD4A85">
      <w:pPr>
        <w:numPr>
          <w:ilvl w:val="0"/>
          <w:numId w:val="26"/>
        </w:numPr>
        <w:spacing w:line="240" w:lineRule="auto"/>
        <w:rPr>
          <w:lang w:val="ru-RU"/>
        </w:rPr>
      </w:pPr>
      <w:r w:rsidRPr="00FD4A85">
        <w:rPr>
          <w:lang w:val="ru-RU"/>
        </w:rPr>
        <w:t>Скорость химической реакции определяется энергией активации данной реакции</w:t>
      </w:r>
    </w:p>
    <w:p w:rsidR="00FD4A85" w:rsidRPr="00FD4A85" w:rsidRDefault="00FD4A85" w:rsidP="00FD4A85">
      <w:pPr>
        <w:numPr>
          <w:ilvl w:val="0"/>
          <w:numId w:val="26"/>
        </w:numPr>
        <w:spacing w:line="240" w:lineRule="auto"/>
        <w:rPr>
          <w:lang w:val="ru-RU"/>
        </w:rPr>
      </w:pPr>
      <w:r w:rsidRPr="00FD4A85">
        <w:rPr>
          <w:lang w:val="ru-RU"/>
        </w:rPr>
        <w:t>Физические величины, однозначно определяющие состояние системы, являются функциями состояния системы.</w:t>
      </w:r>
    </w:p>
    <w:p w:rsidR="00FD4A85" w:rsidRPr="00FD4A85" w:rsidRDefault="00FD4A85" w:rsidP="00FD4A85">
      <w:pPr>
        <w:numPr>
          <w:ilvl w:val="0"/>
          <w:numId w:val="26"/>
        </w:numPr>
        <w:spacing w:line="240" w:lineRule="auto"/>
        <w:rPr>
          <w:lang w:val="ru-RU"/>
        </w:rPr>
      </w:pPr>
      <w:r w:rsidRPr="00FD4A85">
        <w:rPr>
          <w:lang w:val="ru-RU"/>
        </w:rPr>
        <w:t>Сумма изменений внутренней энергии и совершенной системой (или над системой) работы равна сообщенной (или выделенной) теплоте</w:t>
      </w:r>
    </w:p>
    <w:p w:rsidR="00FD4A85" w:rsidRPr="00FD4A85" w:rsidRDefault="00FD4A85" w:rsidP="00FD4A85">
      <w:pPr>
        <w:rPr>
          <w:lang w:val="ru-RU"/>
        </w:rPr>
      </w:pPr>
      <w:r w:rsidRPr="00FD4A85">
        <w:rPr>
          <w:b/>
          <w:lang w:val="ru-RU"/>
        </w:rPr>
        <w:t>Задание 37.</w:t>
      </w:r>
      <w:r w:rsidRPr="00FD4A85">
        <w:rPr>
          <w:lang w:val="ru-RU"/>
        </w:rPr>
        <w:t xml:space="preserve"> При образовании 1 моль </w:t>
      </w:r>
      <w:r w:rsidRPr="00110C66">
        <w:rPr>
          <w:position w:val="-12"/>
        </w:rPr>
        <w:object w:dxaOrig="520" w:dyaOrig="360">
          <v:shape id="_x0000_i1044" type="#_x0000_t75" style="width:27pt;height:18.75pt" o:ole="">
            <v:imagedata r:id="rId42" o:title=""/>
          </v:shape>
          <o:OLEObject Type="Embed" ProgID="Equation.3" ShapeID="_x0000_i1044" DrawAspect="Content" ObjectID="_1842695739" r:id="rId43"/>
        </w:object>
      </w:r>
      <w:r w:rsidRPr="00FD4A85">
        <w:rPr>
          <w:lang w:val="ru-RU"/>
        </w:rPr>
        <w:t xml:space="preserve">, из простых веществ выделилось 46,4 кДж тепла. Если образовалось </w:t>
      </w:r>
      <w:smartTag w:uri="urn:schemas-microsoft-com:office:smarttags" w:element="metricconverter">
        <w:smartTagPr>
          <w:attr w:name="ProductID" w:val="44,8 л"/>
        </w:smartTagPr>
        <w:r w:rsidRPr="00FD4A85">
          <w:rPr>
            <w:lang w:val="ru-RU"/>
          </w:rPr>
          <w:t>44,8 л</w:t>
        </w:r>
      </w:smartTag>
      <w:r w:rsidRPr="00FD4A85">
        <w:rPr>
          <w:lang w:val="ru-RU"/>
        </w:rPr>
        <w:t xml:space="preserve"> </w:t>
      </w:r>
      <w:r w:rsidRPr="00110C66">
        <w:rPr>
          <w:position w:val="-12"/>
        </w:rPr>
        <w:object w:dxaOrig="520" w:dyaOrig="360">
          <v:shape id="_x0000_i1045" type="#_x0000_t75" style="width:27pt;height:18.75pt" o:ole="">
            <v:imagedata r:id="rId42" o:title=""/>
          </v:shape>
          <o:OLEObject Type="Embed" ProgID="Equation.3" ShapeID="_x0000_i1045" DrawAspect="Content" ObjectID="_1842695740" r:id="rId44"/>
        </w:object>
      </w:r>
      <w:r w:rsidRPr="00FD4A85">
        <w:rPr>
          <w:lang w:val="ru-RU"/>
        </w:rPr>
        <w:t>,  выделилось _____ кДж теплоты.</w:t>
      </w:r>
    </w:p>
    <w:p w:rsidR="00FD4A85" w:rsidRDefault="00FD4A85" w:rsidP="00FD4A85">
      <w:pPr>
        <w:pStyle w:val="14"/>
        <w:widowControl/>
        <w:rPr>
          <w:i/>
          <w:snapToGrid/>
          <w:sz w:val="24"/>
        </w:rPr>
      </w:pPr>
    </w:p>
    <w:p w:rsidR="00FD4A85" w:rsidRPr="00FD4A85" w:rsidRDefault="00FD4A85" w:rsidP="00FD4A85">
      <w:pPr>
        <w:rPr>
          <w:b/>
          <w:szCs w:val="24"/>
          <w:lang w:val="ru-RU"/>
        </w:rPr>
      </w:pPr>
      <w:r w:rsidRPr="00FD4A85">
        <w:rPr>
          <w:b/>
          <w:szCs w:val="24"/>
          <w:lang w:val="ru-RU"/>
        </w:rPr>
        <w:lastRenderedPageBreak/>
        <w:t>Задание 38.</w:t>
      </w:r>
      <w:r w:rsidRPr="00FD4A85">
        <w:rPr>
          <w:lang w:val="ru-RU"/>
        </w:rPr>
        <w:t xml:space="preserve"> При сгорании 1 моль углерода до углекислого газа выделяется 395 кДж теплоты. Сколько углерода (г) было сожжено, если выделилось 1975 кДж тепла?</w:t>
      </w:r>
    </w:p>
    <w:p w:rsidR="00FD4A85" w:rsidRPr="00FD4A85" w:rsidRDefault="00FD4A85" w:rsidP="00FD4A85">
      <w:pPr>
        <w:rPr>
          <w:b/>
          <w:szCs w:val="24"/>
          <w:lang w:val="ru-RU"/>
        </w:rPr>
      </w:pPr>
    </w:p>
    <w:p w:rsidR="00FD4A85" w:rsidRPr="00FD4A85" w:rsidRDefault="00FD4A85" w:rsidP="00FD4A85">
      <w:pPr>
        <w:tabs>
          <w:tab w:val="center" w:pos="5282"/>
        </w:tabs>
        <w:rPr>
          <w:b/>
          <w:lang w:val="ru-RU"/>
        </w:rPr>
      </w:pPr>
      <w:r w:rsidRPr="00FD4A85">
        <w:rPr>
          <w:b/>
          <w:lang w:val="ru-RU"/>
        </w:rPr>
        <w:t>Задание 39.</w:t>
      </w:r>
    </w:p>
    <w:p w:rsidR="00FD4A85" w:rsidRPr="00FD4A85" w:rsidRDefault="00FD4A85" w:rsidP="00FD4A85">
      <w:pPr>
        <w:rPr>
          <w:lang w:val="ru-RU"/>
        </w:rPr>
      </w:pPr>
      <w:r w:rsidRPr="00FD4A85">
        <w:rPr>
          <w:lang w:val="ru-RU"/>
        </w:rPr>
        <w:t xml:space="preserve">При восстановлении </w:t>
      </w:r>
      <w:smartTag w:uri="urn:schemas-microsoft-com:office:smarttags" w:element="metricconverter">
        <w:smartTagPr>
          <w:attr w:name="ProductID" w:val="12,7 г"/>
        </w:smartTagPr>
        <w:r w:rsidRPr="00FD4A85">
          <w:rPr>
            <w:lang w:val="ru-RU"/>
          </w:rPr>
          <w:t>12,7 г</w:t>
        </w:r>
      </w:smartTag>
      <w:r w:rsidRPr="00FD4A85">
        <w:rPr>
          <w:lang w:val="ru-RU"/>
        </w:rPr>
        <w:t xml:space="preserve">. оксида меди (11) углем (с образованием </w:t>
      </w:r>
      <w:r w:rsidRPr="00110C66">
        <w:rPr>
          <w:position w:val="-6"/>
        </w:rPr>
        <w:object w:dxaOrig="399" w:dyaOrig="280">
          <v:shape id="_x0000_i1046" type="#_x0000_t75" style="width:20.25pt;height:15.75pt" o:ole="">
            <v:imagedata r:id="rId45" o:title=""/>
          </v:shape>
          <o:OLEObject Type="Embed" ProgID="Equation.3" ShapeID="_x0000_i1046" DrawAspect="Content" ObjectID="_1842695741" r:id="rId46"/>
        </w:object>
      </w:r>
      <w:r w:rsidRPr="00FD4A85">
        <w:rPr>
          <w:lang w:val="ru-RU"/>
        </w:rPr>
        <w:t>) поглощается 8,24 кДж теплоты. Определить сколько потребуется теплоты для восстановления 1 моль оксида меди (11)?</w:t>
      </w:r>
    </w:p>
    <w:p w:rsidR="00FD4A85" w:rsidRPr="00391C67" w:rsidRDefault="00FD4A85" w:rsidP="00FD4A85">
      <w:pPr>
        <w:pStyle w:val="14"/>
        <w:widowControl/>
        <w:rPr>
          <w:i/>
          <w:snapToGrid/>
          <w:sz w:val="24"/>
        </w:rPr>
      </w:pPr>
    </w:p>
    <w:p w:rsidR="00FD4A85" w:rsidRPr="00FD4A85" w:rsidRDefault="00FD4A85" w:rsidP="00FD4A85">
      <w:pPr>
        <w:tabs>
          <w:tab w:val="center" w:pos="5282"/>
        </w:tabs>
        <w:rPr>
          <w:b/>
          <w:lang w:val="ru-RU"/>
        </w:rPr>
      </w:pPr>
      <w:r w:rsidRPr="00FD4A85">
        <w:rPr>
          <w:b/>
          <w:lang w:val="ru-RU"/>
        </w:rPr>
        <w:t>Задание 40.</w:t>
      </w:r>
    </w:p>
    <w:p w:rsidR="00FD4A85" w:rsidRPr="00FD4A85" w:rsidRDefault="00FD4A85" w:rsidP="00FD4A85">
      <w:pPr>
        <w:rPr>
          <w:lang w:val="ru-RU"/>
        </w:rPr>
      </w:pPr>
      <w:r w:rsidRPr="00FD4A85">
        <w:rPr>
          <w:lang w:val="ru-RU"/>
        </w:rPr>
        <w:t>При сгорании 1 моль углерода до углекислого газа выделяется 395 кДж теплоты. Сколько углерода (г) было сожжено, если выделилось 1580 кДж тепла?</w:t>
      </w:r>
    </w:p>
    <w:p w:rsidR="00FD4A85" w:rsidRPr="00FD4A85" w:rsidRDefault="00FD4A85" w:rsidP="00FD4A85">
      <w:pPr>
        <w:tabs>
          <w:tab w:val="center" w:pos="5282"/>
        </w:tabs>
        <w:rPr>
          <w:i/>
          <w:lang w:val="ru-RU"/>
        </w:rPr>
      </w:pPr>
    </w:p>
    <w:p w:rsidR="00FD4A85" w:rsidRPr="00FD4A85" w:rsidRDefault="00FD4A85" w:rsidP="00FD4A85">
      <w:pPr>
        <w:tabs>
          <w:tab w:val="center" w:pos="5282"/>
        </w:tabs>
        <w:rPr>
          <w:b/>
          <w:lang w:val="ru-RU"/>
        </w:rPr>
      </w:pPr>
      <w:r w:rsidRPr="00FD4A85">
        <w:rPr>
          <w:b/>
          <w:lang w:val="ru-RU"/>
        </w:rPr>
        <w:t>Задание 41.</w:t>
      </w:r>
    </w:p>
    <w:p w:rsidR="00FD4A85" w:rsidRPr="00FD4A85" w:rsidRDefault="00FD4A85" w:rsidP="00FD4A85">
      <w:pPr>
        <w:tabs>
          <w:tab w:val="center" w:pos="5282"/>
        </w:tabs>
        <w:rPr>
          <w:b/>
          <w:lang w:val="ru-RU"/>
        </w:rPr>
      </w:pPr>
      <w:r w:rsidRPr="00FD4A85">
        <w:rPr>
          <w:lang w:val="ru-RU"/>
        </w:rPr>
        <w:t xml:space="preserve">При образовании 1 моль </w:t>
      </w:r>
      <w:r w:rsidRPr="00110C66">
        <w:rPr>
          <w:position w:val="-6"/>
        </w:rPr>
        <w:object w:dxaOrig="499" w:dyaOrig="280">
          <v:shape id="_x0000_i1047" type="#_x0000_t75" style="width:25.5pt;height:15.75pt" o:ole="">
            <v:imagedata r:id="rId47" o:title=""/>
          </v:shape>
          <o:OLEObject Type="Embed" ProgID="Equation.3" ShapeID="_x0000_i1047" DrawAspect="Content" ObjectID="_1842695742" r:id="rId48"/>
        </w:object>
      </w:r>
      <w:r w:rsidRPr="00FD4A85">
        <w:rPr>
          <w:lang w:val="ru-RU"/>
        </w:rPr>
        <w:t xml:space="preserve">, из простых веществ выделилось 92,3 кДж тепла. Сколько выделилось теплоты, если образовалось </w:t>
      </w:r>
      <w:smartTag w:uri="urn:schemas-microsoft-com:office:smarttags" w:element="metricconverter">
        <w:smartTagPr>
          <w:attr w:name="ProductID" w:val="11,2 л"/>
        </w:smartTagPr>
        <w:r w:rsidRPr="00FD4A85">
          <w:rPr>
            <w:lang w:val="ru-RU"/>
          </w:rPr>
          <w:t>11,2 л</w:t>
        </w:r>
      </w:smartTag>
      <w:r w:rsidRPr="00FD4A85">
        <w:rPr>
          <w:lang w:val="ru-RU"/>
        </w:rPr>
        <w:t xml:space="preserve"> </w:t>
      </w:r>
      <w:r w:rsidRPr="00110C66">
        <w:rPr>
          <w:position w:val="-6"/>
        </w:rPr>
        <w:object w:dxaOrig="499" w:dyaOrig="280">
          <v:shape id="_x0000_i1048" type="#_x0000_t75" style="width:25.5pt;height:15.75pt" o:ole="">
            <v:imagedata r:id="rId49" o:title=""/>
          </v:shape>
          <o:OLEObject Type="Embed" ProgID="Equation.3" ShapeID="_x0000_i1048" DrawAspect="Content" ObjectID="_1842695743" r:id="rId50"/>
        </w:object>
      </w:r>
      <w:r w:rsidRPr="00FD4A85">
        <w:rPr>
          <w:lang w:val="ru-RU"/>
        </w:rPr>
        <w:t>?</w:t>
      </w:r>
    </w:p>
    <w:p w:rsidR="00FD4A85" w:rsidRPr="00FD4A85" w:rsidRDefault="00FD4A85" w:rsidP="00FD4A85">
      <w:pPr>
        <w:rPr>
          <w:b/>
          <w:szCs w:val="24"/>
          <w:lang w:val="ru-RU"/>
        </w:rPr>
      </w:pPr>
    </w:p>
    <w:p w:rsidR="00FD4A85" w:rsidRPr="00FD4A85" w:rsidRDefault="00FD4A85" w:rsidP="00FD4A85">
      <w:pPr>
        <w:rPr>
          <w:b/>
          <w:szCs w:val="24"/>
          <w:lang w:val="ru-RU"/>
        </w:rPr>
      </w:pPr>
      <w:r w:rsidRPr="00FD4A85">
        <w:rPr>
          <w:b/>
          <w:szCs w:val="24"/>
          <w:lang w:val="ru-RU"/>
        </w:rPr>
        <w:t>Задание 42.</w:t>
      </w:r>
    </w:p>
    <w:p w:rsidR="00FD4A85" w:rsidRPr="00FD4A85" w:rsidRDefault="00FD4A85" w:rsidP="00FD4A85">
      <w:pPr>
        <w:rPr>
          <w:lang w:val="ru-RU"/>
        </w:rPr>
      </w:pPr>
      <w:r w:rsidRPr="00FD4A85">
        <w:rPr>
          <w:lang w:val="ru-RU"/>
        </w:rPr>
        <w:t>Для следующих реакций указать правильное соотношение энтальпий:</w:t>
      </w:r>
    </w:p>
    <w:p w:rsidR="00FD4A85" w:rsidRPr="00FD4A85" w:rsidRDefault="00FD4A85" w:rsidP="00FD4A85">
      <w:pPr>
        <w:rPr>
          <w:lang w:val="ru-RU"/>
        </w:rPr>
      </w:pPr>
      <w:r w:rsidRPr="00110C66">
        <w:rPr>
          <w:position w:val="-14"/>
        </w:rPr>
        <w:object w:dxaOrig="3560" w:dyaOrig="380">
          <v:shape id="_x0000_i1049" type="#_x0000_t75" style="width:178.5pt;height:18.75pt" o:ole="">
            <v:imagedata r:id="rId51" o:title=""/>
          </v:shape>
          <o:OLEObject Type="Embed" ProgID="Equation.3" ShapeID="_x0000_i1049" DrawAspect="Content" ObjectID="_1842695744" r:id="rId52"/>
        </w:object>
      </w:r>
      <w:r w:rsidRPr="00FD4A85">
        <w:rPr>
          <w:lang w:val="ru-RU"/>
        </w:rPr>
        <w:t xml:space="preserve">;          </w:t>
      </w:r>
      <w:r w:rsidRPr="00110C66">
        <w:rPr>
          <w:position w:val="-10"/>
        </w:rPr>
        <w:object w:dxaOrig="480" w:dyaOrig="340">
          <v:shape id="_x0000_i1050" type="#_x0000_t75" style="width:24pt;height:17.25pt" o:ole="">
            <v:imagedata r:id="rId53" o:title=""/>
          </v:shape>
          <o:OLEObject Type="Embed" ProgID="Equation.3" ShapeID="_x0000_i1050" DrawAspect="Content" ObjectID="_1842695745" r:id="rId54"/>
        </w:object>
      </w:r>
    </w:p>
    <w:p w:rsidR="00FD4A85" w:rsidRPr="00FD4A85" w:rsidRDefault="00FD4A85" w:rsidP="00FD4A85">
      <w:pPr>
        <w:rPr>
          <w:lang w:val="ru-RU"/>
        </w:rPr>
      </w:pPr>
      <w:r w:rsidRPr="001A1CBE">
        <w:rPr>
          <w:position w:val="-14"/>
        </w:rPr>
        <w:object w:dxaOrig="3720" w:dyaOrig="380">
          <v:shape id="_x0000_i1051" type="#_x0000_t75" style="width:186pt;height:18.75pt" o:ole="">
            <v:imagedata r:id="rId55" o:title=""/>
          </v:shape>
          <o:OLEObject Type="Embed" ProgID="Equation.3" ShapeID="_x0000_i1051" DrawAspect="Content" ObjectID="_1842695746" r:id="rId56"/>
        </w:object>
      </w:r>
      <w:r w:rsidRPr="00FD4A85">
        <w:rPr>
          <w:lang w:val="ru-RU"/>
        </w:rPr>
        <w:t xml:space="preserve">;      </w:t>
      </w:r>
      <w:r w:rsidRPr="00110C66">
        <w:rPr>
          <w:position w:val="-10"/>
        </w:rPr>
        <w:object w:dxaOrig="499" w:dyaOrig="340">
          <v:shape id="_x0000_i1052" type="#_x0000_t75" style="width:25.5pt;height:17.25pt" o:ole="">
            <v:imagedata r:id="rId57" o:title=""/>
          </v:shape>
          <o:OLEObject Type="Embed" ProgID="Equation.3" ShapeID="_x0000_i1052" DrawAspect="Content" ObjectID="_1842695747" r:id="rId58"/>
        </w:object>
      </w:r>
    </w:p>
    <w:p w:rsidR="00FD4A85" w:rsidRPr="00FD4A85" w:rsidRDefault="00FD4A85" w:rsidP="00FD4A85">
      <w:pPr>
        <w:rPr>
          <w:i/>
          <w:szCs w:val="24"/>
          <w:lang w:val="ru-RU"/>
        </w:rPr>
      </w:pPr>
      <w:r w:rsidRPr="00FD4A85">
        <w:rPr>
          <w:i/>
          <w:szCs w:val="24"/>
          <w:lang w:val="ru-RU"/>
        </w:rPr>
        <w:t>варианты ответов:</w:t>
      </w:r>
    </w:p>
    <w:p w:rsidR="00FD4A85" w:rsidRPr="00FD4A85" w:rsidRDefault="00FD4A85" w:rsidP="00FD4A85">
      <w:pPr>
        <w:rPr>
          <w:b/>
          <w:szCs w:val="24"/>
          <w:lang w:val="ru-RU"/>
        </w:rPr>
      </w:pPr>
      <w:r w:rsidRPr="00FD4A85">
        <w:rPr>
          <w:szCs w:val="24"/>
          <w:lang w:val="ru-RU"/>
        </w:rPr>
        <w:t>1) Н</w:t>
      </w:r>
      <w:r w:rsidRPr="00FD4A85">
        <w:rPr>
          <w:szCs w:val="24"/>
          <w:vertAlign w:val="subscript"/>
          <w:lang w:val="ru-RU"/>
        </w:rPr>
        <w:t>1</w:t>
      </w:r>
      <w:r w:rsidRPr="00FD4A85">
        <w:rPr>
          <w:szCs w:val="24"/>
          <w:lang w:val="ru-RU"/>
        </w:rPr>
        <w:t>&lt;Н</w:t>
      </w:r>
      <w:r w:rsidRPr="00FD4A85">
        <w:rPr>
          <w:szCs w:val="24"/>
          <w:vertAlign w:val="subscript"/>
          <w:lang w:val="ru-RU"/>
        </w:rPr>
        <w:t>2</w:t>
      </w:r>
      <w:r w:rsidRPr="00FD4A85">
        <w:rPr>
          <w:szCs w:val="24"/>
          <w:lang w:val="ru-RU"/>
        </w:rPr>
        <w:t>;   2) Н</w:t>
      </w:r>
      <w:r w:rsidRPr="00FD4A85">
        <w:rPr>
          <w:szCs w:val="24"/>
          <w:vertAlign w:val="subscript"/>
          <w:lang w:val="ru-RU"/>
        </w:rPr>
        <w:t>1</w:t>
      </w:r>
      <w:r w:rsidRPr="00FD4A85">
        <w:rPr>
          <w:szCs w:val="24"/>
          <w:lang w:val="ru-RU"/>
        </w:rPr>
        <w:t>&lt;Н</w:t>
      </w:r>
      <w:r w:rsidRPr="00FD4A85">
        <w:rPr>
          <w:szCs w:val="24"/>
          <w:vertAlign w:val="subscript"/>
          <w:lang w:val="ru-RU"/>
        </w:rPr>
        <w:t>2</w:t>
      </w:r>
      <w:r w:rsidRPr="00FD4A85">
        <w:rPr>
          <w:szCs w:val="24"/>
          <w:lang w:val="ru-RU"/>
        </w:rPr>
        <w:t xml:space="preserve">;   </w:t>
      </w:r>
      <w:r w:rsidRPr="00FD4A85">
        <w:rPr>
          <w:szCs w:val="24"/>
          <w:vertAlign w:val="subscript"/>
          <w:lang w:val="ru-RU"/>
        </w:rPr>
        <w:t xml:space="preserve"> </w:t>
      </w:r>
      <w:r w:rsidRPr="00FD4A85">
        <w:rPr>
          <w:szCs w:val="24"/>
          <w:lang w:val="ru-RU"/>
        </w:rPr>
        <w:t>2) Н</w:t>
      </w:r>
      <w:r w:rsidRPr="00FD4A85">
        <w:rPr>
          <w:szCs w:val="24"/>
          <w:vertAlign w:val="subscript"/>
          <w:lang w:val="ru-RU"/>
        </w:rPr>
        <w:t>1</w:t>
      </w:r>
      <w:r w:rsidRPr="00FD4A85">
        <w:rPr>
          <w:szCs w:val="24"/>
          <w:lang w:val="ru-RU"/>
        </w:rPr>
        <w:t>&gt;Н</w:t>
      </w:r>
      <w:r w:rsidRPr="00FD4A85">
        <w:rPr>
          <w:szCs w:val="24"/>
          <w:vertAlign w:val="subscript"/>
          <w:lang w:val="ru-RU"/>
        </w:rPr>
        <w:t>2</w:t>
      </w:r>
      <w:r w:rsidRPr="00FD4A85">
        <w:rPr>
          <w:position w:val="-10"/>
          <w:lang w:val="ru-RU"/>
        </w:rPr>
        <w:t xml:space="preserve">  </w:t>
      </w:r>
    </w:p>
    <w:p w:rsidR="00FD4A85" w:rsidRPr="00FD4A85" w:rsidRDefault="00FD4A85" w:rsidP="00FD4A85">
      <w:pPr>
        <w:rPr>
          <w:b/>
          <w:szCs w:val="24"/>
          <w:lang w:val="ru-RU"/>
        </w:rPr>
      </w:pPr>
    </w:p>
    <w:p w:rsidR="00FD4A85" w:rsidRPr="00FD4A85" w:rsidRDefault="00FD4A85" w:rsidP="00FD4A85">
      <w:pPr>
        <w:rPr>
          <w:b/>
          <w:szCs w:val="24"/>
          <w:lang w:val="ru-RU"/>
        </w:rPr>
      </w:pPr>
      <w:r w:rsidRPr="00FD4A85">
        <w:rPr>
          <w:b/>
          <w:szCs w:val="24"/>
          <w:lang w:val="ru-RU"/>
        </w:rPr>
        <w:t>Задание 43.</w:t>
      </w:r>
    </w:p>
    <w:p w:rsidR="00FD4A85" w:rsidRPr="00FD4A85" w:rsidRDefault="00FD4A85" w:rsidP="00FD4A85">
      <w:pPr>
        <w:rPr>
          <w:lang w:val="ru-RU"/>
        </w:rPr>
      </w:pPr>
      <w:r w:rsidRPr="00FD4A85">
        <w:rPr>
          <w:lang w:val="ru-RU"/>
        </w:rPr>
        <w:t>Для следующих реакций указать правильное соотношение энтальпий:</w:t>
      </w:r>
    </w:p>
    <w:p w:rsidR="00FD4A85" w:rsidRPr="00FD4A85" w:rsidRDefault="00FD4A85" w:rsidP="00FD4A85">
      <w:pPr>
        <w:rPr>
          <w:lang w:val="ru-RU"/>
        </w:rPr>
      </w:pPr>
      <w:r w:rsidRPr="00110C66">
        <w:rPr>
          <w:position w:val="-14"/>
        </w:rPr>
        <w:object w:dxaOrig="3560" w:dyaOrig="380">
          <v:shape id="_x0000_i1053" type="#_x0000_t75" style="width:178.5pt;height:18.75pt" o:ole="">
            <v:imagedata r:id="rId51" o:title=""/>
          </v:shape>
          <o:OLEObject Type="Embed" ProgID="Equation.3" ShapeID="_x0000_i1053" DrawAspect="Content" ObjectID="_1842695748" r:id="rId59"/>
        </w:object>
      </w:r>
      <w:r w:rsidRPr="00FD4A85">
        <w:rPr>
          <w:lang w:val="ru-RU"/>
        </w:rPr>
        <w:t xml:space="preserve">;          </w:t>
      </w:r>
      <w:r w:rsidRPr="00110C66">
        <w:rPr>
          <w:position w:val="-10"/>
        </w:rPr>
        <w:object w:dxaOrig="480" w:dyaOrig="340">
          <v:shape id="_x0000_i1054" type="#_x0000_t75" style="width:24pt;height:17.25pt" o:ole="">
            <v:imagedata r:id="rId53" o:title=""/>
          </v:shape>
          <o:OLEObject Type="Embed" ProgID="Equation.3" ShapeID="_x0000_i1054" DrawAspect="Content" ObjectID="_1842695749" r:id="rId60"/>
        </w:object>
      </w:r>
    </w:p>
    <w:p w:rsidR="00FD4A85" w:rsidRPr="00FD4A85" w:rsidRDefault="00FD4A85" w:rsidP="00FD4A85">
      <w:pPr>
        <w:rPr>
          <w:lang w:val="ru-RU"/>
        </w:rPr>
      </w:pPr>
      <w:r w:rsidRPr="00E7400B">
        <w:rPr>
          <w:position w:val="-16"/>
        </w:rPr>
        <w:object w:dxaOrig="4580" w:dyaOrig="400">
          <v:shape id="_x0000_i1055" type="#_x0000_t75" style="width:228pt;height:19.5pt" o:ole="">
            <v:imagedata r:id="rId61" o:title=""/>
          </v:shape>
          <o:OLEObject Type="Embed" ProgID="Equation.3" ShapeID="_x0000_i1055" DrawAspect="Content" ObjectID="_1842695750" r:id="rId62"/>
        </w:object>
      </w:r>
      <w:r w:rsidRPr="00FD4A85">
        <w:rPr>
          <w:lang w:val="ru-RU"/>
        </w:rPr>
        <w:t xml:space="preserve">;      </w:t>
      </w:r>
      <w:r w:rsidRPr="00110C66">
        <w:rPr>
          <w:position w:val="-10"/>
        </w:rPr>
        <w:object w:dxaOrig="499" w:dyaOrig="340">
          <v:shape id="_x0000_i1056" type="#_x0000_t75" style="width:25.5pt;height:17.25pt" o:ole="">
            <v:imagedata r:id="rId57" o:title=""/>
          </v:shape>
          <o:OLEObject Type="Embed" ProgID="Equation.3" ShapeID="_x0000_i1056" DrawAspect="Content" ObjectID="_1842695751" r:id="rId63"/>
        </w:object>
      </w:r>
    </w:p>
    <w:p w:rsidR="00FD4A85" w:rsidRPr="00FD4A85" w:rsidRDefault="00FD4A85" w:rsidP="00FD4A85">
      <w:pPr>
        <w:rPr>
          <w:i/>
          <w:szCs w:val="24"/>
          <w:lang w:val="ru-RU"/>
        </w:rPr>
      </w:pPr>
      <w:r w:rsidRPr="00FD4A85">
        <w:rPr>
          <w:i/>
          <w:szCs w:val="24"/>
          <w:lang w:val="ru-RU"/>
        </w:rPr>
        <w:t>варианты ответов:</w:t>
      </w:r>
    </w:p>
    <w:p w:rsidR="00FD4A85" w:rsidRPr="00FD4A85" w:rsidRDefault="00FD4A85" w:rsidP="00FD4A85">
      <w:pPr>
        <w:rPr>
          <w:position w:val="-10"/>
          <w:lang w:val="ru-RU"/>
        </w:rPr>
      </w:pPr>
      <w:r w:rsidRPr="00FD4A85">
        <w:rPr>
          <w:szCs w:val="24"/>
          <w:lang w:val="ru-RU"/>
        </w:rPr>
        <w:t>1) Н</w:t>
      </w:r>
      <w:r w:rsidRPr="00FD4A85">
        <w:rPr>
          <w:szCs w:val="24"/>
          <w:vertAlign w:val="subscript"/>
          <w:lang w:val="ru-RU"/>
        </w:rPr>
        <w:t>1</w:t>
      </w:r>
      <w:r w:rsidRPr="00FD4A85">
        <w:rPr>
          <w:szCs w:val="24"/>
          <w:lang w:val="ru-RU"/>
        </w:rPr>
        <w:t>&lt;Н</w:t>
      </w:r>
      <w:r w:rsidRPr="00FD4A85">
        <w:rPr>
          <w:szCs w:val="24"/>
          <w:vertAlign w:val="subscript"/>
          <w:lang w:val="ru-RU"/>
        </w:rPr>
        <w:t>2</w:t>
      </w:r>
      <w:r w:rsidRPr="00FD4A85">
        <w:rPr>
          <w:szCs w:val="24"/>
          <w:lang w:val="ru-RU"/>
        </w:rPr>
        <w:t>;   2) Н</w:t>
      </w:r>
      <w:r w:rsidRPr="00FD4A85">
        <w:rPr>
          <w:szCs w:val="24"/>
          <w:vertAlign w:val="subscript"/>
          <w:lang w:val="ru-RU"/>
        </w:rPr>
        <w:t>1</w:t>
      </w:r>
      <w:r w:rsidRPr="00FD4A85">
        <w:rPr>
          <w:szCs w:val="24"/>
          <w:lang w:val="ru-RU"/>
        </w:rPr>
        <w:t>&lt;Н</w:t>
      </w:r>
      <w:r w:rsidRPr="00FD4A85">
        <w:rPr>
          <w:szCs w:val="24"/>
          <w:vertAlign w:val="subscript"/>
          <w:lang w:val="ru-RU"/>
        </w:rPr>
        <w:t>2</w:t>
      </w:r>
      <w:r w:rsidRPr="00FD4A85">
        <w:rPr>
          <w:szCs w:val="24"/>
          <w:lang w:val="ru-RU"/>
        </w:rPr>
        <w:t xml:space="preserve">;   </w:t>
      </w:r>
      <w:r w:rsidRPr="00FD4A85">
        <w:rPr>
          <w:szCs w:val="24"/>
          <w:vertAlign w:val="subscript"/>
          <w:lang w:val="ru-RU"/>
        </w:rPr>
        <w:t xml:space="preserve"> </w:t>
      </w:r>
      <w:r w:rsidRPr="00FD4A85">
        <w:rPr>
          <w:szCs w:val="24"/>
          <w:lang w:val="ru-RU"/>
        </w:rPr>
        <w:t>2) Н</w:t>
      </w:r>
      <w:r w:rsidRPr="00FD4A85">
        <w:rPr>
          <w:szCs w:val="24"/>
          <w:vertAlign w:val="subscript"/>
          <w:lang w:val="ru-RU"/>
        </w:rPr>
        <w:t>1</w:t>
      </w:r>
      <w:r w:rsidRPr="00FD4A85">
        <w:rPr>
          <w:szCs w:val="24"/>
          <w:lang w:val="ru-RU"/>
        </w:rPr>
        <w:t>&gt;Н</w:t>
      </w:r>
      <w:r w:rsidRPr="00FD4A85">
        <w:rPr>
          <w:szCs w:val="24"/>
          <w:vertAlign w:val="subscript"/>
          <w:lang w:val="ru-RU"/>
        </w:rPr>
        <w:t>2</w:t>
      </w:r>
      <w:r w:rsidRPr="00FD4A85">
        <w:rPr>
          <w:position w:val="-10"/>
          <w:lang w:val="ru-RU"/>
        </w:rPr>
        <w:t xml:space="preserve">  </w:t>
      </w:r>
    </w:p>
    <w:p w:rsidR="00FD4A85" w:rsidRPr="00FD4A85" w:rsidRDefault="00FD4A85" w:rsidP="00FD4A85">
      <w:pPr>
        <w:rPr>
          <w:b/>
          <w:szCs w:val="24"/>
          <w:lang w:val="ru-RU"/>
        </w:rPr>
      </w:pPr>
      <w:r w:rsidRPr="00FD4A85">
        <w:rPr>
          <w:b/>
          <w:szCs w:val="24"/>
          <w:lang w:val="ru-RU"/>
        </w:rPr>
        <w:t>Задание 44.</w:t>
      </w:r>
    </w:p>
    <w:p w:rsidR="00FD4A85" w:rsidRPr="00FD4A85" w:rsidRDefault="00FD4A85" w:rsidP="00FD4A85">
      <w:pPr>
        <w:rPr>
          <w:lang w:val="ru-RU"/>
        </w:rPr>
      </w:pPr>
      <w:r w:rsidRPr="00FD4A85">
        <w:rPr>
          <w:lang w:val="ru-RU"/>
        </w:rPr>
        <w:t xml:space="preserve">Указать уравнение реакции, </w:t>
      </w:r>
      <w:r>
        <w:sym w:font="Symbol" w:char="0044"/>
      </w:r>
      <w:r w:rsidRPr="00FD4A85">
        <w:rPr>
          <w:lang w:val="ru-RU"/>
        </w:rPr>
        <w:t>Н которой  является энтальпией образования вещества</w:t>
      </w:r>
    </w:p>
    <w:p w:rsidR="00FD4A85" w:rsidRPr="00E06BBA" w:rsidRDefault="00FD4A85" w:rsidP="00FD4A85">
      <w:pPr>
        <w:rPr>
          <w:i/>
          <w:szCs w:val="24"/>
        </w:rPr>
      </w:pPr>
      <w:r w:rsidRPr="00E06BBA">
        <w:rPr>
          <w:i/>
          <w:szCs w:val="24"/>
        </w:rPr>
        <w:t>варианты ответов:</w:t>
      </w:r>
    </w:p>
    <w:p w:rsidR="00FD4A85" w:rsidRDefault="00FD4A85" w:rsidP="00FD4A85">
      <w:pPr>
        <w:numPr>
          <w:ilvl w:val="0"/>
          <w:numId w:val="33"/>
        </w:numPr>
        <w:spacing w:line="240" w:lineRule="auto"/>
      </w:pPr>
      <w:r w:rsidRPr="00110C66">
        <w:rPr>
          <w:position w:val="-14"/>
        </w:rPr>
        <w:object w:dxaOrig="2920" w:dyaOrig="380">
          <v:shape id="_x0000_i1057" type="#_x0000_t75" style="width:146.25pt;height:18.75pt" o:ole="">
            <v:imagedata r:id="rId64" o:title=""/>
          </v:shape>
          <o:OLEObject Type="Embed" ProgID="Equation.3" ShapeID="_x0000_i1057" DrawAspect="Content" ObjectID="_1842695752" r:id="rId65"/>
        </w:object>
      </w:r>
      <w:r>
        <w:t xml:space="preserve">;     </w:t>
      </w:r>
      <w:r w:rsidRPr="00110C66">
        <w:rPr>
          <w:position w:val="-10"/>
        </w:rPr>
        <w:object w:dxaOrig="520" w:dyaOrig="360">
          <v:shape id="_x0000_i1058" type="#_x0000_t75" style="width:27pt;height:18.75pt" o:ole="">
            <v:imagedata r:id="rId66" o:title=""/>
          </v:shape>
          <o:OLEObject Type="Embed" ProgID="Equation.3" ShapeID="_x0000_i1058" DrawAspect="Content" ObjectID="_1842695753" r:id="rId67"/>
        </w:object>
      </w:r>
    </w:p>
    <w:p w:rsidR="00FD4A85" w:rsidRDefault="00FD4A85" w:rsidP="00FD4A85">
      <w:pPr>
        <w:numPr>
          <w:ilvl w:val="0"/>
          <w:numId w:val="33"/>
        </w:numPr>
        <w:spacing w:line="240" w:lineRule="auto"/>
      </w:pPr>
      <w:r w:rsidRPr="00110C66">
        <w:rPr>
          <w:position w:val="-14"/>
        </w:rPr>
        <w:object w:dxaOrig="2180" w:dyaOrig="380">
          <v:shape id="_x0000_i1059" type="#_x0000_t75" style="width:109.5pt;height:18.75pt" o:ole="">
            <v:imagedata r:id="rId68" o:title=""/>
          </v:shape>
          <o:OLEObject Type="Embed" ProgID="Equation.3" ShapeID="_x0000_i1059" DrawAspect="Content" ObjectID="_1842695754" r:id="rId69"/>
        </w:object>
      </w:r>
      <w:r>
        <w:t xml:space="preserve">;     </w:t>
      </w:r>
      <w:r w:rsidRPr="00110C66">
        <w:rPr>
          <w:position w:val="-10"/>
        </w:rPr>
        <w:object w:dxaOrig="520" w:dyaOrig="360">
          <v:shape id="_x0000_i1060" type="#_x0000_t75" style="width:27pt;height:18.75pt" o:ole="">
            <v:imagedata r:id="rId70" o:title=""/>
          </v:shape>
          <o:OLEObject Type="Embed" ProgID="Equation.3" ShapeID="_x0000_i1060" DrawAspect="Content" ObjectID="_1842695755" r:id="rId71"/>
        </w:object>
      </w:r>
    </w:p>
    <w:p w:rsidR="00FD4A85" w:rsidRDefault="00FD4A85" w:rsidP="00FD4A85">
      <w:pPr>
        <w:numPr>
          <w:ilvl w:val="0"/>
          <w:numId w:val="33"/>
        </w:numPr>
        <w:spacing w:line="240" w:lineRule="auto"/>
      </w:pPr>
      <w:r w:rsidRPr="00110C66">
        <w:rPr>
          <w:position w:val="-14"/>
        </w:rPr>
        <w:object w:dxaOrig="2120" w:dyaOrig="380">
          <v:shape id="_x0000_i1061" type="#_x0000_t75" style="width:105.75pt;height:18.75pt" o:ole="">
            <v:imagedata r:id="rId72" o:title=""/>
          </v:shape>
          <o:OLEObject Type="Embed" ProgID="Equation.3" ShapeID="_x0000_i1061" DrawAspect="Content" ObjectID="_1842695756" r:id="rId73"/>
        </w:object>
      </w:r>
      <w:r>
        <w:t xml:space="preserve">;      </w:t>
      </w:r>
      <w:r w:rsidRPr="00110C66">
        <w:rPr>
          <w:position w:val="-12"/>
        </w:rPr>
        <w:object w:dxaOrig="520" w:dyaOrig="380">
          <v:shape id="_x0000_i1062" type="#_x0000_t75" style="width:27pt;height:18pt" o:ole="">
            <v:imagedata r:id="rId74" o:title=""/>
          </v:shape>
          <o:OLEObject Type="Embed" ProgID="Equation.3" ShapeID="_x0000_i1062" DrawAspect="Content" ObjectID="_1842695757" r:id="rId75"/>
        </w:object>
      </w:r>
    </w:p>
    <w:p w:rsidR="00FD4A85" w:rsidRPr="00E06BBA" w:rsidRDefault="00FD4A85" w:rsidP="00FD4A85">
      <w:pPr>
        <w:rPr>
          <w:b/>
          <w:szCs w:val="24"/>
        </w:rPr>
      </w:pPr>
    </w:p>
    <w:p w:rsidR="00FD4A85" w:rsidRDefault="00FD4A85" w:rsidP="00FD4A85">
      <w:pPr>
        <w:rPr>
          <w:b/>
          <w:szCs w:val="24"/>
        </w:rPr>
      </w:pPr>
      <w:r w:rsidRPr="00E06BBA">
        <w:rPr>
          <w:b/>
          <w:szCs w:val="24"/>
        </w:rPr>
        <w:t>Задание</w:t>
      </w:r>
      <w:r>
        <w:rPr>
          <w:b/>
          <w:szCs w:val="24"/>
        </w:rPr>
        <w:t xml:space="preserve"> 45</w:t>
      </w:r>
      <w:r w:rsidRPr="00E06BBA">
        <w:rPr>
          <w:b/>
          <w:szCs w:val="24"/>
        </w:rPr>
        <w:t>.</w:t>
      </w:r>
    </w:p>
    <w:p w:rsidR="00FD4A85" w:rsidRPr="00FD4A85" w:rsidRDefault="00FD4A85" w:rsidP="00FD4A85">
      <w:pPr>
        <w:rPr>
          <w:lang w:val="ru-RU"/>
        </w:rPr>
      </w:pPr>
      <w:r w:rsidRPr="00FD4A85">
        <w:rPr>
          <w:lang w:val="ru-RU"/>
        </w:rPr>
        <w:t xml:space="preserve">Не производя вычислений, установить значение </w:t>
      </w:r>
      <w:r w:rsidRPr="00110C66">
        <w:rPr>
          <w:position w:val="-6"/>
        </w:rPr>
        <w:object w:dxaOrig="460" w:dyaOrig="320">
          <v:shape id="_x0000_i1063" type="#_x0000_t75" style="width:22.5pt;height:15.75pt" o:ole="">
            <v:imagedata r:id="rId76" o:title=""/>
          </v:shape>
          <o:OLEObject Type="Embed" ProgID="Equation.3" ShapeID="_x0000_i1063" DrawAspect="Content" ObjectID="_1842695758" r:id="rId77"/>
        </w:object>
      </w:r>
      <w:r w:rsidRPr="00FD4A85">
        <w:rPr>
          <w:lang w:val="ru-RU"/>
        </w:rPr>
        <w:t xml:space="preserve">для следующего процесса: </w:t>
      </w:r>
      <w:r w:rsidRPr="00110C66">
        <w:rPr>
          <w:position w:val="-14"/>
        </w:rPr>
        <w:object w:dxaOrig="4160" w:dyaOrig="380">
          <v:shape id="_x0000_i1064" type="#_x0000_t75" style="width:208.5pt;height:18pt" o:ole="">
            <v:imagedata r:id="rId78" o:title=""/>
          </v:shape>
          <o:OLEObject Type="Embed" ProgID="Equation.3" ShapeID="_x0000_i1064" DrawAspect="Content" ObjectID="_1842695759" r:id="rId79"/>
        </w:object>
      </w:r>
    </w:p>
    <w:p w:rsidR="00FD4A85" w:rsidRPr="00FD4A85" w:rsidRDefault="00FD4A85" w:rsidP="00FD4A85">
      <w:pPr>
        <w:rPr>
          <w:i/>
          <w:szCs w:val="24"/>
          <w:lang w:val="ru-RU"/>
        </w:rPr>
      </w:pPr>
      <w:r w:rsidRPr="00FD4A85">
        <w:rPr>
          <w:i/>
          <w:szCs w:val="24"/>
          <w:lang w:val="ru-RU"/>
        </w:rPr>
        <w:t>варианты ответов:</w:t>
      </w:r>
    </w:p>
    <w:p w:rsidR="00FD4A85" w:rsidRPr="00FD4A85" w:rsidRDefault="00FD4A85" w:rsidP="00FD4A85">
      <w:pPr>
        <w:tabs>
          <w:tab w:val="center" w:pos="5282"/>
        </w:tabs>
        <w:rPr>
          <w:lang w:val="ru-RU"/>
        </w:rPr>
      </w:pPr>
      <w:r w:rsidRPr="00FD4A85">
        <w:rPr>
          <w:lang w:val="ru-RU"/>
        </w:rPr>
        <w:t>1)</w:t>
      </w:r>
      <w:r>
        <w:t>Δ</w:t>
      </w:r>
      <w:r w:rsidRPr="00FA3608">
        <w:t>S</w:t>
      </w:r>
      <w:r w:rsidRPr="00FD4A85">
        <w:rPr>
          <w:lang w:val="ru-RU"/>
        </w:rPr>
        <w:t>&gt;0;    2)</w:t>
      </w:r>
      <w:r>
        <w:t>Δ</w:t>
      </w:r>
      <w:r w:rsidRPr="00FA3608">
        <w:t>S</w:t>
      </w:r>
      <w:r w:rsidRPr="00FD4A85">
        <w:rPr>
          <w:lang w:val="ru-RU"/>
        </w:rPr>
        <w:t>&lt; 0;   3)</w:t>
      </w:r>
      <w:r>
        <w:t>Δ</w:t>
      </w:r>
      <w:r w:rsidRPr="00FA3608">
        <w:t>S</w:t>
      </w:r>
      <w:r w:rsidRPr="00FD4A85">
        <w:rPr>
          <w:lang w:val="ru-RU"/>
        </w:rPr>
        <w:t>=0</w:t>
      </w:r>
    </w:p>
    <w:p w:rsidR="00FD4A85" w:rsidRPr="00FD4A85" w:rsidRDefault="00FD4A85" w:rsidP="00FD4A85">
      <w:pPr>
        <w:rPr>
          <w:b/>
          <w:szCs w:val="24"/>
          <w:lang w:val="ru-RU"/>
        </w:rPr>
      </w:pPr>
    </w:p>
    <w:p w:rsidR="00FD4A85" w:rsidRPr="00FD4A85" w:rsidRDefault="00FD4A85" w:rsidP="00FD4A85">
      <w:pPr>
        <w:rPr>
          <w:lang w:val="ru-RU"/>
        </w:rPr>
      </w:pPr>
      <w:r w:rsidRPr="00FD4A85">
        <w:rPr>
          <w:b/>
          <w:lang w:val="ru-RU"/>
        </w:rPr>
        <w:t xml:space="preserve">Задание 46. </w:t>
      </w:r>
      <w:r w:rsidRPr="00FD4A85">
        <w:rPr>
          <w:lang w:val="ru-RU"/>
        </w:rPr>
        <w:t xml:space="preserve">Не производя вычислений, установить значение </w:t>
      </w:r>
      <w:r w:rsidRPr="00110C66">
        <w:rPr>
          <w:position w:val="-6"/>
        </w:rPr>
        <w:object w:dxaOrig="460" w:dyaOrig="320">
          <v:shape id="_x0000_i1065" type="#_x0000_t75" style="width:22.5pt;height:15.75pt" o:ole="">
            <v:imagedata r:id="rId76" o:title=""/>
          </v:shape>
          <o:OLEObject Type="Embed" ProgID="Equation.3" ShapeID="_x0000_i1065" DrawAspect="Content" ObjectID="_1842695760" r:id="rId80"/>
        </w:object>
      </w:r>
      <w:r w:rsidRPr="00FD4A85">
        <w:rPr>
          <w:lang w:val="ru-RU"/>
        </w:rPr>
        <w:t xml:space="preserve">для следующего процесса: </w:t>
      </w:r>
      <w:r w:rsidRPr="00110C66">
        <w:rPr>
          <w:position w:val="-14"/>
        </w:rPr>
        <w:object w:dxaOrig="2520" w:dyaOrig="380">
          <v:shape id="_x0000_i1066" type="#_x0000_t75" style="width:126pt;height:19.5pt" o:ole="">
            <v:imagedata r:id="rId81" o:title=""/>
          </v:shape>
          <o:OLEObject Type="Embed" ProgID="Equation.3" ShapeID="_x0000_i1066" DrawAspect="Content" ObjectID="_1842695761" r:id="rId82"/>
        </w:object>
      </w:r>
    </w:p>
    <w:p w:rsidR="00FD4A85" w:rsidRDefault="00FD4A85" w:rsidP="00FD4A85">
      <w:pPr>
        <w:pStyle w:val="14"/>
        <w:widowControl/>
        <w:rPr>
          <w:i/>
          <w:snapToGrid/>
          <w:sz w:val="24"/>
        </w:rPr>
      </w:pPr>
      <w:r>
        <w:rPr>
          <w:b/>
          <w:snapToGrid/>
          <w:sz w:val="24"/>
        </w:rPr>
        <w:t xml:space="preserve">      </w:t>
      </w:r>
      <w:r w:rsidRPr="001A3BB0">
        <w:rPr>
          <w:i/>
          <w:snapToGrid/>
          <w:sz w:val="24"/>
        </w:rPr>
        <w:t xml:space="preserve">варианты ответов: </w:t>
      </w:r>
    </w:p>
    <w:p w:rsidR="00FD4A85" w:rsidRDefault="00FD4A85" w:rsidP="00FD4A85">
      <w:pPr>
        <w:pStyle w:val="14"/>
        <w:widowControl/>
        <w:rPr>
          <w:i/>
          <w:snapToGrid/>
          <w:sz w:val="24"/>
        </w:rPr>
      </w:pPr>
    </w:p>
    <w:p w:rsidR="00FD4A85" w:rsidRPr="00FD4A85" w:rsidRDefault="00FD4A85" w:rsidP="00FD4A85">
      <w:pPr>
        <w:rPr>
          <w:lang w:val="ru-RU"/>
        </w:rPr>
      </w:pPr>
      <w:r w:rsidRPr="00FD4A85">
        <w:rPr>
          <w:b/>
          <w:lang w:val="ru-RU"/>
        </w:rPr>
        <w:t>Задание 47.</w:t>
      </w:r>
      <w:r w:rsidRPr="00FD4A85">
        <w:rPr>
          <w:i/>
          <w:lang w:val="ru-RU"/>
        </w:rPr>
        <w:t xml:space="preserve"> </w:t>
      </w:r>
      <w:r w:rsidRPr="00FD4A85">
        <w:rPr>
          <w:lang w:val="ru-RU"/>
        </w:rPr>
        <w:t xml:space="preserve">Не производя вычислений, установить значение </w:t>
      </w:r>
      <w:r w:rsidRPr="00110C66">
        <w:rPr>
          <w:position w:val="-6"/>
        </w:rPr>
        <w:object w:dxaOrig="460" w:dyaOrig="320">
          <v:shape id="_x0000_i1067" type="#_x0000_t75" style="width:22.5pt;height:15.75pt" o:ole="">
            <v:imagedata r:id="rId76" o:title=""/>
          </v:shape>
          <o:OLEObject Type="Embed" ProgID="Equation.3" ShapeID="_x0000_i1067" DrawAspect="Content" ObjectID="_1842695762" r:id="rId83"/>
        </w:object>
      </w:r>
      <w:r w:rsidRPr="00FD4A85">
        <w:rPr>
          <w:lang w:val="ru-RU"/>
        </w:rPr>
        <w:t xml:space="preserve">для следующего процесса: </w:t>
      </w:r>
      <w:r w:rsidRPr="00110C66">
        <w:rPr>
          <w:position w:val="-14"/>
        </w:rPr>
        <w:object w:dxaOrig="1620" w:dyaOrig="380">
          <v:shape id="_x0000_i1068" type="#_x0000_t75" style="width:81pt;height:18pt" o:ole="">
            <v:imagedata r:id="rId84" o:title=""/>
          </v:shape>
          <o:OLEObject Type="Embed" ProgID="Equation.3" ShapeID="_x0000_i1068" DrawAspect="Content" ObjectID="_1842695763" r:id="rId85"/>
        </w:object>
      </w:r>
    </w:p>
    <w:p w:rsidR="00FD4A85" w:rsidRDefault="00FD4A85" w:rsidP="00FD4A85">
      <w:pPr>
        <w:pStyle w:val="14"/>
        <w:widowControl/>
        <w:rPr>
          <w:i/>
          <w:snapToGrid/>
          <w:sz w:val="24"/>
        </w:rPr>
      </w:pPr>
      <w:r>
        <w:rPr>
          <w:i/>
          <w:snapToGrid/>
          <w:sz w:val="24"/>
        </w:rPr>
        <w:t xml:space="preserve">варианты ответов: </w:t>
      </w:r>
    </w:p>
    <w:p w:rsidR="00FD4A85" w:rsidRPr="00FD4A85" w:rsidRDefault="00FD4A85" w:rsidP="00FD4A85">
      <w:pPr>
        <w:tabs>
          <w:tab w:val="center" w:pos="5282"/>
        </w:tabs>
        <w:rPr>
          <w:lang w:val="ru-RU"/>
        </w:rPr>
      </w:pPr>
      <w:r w:rsidRPr="00FD4A85">
        <w:rPr>
          <w:lang w:val="ru-RU"/>
        </w:rPr>
        <w:t>1)</w:t>
      </w:r>
      <w:r>
        <w:t>Δ</w:t>
      </w:r>
      <w:r w:rsidRPr="00FA3608">
        <w:t>S</w:t>
      </w:r>
      <w:r w:rsidRPr="00FD4A85">
        <w:rPr>
          <w:lang w:val="ru-RU"/>
        </w:rPr>
        <w:t>&gt;0;    2)</w:t>
      </w:r>
      <w:r>
        <w:t>Δ</w:t>
      </w:r>
      <w:r w:rsidRPr="00FA3608">
        <w:t>S</w:t>
      </w:r>
      <w:r w:rsidRPr="00FD4A85">
        <w:rPr>
          <w:lang w:val="ru-RU"/>
        </w:rPr>
        <w:t>&lt; 0;   3)</w:t>
      </w:r>
      <w:r>
        <w:t>Δ</w:t>
      </w:r>
      <w:r w:rsidRPr="00FA3608">
        <w:t>S</w:t>
      </w:r>
      <w:r w:rsidRPr="00FD4A85">
        <w:rPr>
          <w:lang w:val="ru-RU"/>
        </w:rPr>
        <w:t>=0</w:t>
      </w:r>
    </w:p>
    <w:p w:rsidR="00FD4A85" w:rsidRPr="00FD4A85" w:rsidRDefault="00FD4A85" w:rsidP="00FD4A85">
      <w:pPr>
        <w:tabs>
          <w:tab w:val="center" w:pos="5282"/>
        </w:tabs>
        <w:rPr>
          <w:b/>
          <w:lang w:val="ru-RU"/>
        </w:rPr>
      </w:pPr>
    </w:p>
    <w:p w:rsidR="00FD4A85" w:rsidRPr="00FD4A85" w:rsidRDefault="00FD4A85" w:rsidP="00FD4A85">
      <w:pPr>
        <w:tabs>
          <w:tab w:val="center" w:pos="5282"/>
        </w:tabs>
        <w:rPr>
          <w:position w:val="-6"/>
          <w:lang w:val="ru-RU"/>
        </w:rPr>
      </w:pPr>
      <w:r w:rsidRPr="00FD4A85">
        <w:rPr>
          <w:b/>
          <w:lang w:val="ru-RU"/>
        </w:rPr>
        <w:t>Задание 48.</w:t>
      </w:r>
    </w:p>
    <w:p w:rsidR="00FD4A85" w:rsidRPr="00FD4A85" w:rsidRDefault="00FD4A85" w:rsidP="00FD4A85">
      <w:pPr>
        <w:tabs>
          <w:tab w:val="center" w:pos="5282"/>
        </w:tabs>
        <w:rPr>
          <w:lang w:val="ru-RU"/>
        </w:rPr>
      </w:pPr>
      <w:r w:rsidRPr="00FD4A85">
        <w:rPr>
          <w:lang w:val="ru-RU"/>
        </w:rPr>
        <w:t xml:space="preserve">Не производя вычислений, установить значение </w:t>
      </w:r>
      <w:r w:rsidRPr="00110C66">
        <w:rPr>
          <w:position w:val="-6"/>
        </w:rPr>
        <w:object w:dxaOrig="460" w:dyaOrig="320">
          <v:shape id="_x0000_i1069" type="#_x0000_t75" style="width:22.5pt;height:15.75pt" o:ole="">
            <v:imagedata r:id="rId76" o:title=""/>
          </v:shape>
          <o:OLEObject Type="Embed" ProgID="Equation.3" ShapeID="_x0000_i1069" DrawAspect="Content" ObjectID="_1842695764" r:id="rId86"/>
        </w:object>
      </w:r>
      <w:r w:rsidRPr="00FD4A85">
        <w:rPr>
          <w:lang w:val="ru-RU"/>
        </w:rPr>
        <w:t xml:space="preserve">для следующего процесса: </w:t>
      </w:r>
      <w:r w:rsidRPr="00110C66">
        <w:rPr>
          <w:position w:val="-14"/>
        </w:rPr>
        <w:object w:dxaOrig="3820" w:dyaOrig="380">
          <v:shape id="_x0000_i1070" type="#_x0000_t75" style="width:189.75pt;height:18pt" o:ole="">
            <v:imagedata r:id="rId87" o:title=""/>
          </v:shape>
          <o:OLEObject Type="Embed" ProgID="Equation.3" ShapeID="_x0000_i1070" DrawAspect="Content" ObjectID="_1842695765" r:id="rId88"/>
        </w:object>
      </w:r>
    </w:p>
    <w:p w:rsidR="00FD4A85" w:rsidRPr="00FD4A85" w:rsidRDefault="00FD4A85" w:rsidP="00FD4A85">
      <w:pPr>
        <w:tabs>
          <w:tab w:val="center" w:pos="5282"/>
        </w:tabs>
        <w:rPr>
          <w:i/>
          <w:lang w:val="ru-RU"/>
        </w:rPr>
      </w:pPr>
      <w:r w:rsidRPr="00FD4A85">
        <w:rPr>
          <w:i/>
          <w:lang w:val="ru-RU"/>
        </w:rPr>
        <w:t>варианты ответов:</w:t>
      </w:r>
    </w:p>
    <w:p w:rsidR="00FD4A85" w:rsidRPr="00FD4A85" w:rsidRDefault="00FD4A85" w:rsidP="00FD4A85">
      <w:pPr>
        <w:tabs>
          <w:tab w:val="center" w:pos="5282"/>
        </w:tabs>
        <w:rPr>
          <w:lang w:val="ru-RU"/>
        </w:rPr>
      </w:pPr>
      <w:r w:rsidRPr="00FD4A85">
        <w:rPr>
          <w:lang w:val="ru-RU"/>
        </w:rPr>
        <w:t>1)</w:t>
      </w:r>
      <w:r>
        <w:t>Δ</w:t>
      </w:r>
      <w:r w:rsidRPr="00FA3608">
        <w:t>S</w:t>
      </w:r>
      <w:r w:rsidRPr="00FD4A85">
        <w:rPr>
          <w:lang w:val="ru-RU"/>
        </w:rPr>
        <w:t>&gt;0;    2)</w:t>
      </w:r>
      <w:r>
        <w:t>Δ</w:t>
      </w:r>
      <w:r w:rsidRPr="00FA3608">
        <w:t>S</w:t>
      </w:r>
      <w:r w:rsidRPr="00FD4A85">
        <w:rPr>
          <w:lang w:val="ru-RU"/>
        </w:rPr>
        <w:t>&lt; 0;   3)</w:t>
      </w:r>
      <w:r>
        <w:t>Δ</w:t>
      </w:r>
      <w:r w:rsidRPr="00FA3608">
        <w:t>S</w:t>
      </w:r>
      <w:r w:rsidRPr="00FD4A85">
        <w:rPr>
          <w:lang w:val="ru-RU"/>
        </w:rPr>
        <w:t>=0</w:t>
      </w:r>
    </w:p>
    <w:p w:rsidR="00FD4A85" w:rsidRPr="00FD4A85" w:rsidRDefault="00FD4A85" w:rsidP="00FD4A85">
      <w:pPr>
        <w:tabs>
          <w:tab w:val="center" w:pos="5282"/>
        </w:tabs>
        <w:rPr>
          <w:b/>
          <w:lang w:val="ru-RU"/>
        </w:rPr>
      </w:pPr>
    </w:p>
    <w:p w:rsidR="00FD4A85" w:rsidRPr="00FD4A85" w:rsidRDefault="00FD4A85" w:rsidP="00FD4A85">
      <w:pPr>
        <w:tabs>
          <w:tab w:val="center" w:pos="5282"/>
        </w:tabs>
        <w:rPr>
          <w:b/>
          <w:lang w:val="ru-RU"/>
        </w:rPr>
      </w:pPr>
      <w:r w:rsidRPr="00FD4A85">
        <w:rPr>
          <w:b/>
          <w:lang w:val="ru-RU"/>
        </w:rPr>
        <w:t>Задание 49.</w:t>
      </w:r>
    </w:p>
    <w:p w:rsidR="00FD4A85" w:rsidRPr="00FD4A85" w:rsidRDefault="00FD4A85" w:rsidP="00FD4A85">
      <w:pPr>
        <w:rPr>
          <w:lang w:val="ru-RU"/>
        </w:rPr>
      </w:pPr>
      <w:r w:rsidRPr="00FD4A85">
        <w:rPr>
          <w:lang w:val="ru-RU"/>
        </w:rPr>
        <w:t xml:space="preserve">Не производя вычислений, установить значение </w:t>
      </w:r>
      <w:r w:rsidRPr="00110C66">
        <w:rPr>
          <w:position w:val="-6"/>
        </w:rPr>
        <w:object w:dxaOrig="460" w:dyaOrig="320">
          <v:shape id="_x0000_i1071" type="#_x0000_t75" style="width:22.5pt;height:15.75pt" o:ole="">
            <v:imagedata r:id="rId76" o:title=""/>
          </v:shape>
          <o:OLEObject Type="Embed" ProgID="Equation.3" ShapeID="_x0000_i1071" DrawAspect="Content" ObjectID="_1842695766" r:id="rId89"/>
        </w:object>
      </w:r>
      <w:r w:rsidRPr="00FD4A85">
        <w:rPr>
          <w:lang w:val="ru-RU"/>
        </w:rPr>
        <w:t xml:space="preserve">для следующего процесса: </w:t>
      </w:r>
      <w:r w:rsidRPr="00110C66">
        <w:rPr>
          <w:position w:val="-14"/>
        </w:rPr>
        <w:object w:dxaOrig="3220" w:dyaOrig="380">
          <v:shape id="_x0000_i1072" type="#_x0000_t75" style="width:161.25pt;height:18pt" o:ole="">
            <v:imagedata r:id="rId90" o:title=""/>
          </v:shape>
          <o:OLEObject Type="Embed" ProgID="Equation.3" ShapeID="_x0000_i1072" DrawAspect="Content" ObjectID="_1842695767" r:id="rId91"/>
        </w:object>
      </w:r>
    </w:p>
    <w:p w:rsidR="00FD4A85" w:rsidRPr="00FD4A85" w:rsidRDefault="00FD4A85" w:rsidP="00FD4A85">
      <w:pPr>
        <w:tabs>
          <w:tab w:val="center" w:pos="5282"/>
        </w:tabs>
        <w:rPr>
          <w:i/>
          <w:lang w:val="ru-RU"/>
        </w:rPr>
      </w:pPr>
      <w:r w:rsidRPr="00FD4A85">
        <w:rPr>
          <w:i/>
          <w:lang w:val="ru-RU"/>
        </w:rPr>
        <w:t>варианты ответов:</w:t>
      </w:r>
    </w:p>
    <w:p w:rsidR="00FD4A85" w:rsidRPr="00FD4A85" w:rsidRDefault="00FD4A85" w:rsidP="00FD4A85">
      <w:pPr>
        <w:tabs>
          <w:tab w:val="center" w:pos="5282"/>
        </w:tabs>
        <w:rPr>
          <w:lang w:val="ru-RU"/>
        </w:rPr>
      </w:pPr>
      <w:r w:rsidRPr="00FD4A85">
        <w:rPr>
          <w:lang w:val="ru-RU"/>
        </w:rPr>
        <w:t>1)</w:t>
      </w:r>
      <w:r>
        <w:t>Δ</w:t>
      </w:r>
      <w:r w:rsidRPr="00FA3608">
        <w:t>S</w:t>
      </w:r>
      <w:r w:rsidRPr="00FD4A85">
        <w:rPr>
          <w:lang w:val="ru-RU"/>
        </w:rPr>
        <w:t>&gt;0;    2)</w:t>
      </w:r>
      <w:r>
        <w:t>Δ</w:t>
      </w:r>
      <w:r w:rsidRPr="00FA3608">
        <w:t>S</w:t>
      </w:r>
      <w:r w:rsidRPr="00FD4A85">
        <w:rPr>
          <w:lang w:val="ru-RU"/>
        </w:rPr>
        <w:t>&lt; 0;   3)</w:t>
      </w:r>
      <w:r>
        <w:t>Δ</w:t>
      </w:r>
      <w:r w:rsidRPr="00FA3608">
        <w:t>S</w:t>
      </w:r>
      <w:r w:rsidRPr="00FD4A85">
        <w:rPr>
          <w:lang w:val="ru-RU"/>
        </w:rPr>
        <w:t>=0</w:t>
      </w:r>
    </w:p>
    <w:p w:rsidR="00FD4A85" w:rsidRPr="00FD4A85" w:rsidRDefault="00FD4A85" w:rsidP="00FD4A85">
      <w:pPr>
        <w:tabs>
          <w:tab w:val="center" w:pos="5282"/>
        </w:tabs>
        <w:rPr>
          <w:b/>
          <w:lang w:val="ru-RU"/>
        </w:rPr>
      </w:pPr>
    </w:p>
    <w:p w:rsidR="00FD4A85" w:rsidRPr="00FD4A85" w:rsidRDefault="00FD4A85" w:rsidP="00FD4A85">
      <w:pPr>
        <w:tabs>
          <w:tab w:val="center" w:pos="5282"/>
        </w:tabs>
        <w:rPr>
          <w:b/>
          <w:lang w:val="ru-RU"/>
        </w:rPr>
      </w:pPr>
      <w:r w:rsidRPr="00FD4A85">
        <w:rPr>
          <w:b/>
          <w:lang w:val="ru-RU"/>
        </w:rPr>
        <w:t>Задание 50.</w:t>
      </w:r>
    </w:p>
    <w:p w:rsidR="00FD4A85" w:rsidRPr="00FD4A85" w:rsidRDefault="00FD4A85" w:rsidP="00FD4A85">
      <w:pPr>
        <w:rPr>
          <w:lang w:val="ru-RU"/>
        </w:rPr>
      </w:pPr>
      <w:r w:rsidRPr="00FD4A85">
        <w:rPr>
          <w:szCs w:val="28"/>
          <w:lang w:val="ru-RU"/>
        </w:rPr>
        <w:t>В реакции, схема которой А + 2В = С, концентрацию вещества А уменьшили в 2 раза, а концентрацию вещества В увеличили в 3 раза. Как изменится при этом скорость реакции?</w:t>
      </w:r>
    </w:p>
    <w:p w:rsidR="00FD4A85" w:rsidRPr="00FD4A85" w:rsidRDefault="00FD4A85" w:rsidP="00FD4A85">
      <w:pPr>
        <w:tabs>
          <w:tab w:val="center" w:pos="5282"/>
        </w:tabs>
        <w:rPr>
          <w:b/>
          <w:lang w:val="ru-RU"/>
        </w:rPr>
      </w:pPr>
    </w:p>
    <w:p w:rsidR="00FD4A85" w:rsidRPr="00FD4A85" w:rsidRDefault="00FD4A85" w:rsidP="00FD4A85">
      <w:pPr>
        <w:rPr>
          <w:szCs w:val="28"/>
          <w:lang w:val="ru-RU"/>
        </w:rPr>
      </w:pPr>
      <w:r w:rsidRPr="00FD4A85">
        <w:rPr>
          <w:b/>
          <w:lang w:val="ru-RU"/>
        </w:rPr>
        <w:lastRenderedPageBreak/>
        <w:t xml:space="preserve">Задание 51. </w:t>
      </w:r>
      <w:r w:rsidRPr="00FD4A85">
        <w:rPr>
          <w:szCs w:val="28"/>
          <w:lang w:val="ru-RU"/>
        </w:rPr>
        <w:t>Через определенный промежуток времени после начала реакции, уравнение которой</w:t>
      </w:r>
    </w:p>
    <w:p w:rsidR="00FD4A85" w:rsidRPr="00FD4A85" w:rsidRDefault="00FD4A85" w:rsidP="00FD4A85">
      <w:pPr>
        <w:rPr>
          <w:i/>
          <w:sz w:val="20"/>
          <w:u w:val="single"/>
          <w:lang w:val="ru-RU"/>
        </w:rPr>
      </w:pPr>
      <w:r w:rsidRPr="00FD4A85">
        <w:rPr>
          <w:szCs w:val="28"/>
          <w:lang w:val="ru-RU"/>
        </w:rPr>
        <w:t>2</w:t>
      </w:r>
      <w:r>
        <w:rPr>
          <w:szCs w:val="28"/>
        </w:rPr>
        <w:t>NH</w:t>
      </w:r>
      <w:r w:rsidRPr="00FD4A85">
        <w:rPr>
          <w:szCs w:val="28"/>
          <w:vertAlign w:val="subscript"/>
          <w:lang w:val="ru-RU"/>
        </w:rPr>
        <w:t>3</w:t>
      </w:r>
      <w:r w:rsidRPr="00FD4A85">
        <w:rPr>
          <w:szCs w:val="28"/>
          <w:lang w:val="ru-RU"/>
        </w:rPr>
        <w:t xml:space="preserve"> + 3</w:t>
      </w:r>
      <w:r>
        <w:rPr>
          <w:szCs w:val="28"/>
        </w:rPr>
        <w:t>CuO</w:t>
      </w:r>
      <w:r w:rsidRPr="00FD4A85">
        <w:rPr>
          <w:szCs w:val="28"/>
          <w:lang w:val="ru-RU"/>
        </w:rPr>
        <w:t xml:space="preserve"> = </w:t>
      </w:r>
      <w:r>
        <w:rPr>
          <w:szCs w:val="28"/>
        </w:rPr>
        <w:t>N</w:t>
      </w:r>
      <w:r w:rsidRPr="00FD4A85">
        <w:rPr>
          <w:szCs w:val="28"/>
          <w:vertAlign w:val="subscript"/>
          <w:lang w:val="ru-RU"/>
        </w:rPr>
        <w:t>2</w:t>
      </w:r>
      <w:r w:rsidRPr="00FD4A85">
        <w:rPr>
          <w:szCs w:val="28"/>
          <w:lang w:val="ru-RU"/>
        </w:rPr>
        <w:t xml:space="preserve"> + 3</w:t>
      </w:r>
      <w:r>
        <w:rPr>
          <w:szCs w:val="28"/>
        </w:rPr>
        <w:t>H</w:t>
      </w:r>
      <w:r w:rsidRPr="00FD4A85">
        <w:rPr>
          <w:szCs w:val="28"/>
          <w:vertAlign w:val="subscript"/>
          <w:lang w:val="ru-RU"/>
        </w:rPr>
        <w:t>2</w:t>
      </w:r>
      <w:r>
        <w:rPr>
          <w:szCs w:val="28"/>
        </w:rPr>
        <w:t>O</w:t>
      </w:r>
      <w:r w:rsidRPr="00FD4A85">
        <w:rPr>
          <w:szCs w:val="28"/>
          <w:lang w:val="ru-RU"/>
        </w:rPr>
        <w:t xml:space="preserve"> + 3</w:t>
      </w:r>
      <w:r>
        <w:rPr>
          <w:szCs w:val="28"/>
        </w:rPr>
        <w:t>Cu</w:t>
      </w:r>
      <w:r w:rsidRPr="00FD4A85">
        <w:rPr>
          <w:szCs w:val="28"/>
          <w:lang w:val="ru-RU"/>
        </w:rPr>
        <w:t xml:space="preserve"> концентрация аммиака уменьшилась в 3 раза. Во сколько раз при этом уменьшится скорость реакции по сравнению с начальной скоростью?</w:t>
      </w:r>
    </w:p>
    <w:p w:rsidR="00FD4A85" w:rsidRPr="00FD4A85" w:rsidRDefault="00FD4A85" w:rsidP="00FD4A85">
      <w:pPr>
        <w:rPr>
          <w:b/>
          <w:szCs w:val="28"/>
          <w:lang w:val="ru-RU"/>
        </w:rPr>
      </w:pPr>
    </w:p>
    <w:p w:rsidR="00FD4A85" w:rsidRPr="00FD4A85" w:rsidRDefault="00FD4A85" w:rsidP="00FD4A85">
      <w:pPr>
        <w:rPr>
          <w:b/>
          <w:szCs w:val="28"/>
          <w:lang w:val="ru-RU"/>
        </w:rPr>
      </w:pPr>
    </w:p>
    <w:p w:rsidR="00FD4A85" w:rsidRPr="00FD4A85" w:rsidRDefault="00FD4A85" w:rsidP="00FD4A85">
      <w:pPr>
        <w:rPr>
          <w:b/>
          <w:szCs w:val="28"/>
          <w:lang w:val="ru-RU"/>
        </w:rPr>
      </w:pPr>
      <w:r w:rsidRPr="00FD4A85">
        <w:rPr>
          <w:b/>
          <w:szCs w:val="28"/>
          <w:lang w:val="ru-RU"/>
        </w:rPr>
        <w:t>Задание 52.</w:t>
      </w:r>
    </w:p>
    <w:p w:rsidR="00FD4A85" w:rsidRPr="00FD4A85" w:rsidRDefault="00FD4A85" w:rsidP="00FD4A85">
      <w:pPr>
        <w:rPr>
          <w:szCs w:val="24"/>
          <w:lang w:val="ru-RU"/>
        </w:rPr>
      </w:pPr>
      <w:r w:rsidRPr="00FD4A85">
        <w:rPr>
          <w:szCs w:val="24"/>
          <w:lang w:val="ru-RU"/>
        </w:rPr>
        <w:t xml:space="preserve">Во сколько раз нужно увеличить концентрацию </w:t>
      </w:r>
      <w:r w:rsidRPr="000B292E">
        <w:rPr>
          <w:szCs w:val="24"/>
        </w:rPr>
        <w:t>SO</w:t>
      </w:r>
      <w:r w:rsidRPr="00FD4A85">
        <w:rPr>
          <w:szCs w:val="24"/>
          <w:vertAlign w:val="subscript"/>
          <w:lang w:val="ru-RU"/>
        </w:rPr>
        <w:t>2</w:t>
      </w:r>
      <w:r w:rsidRPr="00FD4A85">
        <w:rPr>
          <w:szCs w:val="24"/>
          <w:lang w:val="ru-RU"/>
        </w:rPr>
        <w:t xml:space="preserve"> в реакции, уравнение которой </w:t>
      </w:r>
    </w:p>
    <w:p w:rsidR="00FD4A85" w:rsidRPr="00FD4A85" w:rsidRDefault="00FD4A85" w:rsidP="00FD4A85">
      <w:pPr>
        <w:pStyle w:val="aa"/>
        <w:rPr>
          <w:b/>
          <w:sz w:val="24"/>
          <w:szCs w:val="24"/>
          <w:lang w:val="ru-RU"/>
        </w:rPr>
      </w:pPr>
      <w:r w:rsidRPr="00FD4A85">
        <w:rPr>
          <w:sz w:val="24"/>
          <w:szCs w:val="24"/>
          <w:lang w:val="ru-RU"/>
        </w:rPr>
        <w:t>2</w:t>
      </w:r>
      <w:r w:rsidRPr="000B292E">
        <w:rPr>
          <w:sz w:val="24"/>
          <w:szCs w:val="24"/>
        </w:rPr>
        <w:t>SO</w:t>
      </w:r>
      <w:r w:rsidRPr="00FD4A85">
        <w:rPr>
          <w:sz w:val="24"/>
          <w:szCs w:val="24"/>
          <w:vertAlign w:val="subscript"/>
          <w:lang w:val="ru-RU"/>
        </w:rPr>
        <w:t>2</w:t>
      </w:r>
      <w:r w:rsidRPr="00FD4A85">
        <w:rPr>
          <w:sz w:val="24"/>
          <w:szCs w:val="24"/>
          <w:lang w:val="ru-RU"/>
        </w:rPr>
        <w:t xml:space="preserve"> + </w:t>
      </w:r>
      <w:r w:rsidRPr="000B292E">
        <w:rPr>
          <w:sz w:val="24"/>
          <w:szCs w:val="24"/>
        </w:rPr>
        <w:t>O</w:t>
      </w:r>
      <w:r w:rsidRPr="00FD4A85">
        <w:rPr>
          <w:sz w:val="24"/>
          <w:szCs w:val="24"/>
          <w:vertAlign w:val="subscript"/>
          <w:lang w:val="ru-RU"/>
        </w:rPr>
        <w:t>2</w:t>
      </w:r>
      <w:r w:rsidRPr="00FD4A85">
        <w:rPr>
          <w:sz w:val="24"/>
          <w:szCs w:val="24"/>
          <w:lang w:val="ru-RU"/>
        </w:rPr>
        <w:t xml:space="preserve"> = 2</w:t>
      </w:r>
      <w:r w:rsidRPr="000B292E">
        <w:rPr>
          <w:sz w:val="24"/>
          <w:szCs w:val="24"/>
        </w:rPr>
        <w:t>SO</w:t>
      </w:r>
      <w:r w:rsidRPr="00FD4A85">
        <w:rPr>
          <w:sz w:val="24"/>
          <w:szCs w:val="24"/>
          <w:vertAlign w:val="subscript"/>
          <w:lang w:val="ru-RU"/>
        </w:rPr>
        <w:t>3</w:t>
      </w:r>
      <w:r w:rsidRPr="00FD4A85">
        <w:rPr>
          <w:sz w:val="24"/>
          <w:szCs w:val="24"/>
          <w:lang w:val="ru-RU"/>
        </w:rPr>
        <w:t>, чтобы при уменьшении концентрации кислорода в 16 раз скорость реакции не изменилась?</w:t>
      </w:r>
    </w:p>
    <w:p w:rsidR="00FD4A85" w:rsidRPr="00FD4A85" w:rsidRDefault="00FD4A85" w:rsidP="00FD4A85">
      <w:pPr>
        <w:pStyle w:val="aa"/>
        <w:rPr>
          <w:b/>
          <w:sz w:val="24"/>
          <w:szCs w:val="24"/>
          <w:lang w:val="ru-RU"/>
        </w:rPr>
      </w:pPr>
    </w:p>
    <w:p w:rsidR="00FD4A85" w:rsidRPr="00FD4A85" w:rsidRDefault="00FD4A85" w:rsidP="00FD4A85">
      <w:pPr>
        <w:rPr>
          <w:szCs w:val="28"/>
          <w:lang w:val="ru-RU"/>
        </w:rPr>
      </w:pPr>
      <w:r w:rsidRPr="00FD4A85">
        <w:rPr>
          <w:b/>
          <w:lang w:val="ru-RU"/>
        </w:rPr>
        <w:t xml:space="preserve">Задание 53. </w:t>
      </w:r>
      <w:r w:rsidRPr="00FD4A85">
        <w:rPr>
          <w:szCs w:val="28"/>
          <w:lang w:val="ru-RU"/>
        </w:rPr>
        <w:t xml:space="preserve">Как повлияет на находящуюся в равновесии систему, уравнение которой </w:t>
      </w:r>
    </w:p>
    <w:p w:rsidR="00FD4A85" w:rsidRPr="00FD4A85" w:rsidRDefault="00FD4A85" w:rsidP="00FD4A85">
      <w:pPr>
        <w:ind w:left="708" w:firstLine="708"/>
        <w:rPr>
          <w:szCs w:val="28"/>
          <w:lang w:val="ru-RU"/>
        </w:rPr>
      </w:pPr>
      <w:r w:rsidRPr="00FD4A85">
        <w:rPr>
          <w:szCs w:val="28"/>
          <w:lang w:val="ru-RU"/>
        </w:rPr>
        <w:t>С</w:t>
      </w:r>
      <w:r w:rsidRPr="00FD4A85">
        <w:rPr>
          <w:szCs w:val="28"/>
          <w:vertAlign w:val="subscript"/>
          <w:lang w:val="ru-RU"/>
        </w:rPr>
        <w:t xml:space="preserve">(т) </w:t>
      </w:r>
      <w:r w:rsidRPr="00FD4A85">
        <w:rPr>
          <w:szCs w:val="28"/>
          <w:lang w:val="ru-RU"/>
        </w:rPr>
        <w:t>+ 2</w:t>
      </w:r>
      <w:r>
        <w:rPr>
          <w:szCs w:val="28"/>
        </w:rPr>
        <w:t>F</w:t>
      </w:r>
      <w:r w:rsidRPr="00FD4A85">
        <w:rPr>
          <w:szCs w:val="28"/>
          <w:vertAlign w:val="subscript"/>
          <w:lang w:val="ru-RU"/>
        </w:rPr>
        <w:t xml:space="preserve">2(г) </w:t>
      </w:r>
      <w:r w:rsidRPr="00FD4A85">
        <w:rPr>
          <w:szCs w:val="28"/>
          <w:lang w:val="ru-RU"/>
        </w:rPr>
        <w:t>↔ С</w:t>
      </w:r>
      <w:r>
        <w:rPr>
          <w:szCs w:val="28"/>
        </w:rPr>
        <w:t>F</w:t>
      </w:r>
      <w:r w:rsidRPr="00FD4A85">
        <w:rPr>
          <w:szCs w:val="28"/>
          <w:vertAlign w:val="subscript"/>
          <w:lang w:val="ru-RU"/>
        </w:rPr>
        <w:t xml:space="preserve">4(г) </w:t>
      </w:r>
      <w:r w:rsidRPr="00FD4A85">
        <w:rPr>
          <w:szCs w:val="28"/>
          <w:lang w:val="ru-RU"/>
        </w:rPr>
        <w:t xml:space="preserve">+ </w:t>
      </w:r>
      <w:r>
        <w:rPr>
          <w:szCs w:val="28"/>
        </w:rPr>
        <w:t>Q</w:t>
      </w:r>
      <w:r w:rsidRPr="00FD4A85">
        <w:rPr>
          <w:szCs w:val="28"/>
          <w:lang w:val="ru-RU"/>
        </w:rPr>
        <w:t>, уменьшение температуры?</w:t>
      </w:r>
    </w:p>
    <w:p w:rsidR="00FD4A85" w:rsidRDefault="00FD4A85" w:rsidP="00FD4A85">
      <w:pPr>
        <w:pStyle w:val="14"/>
        <w:widowControl/>
        <w:rPr>
          <w:i/>
          <w:snapToGrid/>
          <w:sz w:val="24"/>
        </w:rPr>
      </w:pPr>
      <w:r>
        <w:rPr>
          <w:b/>
          <w:snapToGrid/>
          <w:sz w:val="24"/>
        </w:rPr>
        <w:t xml:space="preserve">      </w:t>
      </w:r>
      <w:r w:rsidRPr="001A3BB0">
        <w:rPr>
          <w:i/>
          <w:snapToGrid/>
          <w:sz w:val="24"/>
        </w:rPr>
        <w:t xml:space="preserve">варианты ответов: </w:t>
      </w:r>
    </w:p>
    <w:p w:rsidR="00FD4A85" w:rsidRPr="00FD4A85" w:rsidRDefault="00FD4A85" w:rsidP="00FD4A85">
      <w:pPr>
        <w:spacing w:line="240" w:lineRule="auto"/>
        <w:rPr>
          <w:szCs w:val="24"/>
          <w:lang w:val="ru-RU"/>
        </w:rPr>
      </w:pPr>
      <w:r w:rsidRPr="00FD4A85">
        <w:rPr>
          <w:szCs w:val="28"/>
          <w:lang w:val="ru-RU"/>
        </w:rPr>
        <w:t>1)равновесие сместится влево; 2)равновесие сместится вправо;   3)</w:t>
      </w:r>
      <w:r w:rsidRPr="00FD4A85">
        <w:rPr>
          <w:szCs w:val="24"/>
          <w:lang w:val="ru-RU"/>
        </w:rPr>
        <w:t>равновесие не сместится</w:t>
      </w:r>
    </w:p>
    <w:p w:rsidR="00FD4A85" w:rsidRDefault="00FD4A85" w:rsidP="00FD4A85">
      <w:pPr>
        <w:pStyle w:val="14"/>
        <w:widowControl/>
        <w:rPr>
          <w:i/>
          <w:snapToGrid/>
          <w:sz w:val="24"/>
          <w:szCs w:val="24"/>
        </w:rPr>
      </w:pPr>
    </w:p>
    <w:p w:rsidR="00FD4A85" w:rsidRPr="00FD4A85" w:rsidRDefault="00FD4A85" w:rsidP="00FD4A85">
      <w:pPr>
        <w:rPr>
          <w:b/>
          <w:szCs w:val="24"/>
          <w:lang w:val="ru-RU"/>
        </w:rPr>
      </w:pPr>
      <w:r w:rsidRPr="00FD4A85">
        <w:rPr>
          <w:b/>
          <w:szCs w:val="24"/>
          <w:lang w:val="ru-RU"/>
        </w:rPr>
        <w:t>Задание 54.</w:t>
      </w:r>
      <w:r w:rsidRPr="00FD4A85">
        <w:rPr>
          <w:rFonts w:cs="Times New Roman CYR"/>
          <w:szCs w:val="28"/>
          <w:lang w:val="ru-RU"/>
        </w:rPr>
        <w:t xml:space="preserve"> В системе протекает реакция между газообразными веществами: А + В → С. Во сколько раз увеличится скорость химической реакции, если концентрацию вещества А увеличить в 4 раза.</w:t>
      </w:r>
    </w:p>
    <w:p w:rsidR="00FD4A85" w:rsidRPr="00FD4A85" w:rsidRDefault="00FD4A85" w:rsidP="00FD4A85">
      <w:pPr>
        <w:rPr>
          <w:b/>
          <w:szCs w:val="24"/>
          <w:lang w:val="ru-RU"/>
        </w:rPr>
      </w:pPr>
    </w:p>
    <w:p w:rsidR="00FD4A85" w:rsidRPr="00FD4A85" w:rsidRDefault="00FD4A85" w:rsidP="00FD4A85">
      <w:pPr>
        <w:rPr>
          <w:b/>
          <w:szCs w:val="24"/>
          <w:lang w:val="ru-RU"/>
        </w:rPr>
      </w:pPr>
      <w:r w:rsidRPr="00FD4A85">
        <w:rPr>
          <w:b/>
          <w:szCs w:val="24"/>
          <w:lang w:val="ru-RU"/>
        </w:rPr>
        <w:t>Задание 55.</w:t>
      </w:r>
    </w:p>
    <w:p w:rsidR="00FD4A85" w:rsidRPr="00FD4A85" w:rsidRDefault="00FD4A85" w:rsidP="00FD4A85">
      <w:pPr>
        <w:rPr>
          <w:szCs w:val="24"/>
          <w:lang w:val="ru-RU"/>
        </w:rPr>
      </w:pPr>
      <w:r w:rsidRPr="00FD4A85">
        <w:rPr>
          <w:szCs w:val="28"/>
          <w:lang w:val="ru-RU"/>
        </w:rPr>
        <w:t xml:space="preserve">Как изменится скорость реакции, уравнение которой </w:t>
      </w:r>
      <w:r>
        <w:rPr>
          <w:szCs w:val="28"/>
        </w:rPr>
        <w:t>CO</w:t>
      </w:r>
      <w:r w:rsidRPr="00FD4A85">
        <w:rPr>
          <w:szCs w:val="28"/>
          <w:lang w:val="ru-RU"/>
        </w:rPr>
        <w:t xml:space="preserve"> + 2</w:t>
      </w:r>
      <w:r>
        <w:rPr>
          <w:szCs w:val="28"/>
        </w:rPr>
        <w:t>H</w:t>
      </w:r>
      <w:r w:rsidRPr="00FD4A85">
        <w:rPr>
          <w:szCs w:val="28"/>
          <w:vertAlign w:val="subscript"/>
          <w:lang w:val="ru-RU"/>
        </w:rPr>
        <w:t>2</w:t>
      </w:r>
      <w:r w:rsidRPr="00FD4A85">
        <w:rPr>
          <w:szCs w:val="28"/>
          <w:lang w:val="ru-RU"/>
        </w:rPr>
        <w:t xml:space="preserve"> → </w:t>
      </w:r>
      <w:r>
        <w:rPr>
          <w:szCs w:val="28"/>
        </w:rPr>
        <w:t>CH</w:t>
      </w:r>
      <w:r w:rsidRPr="00FD4A85">
        <w:rPr>
          <w:szCs w:val="28"/>
          <w:vertAlign w:val="subscript"/>
          <w:lang w:val="ru-RU"/>
        </w:rPr>
        <w:t>3</w:t>
      </w:r>
      <w:r>
        <w:rPr>
          <w:szCs w:val="28"/>
        </w:rPr>
        <w:t>OH</w:t>
      </w:r>
      <w:r w:rsidRPr="00FD4A85">
        <w:rPr>
          <w:szCs w:val="28"/>
          <w:lang w:val="ru-RU"/>
        </w:rPr>
        <w:t>, при уменьшении давления в реагирующей системе в 4 раза?</w:t>
      </w:r>
    </w:p>
    <w:p w:rsidR="00FD4A85" w:rsidRDefault="00FD4A85" w:rsidP="00FD4A85">
      <w:pPr>
        <w:pStyle w:val="14"/>
        <w:widowControl/>
        <w:rPr>
          <w:i/>
          <w:snapToGrid/>
          <w:sz w:val="24"/>
          <w:szCs w:val="24"/>
        </w:rPr>
      </w:pPr>
    </w:p>
    <w:p w:rsidR="00FD4A85" w:rsidRPr="00FD4A85" w:rsidRDefault="00FD4A85" w:rsidP="00FD4A85">
      <w:pPr>
        <w:pStyle w:val="aa"/>
        <w:rPr>
          <w:sz w:val="24"/>
          <w:szCs w:val="24"/>
          <w:lang w:val="ru-RU"/>
        </w:rPr>
      </w:pPr>
      <w:r w:rsidRPr="00FD4A85">
        <w:rPr>
          <w:b/>
          <w:sz w:val="24"/>
          <w:szCs w:val="24"/>
          <w:lang w:val="ru-RU"/>
        </w:rPr>
        <w:t xml:space="preserve">Задание 56. </w:t>
      </w:r>
      <w:r w:rsidRPr="00FD4A85">
        <w:rPr>
          <w:sz w:val="24"/>
          <w:szCs w:val="24"/>
          <w:lang w:val="ru-RU"/>
        </w:rPr>
        <w:t xml:space="preserve">Какой вид имеет выражение скорости прямой реакции:  </w:t>
      </w:r>
      <w:r w:rsidRPr="000574C6">
        <w:rPr>
          <w:sz w:val="24"/>
          <w:szCs w:val="24"/>
        </w:rPr>
        <w:t>FeO</w:t>
      </w:r>
      <w:r w:rsidRPr="00FD4A85">
        <w:rPr>
          <w:sz w:val="24"/>
          <w:szCs w:val="24"/>
          <w:vertAlign w:val="subscript"/>
          <w:lang w:val="ru-RU"/>
        </w:rPr>
        <w:t>(т)</w:t>
      </w:r>
      <w:r w:rsidRPr="00FD4A85">
        <w:rPr>
          <w:sz w:val="24"/>
          <w:szCs w:val="24"/>
          <w:lang w:val="ru-RU"/>
        </w:rPr>
        <w:t>+</w:t>
      </w:r>
      <w:r w:rsidRPr="000574C6">
        <w:rPr>
          <w:sz w:val="24"/>
          <w:szCs w:val="24"/>
        </w:rPr>
        <w:t>CO</w:t>
      </w:r>
      <w:r w:rsidRPr="00FD4A85">
        <w:rPr>
          <w:sz w:val="24"/>
          <w:szCs w:val="24"/>
          <w:vertAlign w:val="subscript"/>
          <w:lang w:val="ru-RU"/>
        </w:rPr>
        <w:t>(г)</w:t>
      </w:r>
      <w:r w:rsidRPr="00FD4A85">
        <w:rPr>
          <w:sz w:val="24"/>
          <w:szCs w:val="24"/>
          <w:lang w:val="ru-RU"/>
        </w:rPr>
        <w:t xml:space="preserve">   →  </w:t>
      </w:r>
      <w:r w:rsidRPr="000574C6">
        <w:rPr>
          <w:sz w:val="24"/>
          <w:szCs w:val="24"/>
        </w:rPr>
        <w:t>Fe</w:t>
      </w:r>
      <w:r w:rsidRPr="00FD4A85">
        <w:rPr>
          <w:sz w:val="24"/>
          <w:szCs w:val="24"/>
          <w:vertAlign w:val="subscript"/>
          <w:lang w:val="ru-RU"/>
        </w:rPr>
        <w:t>(т)</w:t>
      </w:r>
      <w:r w:rsidRPr="00FD4A85">
        <w:rPr>
          <w:sz w:val="24"/>
          <w:szCs w:val="24"/>
          <w:lang w:val="ru-RU"/>
        </w:rPr>
        <w:t>+</w:t>
      </w:r>
      <w:r w:rsidRPr="000574C6">
        <w:rPr>
          <w:sz w:val="24"/>
          <w:szCs w:val="24"/>
        </w:rPr>
        <w:t>CO</w:t>
      </w:r>
      <w:r w:rsidRPr="00FD4A85">
        <w:rPr>
          <w:sz w:val="24"/>
          <w:szCs w:val="24"/>
          <w:vertAlign w:val="subscript"/>
          <w:lang w:val="ru-RU"/>
        </w:rPr>
        <w:t>2(г)</w:t>
      </w:r>
      <w:r w:rsidRPr="00FD4A85">
        <w:rPr>
          <w:sz w:val="24"/>
          <w:szCs w:val="24"/>
          <w:lang w:val="ru-RU"/>
        </w:rPr>
        <w:t>.</w:t>
      </w:r>
    </w:p>
    <w:p w:rsidR="00FD4A85" w:rsidRPr="00FD4A85" w:rsidRDefault="00FD4A85" w:rsidP="00FD4A85">
      <w:pPr>
        <w:rPr>
          <w:szCs w:val="28"/>
          <w:lang w:val="ru-RU"/>
        </w:rPr>
      </w:pPr>
      <w:r w:rsidRPr="00FD4A85">
        <w:rPr>
          <w:i/>
          <w:lang w:val="ru-RU"/>
        </w:rPr>
        <w:t xml:space="preserve">варианты ответов: </w:t>
      </w:r>
      <w:r w:rsidRPr="00FD4A85">
        <w:rPr>
          <w:lang w:val="ru-RU"/>
        </w:rPr>
        <w:t xml:space="preserve">1) </w:t>
      </w:r>
      <w:r>
        <w:t>V</w:t>
      </w:r>
      <w:r w:rsidRPr="00FD4A85">
        <w:rPr>
          <w:lang w:val="ru-RU"/>
        </w:rPr>
        <w:t>=</w:t>
      </w:r>
      <w:r>
        <w:t>k</w:t>
      </w:r>
      <w:r w:rsidRPr="00FD4A85">
        <w:rPr>
          <w:lang w:val="ru-RU"/>
        </w:rPr>
        <w:t>[</w:t>
      </w:r>
      <w:r>
        <w:t>CO</w:t>
      </w:r>
      <w:r w:rsidRPr="00FD4A85">
        <w:rPr>
          <w:lang w:val="ru-RU"/>
        </w:rPr>
        <w:t xml:space="preserve">];  2) </w:t>
      </w:r>
      <w:r>
        <w:t>V</w:t>
      </w:r>
      <w:r w:rsidRPr="00FD4A85">
        <w:rPr>
          <w:lang w:val="ru-RU"/>
        </w:rPr>
        <w:t>=</w:t>
      </w:r>
      <w:r>
        <w:t>k</w:t>
      </w:r>
      <w:r w:rsidRPr="00FD4A85">
        <w:rPr>
          <w:lang w:val="ru-RU"/>
        </w:rPr>
        <w:t>[</w:t>
      </w:r>
      <w:r>
        <w:t>FeO</w:t>
      </w:r>
      <w:r w:rsidRPr="00FD4A85">
        <w:rPr>
          <w:lang w:val="ru-RU"/>
        </w:rPr>
        <w:t>][</w:t>
      </w:r>
      <w:r>
        <w:t>CO</w:t>
      </w:r>
      <w:r w:rsidRPr="00FD4A85">
        <w:rPr>
          <w:lang w:val="ru-RU"/>
        </w:rPr>
        <w:t xml:space="preserve">];   3) </w:t>
      </w:r>
      <w:r>
        <w:t>V</w:t>
      </w:r>
      <w:r w:rsidRPr="00FD4A85">
        <w:rPr>
          <w:lang w:val="ru-RU"/>
        </w:rPr>
        <w:t>=</w:t>
      </w:r>
      <w:r>
        <w:t>k</w:t>
      </w:r>
      <w:r w:rsidRPr="00FD4A85">
        <w:rPr>
          <w:lang w:val="ru-RU"/>
        </w:rPr>
        <w:t>[</w:t>
      </w:r>
      <w:r>
        <w:t>C</w:t>
      </w:r>
      <w:r w:rsidRPr="00FD4A85">
        <w:rPr>
          <w:lang w:val="ru-RU"/>
        </w:rPr>
        <w:t>О</w:t>
      </w:r>
      <w:r w:rsidRPr="00FD4A85">
        <w:rPr>
          <w:vertAlign w:val="subscript"/>
          <w:lang w:val="ru-RU"/>
        </w:rPr>
        <w:t>2</w:t>
      </w:r>
      <w:r w:rsidRPr="00FD4A85">
        <w:rPr>
          <w:lang w:val="ru-RU"/>
        </w:rPr>
        <w:t>].</w:t>
      </w:r>
    </w:p>
    <w:p w:rsidR="00FD4A85" w:rsidRPr="000B292E" w:rsidRDefault="00FD4A85" w:rsidP="00FD4A85">
      <w:pPr>
        <w:pStyle w:val="14"/>
        <w:widowControl/>
        <w:rPr>
          <w:i/>
          <w:snapToGrid/>
          <w:sz w:val="24"/>
          <w:szCs w:val="24"/>
        </w:rPr>
      </w:pPr>
    </w:p>
    <w:p w:rsidR="00FD4A85" w:rsidRPr="00FD4A85" w:rsidRDefault="00FD4A85" w:rsidP="00FD4A85">
      <w:pPr>
        <w:pStyle w:val="aa"/>
        <w:tabs>
          <w:tab w:val="left" w:pos="-142"/>
        </w:tabs>
        <w:ind w:left="284" w:hanging="284"/>
        <w:jc w:val="both"/>
        <w:rPr>
          <w:sz w:val="24"/>
          <w:lang w:val="ru-RU"/>
        </w:rPr>
      </w:pPr>
      <w:r w:rsidRPr="00FD4A85">
        <w:rPr>
          <w:b/>
          <w:sz w:val="24"/>
          <w:szCs w:val="24"/>
          <w:lang w:val="ru-RU"/>
        </w:rPr>
        <w:t>Задание 57.</w:t>
      </w:r>
      <w:r w:rsidRPr="00FD4A85">
        <w:rPr>
          <w:lang w:val="ru-RU"/>
        </w:rPr>
        <w:t xml:space="preserve"> </w:t>
      </w:r>
      <w:r w:rsidRPr="00FD4A85">
        <w:rPr>
          <w:sz w:val="24"/>
          <w:lang w:val="ru-RU"/>
        </w:rPr>
        <w:t>Какой вид имеет выражение константы равновесия данной реакции:  2</w:t>
      </w:r>
      <w:r>
        <w:rPr>
          <w:sz w:val="24"/>
        </w:rPr>
        <w:t>NO</w:t>
      </w:r>
      <w:r w:rsidRPr="00FD4A85">
        <w:rPr>
          <w:sz w:val="24"/>
          <w:lang w:val="ru-RU"/>
        </w:rPr>
        <w:t>(г) +</w:t>
      </w:r>
      <w:r>
        <w:rPr>
          <w:sz w:val="24"/>
        </w:rPr>
        <w:t>O</w:t>
      </w:r>
      <w:r w:rsidRPr="00FD4A85">
        <w:rPr>
          <w:sz w:val="24"/>
          <w:vertAlign w:val="subscript"/>
          <w:lang w:val="ru-RU"/>
        </w:rPr>
        <w:t>2</w:t>
      </w:r>
      <w:r w:rsidRPr="00FD4A85">
        <w:rPr>
          <w:sz w:val="24"/>
          <w:lang w:val="ru-RU"/>
        </w:rPr>
        <w:t xml:space="preserve">(г)  </w:t>
      </w:r>
      <w:r w:rsidRPr="00FD4A85">
        <w:rPr>
          <w:rFonts w:ascii="Lucida Sans Unicode" w:hAnsi="Lucida Sans Unicode"/>
          <w:sz w:val="24"/>
          <w:lang w:val="ru-RU"/>
        </w:rPr>
        <w:t>⇄</w:t>
      </w:r>
      <w:r w:rsidRPr="00FD4A85">
        <w:rPr>
          <w:sz w:val="24"/>
          <w:lang w:val="ru-RU"/>
        </w:rPr>
        <w:t xml:space="preserve">   2</w:t>
      </w:r>
      <w:r>
        <w:rPr>
          <w:sz w:val="24"/>
        </w:rPr>
        <w:t>NO</w:t>
      </w:r>
      <w:r w:rsidRPr="00FD4A85">
        <w:rPr>
          <w:sz w:val="24"/>
          <w:vertAlign w:val="subscript"/>
          <w:lang w:val="ru-RU"/>
        </w:rPr>
        <w:t>2</w:t>
      </w:r>
      <w:r w:rsidRPr="00FD4A85">
        <w:rPr>
          <w:sz w:val="24"/>
          <w:lang w:val="ru-RU"/>
        </w:rPr>
        <w:t>(г)+</w:t>
      </w:r>
      <w:r>
        <w:rPr>
          <w:sz w:val="24"/>
        </w:rPr>
        <w:t>Q</w:t>
      </w:r>
    </w:p>
    <w:p w:rsidR="00FD4A85" w:rsidRPr="00FD4A85" w:rsidRDefault="00FD4A85" w:rsidP="00FD4A85">
      <w:pPr>
        <w:rPr>
          <w:i/>
          <w:szCs w:val="24"/>
          <w:lang w:val="ru-RU"/>
        </w:rPr>
      </w:pPr>
      <w:r w:rsidRPr="00FD4A85">
        <w:rPr>
          <w:i/>
          <w:szCs w:val="24"/>
          <w:lang w:val="ru-RU"/>
        </w:rPr>
        <w:t>варианты ответов:</w:t>
      </w:r>
    </w:p>
    <w:p w:rsidR="00FD4A85" w:rsidRPr="00FD4A85" w:rsidRDefault="00FD4A85" w:rsidP="00FD4A85">
      <w:pPr>
        <w:pStyle w:val="aa"/>
        <w:tabs>
          <w:tab w:val="left" w:pos="-142"/>
        </w:tabs>
        <w:ind w:left="284"/>
        <w:jc w:val="both"/>
        <w:rPr>
          <w:b/>
          <w:bCs/>
          <w:i/>
          <w:iCs/>
          <w:lang w:val="ru-RU"/>
        </w:rPr>
      </w:pPr>
      <w:r w:rsidRPr="00FD4A85">
        <w:rPr>
          <w:sz w:val="24"/>
          <w:szCs w:val="24"/>
          <w:lang w:val="ru-RU"/>
        </w:rPr>
        <w:t>1)</w:t>
      </w:r>
      <w:r w:rsidRPr="00FD4A85">
        <w:rPr>
          <w:lang w:val="ru-RU"/>
        </w:rPr>
        <w:t xml:space="preserve"> </w:t>
      </w:r>
      <w:r w:rsidRPr="007017B6">
        <w:rPr>
          <w:position w:val="-32"/>
        </w:rPr>
        <w:object w:dxaOrig="1540" w:dyaOrig="760">
          <v:shape id="_x0000_i1073" type="#_x0000_t75" style="width:78.75pt;height:37.5pt" o:ole="">
            <v:imagedata r:id="rId92" o:title=""/>
          </v:shape>
          <o:OLEObject Type="Embed" ProgID="Equation.3" ShapeID="_x0000_i1073" DrawAspect="Content" ObjectID="_1842695768" r:id="rId93"/>
        </w:object>
      </w:r>
      <w:r w:rsidRPr="00FD4A85">
        <w:rPr>
          <w:lang w:val="ru-RU"/>
        </w:rPr>
        <w:t xml:space="preserve">;       </w:t>
      </w:r>
      <w:r w:rsidRPr="00FD4A85">
        <w:rPr>
          <w:sz w:val="24"/>
          <w:szCs w:val="24"/>
          <w:lang w:val="ru-RU"/>
        </w:rPr>
        <w:t>2)</w:t>
      </w:r>
      <w:r w:rsidRPr="00FD4A85">
        <w:rPr>
          <w:lang w:val="ru-RU"/>
        </w:rPr>
        <w:t xml:space="preserve"> </w:t>
      </w:r>
      <w:r w:rsidRPr="007017B6">
        <w:rPr>
          <w:position w:val="-32"/>
        </w:rPr>
        <w:object w:dxaOrig="1540" w:dyaOrig="760">
          <v:shape id="_x0000_i1074" type="#_x0000_t75" style="width:78.75pt;height:37.5pt" o:ole="">
            <v:imagedata r:id="rId94" o:title=""/>
          </v:shape>
          <o:OLEObject Type="Embed" ProgID="Equation.3" ShapeID="_x0000_i1074" DrawAspect="Content" ObjectID="_1842695769" r:id="rId95"/>
        </w:object>
      </w:r>
      <w:r w:rsidRPr="00FD4A85">
        <w:rPr>
          <w:lang w:val="ru-RU"/>
        </w:rPr>
        <w:t xml:space="preserve">;      </w:t>
      </w:r>
      <w:r w:rsidRPr="00FD4A85">
        <w:rPr>
          <w:sz w:val="24"/>
          <w:szCs w:val="24"/>
          <w:lang w:val="ru-RU"/>
        </w:rPr>
        <w:t>3)</w:t>
      </w:r>
      <w:r w:rsidRPr="00FD4A85">
        <w:rPr>
          <w:lang w:val="ru-RU"/>
        </w:rPr>
        <w:t xml:space="preserve">  </w:t>
      </w:r>
      <w:r w:rsidRPr="007017B6">
        <w:rPr>
          <w:position w:val="-30"/>
        </w:rPr>
        <w:object w:dxaOrig="1420" w:dyaOrig="700">
          <v:shape id="_x0000_i1075" type="#_x0000_t75" style="width:70.5pt;height:34.5pt" o:ole="">
            <v:imagedata r:id="rId96" o:title=""/>
          </v:shape>
          <o:OLEObject Type="Embed" ProgID="Equation.3" ShapeID="_x0000_i1075" DrawAspect="Content" ObjectID="_1842695770" r:id="rId97"/>
        </w:object>
      </w:r>
    </w:p>
    <w:p w:rsidR="00FD4A85" w:rsidRPr="00FD4A85" w:rsidRDefault="00FD4A85" w:rsidP="00FD4A85">
      <w:pPr>
        <w:rPr>
          <w:b/>
          <w:szCs w:val="24"/>
          <w:lang w:val="ru-RU"/>
        </w:rPr>
      </w:pPr>
    </w:p>
    <w:p w:rsidR="00FD4A85" w:rsidRPr="00FD4A85" w:rsidRDefault="00FD4A85" w:rsidP="00FD4A85">
      <w:pPr>
        <w:rPr>
          <w:b/>
          <w:szCs w:val="24"/>
          <w:lang w:val="ru-RU"/>
        </w:rPr>
      </w:pPr>
      <w:r w:rsidRPr="00FD4A85">
        <w:rPr>
          <w:b/>
          <w:szCs w:val="24"/>
          <w:lang w:val="ru-RU"/>
        </w:rPr>
        <w:lastRenderedPageBreak/>
        <w:t>Задание 58.</w:t>
      </w:r>
    </w:p>
    <w:p w:rsidR="00FD4A85" w:rsidRPr="00FD4A85" w:rsidRDefault="00FD4A85" w:rsidP="00FD4A85">
      <w:pPr>
        <w:rPr>
          <w:lang w:val="ru-RU"/>
        </w:rPr>
      </w:pPr>
      <w:r w:rsidRPr="00FD4A85">
        <w:rPr>
          <w:lang w:val="ru-RU"/>
        </w:rPr>
        <w:t>Дана реакция:  3</w:t>
      </w:r>
      <w:r>
        <w:t>Fe</w:t>
      </w:r>
      <w:r w:rsidRPr="00FD4A85">
        <w:rPr>
          <w:lang w:val="ru-RU"/>
        </w:rPr>
        <w:t>(т)+4Н</w:t>
      </w:r>
      <w:r w:rsidRPr="00FD4A85">
        <w:rPr>
          <w:vertAlign w:val="subscript"/>
          <w:lang w:val="ru-RU"/>
        </w:rPr>
        <w:t>2</w:t>
      </w:r>
      <w:r w:rsidRPr="00FD4A85">
        <w:rPr>
          <w:lang w:val="ru-RU"/>
        </w:rPr>
        <w:t xml:space="preserve">О(г)   </w:t>
      </w:r>
      <w:r w:rsidRPr="00FD4A85">
        <w:rPr>
          <w:rFonts w:ascii="Lucida Sans Unicode" w:hAnsi="Lucida Sans Unicode"/>
          <w:lang w:val="ru-RU"/>
        </w:rPr>
        <w:t>⇄</w:t>
      </w:r>
      <w:r w:rsidRPr="00FD4A85">
        <w:rPr>
          <w:lang w:val="ru-RU"/>
        </w:rPr>
        <w:t xml:space="preserve">  </w:t>
      </w:r>
      <w:r>
        <w:t>Fe</w:t>
      </w:r>
      <w:r w:rsidRPr="00FD4A85">
        <w:rPr>
          <w:vertAlign w:val="subscript"/>
          <w:lang w:val="ru-RU"/>
        </w:rPr>
        <w:t>3</w:t>
      </w:r>
      <w:r>
        <w:t>O</w:t>
      </w:r>
      <w:r w:rsidRPr="00FD4A85">
        <w:rPr>
          <w:vertAlign w:val="subscript"/>
          <w:lang w:val="ru-RU"/>
        </w:rPr>
        <w:t>4</w:t>
      </w:r>
      <w:r w:rsidRPr="00FD4A85">
        <w:rPr>
          <w:lang w:val="ru-RU"/>
        </w:rPr>
        <w:t>(т) +4Н</w:t>
      </w:r>
      <w:r w:rsidRPr="00FD4A85">
        <w:rPr>
          <w:vertAlign w:val="subscript"/>
          <w:lang w:val="ru-RU"/>
        </w:rPr>
        <w:t>2</w:t>
      </w:r>
      <w:r w:rsidRPr="00FD4A85">
        <w:rPr>
          <w:lang w:val="ru-RU"/>
        </w:rPr>
        <w:t>(г). Какой вид имеет выражение константы равновесия?</w:t>
      </w:r>
    </w:p>
    <w:p w:rsidR="00FD4A85" w:rsidRPr="00FD4A85" w:rsidRDefault="00FD4A85" w:rsidP="00FD4A85">
      <w:pPr>
        <w:rPr>
          <w:i/>
          <w:szCs w:val="24"/>
          <w:lang w:val="ru-RU"/>
        </w:rPr>
      </w:pPr>
      <w:r w:rsidRPr="00FD4A85">
        <w:rPr>
          <w:i/>
          <w:szCs w:val="24"/>
          <w:lang w:val="ru-RU"/>
        </w:rPr>
        <w:t>варианты ответов:</w:t>
      </w:r>
    </w:p>
    <w:p w:rsidR="00FD4A85" w:rsidRPr="00FD4A85" w:rsidRDefault="00FD4A85" w:rsidP="00FD4A85">
      <w:pPr>
        <w:widowControl w:val="0"/>
        <w:rPr>
          <w:lang w:val="ru-RU"/>
        </w:rPr>
      </w:pPr>
      <w:r w:rsidRPr="00FD4A85">
        <w:rPr>
          <w:lang w:val="ru-RU"/>
        </w:rPr>
        <w:t xml:space="preserve">1) </w:t>
      </w:r>
      <w:r w:rsidRPr="009711D0">
        <w:rPr>
          <w:position w:val="-32"/>
        </w:rPr>
        <w:object w:dxaOrig="1280" w:dyaOrig="760">
          <v:shape id="_x0000_i1076" type="#_x0000_t75" style="width:63pt;height:37.5pt" o:ole="">
            <v:imagedata r:id="rId98" o:title=""/>
          </v:shape>
          <o:OLEObject Type="Embed" ProgID="Equation.3" ShapeID="_x0000_i1076" DrawAspect="Content" ObjectID="_1842695771" r:id="rId99"/>
        </w:object>
      </w:r>
      <w:r w:rsidRPr="00FD4A85">
        <w:rPr>
          <w:lang w:val="ru-RU"/>
        </w:rPr>
        <w:t xml:space="preserve">;    2) </w:t>
      </w:r>
      <w:r w:rsidRPr="009711D0">
        <w:rPr>
          <w:position w:val="-32"/>
        </w:rPr>
        <w:object w:dxaOrig="1120" w:dyaOrig="760">
          <v:shape id="_x0000_i1077" type="#_x0000_t75" style="width:56.25pt;height:37.5pt" o:ole="">
            <v:imagedata r:id="rId100" o:title=""/>
          </v:shape>
          <o:OLEObject Type="Embed" ProgID="Equation.3" ShapeID="_x0000_i1077" DrawAspect="Content" ObjectID="_1842695772" r:id="rId101"/>
        </w:object>
      </w:r>
      <w:r w:rsidRPr="00FD4A85">
        <w:rPr>
          <w:lang w:val="ru-RU"/>
        </w:rPr>
        <w:t xml:space="preserve">;       3) </w:t>
      </w:r>
      <w:r w:rsidRPr="00E7400B">
        <w:rPr>
          <w:position w:val="-32"/>
        </w:rPr>
        <w:object w:dxaOrig="1280" w:dyaOrig="760">
          <v:shape id="_x0000_i1078" type="#_x0000_t75" style="width:63pt;height:37.5pt" o:ole="">
            <v:imagedata r:id="rId102" o:title=""/>
          </v:shape>
          <o:OLEObject Type="Embed" ProgID="Equation.3" ShapeID="_x0000_i1078" DrawAspect="Content" ObjectID="_1842695773" r:id="rId103"/>
        </w:object>
      </w:r>
    </w:p>
    <w:p w:rsidR="00FD4A85" w:rsidRDefault="00FD4A85" w:rsidP="00FD4A85">
      <w:pPr>
        <w:pStyle w:val="14"/>
        <w:widowControl/>
        <w:rPr>
          <w:i/>
          <w:snapToGrid/>
          <w:sz w:val="24"/>
          <w:szCs w:val="24"/>
        </w:rPr>
      </w:pPr>
    </w:p>
    <w:p w:rsidR="00FD4A85" w:rsidRPr="00FD4A85" w:rsidRDefault="00FD4A85" w:rsidP="00FD4A85">
      <w:pPr>
        <w:spacing w:line="240" w:lineRule="auto"/>
        <w:rPr>
          <w:b/>
          <w:szCs w:val="24"/>
          <w:lang w:val="ru-RU"/>
        </w:rPr>
      </w:pPr>
      <w:r w:rsidRPr="00FD4A85">
        <w:rPr>
          <w:b/>
          <w:szCs w:val="24"/>
          <w:lang w:val="ru-RU"/>
        </w:rPr>
        <w:t>Задание 59.</w:t>
      </w:r>
    </w:p>
    <w:p w:rsidR="00FD4A85" w:rsidRPr="00FD4A85" w:rsidRDefault="00FD4A85" w:rsidP="00FD4A85">
      <w:pPr>
        <w:spacing w:line="240" w:lineRule="auto"/>
        <w:rPr>
          <w:lang w:val="ru-RU"/>
        </w:rPr>
      </w:pPr>
      <w:r w:rsidRPr="00FD4A85">
        <w:rPr>
          <w:lang w:val="ru-RU"/>
        </w:rPr>
        <w:t>Дана реакция:  4НС</w:t>
      </w:r>
      <w:r>
        <w:t>l</w:t>
      </w:r>
      <w:r w:rsidRPr="00FD4A85">
        <w:rPr>
          <w:vertAlign w:val="subscript"/>
          <w:lang w:val="ru-RU"/>
        </w:rPr>
        <w:t>(г)</w:t>
      </w:r>
      <w:r w:rsidRPr="00FD4A85">
        <w:rPr>
          <w:lang w:val="ru-RU"/>
        </w:rPr>
        <w:t xml:space="preserve"> +О</w:t>
      </w:r>
      <w:r w:rsidRPr="00FD4A85">
        <w:rPr>
          <w:vertAlign w:val="subscript"/>
          <w:lang w:val="ru-RU"/>
        </w:rPr>
        <w:t>2(г)</w:t>
      </w:r>
      <w:r w:rsidRPr="00FD4A85">
        <w:rPr>
          <w:lang w:val="ru-RU"/>
        </w:rPr>
        <w:t xml:space="preserve">  </w:t>
      </w:r>
      <w:r w:rsidRPr="00FD4A85">
        <w:rPr>
          <w:rFonts w:ascii="Lucida Sans Unicode" w:hAnsi="Lucida Sans Unicode"/>
          <w:lang w:val="ru-RU"/>
        </w:rPr>
        <w:t>⇄</w:t>
      </w:r>
      <w:r w:rsidRPr="00FD4A85">
        <w:rPr>
          <w:lang w:val="ru-RU"/>
        </w:rPr>
        <w:t xml:space="preserve">  2С</w:t>
      </w:r>
      <w:r>
        <w:t>l</w:t>
      </w:r>
      <w:r w:rsidRPr="00FD4A85">
        <w:rPr>
          <w:vertAlign w:val="subscript"/>
          <w:lang w:val="ru-RU"/>
        </w:rPr>
        <w:t>2 (г)</w:t>
      </w:r>
      <w:r w:rsidRPr="00FD4A85">
        <w:rPr>
          <w:lang w:val="ru-RU"/>
        </w:rPr>
        <w:t xml:space="preserve"> +2</w:t>
      </w:r>
      <w:r>
        <w:t>H</w:t>
      </w:r>
      <w:r w:rsidRPr="00FD4A85">
        <w:rPr>
          <w:vertAlign w:val="subscript"/>
          <w:lang w:val="ru-RU"/>
        </w:rPr>
        <w:t>2</w:t>
      </w:r>
      <w:r>
        <w:t>O</w:t>
      </w:r>
      <w:r w:rsidRPr="00FD4A85">
        <w:rPr>
          <w:vertAlign w:val="subscript"/>
          <w:lang w:val="ru-RU"/>
        </w:rPr>
        <w:t>(г)</w:t>
      </w:r>
      <w:r w:rsidRPr="00FD4A85">
        <w:rPr>
          <w:lang w:val="ru-RU"/>
        </w:rPr>
        <w:t>. Какое значение имеет константа равновесия, если равновесные концентрации равны (моль/л):  [</w:t>
      </w:r>
      <w:r>
        <w:t>HCl</w:t>
      </w:r>
      <w:r w:rsidRPr="00FD4A85">
        <w:rPr>
          <w:lang w:val="ru-RU"/>
        </w:rPr>
        <w:t>]=0,1;   [</w:t>
      </w:r>
      <w:r>
        <w:t>O</w:t>
      </w:r>
      <w:r w:rsidRPr="00FD4A85">
        <w:rPr>
          <w:vertAlign w:val="subscript"/>
          <w:lang w:val="ru-RU"/>
        </w:rPr>
        <w:t>2</w:t>
      </w:r>
      <w:r w:rsidRPr="00FD4A85">
        <w:rPr>
          <w:lang w:val="ru-RU"/>
        </w:rPr>
        <w:t>]=0,2;  [</w:t>
      </w:r>
      <w:r>
        <w:t>Cl</w:t>
      </w:r>
      <w:r w:rsidRPr="00FD4A85">
        <w:rPr>
          <w:vertAlign w:val="subscript"/>
          <w:lang w:val="ru-RU"/>
        </w:rPr>
        <w:t>2</w:t>
      </w:r>
      <w:r w:rsidRPr="00FD4A85">
        <w:rPr>
          <w:lang w:val="ru-RU"/>
        </w:rPr>
        <w:t>]=0,2;  [</w:t>
      </w:r>
      <w:r>
        <w:t>H</w:t>
      </w:r>
      <w:r w:rsidRPr="00FD4A85">
        <w:rPr>
          <w:vertAlign w:val="subscript"/>
          <w:lang w:val="ru-RU"/>
        </w:rPr>
        <w:t>2</w:t>
      </w:r>
      <w:r>
        <w:t>O</w:t>
      </w:r>
      <w:r w:rsidRPr="00FD4A85">
        <w:rPr>
          <w:lang w:val="ru-RU"/>
        </w:rPr>
        <w:t>]=0,1?</w:t>
      </w:r>
    </w:p>
    <w:p w:rsidR="00FD4A85" w:rsidRDefault="00FD4A85" w:rsidP="00FD4A85">
      <w:pPr>
        <w:pStyle w:val="14"/>
        <w:widowControl/>
        <w:rPr>
          <w:i/>
          <w:snapToGrid/>
          <w:sz w:val="24"/>
          <w:szCs w:val="24"/>
        </w:rPr>
      </w:pPr>
    </w:p>
    <w:p w:rsidR="00FD4A85" w:rsidRPr="00FD4A85" w:rsidRDefault="00FD4A85" w:rsidP="00FD4A85">
      <w:pPr>
        <w:rPr>
          <w:szCs w:val="28"/>
          <w:lang w:val="ru-RU"/>
        </w:rPr>
      </w:pPr>
      <w:r w:rsidRPr="00FD4A85">
        <w:rPr>
          <w:b/>
          <w:szCs w:val="24"/>
          <w:lang w:val="ru-RU"/>
        </w:rPr>
        <w:t>Задание 60.</w:t>
      </w:r>
      <w:r w:rsidRPr="00FD4A85">
        <w:rPr>
          <w:szCs w:val="28"/>
          <w:lang w:val="ru-RU"/>
        </w:rPr>
        <w:t xml:space="preserve"> Как повлияет на находящуюся в равновесии систему, уравнение которой С</w:t>
      </w:r>
      <w:r w:rsidRPr="00FD4A85">
        <w:rPr>
          <w:szCs w:val="28"/>
          <w:vertAlign w:val="subscript"/>
          <w:lang w:val="ru-RU"/>
        </w:rPr>
        <w:t xml:space="preserve">(т) </w:t>
      </w:r>
      <w:r w:rsidRPr="00FD4A85">
        <w:rPr>
          <w:szCs w:val="28"/>
          <w:lang w:val="ru-RU"/>
        </w:rPr>
        <w:t>+ 2</w:t>
      </w:r>
      <w:r>
        <w:rPr>
          <w:szCs w:val="28"/>
        </w:rPr>
        <w:t>F</w:t>
      </w:r>
      <w:r w:rsidRPr="00FD4A85">
        <w:rPr>
          <w:szCs w:val="28"/>
          <w:vertAlign w:val="subscript"/>
          <w:lang w:val="ru-RU"/>
        </w:rPr>
        <w:t xml:space="preserve">2(г) </w:t>
      </w:r>
      <w:r w:rsidRPr="00FD4A85">
        <w:rPr>
          <w:szCs w:val="28"/>
          <w:lang w:val="ru-RU"/>
        </w:rPr>
        <w:t>↔ С</w:t>
      </w:r>
      <w:r>
        <w:rPr>
          <w:szCs w:val="28"/>
        </w:rPr>
        <w:t>F</w:t>
      </w:r>
      <w:r w:rsidRPr="00FD4A85">
        <w:rPr>
          <w:szCs w:val="28"/>
          <w:vertAlign w:val="subscript"/>
          <w:lang w:val="ru-RU"/>
        </w:rPr>
        <w:t xml:space="preserve">4(г) </w:t>
      </w:r>
      <w:r w:rsidRPr="00FD4A85">
        <w:rPr>
          <w:szCs w:val="28"/>
          <w:lang w:val="ru-RU"/>
        </w:rPr>
        <w:t xml:space="preserve">+ </w:t>
      </w:r>
      <w:r>
        <w:rPr>
          <w:szCs w:val="28"/>
        </w:rPr>
        <w:t>Q</w:t>
      </w:r>
      <w:r w:rsidRPr="00FD4A85">
        <w:rPr>
          <w:szCs w:val="28"/>
          <w:lang w:val="ru-RU"/>
        </w:rPr>
        <w:t>, увеличение давления?</w:t>
      </w:r>
    </w:p>
    <w:p w:rsidR="00FD4A85" w:rsidRPr="00FD4A85" w:rsidRDefault="00FD4A85" w:rsidP="00FD4A85">
      <w:pPr>
        <w:rPr>
          <w:i/>
          <w:szCs w:val="24"/>
          <w:lang w:val="ru-RU"/>
        </w:rPr>
      </w:pPr>
      <w:r w:rsidRPr="00FD4A85">
        <w:rPr>
          <w:i/>
          <w:szCs w:val="24"/>
          <w:lang w:val="ru-RU"/>
        </w:rPr>
        <w:t>варианты ответов:</w:t>
      </w:r>
    </w:p>
    <w:p w:rsidR="00FD4A85" w:rsidRPr="00FD4A85" w:rsidRDefault="00FD4A85" w:rsidP="00FD4A85">
      <w:pPr>
        <w:tabs>
          <w:tab w:val="num" w:pos="1514"/>
        </w:tabs>
        <w:rPr>
          <w:szCs w:val="28"/>
          <w:lang w:val="ru-RU"/>
        </w:rPr>
      </w:pPr>
      <w:r w:rsidRPr="00FD4A85">
        <w:rPr>
          <w:szCs w:val="28"/>
          <w:lang w:val="ru-RU"/>
        </w:rPr>
        <w:t>1)равновесие сместится влево;   2)равновесие сместится вправо; 3) равновесие не сместится</w:t>
      </w:r>
    </w:p>
    <w:p w:rsidR="00FD4A85" w:rsidRDefault="00FD4A85" w:rsidP="00FD4A85">
      <w:pPr>
        <w:pStyle w:val="14"/>
        <w:widowControl/>
        <w:rPr>
          <w:i/>
          <w:snapToGrid/>
          <w:sz w:val="24"/>
          <w:szCs w:val="24"/>
        </w:rPr>
      </w:pPr>
    </w:p>
    <w:p w:rsidR="00FD4A85" w:rsidRPr="008D0C18" w:rsidRDefault="00FD4A85" w:rsidP="00FD4A85">
      <w:pPr>
        <w:pStyle w:val="14"/>
        <w:widowControl/>
        <w:rPr>
          <w:i/>
          <w:snapToGrid/>
          <w:sz w:val="24"/>
          <w:szCs w:val="24"/>
        </w:rPr>
      </w:pPr>
      <w:r w:rsidRPr="008D0C18">
        <w:rPr>
          <w:b/>
          <w:sz w:val="24"/>
          <w:szCs w:val="24"/>
        </w:rPr>
        <w:t>Задание</w:t>
      </w:r>
      <w:r>
        <w:rPr>
          <w:b/>
          <w:sz w:val="24"/>
          <w:szCs w:val="24"/>
        </w:rPr>
        <w:t xml:space="preserve"> 61.</w:t>
      </w:r>
    </w:p>
    <w:p w:rsidR="00FD4A85" w:rsidRPr="00FD4A85" w:rsidRDefault="00FD4A85" w:rsidP="00FD4A85">
      <w:pPr>
        <w:rPr>
          <w:szCs w:val="28"/>
          <w:lang w:val="ru-RU"/>
        </w:rPr>
      </w:pPr>
      <w:r w:rsidRPr="00FD4A85">
        <w:rPr>
          <w:szCs w:val="28"/>
          <w:lang w:val="ru-RU"/>
        </w:rPr>
        <w:t>Как повлияет на находящуюся в равновесии систему, уравнение которой</w:t>
      </w:r>
    </w:p>
    <w:p w:rsidR="00FD4A85" w:rsidRPr="00FD4A85" w:rsidRDefault="00FD4A85" w:rsidP="00FD4A85">
      <w:pPr>
        <w:rPr>
          <w:szCs w:val="28"/>
          <w:lang w:val="ru-RU"/>
        </w:rPr>
      </w:pPr>
      <w:r w:rsidRPr="00FD4A85">
        <w:rPr>
          <w:szCs w:val="28"/>
          <w:lang w:val="ru-RU"/>
        </w:rPr>
        <w:tab/>
      </w:r>
      <w:r w:rsidRPr="00FD4A85">
        <w:rPr>
          <w:szCs w:val="28"/>
          <w:lang w:val="ru-RU"/>
        </w:rPr>
        <w:tab/>
      </w:r>
      <w:r>
        <w:rPr>
          <w:szCs w:val="28"/>
        </w:rPr>
        <w:t>CH</w:t>
      </w:r>
      <w:r w:rsidRPr="00FD4A85">
        <w:rPr>
          <w:szCs w:val="28"/>
          <w:vertAlign w:val="subscript"/>
          <w:lang w:val="ru-RU"/>
        </w:rPr>
        <w:t xml:space="preserve">4(г) </w:t>
      </w:r>
      <w:r w:rsidRPr="00FD4A85">
        <w:rPr>
          <w:szCs w:val="28"/>
          <w:lang w:val="ru-RU"/>
        </w:rPr>
        <w:t>+ 4</w:t>
      </w:r>
      <w:r>
        <w:rPr>
          <w:szCs w:val="28"/>
        </w:rPr>
        <w:t>S</w:t>
      </w:r>
      <w:r w:rsidRPr="00FD4A85">
        <w:rPr>
          <w:szCs w:val="28"/>
          <w:vertAlign w:val="subscript"/>
          <w:lang w:val="ru-RU"/>
        </w:rPr>
        <w:t xml:space="preserve">(ж) </w:t>
      </w:r>
      <w:r w:rsidRPr="00FD4A85">
        <w:rPr>
          <w:szCs w:val="28"/>
          <w:lang w:val="ru-RU"/>
        </w:rPr>
        <w:t>↔ С</w:t>
      </w:r>
      <w:r>
        <w:rPr>
          <w:szCs w:val="28"/>
        </w:rPr>
        <w:t>S</w:t>
      </w:r>
      <w:r w:rsidRPr="00FD4A85">
        <w:rPr>
          <w:szCs w:val="28"/>
          <w:vertAlign w:val="subscript"/>
          <w:lang w:val="ru-RU"/>
        </w:rPr>
        <w:t xml:space="preserve">2(г) </w:t>
      </w:r>
      <w:r w:rsidRPr="00FD4A85">
        <w:rPr>
          <w:szCs w:val="28"/>
          <w:lang w:val="ru-RU"/>
        </w:rPr>
        <w:t>+ 2</w:t>
      </w:r>
      <w:r>
        <w:rPr>
          <w:szCs w:val="28"/>
        </w:rPr>
        <w:t>H</w:t>
      </w:r>
      <w:r w:rsidRPr="00FD4A85">
        <w:rPr>
          <w:szCs w:val="28"/>
          <w:vertAlign w:val="subscript"/>
          <w:lang w:val="ru-RU"/>
        </w:rPr>
        <w:t>2</w:t>
      </w:r>
      <w:r>
        <w:rPr>
          <w:szCs w:val="28"/>
        </w:rPr>
        <w:t>S</w:t>
      </w:r>
      <w:r w:rsidRPr="00FD4A85">
        <w:rPr>
          <w:szCs w:val="28"/>
          <w:vertAlign w:val="subscript"/>
          <w:lang w:val="ru-RU"/>
        </w:rPr>
        <w:t xml:space="preserve">(г) </w:t>
      </w:r>
      <w:r w:rsidRPr="00FD4A85">
        <w:rPr>
          <w:szCs w:val="28"/>
          <w:lang w:val="ru-RU"/>
        </w:rPr>
        <w:t xml:space="preserve">+ </w:t>
      </w:r>
      <w:r>
        <w:rPr>
          <w:szCs w:val="28"/>
        </w:rPr>
        <w:t>Q</w:t>
      </w:r>
      <w:r w:rsidRPr="00FD4A85">
        <w:rPr>
          <w:szCs w:val="28"/>
          <w:lang w:val="ru-RU"/>
        </w:rPr>
        <w:t>: дополнительное введение серы?</w:t>
      </w:r>
    </w:p>
    <w:p w:rsidR="00FD4A85" w:rsidRDefault="00FD4A85" w:rsidP="00FD4A85">
      <w:pPr>
        <w:numPr>
          <w:ilvl w:val="0"/>
          <w:numId w:val="27"/>
        </w:numPr>
        <w:tabs>
          <w:tab w:val="num" w:pos="1514"/>
        </w:tabs>
        <w:spacing w:line="240" w:lineRule="auto"/>
        <w:jc w:val="both"/>
        <w:rPr>
          <w:szCs w:val="28"/>
        </w:rPr>
      </w:pPr>
      <w:r>
        <w:rPr>
          <w:szCs w:val="28"/>
        </w:rPr>
        <w:t>равновесие сместится влево</w:t>
      </w:r>
    </w:p>
    <w:p w:rsidR="00FD4A85" w:rsidRDefault="00FD4A85" w:rsidP="00FD4A85">
      <w:pPr>
        <w:numPr>
          <w:ilvl w:val="0"/>
          <w:numId w:val="27"/>
        </w:numPr>
        <w:tabs>
          <w:tab w:val="num" w:pos="1514"/>
        </w:tabs>
        <w:spacing w:line="240" w:lineRule="auto"/>
        <w:jc w:val="both"/>
        <w:rPr>
          <w:szCs w:val="28"/>
        </w:rPr>
      </w:pPr>
      <w:r>
        <w:rPr>
          <w:szCs w:val="28"/>
        </w:rPr>
        <w:t>равновесие сместится вправо</w:t>
      </w:r>
    </w:p>
    <w:p w:rsidR="00FD4A85" w:rsidRDefault="00FD4A85" w:rsidP="00FD4A85">
      <w:pPr>
        <w:numPr>
          <w:ilvl w:val="0"/>
          <w:numId w:val="27"/>
        </w:numPr>
        <w:tabs>
          <w:tab w:val="num" w:pos="1514"/>
        </w:tabs>
        <w:spacing w:line="240" w:lineRule="auto"/>
        <w:jc w:val="both"/>
        <w:rPr>
          <w:szCs w:val="28"/>
        </w:rPr>
      </w:pPr>
      <w:r>
        <w:rPr>
          <w:szCs w:val="28"/>
        </w:rPr>
        <w:t>равновесие не сместится</w:t>
      </w:r>
    </w:p>
    <w:p w:rsidR="00FD4A85" w:rsidRDefault="00FD4A85" w:rsidP="00FD4A85">
      <w:pPr>
        <w:pStyle w:val="14"/>
        <w:widowControl/>
        <w:rPr>
          <w:i/>
          <w:snapToGrid/>
          <w:sz w:val="24"/>
          <w:szCs w:val="24"/>
        </w:rPr>
      </w:pPr>
    </w:p>
    <w:p w:rsidR="00FD4A85" w:rsidRDefault="00FD4A85" w:rsidP="00FD4A85">
      <w:pPr>
        <w:rPr>
          <w:szCs w:val="28"/>
        </w:rPr>
      </w:pPr>
      <w:r w:rsidRPr="00E06BBA">
        <w:rPr>
          <w:b/>
          <w:szCs w:val="24"/>
        </w:rPr>
        <w:t>Задание</w:t>
      </w:r>
      <w:r>
        <w:rPr>
          <w:b/>
          <w:szCs w:val="24"/>
        </w:rPr>
        <w:t xml:space="preserve"> 62.</w:t>
      </w:r>
    </w:p>
    <w:p w:rsidR="00FD4A85" w:rsidRPr="00FD4A85" w:rsidRDefault="00FD4A85" w:rsidP="00FD4A85">
      <w:pPr>
        <w:rPr>
          <w:szCs w:val="28"/>
          <w:lang w:val="ru-RU"/>
        </w:rPr>
      </w:pPr>
      <w:r w:rsidRPr="00FD4A85">
        <w:rPr>
          <w:szCs w:val="28"/>
          <w:lang w:val="ru-RU"/>
        </w:rPr>
        <w:t xml:space="preserve">Как повлияет на находящуюся в равновесии систему, уравнение которой </w:t>
      </w:r>
    </w:p>
    <w:p w:rsidR="00FD4A85" w:rsidRPr="00FD4A85" w:rsidRDefault="00FD4A85" w:rsidP="00FD4A85">
      <w:pPr>
        <w:rPr>
          <w:szCs w:val="28"/>
          <w:lang w:val="ru-RU"/>
        </w:rPr>
      </w:pPr>
      <w:r w:rsidRPr="00FD4A85">
        <w:rPr>
          <w:szCs w:val="28"/>
          <w:lang w:val="ru-RU"/>
        </w:rPr>
        <w:tab/>
      </w:r>
      <w:r w:rsidRPr="00FD4A85">
        <w:rPr>
          <w:szCs w:val="28"/>
          <w:lang w:val="ru-RU"/>
        </w:rPr>
        <w:tab/>
      </w:r>
      <w:r>
        <w:rPr>
          <w:szCs w:val="28"/>
        </w:rPr>
        <w:t>CH</w:t>
      </w:r>
      <w:r w:rsidRPr="00FD4A85">
        <w:rPr>
          <w:szCs w:val="28"/>
          <w:vertAlign w:val="subscript"/>
          <w:lang w:val="ru-RU"/>
        </w:rPr>
        <w:t xml:space="preserve">4(г) </w:t>
      </w:r>
      <w:r w:rsidRPr="00FD4A85">
        <w:rPr>
          <w:szCs w:val="28"/>
          <w:lang w:val="ru-RU"/>
        </w:rPr>
        <w:t>+ 4</w:t>
      </w:r>
      <w:r>
        <w:rPr>
          <w:szCs w:val="28"/>
        </w:rPr>
        <w:t>S</w:t>
      </w:r>
      <w:r w:rsidRPr="00FD4A85">
        <w:rPr>
          <w:szCs w:val="28"/>
          <w:vertAlign w:val="subscript"/>
          <w:lang w:val="ru-RU"/>
        </w:rPr>
        <w:t xml:space="preserve">(ж) </w:t>
      </w:r>
      <w:r w:rsidRPr="00FD4A85">
        <w:rPr>
          <w:szCs w:val="28"/>
          <w:lang w:val="ru-RU"/>
        </w:rPr>
        <w:t>↔ С</w:t>
      </w:r>
      <w:r>
        <w:rPr>
          <w:szCs w:val="28"/>
        </w:rPr>
        <w:t>S</w:t>
      </w:r>
      <w:r w:rsidRPr="00FD4A85">
        <w:rPr>
          <w:szCs w:val="28"/>
          <w:vertAlign w:val="subscript"/>
          <w:lang w:val="ru-RU"/>
        </w:rPr>
        <w:t xml:space="preserve">2(г) </w:t>
      </w:r>
      <w:r w:rsidRPr="00FD4A85">
        <w:rPr>
          <w:szCs w:val="28"/>
          <w:lang w:val="ru-RU"/>
        </w:rPr>
        <w:t>+ 2</w:t>
      </w:r>
      <w:r>
        <w:rPr>
          <w:szCs w:val="28"/>
        </w:rPr>
        <w:t>H</w:t>
      </w:r>
      <w:r w:rsidRPr="00FD4A85">
        <w:rPr>
          <w:szCs w:val="28"/>
          <w:vertAlign w:val="subscript"/>
          <w:lang w:val="ru-RU"/>
        </w:rPr>
        <w:t>2</w:t>
      </w:r>
      <w:r>
        <w:rPr>
          <w:szCs w:val="28"/>
        </w:rPr>
        <w:t>S</w:t>
      </w:r>
      <w:r w:rsidRPr="00FD4A85">
        <w:rPr>
          <w:szCs w:val="28"/>
          <w:vertAlign w:val="subscript"/>
          <w:lang w:val="ru-RU"/>
        </w:rPr>
        <w:t xml:space="preserve">(г) </w:t>
      </w:r>
      <w:r w:rsidRPr="00FD4A85">
        <w:rPr>
          <w:szCs w:val="28"/>
          <w:lang w:val="ru-RU"/>
        </w:rPr>
        <w:t xml:space="preserve">+ </w:t>
      </w:r>
      <w:r>
        <w:rPr>
          <w:szCs w:val="28"/>
        </w:rPr>
        <w:t>Q</w:t>
      </w:r>
      <w:r w:rsidRPr="00FD4A85">
        <w:rPr>
          <w:szCs w:val="28"/>
          <w:lang w:val="ru-RU"/>
        </w:rPr>
        <w:t xml:space="preserve"> понижение температуры?</w:t>
      </w:r>
    </w:p>
    <w:p w:rsidR="00FD4A85" w:rsidRDefault="00FD4A85" w:rsidP="00FD4A85">
      <w:pPr>
        <w:numPr>
          <w:ilvl w:val="0"/>
          <w:numId w:val="34"/>
        </w:numPr>
        <w:spacing w:line="240" w:lineRule="auto"/>
        <w:jc w:val="both"/>
        <w:rPr>
          <w:szCs w:val="28"/>
        </w:rPr>
      </w:pPr>
      <w:r>
        <w:rPr>
          <w:szCs w:val="28"/>
        </w:rPr>
        <w:t>равновесие сместится влево</w:t>
      </w:r>
    </w:p>
    <w:p w:rsidR="00FD4A85" w:rsidRDefault="00FD4A85" w:rsidP="00FD4A85">
      <w:pPr>
        <w:numPr>
          <w:ilvl w:val="0"/>
          <w:numId w:val="34"/>
        </w:numPr>
        <w:spacing w:line="240" w:lineRule="auto"/>
        <w:jc w:val="both"/>
        <w:rPr>
          <w:szCs w:val="28"/>
        </w:rPr>
      </w:pPr>
      <w:r>
        <w:rPr>
          <w:szCs w:val="28"/>
        </w:rPr>
        <w:t>равновесие сместится вправо</w:t>
      </w:r>
    </w:p>
    <w:p w:rsidR="00FD4A85" w:rsidRDefault="00FD4A85" w:rsidP="00FD4A85">
      <w:pPr>
        <w:numPr>
          <w:ilvl w:val="0"/>
          <w:numId w:val="34"/>
        </w:numPr>
        <w:spacing w:line="240" w:lineRule="auto"/>
        <w:jc w:val="both"/>
        <w:rPr>
          <w:szCs w:val="28"/>
        </w:rPr>
      </w:pPr>
      <w:r>
        <w:rPr>
          <w:szCs w:val="28"/>
        </w:rPr>
        <w:t>равновесие не сместится</w:t>
      </w:r>
    </w:p>
    <w:p w:rsidR="00FD4A85" w:rsidRDefault="00FD4A85" w:rsidP="00FD4A85">
      <w:pPr>
        <w:pStyle w:val="14"/>
        <w:widowControl/>
        <w:rPr>
          <w:i/>
          <w:snapToGrid/>
          <w:sz w:val="24"/>
          <w:szCs w:val="24"/>
        </w:rPr>
      </w:pPr>
    </w:p>
    <w:p w:rsidR="00FD4A85" w:rsidRPr="00E06BBA" w:rsidRDefault="00FD4A85" w:rsidP="00FD4A85">
      <w:pPr>
        <w:rPr>
          <w:b/>
          <w:szCs w:val="24"/>
        </w:rPr>
      </w:pPr>
      <w:r w:rsidRPr="00E06BBA">
        <w:rPr>
          <w:b/>
          <w:szCs w:val="24"/>
        </w:rPr>
        <w:t xml:space="preserve">Задание </w:t>
      </w:r>
      <w:r>
        <w:rPr>
          <w:b/>
          <w:szCs w:val="24"/>
        </w:rPr>
        <w:t>63</w:t>
      </w:r>
      <w:r w:rsidRPr="00E06BBA">
        <w:rPr>
          <w:b/>
          <w:szCs w:val="24"/>
        </w:rPr>
        <w:t>.</w:t>
      </w:r>
    </w:p>
    <w:p w:rsidR="00FD4A85" w:rsidRPr="00FD4A85" w:rsidRDefault="00FD4A85" w:rsidP="00FD4A85">
      <w:pPr>
        <w:rPr>
          <w:szCs w:val="28"/>
          <w:lang w:val="ru-RU"/>
        </w:rPr>
      </w:pPr>
      <w:r w:rsidRPr="00FD4A85">
        <w:rPr>
          <w:szCs w:val="28"/>
          <w:lang w:val="ru-RU"/>
        </w:rPr>
        <w:t>Как повлияет на находящуюся в равновесии систему, уравнение которой</w:t>
      </w:r>
    </w:p>
    <w:p w:rsidR="00FD4A85" w:rsidRPr="00FD4A85" w:rsidRDefault="00FD4A85" w:rsidP="00FD4A85">
      <w:pPr>
        <w:rPr>
          <w:szCs w:val="28"/>
          <w:lang w:val="ru-RU"/>
        </w:rPr>
      </w:pPr>
      <w:r w:rsidRPr="00FD4A85">
        <w:rPr>
          <w:szCs w:val="28"/>
          <w:lang w:val="ru-RU"/>
        </w:rPr>
        <w:tab/>
      </w:r>
      <w:r w:rsidRPr="00FD4A85">
        <w:rPr>
          <w:szCs w:val="28"/>
          <w:lang w:val="ru-RU"/>
        </w:rPr>
        <w:tab/>
      </w:r>
      <w:r>
        <w:rPr>
          <w:szCs w:val="28"/>
        </w:rPr>
        <w:t>CH</w:t>
      </w:r>
      <w:r w:rsidRPr="00FD4A85">
        <w:rPr>
          <w:szCs w:val="28"/>
          <w:vertAlign w:val="subscript"/>
          <w:lang w:val="ru-RU"/>
        </w:rPr>
        <w:t xml:space="preserve">4(г) </w:t>
      </w:r>
      <w:r w:rsidRPr="00FD4A85">
        <w:rPr>
          <w:szCs w:val="28"/>
          <w:lang w:val="ru-RU"/>
        </w:rPr>
        <w:t>+ 4</w:t>
      </w:r>
      <w:r>
        <w:rPr>
          <w:szCs w:val="28"/>
        </w:rPr>
        <w:t>S</w:t>
      </w:r>
      <w:r w:rsidRPr="00FD4A85">
        <w:rPr>
          <w:szCs w:val="28"/>
          <w:vertAlign w:val="subscript"/>
          <w:lang w:val="ru-RU"/>
        </w:rPr>
        <w:t xml:space="preserve">(ж) </w:t>
      </w:r>
      <w:r w:rsidRPr="00FD4A85">
        <w:rPr>
          <w:szCs w:val="28"/>
          <w:lang w:val="ru-RU"/>
        </w:rPr>
        <w:t>↔ С</w:t>
      </w:r>
      <w:r>
        <w:rPr>
          <w:szCs w:val="28"/>
        </w:rPr>
        <w:t>S</w:t>
      </w:r>
      <w:r w:rsidRPr="00FD4A85">
        <w:rPr>
          <w:szCs w:val="28"/>
          <w:vertAlign w:val="subscript"/>
          <w:lang w:val="ru-RU"/>
        </w:rPr>
        <w:t xml:space="preserve">2(г) </w:t>
      </w:r>
      <w:r w:rsidRPr="00FD4A85">
        <w:rPr>
          <w:szCs w:val="28"/>
          <w:lang w:val="ru-RU"/>
        </w:rPr>
        <w:t>+ 2</w:t>
      </w:r>
      <w:r>
        <w:rPr>
          <w:szCs w:val="28"/>
        </w:rPr>
        <w:t>H</w:t>
      </w:r>
      <w:r w:rsidRPr="00FD4A85">
        <w:rPr>
          <w:szCs w:val="28"/>
          <w:vertAlign w:val="subscript"/>
          <w:lang w:val="ru-RU"/>
        </w:rPr>
        <w:t>2</w:t>
      </w:r>
      <w:r>
        <w:rPr>
          <w:szCs w:val="28"/>
        </w:rPr>
        <w:t>S</w:t>
      </w:r>
      <w:r w:rsidRPr="00FD4A85">
        <w:rPr>
          <w:szCs w:val="28"/>
          <w:vertAlign w:val="subscript"/>
          <w:lang w:val="ru-RU"/>
        </w:rPr>
        <w:t xml:space="preserve">(г) </w:t>
      </w:r>
      <w:r w:rsidRPr="00FD4A85">
        <w:rPr>
          <w:szCs w:val="28"/>
          <w:lang w:val="ru-RU"/>
        </w:rPr>
        <w:t xml:space="preserve">+ </w:t>
      </w:r>
      <w:r>
        <w:rPr>
          <w:szCs w:val="28"/>
        </w:rPr>
        <w:t>Q</w:t>
      </w:r>
      <w:r w:rsidRPr="00FD4A85">
        <w:rPr>
          <w:szCs w:val="28"/>
          <w:lang w:val="ru-RU"/>
        </w:rPr>
        <w:t xml:space="preserve"> увеличение концентрации сероводорода?</w:t>
      </w:r>
    </w:p>
    <w:p w:rsidR="00FD4A85" w:rsidRPr="00E06BBA" w:rsidRDefault="00FD4A85" w:rsidP="00FD4A85">
      <w:pPr>
        <w:rPr>
          <w:i/>
          <w:szCs w:val="24"/>
        </w:rPr>
      </w:pPr>
      <w:r w:rsidRPr="00E06BBA">
        <w:rPr>
          <w:i/>
          <w:szCs w:val="24"/>
        </w:rPr>
        <w:t>варианты ответов:</w:t>
      </w:r>
    </w:p>
    <w:p w:rsidR="00FD4A85" w:rsidRDefault="00FD4A85" w:rsidP="00FD4A85">
      <w:pPr>
        <w:numPr>
          <w:ilvl w:val="0"/>
          <w:numId w:val="20"/>
        </w:numPr>
        <w:spacing w:line="240" w:lineRule="auto"/>
        <w:jc w:val="both"/>
        <w:rPr>
          <w:szCs w:val="28"/>
        </w:rPr>
      </w:pPr>
      <w:r>
        <w:rPr>
          <w:szCs w:val="28"/>
        </w:rPr>
        <w:t>равновесие сместится влево</w:t>
      </w:r>
    </w:p>
    <w:p w:rsidR="00FD4A85" w:rsidRDefault="00FD4A85" w:rsidP="00FD4A85">
      <w:pPr>
        <w:numPr>
          <w:ilvl w:val="0"/>
          <w:numId w:val="20"/>
        </w:numPr>
        <w:spacing w:line="240" w:lineRule="auto"/>
        <w:jc w:val="both"/>
        <w:rPr>
          <w:szCs w:val="28"/>
        </w:rPr>
      </w:pPr>
      <w:r>
        <w:rPr>
          <w:szCs w:val="28"/>
        </w:rPr>
        <w:t>равновесие сместится вправо</w:t>
      </w:r>
    </w:p>
    <w:p w:rsidR="00FD4A85" w:rsidRDefault="00FD4A85" w:rsidP="00FD4A85">
      <w:pPr>
        <w:numPr>
          <w:ilvl w:val="0"/>
          <w:numId w:val="20"/>
        </w:numPr>
        <w:spacing w:line="240" w:lineRule="auto"/>
        <w:jc w:val="both"/>
        <w:rPr>
          <w:szCs w:val="28"/>
        </w:rPr>
      </w:pPr>
      <w:r>
        <w:rPr>
          <w:szCs w:val="28"/>
        </w:rPr>
        <w:t>равновесие не сместится</w:t>
      </w:r>
    </w:p>
    <w:p w:rsidR="00FD4A85" w:rsidRPr="00E06BBA" w:rsidRDefault="00FD4A85" w:rsidP="00FD4A85">
      <w:pPr>
        <w:rPr>
          <w:szCs w:val="24"/>
        </w:rPr>
      </w:pPr>
    </w:p>
    <w:p w:rsidR="00FD4A85" w:rsidRPr="008D0C18" w:rsidRDefault="00FD4A85" w:rsidP="00FD4A85">
      <w:pPr>
        <w:rPr>
          <w:b/>
          <w:szCs w:val="24"/>
        </w:rPr>
      </w:pPr>
      <w:r w:rsidRPr="008D0C18">
        <w:rPr>
          <w:b/>
          <w:szCs w:val="24"/>
        </w:rPr>
        <w:t xml:space="preserve">Задание </w:t>
      </w:r>
      <w:r>
        <w:rPr>
          <w:b/>
          <w:szCs w:val="24"/>
        </w:rPr>
        <w:t>64</w:t>
      </w:r>
      <w:r w:rsidRPr="008D0C18">
        <w:rPr>
          <w:b/>
          <w:szCs w:val="24"/>
        </w:rPr>
        <w:t>.</w:t>
      </w:r>
    </w:p>
    <w:p w:rsidR="00FD4A85" w:rsidRPr="00FD4A85" w:rsidRDefault="00FD4A85" w:rsidP="00FD4A85">
      <w:pPr>
        <w:pStyle w:val="aa"/>
        <w:ind w:left="284" w:hanging="284"/>
        <w:rPr>
          <w:i/>
          <w:iCs/>
          <w:sz w:val="24"/>
          <w:szCs w:val="24"/>
          <w:lang w:val="ru-RU"/>
        </w:rPr>
      </w:pPr>
      <w:r w:rsidRPr="00FD4A85">
        <w:rPr>
          <w:iCs/>
          <w:sz w:val="24"/>
          <w:szCs w:val="24"/>
          <w:lang w:val="ru-RU"/>
        </w:rPr>
        <w:lastRenderedPageBreak/>
        <w:t xml:space="preserve">    В каких реакциях изменение давления влияет на состояние равновесия системы?</w:t>
      </w:r>
    </w:p>
    <w:p w:rsidR="00FD4A85" w:rsidRPr="00FD4A85" w:rsidRDefault="00FD4A85" w:rsidP="00FD4A85">
      <w:pPr>
        <w:rPr>
          <w:i/>
          <w:szCs w:val="24"/>
          <w:lang w:val="ru-RU"/>
        </w:rPr>
      </w:pPr>
      <w:r w:rsidRPr="00FD4A85">
        <w:rPr>
          <w:i/>
          <w:szCs w:val="24"/>
          <w:lang w:val="ru-RU"/>
        </w:rPr>
        <w:t>варианты ответов:</w:t>
      </w:r>
    </w:p>
    <w:p w:rsidR="00FD4A85" w:rsidRPr="00FD4A85" w:rsidRDefault="00FD4A85" w:rsidP="00FD4A85">
      <w:pPr>
        <w:rPr>
          <w:iCs/>
          <w:lang w:val="ru-RU"/>
        </w:rPr>
      </w:pPr>
      <w:r w:rsidRPr="00FD4A85">
        <w:rPr>
          <w:iCs/>
          <w:lang w:val="ru-RU"/>
        </w:rPr>
        <w:t>1)  2</w:t>
      </w:r>
      <w:r w:rsidRPr="008D0C18">
        <w:rPr>
          <w:iCs/>
        </w:rPr>
        <w:t>SO</w:t>
      </w:r>
      <w:r w:rsidRPr="00FD4A85">
        <w:rPr>
          <w:iCs/>
          <w:vertAlign w:val="subscript"/>
          <w:lang w:val="ru-RU"/>
        </w:rPr>
        <w:t>2</w:t>
      </w:r>
      <w:r w:rsidRPr="00FD4A85">
        <w:rPr>
          <w:iCs/>
          <w:lang w:val="ru-RU"/>
        </w:rPr>
        <w:t>(г) +</w:t>
      </w:r>
      <w:r w:rsidRPr="008D0C18">
        <w:rPr>
          <w:iCs/>
        </w:rPr>
        <w:t>O</w:t>
      </w:r>
      <w:r w:rsidRPr="00FD4A85">
        <w:rPr>
          <w:iCs/>
          <w:vertAlign w:val="subscript"/>
          <w:lang w:val="ru-RU"/>
        </w:rPr>
        <w:t>2</w:t>
      </w:r>
      <w:r w:rsidRPr="00FD4A85">
        <w:rPr>
          <w:iCs/>
          <w:lang w:val="ru-RU"/>
        </w:rPr>
        <w:t>(г)  →  2</w:t>
      </w:r>
      <w:r w:rsidRPr="008D0C18">
        <w:rPr>
          <w:iCs/>
        </w:rPr>
        <w:t>SO</w:t>
      </w:r>
      <w:r w:rsidRPr="00FD4A85">
        <w:rPr>
          <w:iCs/>
          <w:vertAlign w:val="subscript"/>
          <w:lang w:val="ru-RU"/>
        </w:rPr>
        <w:t>3</w:t>
      </w:r>
      <w:r w:rsidRPr="00FD4A85">
        <w:rPr>
          <w:iCs/>
          <w:lang w:val="ru-RU"/>
        </w:rPr>
        <w:t xml:space="preserve">(г);     </w:t>
      </w:r>
    </w:p>
    <w:p w:rsidR="00FD4A85" w:rsidRPr="00FD4A85" w:rsidRDefault="00FD4A85" w:rsidP="00FD4A85">
      <w:pPr>
        <w:pStyle w:val="aa"/>
        <w:rPr>
          <w:iCs/>
          <w:sz w:val="24"/>
          <w:szCs w:val="24"/>
          <w:lang w:val="ru-RU"/>
        </w:rPr>
      </w:pPr>
      <w:r w:rsidRPr="00FD4A85">
        <w:rPr>
          <w:iCs/>
          <w:sz w:val="24"/>
          <w:szCs w:val="24"/>
          <w:lang w:val="ru-RU"/>
        </w:rPr>
        <w:t xml:space="preserve">2)  </w:t>
      </w:r>
      <w:r w:rsidRPr="008D0C18">
        <w:rPr>
          <w:iCs/>
          <w:sz w:val="24"/>
          <w:szCs w:val="24"/>
        </w:rPr>
        <w:t>N</w:t>
      </w:r>
      <w:r w:rsidRPr="00FD4A85">
        <w:rPr>
          <w:iCs/>
          <w:sz w:val="24"/>
          <w:szCs w:val="24"/>
          <w:vertAlign w:val="subscript"/>
          <w:lang w:val="ru-RU"/>
        </w:rPr>
        <w:t>2</w:t>
      </w:r>
      <w:r w:rsidRPr="00FD4A85">
        <w:rPr>
          <w:iCs/>
          <w:sz w:val="24"/>
          <w:szCs w:val="24"/>
          <w:lang w:val="ru-RU"/>
        </w:rPr>
        <w:t>(г) +3</w:t>
      </w:r>
      <w:r w:rsidRPr="008D0C18">
        <w:rPr>
          <w:iCs/>
          <w:sz w:val="24"/>
          <w:szCs w:val="24"/>
        </w:rPr>
        <w:t>H</w:t>
      </w:r>
      <w:r w:rsidRPr="00FD4A85">
        <w:rPr>
          <w:iCs/>
          <w:sz w:val="24"/>
          <w:szCs w:val="24"/>
          <w:vertAlign w:val="subscript"/>
          <w:lang w:val="ru-RU"/>
        </w:rPr>
        <w:t>2</w:t>
      </w:r>
      <w:r w:rsidRPr="00FD4A85">
        <w:rPr>
          <w:iCs/>
          <w:sz w:val="24"/>
          <w:szCs w:val="24"/>
          <w:lang w:val="ru-RU"/>
        </w:rPr>
        <w:t>(г)    →  2</w:t>
      </w:r>
      <w:r w:rsidRPr="008D0C18">
        <w:rPr>
          <w:iCs/>
          <w:sz w:val="24"/>
          <w:szCs w:val="24"/>
        </w:rPr>
        <w:t>NH</w:t>
      </w:r>
      <w:r w:rsidRPr="00FD4A85">
        <w:rPr>
          <w:iCs/>
          <w:sz w:val="24"/>
          <w:szCs w:val="24"/>
          <w:vertAlign w:val="subscript"/>
          <w:lang w:val="ru-RU"/>
        </w:rPr>
        <w:t>3</w:t>
      </w:r>
      <w:r w:rsidRPr="00FD4A85">
        <w:rPr>
          <w:iCs/>
          <w:sz w:val="24"/>
          <w:szCs w:val="24"/>
          <w:lang w:val="ru-RU"/>
        </w:rPr>
        <w:t xml:space="preserve">(г);    </w:t>
      </w:r>
    </w:p>
    <w:p w:rsidR="00FD4A85" w:rsidRPr="00FD4A85" w:rsidRDefault="00FD4A85" w:rsidP="00FD4A85">
      <w:pPr>
        <w:pStyle w:val="aa"/>
        <w:rPr>
          <w:iCs/>
          <w:sz w:val="24"/>
          <w:szCs w:val="24"/>
          <w:lang w:val="ru-RU"/>
        </w:rPr>
      </w:pPr>
      <w:r w:rsidRPr="00FD4A85">
        <w:rPr>
          <w:iCs/>
          <w:sz w:val="24"/>
          <w:szCs w:val="24"/>
          <w:lang w:val="ru-RU"/>
        </w:rPr>
        <w:t xml:space="preserve">3)  </w:t>
      </w:r>
      <w:r w:rsidRPr="008D0C18">
        <w:rPr>
          <w:iCs/>
          <w:sz w:val="24"/>
          <w:szCs w:val="24"/>
        </w:rPr>
        <w:t>FeO</w:t>
      </w:r>
      <w:r w:rsidRPr="00FD4A85">
        <w:rPr>
          <w:iCs/>
          <w:sz w:val="24"/>
          <w:szCs w:val="24"/>
          <w:lang w:val="ru-RU"/>
        </w:rPr>
        <w:t>(т)+</w:t>
      </w:r>
      <w:r w:rsidRPr="008D0C18">
        <w:rPr>
          <w:iCs/>
          <w:sz w:val="24"/>
          <w:szCs w:val="24"/>
        </w:rPr>
        <w:t>CO</w:t>
      </w:r>
      <w:r w:rsidRPr="00FD4A85">
        <w:rPr>
          <w:iCs/>
          <w:sz w:val="24"/>
          <w:szCs w:val="24"/>
          <w:lang w:val="ru-RU"/>
        </w:rPr>
        <w:t xml:space="preserve">(г)   →  </w:t>
      </w:r>
      <w:r w:rsidRPr="008D0C18">
        <w:rPr>
          <w:iCs/>
          <w:sz w:val="24"/>
          <w:szCs w:val="24"/>
        </w:rPr>
        <w:t>Fe</w:t>
      </w:r>
      <w:r w:rsidRPr="00FD4A85">
        <w:rPr>
          <w:iCs/>
          <w:sz w:val="24"/>
          <w:szCs w:val="24"/>
          <w:lang w:val="ru-RU"/>
        </w:rPr>
        <w:t>(т)+</w:t>
      </w:r>
      <w:r w:rsidRPr="008D0C18">
        <w:rPr>
          <w:iCs/>
          <w:sz w:val="24"/>
          <w:szCs w:val="24"/>
        </w:rPr>
        <w:t>CO</w:t>
      </w:r>
      <w:r w:rsidRPr="00FD4A85">
        <w:rPr>
          <w:iCs/>
          <w:sz w:val="24"/>
          <w:szCs w:val="24"/>
          <w:vertAlign w:val="subscript"/>
          <w:lang w:val="ru-RU"/>
        </w:rPr>
        <w:t>2</w:t>
      </w:r>
      <w:r w:rsidRPr="00FD4A85">
        <w:rPr>
          <w:iCs/>
          <w:sz w:val="24"/>
          <w:szCs w:val="24"/>
          <w:lang w:val="ru-RU"/>
        </w:rPr>
        <w:t>(г).</w:t>
      </w:r>
    </w:p>
    <w:p w:rsidR="00FD4A85" w:rsidRPr="00FD4A85" w:rsidRDefault="00FD4A85" w:rsidP="00FD4A85">
      <w:pPr>
        <w:rPr>
          <w:b/>
          <w:szCs w:val="24"/>
          <w:lang w:val="ru-RU"/>
        </w:rPr>
      </w:pPr>
    </w:p>
    <w:p w:rsidR="00FD4A85" w:rsidRPr="00FD4A85" w:rsidRDefault="00FD4A85" w:rsidP="00FD4A85">
      <w:pPr>
        <w:rPr>
          <w:szCs w:val="24"/>
          <w:lang w:val="ru-RU"/>
        </w:rPr>
      </w:pPr>
      <w:r w:rsidRPr="00FD4A85">
        <w:rPr>
          <w:b/>
          <w:lang w:val="ru-RU"/>
        </w:rPr>
        <w:t>Задание 65.</w:t>
      </w:r>
      <w:r w:rsidRPr="00FD4A85">
        <w:rPr>
          <w:szCs w:val="24"/>
          <w:lang w:val="ru-RU"/>
        </w:rPr>
        <w:t xml:space="preserve"> </w:t>
      </w:r>
    </w:p>
    <w:p w:rsidR="00FD4A85" w:rsidRPr="00FD4A85" w:rsidRDefault="00FD4A85" w:rsidP="00FD4A85">
      <w:pPr>
        <w:rPr>
          <w:szCs w:val="28"/>
          <w:lang w:val="ru-RU"/>
        </w:rPr>
      </w:pPr>
      <w:r w:rsidRPr="00FD4A85">
        <w:rPr>
          <w:szCs w:val="28"/>
          <w:lang w:val="ru-RU"/>
        </w:rPr>
        <w:t>Молярная концентрация раствора гидроксида калия КОН,  рН которого равно 12, составляет…, моль/л.</w:t>
      </w:r>
    </w:p>
    <w:p w:rsidR="00FD4A85" w:rsidRPr="00FD4A85" w:rsidRDefault="00FD4A85" w:rsidP="00FD4A85">
      <w:pPr>
        <w:rPr>
          <w:i/>
          <w:sz w:val="20"/>
          <w:u w:val="single"/>
          <w:lang w:val="ru-RU"/>
        </w:rPr>
      </w:pPr>
    </w:p>
    <w:p w:rsidR="00FD4A85" w:rsidRPr="00FD4A85" w:rsidRDefault="00FD4A85" w:rsidP="00FD4A85">
      <w:pPr>
        <w:rPr>
          <w:szCs w:val="24"/>
          <w:lang w:val="ru-RU"/>
        </w:rPr>
      </w:pPr>
      <w:r w:rsidRPr="00FD4A85">
        <w:rPr>
          <w:b/>
          <w:lang w:val="ru-RU"/>
        </w:rPr>
        <w:t>Задание 66.</w:t>
      </w:r>
      <w:r w:rsidRPr="00FD4A85">
        <w:rPr>
          <w:szCs w:val="24"/>
          <w:lang w:val="ru-RU"/>
        </w:rPr>
        <w:t xml:space="preserve"> </w:t>
      </w:r>
    </w:p>
    <w:p w:rsidR="00FD4A85" w:rsidRPr="00FD4A85" w:rsidRDefault="00FD4A85" w:rsidP="00FD4A85">
      <w:pPr>
        <w:rPr>
          <w:szCs w:val="28"/>
          <w:lang w:val="ru-RU"/>
        </w:rPr>
      </w:pPr>
      <w:r w:rsidRPr="00FD4A85">
        <w:rPr>
          <w:szCs w:val="28"/>
          <w:lang w:val="ru-RU"/>
        </w:rPr>
        <w:t xml:space="preserve">Объем раствора </w:t>
      </w:r>
      <w:r>
        <w:rPr>
          <w:szCs w:val="28"/>
        </w:rPr>
        <w:t>CuSO</w:t>
      </w:r>
      <w:r w:rsidRPr="00FD4A85">
        <w:rPr>
          <w:szCs w:val="28"/>
          <w:vertAlign w:val="subscript"/>
          <w:lang w:val="ru-RU"/>
        </w:rPr>
        <w:t>4</w:t>
      </w:r>
      <w:r w:rsidRPr="00FD4A85">
        <w:rPr>
          <w:szCs w:val="28"/>
          <w:lang w:val="ru-RU"/>
        </w:rPr>
        <w:t xml:space="preserve">   </w:t>
      </w:r>
      <w:r>
        <w:rPr>
          <w:szCs w:val="28"/>
        </w:rPr>
        <w:t>C</w:t>
      </w:r>
      <w:r w:rsidRPr="00FD4A85">
        <w:rPr>
          <w:szCs w:val="28"/>
          <w:lang w:val="ru-RU"/>
        </w:rPr>
        <w:t>=  0,1 моль/дм</w:t>
      </w:r>
      <w:r w:rsidRPr="00FD4A85">
        <w:rPr>
          <w:szCs w:val="28"/>
          <w:vertAlign w:val="superscript"/>
          <w:lang w:val="ru-RU"/>
        </w:rPr>
        <w:t>3</w:t>
      </w:r>
      <w:r w:rsidRPr="00FD4A85">
        <w:rPr>
          <w:szCs w:val="28"/>
          <w:lang w:val="ru-RU"/>
        </w:rPr>
        <w:t xml:space="preserve">, содержащий </w:t>
      </w:r>
      <w:smartTag w:uri="urn:schemas-microsoft-com:office:smarttags" w:element="metricconverter">
        <w:smartTagPr>
          <w:attr w:name="ProductID" w:val="8 г"/>
        </w:smartTagPr>
        <w:r w:rsidRPr="00FD4A85">
          <w:rPr>
            <w:szCs w:val="28"/>
            <w:lang w:val="ru-RU"/>
          </w:rPr>
          <w:t>8 г</w:t>
        </w:r>
      </w:smartTag>
      <w:r w:rsidRPr="00FD4A85">
        <w:rPr>
          <w:szCs w:val="28"/>
          <w:lang w:val="ru-RU"/>
        </w:rPr>
        <w:t xml:space="preserve"> соли, равен …..</w:t>
      </w:r>
    </w:p>
    <w:p w:rsidR="00FD4A85" w:rsidRPr="00FD4A85" w:rsidRDefault="00FD4A85" w:rsidP="00FD4A85">
      <w:pPr>
        <w:rPr>
          <w:i/>
          <w:sz w:val="20"/>
          <w:u w:val="single"/>
          <w:lang w:val="ru-RU"/>
        </w:rPr>
      </w:pPr>
    </w:p>
    <w:p w:rsidR="00FD4A85" w:rsidRPr="00FD4A85" w:rsidRDefault="00FD4A85" w:rsidP="00FD4A85">
      <w:pPr>
        <w:rPr>
          <w:szCs w:val="24"/>
          <w:lang w:val="ru-RU"/>
        </w:rPr>
      </w:pPr>
      <w:r w:rsidRPr="00FD4A85">
        <w:rPr>
          <w:b/>
          <w:lang w:val="ru-RU"/>
        </w:rPr>
        <w:t>Задание 67.</w:t>
      </w:r>
      <w:r w:rsidRPr="00FD4A85">
        <w:rPr>
          <w:szCs w:val="24"/>
          <w:lang w:val="ru-RU"/>
        </w:rPr>
        <w:t xml:space="preserve"> </w:t>
      </w:r>
    </w:p>
    <w:p w:rsidR="00FD4A85" w:rsidRPr="00FD4A85" w:rsidRDefault="00FD4A85" w:rsidP="00FD4A85">
      <w:pPr>
        <w:rPr>
          <w:szCs w:val="28"/>
          <w:lang w:val="ru-RU"/>
        </w:rPr>
      </w:pPr>
      <w:r w:rsidRPr="00FD4A85">
        <w:rPr>
          <w:szCs w:val="28"/>
          <w:lang w:val="ru-RU"/>
        </w:rPr>
        <w:t xml:space="preserve">Масса растворенного вещества, содержащегося в </w:t>
      </w:r>
      <w:smartTag w:uri="urn:schemas-microsoft-com:office:smarttags" w:element="metricconverter">
        <w:smartTagPr>
          <w:attr w:name="ProductID" w:val="30 г"/>
        </w:smartTagPr>
        <w:r w:rsidRPr="00FD4A85">
          <w:rPr>
            <w:szCs w:val="28"/>
            <w:lang w:val="ru-RU"/>
          </w:rPr>
          <w:t>30 г</w:t>
        </w:r>
      </w:smartTag>
      <w:r w:rsidRPr="00FD4A85">
        <w:rPr>
          <w:szCs w:val="28"/>
          <w:lang w:val="ru-RU"/>
        </w:rPr>
        <w:t xml:space="preserve"> раствора с массовой долей 20%, равна…, г </w:t>
      </w:r>
    </w:p>
    <w:p w:rsidR="00FD4A85" w:rsidRPr="00FD4A85" w:rsidRDefault="00FD4A85" w:rsidP="00FD4A85">
      <w:pPr>
        <w:rPr>
          <w:szCs w:val="28"/>
          <w:lang w:val="ru-RU"/>
        </w:rPr>
      </w:pPr>
    </w:p>
    <w:p w:rsidR="00FD4A85" w:rsidRPr="00FD4A85" w:rsidRDefault="00FD4A85" w:rsidP="00FD4A85">
      <w:pPr>
        <w:pStyle w:val="ae"/>
        <w:ind w:left="0"/>
        <w:rPr>
          <w:szCs w:val="28"/>
          <w:lang w:val="ru-RU"/>
        </w:rPr>
      </w:pPr>
      <w:r w:rsidRPr="00FD4A85">
        <w:rPr>
          <w:b/>
          <w:szCs w:val="24"/>
          <w:lang w:val="ru-RU"/>
        </w:rPr>
        <w:t>Задание 68</w:t>
      </w:r>
      <w:r w:rsidRPr="00FD4A85">
        <w:rPr>
          <w:b/>
          <w:lang w:val="ru-RU"/>
        </w:rPr>
        <w:t>.</w:t>
      </w:r>
      <w:r w:rsidRPr="00FD4A85">
        <w:rPr>
          <w:szCs w:val="24"/>
          <w:lang w:val="ru-RU"/>
        </w:rPr>
        <w:t xml:space="preserve"> </w:t>
      </w:r>
      <w:r w:rsidRPr="00FD4A85">
        <w:rPr>
          <w:szCs w:val="28"/>
          <w:lang w:val="ru-RU"/>
        </w:rPr>
        <w:t xml:space="preserve">Масса </w:t>
      </w:r>
      <w:r>
        <w:rPr>
          <w:szCs w:val="28"/>
        </w:rPr>
        <w:t>NaNO</w:t>
      </w:r>
      <w:r w:rsidRPr="00FD4A85">
        <w:rPr>
          <w:szCs w:val="28"/>
          <w:vertAlign w:val="subscript"/>
          <w:lang w:val="ru-RU"/>
        </w:rPr>
        <w:t xml:space="preserve">3 </w:t>
      </w:r>
      <w:r w:rsidRPr="00FD4A85">
        <w:rPr>
          <w:szCs w:val="28"/>
          <w:lang w:val="ru-RU"/>
        </w:rPr>
        <w:t xml:space="preserve">, необходимая для приготовления 300 мл </w:t>
      </w:r>
      <w:smartTag w:uri="urn:schemas-microsoft-com:office:smarttags" w:element="metricconverter">
        <w:smartTagPr>
          <w:attr w:name="ProductID" w:val="0,2 М"/>
        </w:smartTagPr>
        <w:r w:rsidRPr="00FD4A85">
          <w:rPr>
            <w:szCs w:val="28"/>
            <w:lang w:val="ru-RU"/>
          </w:rPr>
          <w:t>0,2 М</w:t>
        </w:r>
      </w:smartTag>
      <w:r w:rsidRPr="00FD4A85">
        <w:rPr>
          <w:szCs w:val="28"/>
          <w:lang w:val="ru-RU"/>
        </w:rPr>
        <w:t xml:space="preserve"> раствора   равна…, г</w:t>
      </w:r>
    </w:p>
    <w:p w:rsidR="00FD4A85" w:rsidRPr="00FD4A85" w:rsidRDefault="00FD4A85" w:rsidP="00FD4A85">
      <w:pPr>
        <w:pStyle w:val="ae"/>
        <w:ind w:left="0"/>
        <w:rPr>
          <w:szCs w:val="28"/>
          <w:lang w:val="ru-RU"/>
        </w:rPr>
      </w:pPr>
    </w:p>
    <w:p w:rsidR="00FD4A85" w:rsidRPr="00FD4A85" w:rsidRDefault="00FD4A85" w:rsidP="00FD4A85">
      <w:pPr>
        <w:rPr>
          <w:szCs w:val="28"/>
          <w:lang w:val="ru-RU"/>
        </w:rPr>
      </w:pPr>
      <w:r w:rsidRPr="00FD4A85">
        <w:rPr>
          <w:b/>
          <w:lang w:val="ru-RU"/>
        </w:rPr>
        <w:t>Задание 69.</w:t>
      </w:r>
      <w:r w:rsidRPr="00FD4A85">
        <w:rPr>
          <w:szCs w:val="24"/>
          <w:lang w:val="ru-RU"/>
        </w:rPr>
        <w:t xml:space="preserve"> </w:t>
      </w:r>
      <w:r w:rsidRPr="00FD4A85">
        <w:rPr>
          <w:szCs w:val="28"/>
          <w:lang w:val="ru-RU"/>
        </w:rPr>
        <w:t xml:space="preserve">В </w:t>
      </w:r>
      <w:smartTag w:uri="urn:schemas-microsoft-com:office:smarttags" w:element="metricconverter">
        <w:smartTagPr>
          <w:attr w:name="ProductID" w:val="240 г"/>
        </w:smartTagPr>
        <w:r w:rsidRPr="00FD4A85">
          <w:rPr>
            <w:szCs w:val="28"/>
            <w:lang w:val="ru-RU"/>
          </w:rPr>
          <w:t>240 г</w:t>
        </w:r>
      </w:smartTag>
      <w:r w:rsidRPr="00FD4A85">
        <w:rPr>
          <w:szCs w:val="28"/>
          <w:lang w:val="ru-RU"/>
        </w:rPr>
        <w:t xml:space="preserve"> воды растворили </w:t>
      </w:r>
      <w:smartTag w:uri="urn:schemas-microsoft-com:office:smarttags" w:element="metricconverter">
        <w:smartTagPr>
          <w:attr w:name="ProductID" w:val="60 г"/>
        </w:smartTagPr>
        <w:r w:rsidRPr="00FD4A85">
          <w:rPr>
            <w:szCs w:val="28"/>
            <w:lang w:val="ru-RU"/>
          </w:rPr>
          <w:t>60 г</w:t>
        </w:r>
      </w:smartTag>
      <w:r w:rsidRPr="00FD4A85">
        <w:rPr>
          <w:szCs w:val="28"/>
          <w:lang w:val="ru-RU"/>
        </w:rPr>
        <w:t xml:space="preserve"> соли. Массовая доля соли  в полученном растворе равна…, %</w:t>
      </w:r>
    </w:p>
    <w:p w:rsidR="00FD4A85" w:rsidRPr="00FD4A85" w:rsidRDefault="00FD4A85" w:rsidP="00FD4A85">
      <w:pPr>
        <w:rPr>
          <w:i/>
          <w:sz w:val="20"/>
          <w:u w:val="single"/>
          <w:lang w:val="ru-RU"/>
        </w:rPr>
      </w:pPr>
    </w:p>
    <w:p w:rsidR="00FD4A85" w:rsidRPr="00FD4A85" w:rsidRDefault="00FD4A85" w:rsidP="00FD4A85">
      <w:pPr>
        <w:rPr>
          <w:b/>
          <w:szCs w:val="24"/>
          <w:lang w:val="ru-RU"/>
        </w:rPr>
      </w:pPr>
      <w:r w:rsidRPr="00FD4A85">
        <w:rPr>
          <w:b/>
          <w:szCs w:val="24"/>
          <w:lang w:val="ru-RU"/>
        </w:rPr>
        <w:t>Задание 70.</w:t>
      </w:r>
      <w:r w:rsidRPr="00FD4A85">
        <w:rPr>
          <w:szCs w:val="28"/>
          <w:lang w:val="ru-RU"/>
        </w:rPr>
        <w:t xml:space="preserve"> Масса соли, содержащейся  в </w:t>
      </w:r>
      <w:smartTag w:uri="urn:schemas-microsoft-com:office:smarttags" w:element="metricconverter">
        <w:smartTagPr>
          <w:attr w:name="ProductID" w:val="150 г"/>
        </w:smartTagPr>
        <w:r w:rsidRPr="00FD4A85">
          <w:rPr>
            <w:szCs w:val="28"/>
            <w:lang w:val="ru-RU"/>
          </w:rPr>
          <w:t>150 г</w:t>
        </w:r>
      </w:smartTag>
      <w:r w:rsidRPr="00FD4A85">
        <w:rPr>
          <w:szCs w:val="28"/>
          <w:lang w:val="ru-RU"/>
        </w:rPr>
        <w:t xml:space="preserve"> 5%-го раствора соли, равна  …… г</w:t>
      </w:r>
    </w:p>
    <w:p w:rsidR="00FD4A85" w:rsidRPr="00FD4A85" w:rsidRDefault="00FD4A85" w:rsidP="00FD4A85">
      <w:pPr>
        <w:rPr>
          <w:i/>
          <w:szCs w:val="24"/>
          <w:lang w:val="ru-RU"/>
        </w:rPr>
      </w:pPr>
    </w:p>
    <w:p w:rsidR="00FD4A85" w:rsidRPr="00FD4A85" w:rsidRDefault="00FD4A85" w:rsidP="00FD4A85">
      <w:pPr>
        <w:rPr>
          <w:b/>
          <w:szCs w:val="24"/>
          <w:lang w:val="ru-RU"/>
        </w:rPr>
      </w:pPr>
      <w:r w:rsidRPr="00FD4A85">
        <w:rPr>
          <w:b/>
          <w:szCs w:val="24"/>
          <w:lang w:val="ru-RU"/>
        </w:rPr>
        <w:t>Задание 71.</w:t>
      </w:r>
      <w:r w:rsidRPr="00FD4A85">
        <w:rPr>
          <w:szCs w:val="28"/>
          <w:lang w:val="ru-RU"/>
        </w:rPr>
        <w:t xml:space="preserve"> Масса соли </w:t>
      </w:r>
      <w:r>
        <w:rPr>
          <w:szCs w:val="28"/>
        </w:rPr>
        <w:t>Na</w:t>
      </w:r>
      <w:r w:rsidRPr="00FD4A85">
        <w:rPr>
          <w:szCs w:val="28"/>
          <w:vertAlign w:val="subscript"/>
          <w:lang w:val="ru-RU"/>
        </w:rPr>
        <w:t>2</w:t>
      </w:r>
      <w:r>
        <w:rPr>
          <w:szCs w:val="28"/>
        </w:rPr>
        <w:t>CO</w:t>
      </w:r>
      <w:r w:rsidRPr="00FD4A85">
        <w:rPr>
          <w:szCs w:val="28"/>
          <w:vertAlign w:val="subscript"/>
          <w:lang w:val="ru-RU"/>
        </w:rPr>
        <w:t>3</w:t>
      </w:r>
      <w:r w:rsidRPr="00FD4A85">
        <w:rPr>
          <w:szCs w:val="28"/>
          <w:lang w:val="ru-RU"/>
        </w:rPr>
        <w:t xml:space="preserve"> в 500 мл раствора С= 0,25 моль/дм</w:t>
      </w:r>
      <w:r w:rsidRPr="00FD4A85">
        <w:rPr>
          <w:szCs w:val="28"/>
          <w:vertAlign w:val="superscript"/>
          <w:lang w:val="ru-RU"/>
        </w:rPr>
        <w:t>3</w:t>
      </w:r>
      <w:r w:rsidRPr="00FD4A85">
        <w:rPr>
          <w:szCs w:val="28"/>
          <w:lang w:val="ru-RU"/>
        </w:rPr>
        <w:t xml:space="preserve"> равна…, г.</w:t>
      </w:r>
    </w:p>
    <w:p w:rsidR="00FD4A85" w:rsidRPr="00FD4A85" w:rsidRDefault="00FD4A85" w:rsidP="00FD4A85">
      <w:pPr>
        <w:rPr>
          <w:b/>
          <w:lang w:val="ru-RU"/>
        </w:rPr>
      </w:pPr>
    </w:p>
    <w:p w:rsidR="00FD4A85" w:rsidRPr="00FD4A85" w:rsidRDefault="00FD4A85" w:rsidP="00FD4A85">
      <w:pPr>
        <w:rPr>
          <w:szCs w:val="24"/>
          <w:lang w:val="ru-RU"/>
        </w:rPr>
      </w:pPr>
      <w:r w:rsidRPr="00FD4A85">
        <w:rPr>
          <w:b/>
          <w:lang w:val="ru-RU"/>
        </w:rPr>
        <w:t>Задание 72.</w:t>
      </w:r>
      <w:r w:rsidRPr="00FD4A85">
        <w:rPr>
          <w:szCs w:val="24"/>
          <w:lang w:val="ru-RU"/>
        </w:rPr>
        <w:t xml:space="preserve"> </w:t>
      </w:r>
    </w:p>
    <w:p w:rsidR="00FD4A85" w:rsidRPr="00FD4A85" w:rsidRDefault="00FD4A85" w:rsidP="00FD4A85">
      <w:pPr>
        <w:tabs>
          <w:tab w:val="left" w:pos="1068"/>
        </w:tabs>
        <w:rPr>
          <w:szCs w:val="28"/>
          <w:lang w:val="ru-RU"/>
        </w:rPr>
      </w:pPr>
      <w:r w:rsidRPr="00FD4A85">
        <w:rPr>
          <w:szCs w:val="28"/>
          <w:lang w:val="ru-RU"/>
        </w:rPr>
        <w:t xml:space="preserve">Масса воды и соли, необходимые для приготовления </w:t>
      </w:r>
      <w:smartTag w:uri="urn:schemas-microsoft-com:office:smarttags" w:element="metricconverter">
        <w:smartTagPr>
          <w:attr w:name="ProductID" w:val="50 г"/>
        </w:smartTagPr>
        <w:r w:rsidRPr="00FD4A85">
          <w:rPr>
            <w:szCs w:val="28"/>
            <w:lang w:val="ru-RU"/>
          </w:rPr>
          <w:t>50 г</w:t>
        </w:r>
      </w:smartTag>
      <w:r w:rsidRPr="00FD4A85">
        <w:rPr>
          <w:szCs w:val="28"/>
          <w:lang w:val="ru-RU"/>
        </w:rPr>
        <w:t xml:space="preserve"> раствора с массовой долей 10% равны… г.</w:t>
      </w:r>
    </w:p>
    <w:p w:rsidR="00FD4A85" w:rsidRPr="00FD4A85" w:rsidRDefault="00FD4A85" w:rsidP="00FD4A85">
      <w:pPr>
        <w:rPr>
          <w:b/>
          <w:szCs w:val="24"/>
          <w:lang w:val="ru-RU"/>
        </w:rPr>
      </w:pPr>
    </w:p>
    <w:p w:rsidR="00FD4A85" w:rsidRPr="00FD4A85" w:rsidRDefault="00FD4A85" w:rsidP="00FD4A85">
      <w:pPr>
        <w:rPr>
          <w:b/>
          <w:szCs w:val="24"/>
          <w:lang w:val="ru-RU"/>
        </w:rPr>
      </w:pPr>
      <w:r w:rsidRPr="00FD4A85">
        <w:rPr>
          <w:b/>
          <w:szCs w:val="24"/>
          <w:lang w:val="ru-RU"/>
        </w:rPr>
        <w:t>Задание 73.</w:t>
      </w:r>
    </w:p>
    <w:p w:rsidR="00FD4A85" w:rsidRPr="00FD4A85" w:rsidRDefault="00FD4A85" w:rsidP="00FD4A85">
      <w:pPr>
        <w:rPr>
          <w:szCs w:val="28"/>
          <w:lang w:val="ru-RU"/>
        </w:rPr>
      </w:pPr>
      <w:r w:rsidRPr="00FD4A85">
        <w:rPr>
          <w:szCs w:val="28"/>
          <w:lang w:val="ru-RU"/>
        </w:rPr>
        <w:lastRenderedPageBreak/>
        <w:t xml:space="preserve">Молярная концентрация эквивалента раствора </w:t>
      </w:r>
      <w:r>
        <w:rPr>
          <w:szCs w:val="28"/>
        </w:rPr>
        <w:t>FeCl</w:t>
      </w:r>
      <w:r w:rsidRPr="00FD4A85">
        <w:rPr>
          <w:szCs w:val="28"/>
          <w:vertAlign w:val="subscript"/>
          <w:lang w:val="ru-RU"/>
        </w:rPr>
        <w:t>3</w:t>
      </w:r>
      <w:r w:rsidRPr="00FD4A85">
        <w:rPr>
          <w:szCs w:val="28"/>
          <w:lang w:val="ru-RU"/>
        </w:rPr>
        <w:t xml:space="preserve">, содержащего в </w:t>
      </w:r>
      <w:smartTag w:uri="urn:schemas-microsoft-com:office:smarttags" w:element="metricconverter">
        <w:smartTagPr>
          <w:attr w:name="ProductID" w:val="0,3 л"/>
        </w:smartTagPr>
        <w:r w:rsidRPr="00FD4A85">
          <w:rPr>
            <w:szCs w:val="28"/>
            <w:lang w:val="ru-RU"/>
          </w:rPr>
          <w:t>0,3 л</w:t>
        </w:r>
      </w:smartTag>
      <w:r w:rsidRPr="00FD4A85">
        <w:rPr>
          <w:szCs w:val="28"/>
          <w:lang w:val="ru-RU"/>
        </w:rPr>
        <w:t xml:space="preserve"> раствора </w:t>
      </w:r>
      <w:smartTag w:uri="urn:schemas-microsoft-com:office:smarttags" w:element="metricconverter">
        <w:smartTagPr>
          <w:attr w:name="ProductID" w:val="32,44 г"/>
        </w:smartTagPr>
        <w:r w:rsidRPr="00FD4A85">
          <w:rPr>
            <w:szCs w:val="28"/>
            <w:lang w:val="ru-RU"/>
          </w:rPr>
          <w:t>32,44 г</w:t>
        </w:r>
      </w:smartTag>
      <w:r w:rsidRPr="00FD4A85">
        <w:rPr>
          <w:szCs w:val="28"/>
          <w:lang w:val="ru-RU"/>
        </w:rPr>
        <w:t xml:space="preserve"> соли равна… моль/дм</w:t>
      </w:r>
      <w:r w:rsidRPr="00FD4A85">
        <w:rPr>
          <w:szCs w:val="28"/>
          <w:vertAlign w:val="superscript"/>
          <w:lang w:val="ru-RU"/>
        </w:rPr>
        <w:t>3</w:t>
      </w:r>
      <w:r w:rsidRPr="00FD4A85">
        <w:rPr>
          <w:szCs w:val="28"/>
          <w:lang w:val="ru-RU"/>
        </w:rPr>
        <w:t>.</w:t>
      </w:r>
    </w:p>
    <w:p w:rsidR="00FD4A85" w:rsidRPr="00FD4A85" w:rsidRDefault="00FD4A85" w:rsidP="00FD4A85">
      <w:pPr>
        <w:rPr>
          <w:szCs w:val="24"/>
          <w:lang w:val="ru-RU"/>
        </w:rPr>
      </w:pPr>
    </w:p>
    <w:p w:rsidR="00FD4A85" w:rsidRPr="00FD4A85" w:rsidRDefault="00FD4A85" w:rsidP="00FD4A85">
      <w:pPr>
        <w:rPr>
          <w:b/>
          <w:szCs w:val="24"/>
          <w:lang w:val="ru-RU"/>
        </w:rPr>
      </w:pPr>
      <w:r w:rsidRPr="00FD4A85">
        <w:rPr>
          <w:b/>
          <w:szCs w:val="24"/>
          <w:lang w:val="ru-RU"/>
        </w:rPr>
        <w:t>Задание 74.</w:t>
      </w:r>
    </w:p>
    <w:p w:rsidR="00FD4A85" w:rsidRPr="00FD4A85" w:rsidRDefault="00FD4A85" w:rsidP="00FD4A85">
      <w:pPr>
        <w:rPr>
          <w:b/>
          <w:szCs w:val="24"/>
          <w:lang w:val="ru-RU"/>
        </w:rPr>
      </w:pPr>
      <w:r w:rsidRPr="00FD4A85">
        <w:rPr>
          <w:szCs w:val="28"/>
          <w:lang w:val="ru-RU"/>
        </w:rPr>
        <w:t xml:space="preserve">Масса раствора (с массовой долей 25%), содержащего </w:t>
      </w:r>
      <w:smartTag w:uri="urn:schemas-microsoft-com:office:smarttags" w:element="metricconverter">
        <w:smartTagPr>
          <w:attr w:name="ProductID" w:val="87,5 г"/>
        </w:smartTagPr>
        <w:r w:rsidRPr="00FD4A85">
          <w:rPr>
            <w:szCs w:val="28"/>
            <w:lang w:val="ru-RU"/>
          </w:rPr>
          <w:t>87,5 г</w:t>
        </w:r>
      </w:smartTag>
      <w:r w:rsidRPr="00FD4A85">
        <w:rPr>
          <w:szCs w:val="28"/>
          <w:lang w:val="ru-RU"/>
        </w:rPr>
        <w:t xml:space="preserve">  соли равна … г.</w:t>
      </w:r>
    </w:p>
    <w:p w:rsidR="00FD4A85" w:rsidRPr="00FD4A85" w:rsidRDefault="00FD4A85" w:rsidP="00FD4A85">
      <w:pPr>
        <w:rPr>
          <w:szCs w:val="24"/>
          <w:lang w:val="ru-RU"/>
        </w:rPr>
      </w:pPr>
    </w:p>
    <w:p w:rsidR="00FD4A85" w:rsidRPr="00FD4A85" w:rsidRDefault="00FD4A85" w:rsidP="00FD4A85">
      <w:pPr>
        <w:rPr>
          <w:b/>
          <w:szCs w:val="24"/>
          <w:lang w:val="ru-RU"/>
        </w:rPr>
      </w:pPr>
      <w:r w:rsidRPr="00FD4A85">
        <w:rPr>
          <w:b/>
          <w:szCs w:val="24"/>
          <w:lang w:val="ru-RU"/>
        </w:rPr>
        <w:t>Задание 75.</w:t>
      </w:r>
    </w:p>
    <w:p w:rsidR="00FD4A85" w:rsidRPr="00FD4A85" w:rsidRDefault="00FD4A85" w:rsidP="00FD4A85">
      <w:pPr>
        <w:rPr>
          <w:szCs w:val="28"/>
          <w:lang w:val="ru-RU"/>
        </w:rPr>
      </w:pPr>
      <w:r w:rsidRPr="00FD4A85">
        <w:rPr>
          <w:szCs w:val="28"/>
          <w:lang w:val="ru-RU"/>
        </w:rPr>
        <w:t>На нейтрализацию 30 мл раствора щелочи  с молярной концентрацией эквивалента 0,1 моль/дм</w:t>
      </w:r>
      <w:r w:rsidRPr="00FD4A85">
        <w:rPr>
          <w:szCs w:val="28"/>
          <w:vertAlign w:val="superscript"/>
          <w:lang w:val="ru-RU"/>
        </w:rPr>
        <w:t>3</w:t>
      </w:r>
      <w:r w:rsidRPr="00FD4A85">
        <w:rPr>
          <w:szCs w:val="28"/>
          <w:lang w:val="ru-RU"/>
        </w:rPr>
        <w:t xml:space="preserve"> требуется 12 мл кислоты. Молярная концентрация эквивалента раствора кислоты равна …..  моль/дм</w:t>
      </w:r>
      <w:r w:rsidRPr="00FD4A85">
        <w:rPr>
          <w:szCs w:val="28"/>
          <w:vertAlign w:val="superscript"/>
          <w:lang w:val="ru-RU"/>
        </w:rPr>
        <w:t>3</w:t>
      </w:r>
      <w:r w:rsidRPr="00FD4A85">
        <w:rPr>
          <w:szCs w:val="28"/>
          <w:lang w:val="ru-RU"/>
        </w:rPr>
        <w:t>.</w:t>
      </w:r>
    </w:p>
    <w:p w:rsidR="00FD4A85" w:rsidRPr="00FD4A85" w:rsidRDefault="00FD4A85" w:rsidP="00FD4A85">
      <w:pPr>
        <w:rPr>
          <w:b/>
          <w:szCs w:val="24"/>
          <w:lang w:val="ru-RU"/>
        </w:rPr>
      </w:pPr>
    </w:p>
    <w:p w:rsidR="00FD4A85" w:rsidRPr="00FD4A85" w:rsidRDefault="00FD4A85" w:rsidP="00FD4A85">
      <w:pPr>
        <w:rPr>
          <w:b/>
          <w:szCs w:val="24"/>
          <w:lang w:val="ru-RU"/>
        </w:rPr>
      </w:pPr>
      <w:r w:rsidRPr="00FD4A85">
        <w:rPr>
          <w:b/>
          <w:szCs w:val="24"/>
          <w:lang w:val="ru-RU"/>
        </w:rPr>
        <w:t>Задание 76.</w:t>
      </w:r>
    </w:p>
    <w:p w:rsidR="00FD4A85" w:rsidRPr="00FD4A85" w:rsidRDefault="00FD4A85" w:rsidP="00FD4A85">
      <w:pPr>
        <w:rPr>
          <w:sz w:val="22"/>
          <w:lang w:val="ru-RU"/>
        </w:rPr>
      </w:pPr>
      <w:r w:rsidRPr="00FD4A85">
        <w:rPr>
          <w:lang w:val="ru-RU"/>
        </w:rPr>
        <w:t xml:space="preserve">В каком объеме воды (л) растворено </w:t>
      </w:r>
      <w:smartTag w:uri="urn:schemas-microsoft-com:office:smarttags" w:element="metricconverter">
        <w:smartTagPr>
          <w:attr w:name="ProductID" w:val="70 г"/>
        </w:smartTagPr>
        <w:r w:rsidRPr="00FD4A85">
          <w:rPr>
            <w:lang w:val="ru-RU"/>
          </w:rPr>
          <w:t>70</w:t>
        </w:r>
        <w:r>
          <w:t> </w:t>
        </w:r>
        <w:r w:rsidRPr="00FD4A85">
          <w:rPr>
            <w:lang w:val="ru-RU"/>
          </w:rPr>
          <w:t>г</w:t>
        </w:r>
      </w:smartTag>
      <w:r w:rsidRPr="00FD4A85">
        <w:rPr>
          <w:lang w:val="ru-RU"/>
        </w:rPr>
        <w:t xml:space="preserve"> неэлектролита с молярной массой 70, если раствор замерзает при  </w:t>
      </w:r>
      <w:smartTag w:uri="urn:schemas-microsoft-com:office:smarttags" w:element="metricconverter">
        <w:smartTagPr>
          <w:attr w:name="ProductID" w:val="-1,86ﾰC"/>
        </w:smartTagPr>
        <w:r w:rsidRPr="00FD4A85">
          <w:rPr>
            <w:lang w:val="ru-RU"/>
          </w:rPr>
          <w:t>-1,86°</w:t>
        </w:r>
        <w:r>
          <w:t>C</w:t>
        </w:r>
      </w:smartTag>
      <w:r w:rsidRPr="00FD4A85">
        <w:rPr>
          <w:lang w:val="ru-RU"/>
        </w:rPr>
        <w:t xml:space="preserve"> </w:t>
      </w:r>
      <w:r w:rsidRPr="00FD4A85">
        <w:rPr>
          <w:sz w:val="22"/>
          <w:lang w:val="ru-RU"/>
        </w:rPr>
        <w:t>(К</w:t>
      </w:r>
      <w:r>
        <w:rPr>
          <w:sz w:val="22"/>
          <w:vertAlign w:val="subscript"/>
        </w:rPr>
        <w:t>H</w:t>
      </w:r>
      <w:r w:rsidRPr="00FD4A85">
        <w:rPr>
          <w:position w:val="-4"/>
          <w:sz w:val="22"/>
          <w:vertAlign w:val="subscript"/>
          <w:lang w:val="ru-RU"/>
        </w:rPr>
        <w:t>2</w:t>
      </w:r>
      <w:r>
        <w:rPr>
          <w:sz w:val="22"/>
          <w:vertAlign w:val="subscript"/>
        </w:rPr>
        <w:t>O</w:t>
      </w:r>
      <w:r>
        <w:rPr>
          <w:sz w:val="22"/>
        </w:rPr>
        <w:t> </w:t>
      </w:r>
      <w:r w:rsidRPr="00FD4A85">
        <w:rPr>
          <w:sz w:val="22"/>
          <w:lang w:val="ru-RU"/>
        </w:rPr>
        <w:t>=</w:t>
      </w:r>
      <w:r>
        <w:rPr>
          <w:sz w:val="22"/>
        </w:rPr>
        <w:t> </w:t>
      </w:r>
      <w:r w:rsidRPr="00FD4A85">
        <w:rPr>
          <w:sz w:val="22"/>
          <w:lang w:val="ru-RU"/>
        </w:rPr>
        <w:t>1,86</w:t>
      </w:r>
      <w:r w:rsidRPr="00110C66">
        <w:rPr>
          <w:position w:val="-24"/>
          <w:sz w:val="22"/>
        </w:rPr>
        <w:object w:dxaOrig="920" w:dyaOrig="620">
          <v:shape id="_x0000_i1079" type="#_x0000_t75" style="width:46.5pt;height:30pt" o:ole="">
            <v:imagedata r:id="rId104" o:title=""/>
          </v:shape>
          <o:OLEObject Type="Embed" ProgID="Equation.3" ShapeID="_x0000_i1079" DrawAspect="Content" ObjectID="_1842695774" r:id="rId105"/>
        </w:object>
      </w:r>
      <w:r w:rsidRPr="00FD4A85">
        <w:rPr>
          <w:sz w:val="22"/>
          <w:lang w:val="ru-RU"/>
        </w:rPr>
        <w:t>).</w:t>
      </w:r>
    </w:p>
    <w:p w:rsidR="00FD4A85" w:rsidRPr="00FD4A85" w:rsidRDefault="00FD4A85" w:rsidP="00FD4A85">
      <w:pPr>
        <w:rPr>
          <w:b/>
          <w:szCs w:val="24"/>
          <w:lang w:val="ru-RU"/>
        </w:rPr>
      </w:pPr>
    </w:p>
    <w:p w:rsidR="00FD4A85" w:rsidRPr="00FD4A85" w:rsidRDefault="00FD4A85" w:rsidP="00FD4A85">
      <w:pPr>
        <w:rPr>
          <w:b/>
          <w:szCs w:val="24"/>
          <w:lang w:val="ru-RU"/>
        </w:rPr>
      </w:pPr>
      <w:r w:rsidRPr="00FD4A85">
        <w:rPr>
          <w:b/>
          <w:szCs w:val="24"/>
          <w:lang w:val="ru-RU"/>
        </w:rPr>
        <w:t>Задание 77.</w:t>
      </w:r>
    </w:p>
    <w:p w:rsidR="00FD4A85" w:rsidRPr="00FD4A85" w:rsidRDefault="00FD4A85" w:rsidP="00FD4A85">
      <w:pPr>
        <w:rPr>
          <w:lang w:val="ru-RU"/>
        </w:rPr>
      </w:pPr>
      <w:r w:rsidRPr="00FD4A85">
        <w:rPr>
          <w:lang w:val="ru-RU"/>
        </w:rPr>
        <w:t>Раствор этилового спирта С</w:t>
      </w:r>
      <w:r w:rsidRPr="00FD4A85">
        <w:rPr>
          <w:vertAlign w:val="subscript"/>
          <w:lang w:val="ru-RU"/>
        </w:rPr>
        <w:t>2</w:t>
      </w:r>
      <w:r w:rsidRPr="00FD4A85">
        <w:rPr>
          <w:lang w:val="ru-RU"/>
        </w:rPr>
        <w:t>Н</w:t>
      </w:r>
      <w:r w:rsidRPr="00FD4A85">
        <w:rPr>
          <w:vertAlign w:val="subscript"/>
          <w:lang w:val="ru-RU"/>
        </w:rPr>
        <w:t>5</w:t>
      </w:r>
      <w:r w:rsidRPr="00FD4A85">
        <w:rPr>
          <w:lang w:val="ru-RU"/>
        </w:rPr>
        <w:t xml:space="preserve">ОН, содержащий </w:t>
      </w:r>
      <w:smartTag w:uri="urn:schemas-microsoft-com:office:smarttags" w:element="metricconverter">
        <w:smartTagPr>
          <w:attr w:name="ProductID" w:val="72 г"/>
        </w:smartTagPr>
        <w:r w:rsidRPr="00FD4A85">
          <w:rPr>
            <w:lang w:val="ru-RU"/>
          </w:rPr>
          <w:t>72</w:t>
        </w:r>
        <w:r>
          <w:t> </w:t>
        </w:r>
        <w:r w:rsidRPr="00FD4A85">
          <w:rPr>
            <w:lang w:val="ru-RU"/>
          </w:rPr>
          <w:t>г</w:t>
        </w:r>
      </w:smartTag>
      <w:r w:rsidRPr="00FD4A85">
        <w:rPr>
          <w:lang w:val="ru-RU"/>
        </w:rPr>
        <w:t xml:space="preserve"> вещества в </w:t>
      </w:r>
      <w:smartTag w:uri="urn:schemas-microsoft-com:office:smarttags" w:element="metricconverter">
        <w:smartTagPr>
          <w:attr w:name="ProductID" w:val="1 л"/>
        </w:smartTagPr>
        <w:r w:rsidRPr="00FD4A85">
          <w:rPr>
            <w:lang w:val="ru-RU"/>
          </w:rPr>
          <w:t>1</w:t>
        </w:r>
        <w:r>
          <w:t> </w:t>
        </w:r>
        <w:r w:rsidRPr="00FD4A85">
          <w:rPr>
            <w:lang w:val="ru-RU"/>
          </w:rPr>
          <w:t>л</w:t>
        </w:r>
      </w:smartTag>
      <w:r w:rsidRPr="00FD4A85">
        <w:rPr>
          <w:lang w:val="ru-RU"/>
        </w:rPr>
        <w:t xml:space="preserve"> раствора имеет</w:t>
      </w:r>
    </w:p>
    <w:p w:rsidR="00FD4A85" w:rsidRPr="00FD4A85" w:rsidRDefault="00FD4A85" w:rsidP="00FD4A85">
      <w:pPr>
        <w:rPr>
          <w:lang w:val="ru-RU"/>
        </w:rPr>
      </w:pPr>
      <w:r w:rsidRPr="00FD4A85">
        <w:rPr>
          <w:lang w:val="ru-RU"/>
        </w:rPr>
        <w:t xml:space="preserve">при </w:t>
      </w:r>
      <w:smartTag w:uri="urn:schemas-microsoft-com:office:smarttags" w:element="metricconverter">
        <w:smartTagPr>
          <w:attr w:name="ProductID" w:val="Key1"/>
        </w:smartTagPr>
        <w:r w:rsidRPr="00FD4A85">
          <w:rPr>
            <w:lang w:val="ru-RU"/>
          </w:rPr>
          <w:t>20°</w:t>
        </w:r>
        <w:r>
          <w:t>C</w:t>
        </w:r>
      </w:smartTag>
      <w:r w:rsidRPr="00FD4A85">
        <w:rPr>
          <w:lang w:val="ru-RU"/>
        </w:rPr>
        <w:t xml:space="preserve"> осмотическое давление… кПа.</w:t>
      </w:r>
    </w:p>
    <w:p w:rsidR="00FD4A85" w:rsidRPr="00FD4A85" w:rsidRDefault="00FD4A85" w:rsidP="00FD4A85">
      <w:pPr>
        <w:rPr>
          <w:b/>
          <w:szCs w:val="24"/>
          <w:lang w:val="ru-RU"/>
        </w:rPr>
      </w:pPr>
    </w:p>
    <w:p w:rsidR="00FD4A85" w:rsidRPr="00FD4A85" w:rsidRDefault="00FD4A85" w:rsidP="00FD4A85">
      <w:pPr>
        <w:tabs>
          <w:tab w:val="left" w:pos="3350"/>
        </w:tabs>
        <w:rPr>
          <w:lang w:val="ru-RU"/>
        </w:rPr>
      </w:pPr>
      <w:r w:rsidRPr="00FD4A85">
        <w:rPr>
          <w:b/>
          <w:lang w:val="ru-RU"/>
        </w:rPr>
        <w:t xml:space="preserve">Задание 78. </w:t>
      </w:r>
      <w:r w:rsidRPr="00FD4A85">
        <w:rPr>
          <w:lang w:val="ru-RU"/>
        </w:rPr>
        <w:t xml:space="preserve">Раствор, содержащий </w:t>
      </w:r>
      <w:smartTag w:uri="urn:schemas-microsoft-com:office:smarttags" w:element="metricconverter">
        <w:smartTagPr>
          <w:attr w:name="ProductID" w:val="2,3 г"/>
        </w:smartTagPr>
        <w:r w:rsidRPr="00FD4A85">
          <w:rPr>
            <w:lang w:val="ru-RU"/>
          </w:rPr>
          <w:t>2,3 г</w:t>
        </w:r>
      </w:smartTag>
      <w:r w:rsidRPr="00FD4A85">
        <w:rPr>
          <w:lang w:val="ru-RU"/>
        </w:rPr>
        <w:t xml:space="preserve"> неэлектролита в 250 мл при 27</w:t>
      </w:r>
      <w:r w:rsidRPr="00FD4A85">
        <w:rPr>
          <w:vertAlign w:val="superscript"/>
          <w:lang w:val="ru-RU"/>
        </w:rPr>
        <w:t>о</w:t>
      </w:r>
      <w:r w:rsidRPr="00FD4A85">
        <w:rPr>
          <w:lang w:val="ru-RU"/>
        </w:rPr>
        <w:t>С имеет осмотическое давление 249 кПа. Молярная масса неэлектролита  (г/моль)  равна…</w:t>
      </w:r>
    </w:p>
    <w:p w:rsidR="00FD4A85" w:rsidRPr="00FD4A85" w:rsidRDefault="00FD4A85" w:rsidP="00FD4A85">
      <w:pPr>
        <w:ind w:firstLine="175"/>
        <w:rPr>
          <w:b/>
          <w:lang w:val="ru-RU"/>
        </w:rPr>
      </w:pPr>
    </w:p>
    <w:p w:rsidR="00FD4A85" w:rsidRPr="00FD4A85" w:rsidRDefault="00FD4A85" w:rsidP="00FD4A85">
      <w:pPr>
        <w:rPr>
          <w:i/>
          <w:sz w:val="20"/>
          <w:u w:val="single"/>
          <w:lang w:val="ru-RU"/>
        </w:rPr>
      </w:pPr>
      <w:r w:rsidRPr="00FD4A85">
        <w:rPr>
          <w:b/>
          <w:lang w:val="ru-RU"/>
        </w:rPr>
        <w:t>Задание 79.</w:t>
      </w:r>
      <w:r w:rsidRPr="00FD4A85">
        <w:rPr>
          <w:szCs w:val="24"/>
          <w:lang w:val="ru-RU"/>
        </w:rPr>
        <w:t xml:space="preserve"> </w:t>
      </w:r>
      <w:r w:rsidRPr="00FD4A85">
        <w:rPr>
          <w:lang w:val="ru-RU"/>
        </w:rPr>
        <w:t>Раствор, содержащий 0,4</w:t>
      </w:r>
      <w:r>
        <w:t> </w:t>
      </w:r>
      <w:r w:rsidRPr="00FD4A85">
        <w:rPr>
          <w:lang w:val="ru-RU"/>
        </w:rPr>
        <w:t xml:space="preserve">г вещества в </w:t>
      </w:r>
      <w:smartTag w:uri="urn:schemas-microsoft-com:office:smarttags" w:element="metricconverter">
        <w:smartTagPr>
          <w:attr w:name="ProductID" w:val="10 г"/>
        </w:smartTagPr>
        <w:r w:rsidRPr="00FD4A85">
          <w:rPr>
            <w:lang w:val="ru-RU"/>
          </w:rPr>
          <w:t>10</w:t>
        </w:r>
        <w:r>
          <w:t> </w:t>
        </w:r>
        <w:r w:rsidRPr="00FD4A85">
          <w:rPr>
            <w:lang w:val="ru-RU"/>
          </w:rPr>
          <w:t>г</w:t>
        </w:r>
      </w:smartTag>
      <w:r w:rsidRPr="00FD4A85">
        <w:rPr>
          <w:lang w:val="ru-RU"/>
        </w:rPr>
        <w:t xml:space="preserve"> воды, замерзает при -1,24</w:t>
      </w:r>
      <w:r w:rsidRPr="00FD4A85">
        <w:rPr>
          <w:vertAlign w:val="superscript"/>
          <w:lang w:val="ru-RU"/>
        </w:rPr>
        <w:t>о</w:t>
      </w:r>
      <w:r w:rsidRPr="00FD4A85">
        <w:rPr>
          <w:lang w:val="ru-RU"/>
        </w:rPr>
        <w:t>С. (</w:t>
      </w:r>
      <w:r w:rsidRPr="00FD4A85">
        <w:rPr>
          <w:sz w:val="22"/>
          <w:lang w:val="ru-RU"/>
        </w:rPr>
        <w:t>К</w:t>
      </w:r>
      <w:r>
        <w:rPr>
          <w:sz w:val="22"/>
          <w:vertAlign w:val="subscript"/>
        </w:rPr>
        <w:t>H</w:t>
      </w:r>
      <w:r w:rsidRPr="00FD4A85">
        <w:rPr>
          <w:position w:val="-4"/>
          <w:sz w:val="22"/>
          <w:vertAlign w:val="subscript"/>
          <w:lang w:val="ru-RU"/>
        </w:rPr>
        <w:t>2</w:t>
      </w:r>
      <w:r>
        <w:rPr>
          <w:sz w:val="22"/>
          <w:vertAlign w:val="subscript"/>
        </w:rPr>
        <w:t>O</w:t>
      </w:r>
      <w:r>
        <w:rPr>
          <w:sz w:val="22"/>
        </w:rPr>
        <w:t> </w:t>
      </w:r>
      <w:r w:rsidRPr="00FD4A85">
        <w:rPr>
          <w:sz w:val="22"/>
          <w:lang w:val="ru-RU"/>
        </w:rPr>
        <w:t>=</w:t>
      </w:r>
      <w:r>
        <w:rPr>
          <w:sz w:val="22"/>
        </w:rPr>
        <w:t> </w:t>
      </w:r>
      <w:r w:rsidRPr="00FD4A85">
        <w:rPr>
          <w:sz w:val="22"/>
          <w:lang w:val="ru-RU"/>
        </w:rPr>
        <w:t>1,86</w:t>
      </w:r>
      <w:r w:rsidRPr="00110C66">
        <w:rPr>
          <w:position w:val="-24"/>
          <w:sz w:val="22"/>
        </w:rPr>
        <w:object w:dxaOrig="920" w:dyaOrig="620">
          <v:shape id="_x0000_i1080" type="#_x0000_t75" style="width:46.5pt;height:30pt" o:ole="">
            <v:imagedata r:id="rId106" o:title=""/>
          </v:shape>
          <o:OLEObject Type="Embed" ProgID="Equation.3" ShapeID="_x0000_i1080" DrawAspect="Content" ObjectID="_1842695775" r:id="rId107"/>
        </w:object>
      </w:r>
      <w:r w:rsidRPr="00110C66">
        <w:rPr>
          <w:position w:val="-10"/>
          <w:sz w:val="22"/>
        </w:rPr>
        <w:object w:dxaOrig="180" w:dyaOrig="340">
          <v:shape id="_x0000_i1081" type="#_x0000_t75" style="width:9pt;height:17.25pt" o:ole="">
            <v:imagedata r:id="rId108" o:title=""/>
          </v:shape>
          <o:OLEObject Type="Embed" ProgID="Equation.3" ShapeID="_x0000_i1081" DrawAspect="Content" ObjectID="_1842695776" r:id="rId109"/>
        </w:object>
      </w:r>
      <w:r w:rsidRPr="00FD4A85">
        <w:rPr>
          <w:sz w:val="22"/>
          <w:lang w:val="ru-RU"/>
        </w:rPr>
        <w:t>)</w:t>
      </w:r>
      <w:r w:rsidRPr="00FD4A85">
        <w:rPr>
          <w:lang w:val="ru-RU"/>
        </w:rPr>
        <w:t>. Молярная масса  вещества   равна   _____, г/моль.</w:t>
      </w:r>
    </w:p>
    <w:p w:rsidR="00FD4A85" w:rsidRPr="00FD4A85" w:rsidRDefault="00FD4A85" w:rsidP="00FD4A85">
      <w:pPr>
        <w:tabs>
          <w:tab w:val="left" w:pos="3350"/>
        </w:tabs>
        <w:rPr>
          <w:b/>
          <w:szCs w:val="24"/>
          <w:lang w:val="ru-RU"/>
        </w:rPr>
      </w:pPr>
    </w:p>
    <w:p w:rsidR="00FD4A85" w:rsidRPr="00FD4A85" w:rsidRDefault="00FD4A85" w:rsidP="00FD4A85">
      <w:pPr>
        <w:tabs>
          <w:tab w:val="left" w:pos="3350"/>
        </w:tabs>
        <w:rPr>
          <w:lang w:val="ru-RU"/>
        </w:rPr>
      </w:pPr>
      <w:r w:rsidRPr="00FD4A85">
        <w:rPr>
          <w:b/>
          <w:szCs w:val="24"/>
          <w:lang w:val="ru-RU"/>
        </w:rPr>
        <w:t>Задание 80.</w:t>
      </w:r>
      <w:r w:rsidRPr="00FD4A85">
        <w:rPr>
          <w:lang w:val="ru-RU"/>
        </w:rPr>
        <w:t xml:space="preserve"> Раствор, содержащий </w:t>
      </w:r>
      <w:smartTag w:uri="urn:schemas-microsoft-com:office:smarttags" w:element="metricconverter">
        <w:smartTagPr>
          <w:attr w:name="ProductID" w:val="72 г"/>
        </w:smartTagPr>
        <w:r w:rsidRPr="00FD4A85">
          <w:rPr>
            <w:lang w:val="ru-RU"/>
          </w:rPr>
          <w:t>72 г</w:t>
        </w:r>
      </w:smartTag>
      <w:r w:rsidRPr="00FD4A85">
        <w:rPr>
          <w:lang w:val="ru-RU"/>
        </w:rPr>
        <w:t xml:space="preserve"> сахарозы(</w:t>
      </w:r>
      <w:r>
        <w:t>C</w:t>
      </w:r>
      <w:r w:rsidRPr="00FD4A85">
        <w:rPr>
          <w:vertAlign w:val="subscript"/>
          <w:lang w:val="ru-RU"/>
        </w:rPr>
        <w:t>12</w:t>
      </w:r>
      <w:r>
        <w:t>H</w:t>
      </w:r>
      <w:r w:rsidRPr="00FD4A85">
        <w:rPr>
          <w:vertAlign w:val="subscript"/>
          <w:lang w:val="ru-RU"/>
        </w:rPr>
        <w:t>22</w:t>
      </w:r>
      <w:r>
        <w:t>O</w:t>
      </w:r>
      <w:r w:rsidRPr="00FD4A85">
        <w:rPr>
          <w:vertAlign w:val="subscript"/>
          <w:lang w:val="ru-RU"/>
        </w:rPr>
        <w:t>11</w:t>
      </w:r>
      <w:r w:rsidRPr="00FD4A85">
        <w:rPr>
          <w:lang w:val="ru-RU"/>
        </w:rPr>
        <w:t xml:space="preserve">) в </w:t>
      </w:r>
      <w:smartTag w:uri="urn:schemas-microsoft-com:office:smarttags" w:element="metricconverter">
        <w:smartTagPr>
          <w:attr w:name="ProductID" w:val="1 л"/>
        </w:smartTagPr>
        <w:r w:rsidRPr="00FD4A85">
          <w:rPr>
            <w:lang w:val="ru-RU"/>
          </w:rPr>
          <w:t>1 л</w:t>
        </w:r>
      </w:smartTag>
      <w:r w:rsidRPr="00FD4A85">
        <w:rPr>
          <w:lang w:val="ru-RU"/>
        </w:rPr>
        <w:t xml:space="preserve"> раствора при 20</w:t>
      </w:r>
      <w:r w:rsidRPr="00FD4A85">
        <w:rPr>
          <w:vertAlign w:val="superscript"/>
          <w:lang w:val="ru-RU"/>
        </w:rPr>
        <w:t>о</w:t>
      </w:r>
      <w:r w:rsidRPr="00FD4A85">
        <w:rPr>
          <w:lang w:val="ru-RU"/>
        </w:rPr>
        <w:t xml:space="preserve">С имеет осмотическое давление… (кПа) </w:t>
      </w:r>
    </w:p>
    <w:p w:rsidR="00FD4A85" w:rsidRPr="00FD4A85" w:rsidRDefault="00FD4A85" w:rsidP="00FD4A85">
      <w:pPr>
        <w:rPr>
          <w:i/>
          <w:szCs w:val="24"/>
          <w:lang w:val="ru-RU"/>
        </w:rPr>
      </w:pPr>
    </w:p>
    <w:p w:rsidR="00FD4A85" w:rsidRPr="00FD4A85" w:rsidRDefault="00FD4A85" w:rsidP="00FD4A85">
      <w:pPr>
        <w:rPr>
          <w:b/>
          <w:szCs w:val="24"/>
          <w:lang w:val="ru-RU"/>
        </w:rPr>
      </w:pPr>
      <w:r w:rsidRPr="00FD4A85">
        <w:rPr>
          <w:b/>
          <w:szCs w:val="24"/>
          <w:lang w:val="ru-RU"/>
        </w:rPr>
        <w:t xml:space="preserve">Задание 81. </w:t>
      </w:r>
      <w:r w:rsidRPr="00FD4A85">
        <w:rPr>
          <w:lang w:val="ru-RU"/>
        </w:rPr>
        <w:t xml:space="preserve">При растворении </w:t>
      </w:r>
      <w:smartTag w:uri="urn:schemas-microsoft-com:office:smarttags" w:element="metricconverter">
        <w:smartTagPr>
          <w:attr w:name="ProductID" w:val="60 г"/>
        </w:smartTagPr>
        <w:r w:rsidRPr="00FD4A85">
          <w:rPr>
            <w:lang w:val="ru-RU"/>
          </w:rPr>
          <w:t>60 г</w:t>
        </w:r>
      </w:smartTag>
      <w:r w:rsidRPr="00FD4A85">
        <w:rPr>
          <w:lang w:val="ru-RU"/>
        </w:rPr>
        <w:t xml:space="preserve"> сахарозы в </w:t>
      </w:r>
      <w:smartTag w:uri="urn:schemas-microsoft-com:office:smarttags" w:element="metricconverter">
        <w:smartTagPr>
          <w:attr w:name="ProductID" w:val="100 г"/>
        </w:smartTagPr>
        <w:r w:rsidRPr="00FD4A85">
          <w:rPr>
            <w:lang w:val="ru-RU"/>
          </w:rPr>
          <w:t>100 г</w:t>
        </w:r>
      </w:smartTag>
      <w:r w:rsidRPr="00FD4A85">
        <w:rPr>
          <w:lang w:val="ru-RU"/>
        </w:rPr>
        <w:t xml:space="preserve"> воды температура замерзания понизится, на ______ град. (К=1,86ºС )</w:t>
      </w:r>
    </w:p>
    <w:p w:rsidR="00FD4A85" w:rsidRPr="00FD4A85" w:rsidRDefault="00FD4A85" w:rsidP="00FD4A85">
      <w:pPr>
        <w:rPr>
          <w:b/>
          <w:szCs w:val="24"/>
          <w:lang w:val="ru-RU"/>
        </w:rPr>
      </w:pPr>
    </w:p>
    <w:p w:rsidR="00FD4A85" w:rsidRPr="00FD4A85" w:rsidRDefault="00FD4A85" w:rsidP="00FD4A85">
      <w:pPr>
        <w:rPr>
          <w:b/>
          <w:szCs w:val="24"/>
          <w:lang w:val="ru-RU"/>
        </w:rPr>
      </w:pPr>
      <w:r w:rsidRPr="00FD4A85">
        <w:rPr>
          <w:b/>
          <w:szCs w:val="24"/>
          <w:lang w:val="ru-RU"/>
        </w:rPr>
        <w:t>Задание 82.</w:t>
      </w:r>
    </w:p>
    <w:p w:rsidR="00FD4A85" w:rsidRPr="00FD4A85" w:rsidRDefault="00FD4A85" w:rsidP="00FD4A85">
      <w:pPr>
        <w:rPr>
          <w:lang w:val="ru-RU"/>
        </w:rPr>
      </w:pPr>
      <w:r w:rsidRPr="00FD4A85">
        <w:rPr>
          <w:lang w:val="ru-RU"/>
        </w:rPr>
        <w:lastRenderedPageBreak/>
        <w:t>Осмотическое давление раствора глюкозы (</w:t>
      </w:r>
      <w:r>
        <w:t>C</w:t>
      </w:r>
      <w:r w:rsidRPr="00FD4A85">
        <w:rPr>
          <w:vertAlign w:val="subscript"/>
          <w:lang w:val="ru-RU"/>
        </w:rPr>
        <w:t>6</w:t>
      </w:r>
      <w:r>
        <w:t>H</w:t>
      </w:r>
      <w:r w:rsidRPr="00FD4A85">
        <w:rPr>
          <w:vertAlign w:val="subscript"/>
          <w:lang w:val="ru-RU"/>
        </w:rPr>
        <w:t>12</w:t>
      </w:r>
      <w:r>
        <w:t>O</w:t>
      </w:r>
      <w:r w:rsidRPr="00FD4A85">
        <w:rPr>
          <w:vertAlign w:val="subscript"/>
          <w:lang w:val="ru-RU"/>
        </w:rPr>
        <w:t>6</w:t>
      </w:r>
      <w:r w:rsidRPr="00FD4A85">
        <w:rPr>
          <w:lang w:val="ru-RU"/>
        </w:rPr>
        <w:t xml:space="preserve">) ,содержащего </w:t>
      </w:r>
      <w:smartTag w:uri="urn:schemas-microsoft-com:office:smarttags" w:element="metricconverter">
        <w:smartTagPr>
          <w:attr w:name="ProductID" w:val="72 г"/>
        </w:smartTagPr>
        <w:r w:rsidRPr="00FD4A85">
          <w:rPr>
            <w:lang w:val="ru-RU"/>
          </w:rPr>
          <w:t>72</w:t>
        </w:r>
        <w:r>
          <w:t> </w:t>
        </w:r>
        <w:r w:rsidRPr="00FD4A85">
          <w:rPr>
            <w:lang w:val="ru-RU"/>
          </w:rPr>
          <w:t>г</w:t>
        </w:r>
      </w:smartTag>
      <w:r w:rsidRPr="00FD4A85">
        <w:rPr>
          <w:lang w:val="ru-RU"/>
        </w:rPr>
        <w:t xml:space="preserve"> вещества в </w:t>
      </w:r>
      <w:smartTag w:uri="urn:schemas-microsoft-com:office:smarttags" w:element="metricconverter">
        <w:smartTagPr>
          <w:attr w:name="ProductID" w:val="1 л"/>
        </w:smartTagPr>
        <w:r w:rsidRPr="00FD4A85">
          <w:rPr>
            <w:lang w:val="ru-RU"/>
          </w:rPr>
          <w:t>1</w:t>
        </w:r>
        <w:r>
          <w:t> </w:t>
        </w:r>
        <w:r w:rsidRPr="00FD4A85">
          <w:rPr>
            <w:lang w:val="ru-RU"/>
          </w:rPr>
          <w:t>л</w:t>
        </w:r>
      </w:smartTag>
      <w:r w:rsidRPr="00FD4A85">
        <w:rPr>
          <w:lang w:val="ru-RU"/>
        </w:rPr>
        <w:t xml:space="preserve"> раствора  при </w:t>
      </w:r>
      <w:smartTag w:uri="urn:schemas-microsoft-com:office:smarttags" w:element="metricconverter">
        <w:smartTagPr>
          <w:attr w:name="ProductID" w:val="20ﾰC"/>
        </w:smartTagPr>
        <w:r w:rsidRPr="00FD4A85">
          <w:rPr>
            <w:lang w:val="ru-RU"/>
          </w:rPr>
          <w:t>20°</w:t>
        </w:r>
        <w:r>
          <w:t>C</w:t>
        </w:r>
      </w:smartTag>
      <w:r w:rsidRPr="00FD4A85">
        <w:rPr>
          <w:lang w:val="ru-RU"/>
        </w:rPr>
        <w:t xml:space="preserve"> составляет…, (кПа)</w:t>
      </w:r>
    </w:p>
    <w:p w:rsidR="00FD4A85" w:rsidRPr="00FD4A85" w:rsidRDefault="00FD4A85" w:rsidP="00FD4A85">
      <w:pPr>
        <w:rPr>
          <w:b/>
          <w:szCs w:val="24"/>
          <w:lang w:val="ru-RU"/>
        </w:rPr>
      </w:pPr>
    </w:p>
    <w:p w:rsidR="00FD4A85" w:rsidRPr="00FD4A85" w:rsidRDefault="00FD4A85" w:rsidP="00FD4A85">
      <w:pPr>
        <w:rPr>
          <w:lang w:val="ru-RU"/>
        </w:rPr>
      </w:pPr>
      <w:r w:rsidRPr="00FD4A85">
        <w:rPr>
          <w:b/>
          <w:szCs w:val="24"/>
          <w:lang w:val="ru-RU"/>
        </w:rPr>
        <w:t>Задание 83.</w:t>
      </w:r>
      <w:r w:rsidRPr="00FD4A85">
        <w:rPr>
          <w:lang w:val="ru-RU"/>
        </w:rPr>
        <w:t xml:space="preserve">Температура кристаллизации 10% раствора глицерина </w:t>
      </w:r>
      <w:r>
        <w:t>C</w:t>
      </w:r>
      <w:r w:rsidRPr="00FD4A85">
        <w:rPr>
          <w:vertAlign w:val="subscript"/>
          <w:lang w:val="ru-RU"/>
        </w:rPr>
        <w:t>3</w:t>
      </w:r>
      <w:r>
        <w:t>H</w:t>
      </w:r>
      <w:r w:rsidRPr="00FD4A85">
        <w:rPr>
          <w:vertAlign w:val="subscript"/>
          <w:lang w:val="ru-RU"/>
        </w:rPr>
        <w:t>8</w:t>
      </w:r>
      <w:r>
        <w:t>O</w:t>
      </w:r>
      <w:r w:rsidRPr="00FD4A85">
        <w:rPr>
          <w:vertAlign w:val="subscript"/>
          <w:lang w:val="ru-RU"/>
        </w:rPr>
        <w:t>3</w:t>
      </w:r>
      <w:r w:rsidRPr="00FD4A85">
        <w:rPr>
          <w:lang w:val="ru-RU"/>
        </w:rPr>
        <w:t xml:space="preserve"> в воде</w:t>
      </w:r>
      <w:r w:rsidRPr="00FD4A85">
        <w:rPr>
          <w:sz w:val="22"/>
          <w:lang w:val="ru-RU"/>
        </w:rPr>
        <w:t>(К</w:t>
      </w:r>
      <w:r>
        <w:rPr>
          <w:sz w:val="22"/>
          <w:vertAlign w:val="subscript"/>
        </w:rPr>
        <w:t>H</w:t>
      </w:r>
      <w:r w:rsidRPr="00FD4A85">
        <w:rPr>
          <w:position w:val="-4"/>
          <w:sz w:val="22"/>
          <w:vertAlign w:val="subscript"/>
          <w:lang w:val="ru-RU"/>
        </w:rPr>
        <w:t>2</w:t>
      </w:r>
      <w:r>
        <w:rPr>
          <w:sz w:val="22"/>
          <w:vertAlign w:val="subscript"/>
        </w:rPr>
        <w:t>O</w:t>
      </w:r>
      <w:r>
        <w:rPr>
          <w:sz w:val="22"/>
        </w:rPr>
        <w:t> </w:t>
      </w:r>
      <w:r w:rsidRPr="00FD4A85">
        <w:rPr>
          <w:sz w:val="22"/>
          <w:lang w:val="ru-RU"/>
        </w:rPr>
        <w:t>=</w:t>
      </w:r>
      <w:r>
        <w:rPr>
          <w:sz w:val="22"/>
        </w:rPr>
        <w:t> </w:t>
      </w:r>
      <w:r w:rsidRPr="00FD4A85">
        <w:rPr>
          <w:sz w:val="22"/>
          <w:lang w:val="ru-RU"/>
        </w:rPr>
        <w:t>1,86</w:t>
      </w:r>
      <w:r w:rsidRPr="00110C66">
        <w:rPr>
          <w:position w:val="-24"/>
          <w:sz w:val="22"/>
        </w:rPr>
        <w:object w:dxaOrig="920" w:dyaOrig="620">
          <v:shape id="_x0000_i1082" type="#_x0000_t75" style="width:46.5pt;height:30pt" o:ole="">
            <v:imagedata r:id="rId110" o:title=""/>
          </v:shape>
          <o:OLEObject Type="Embed" ProgID="Equation.3" ShapeID="_x0000_i1082" DrawAspect="Content" ObjectID="_1842695777" r:id="rId111"/>
        </w:object>
      </w:r>
      <w:r w:rsidRPr="00110C66">
        <w:rPr>
          <w:position w:val="-10"/>
          <w:sz w:val="22"/>
        </w:rPr>
        <w:object w:dxaOrig="180" w:dyaOrig="340">
          <v:shape id="_x0000_i1083" type="#_x0000_t75" style="width:9pt;height:17.25pt" o:ole="">
            <v:imagedata r:id="rId108" o:title=""/>
          </v:shape>
          <o:OLEObject Type="Embed" ProgID="Equation.3" ShapeID="_x0000_i1083" DrawAspect="Content" ObjectID="_1842695778" r:id="rId112"/>
        </w:object>
      </w:r>
      <w:r w:rsidRPr="00FD4A85">
        <w:rPr>
          <w:sz w:val="22"/>
          <w:lang w:val="ru-RU"/>
        </w:rPr>
        <w:t>)</w:t>
      </w:r>
      <w:r w:rsidRPr="00FD4A85">
        <w:rPr>
          <w:lang w:val="ru-RU"/>
        </w:rPr>
        <w:t xml:space="preserve"> составляет…, °С .</w:t>
      </w:r>
    </w:p>
    <w:p w:rsidR="00FD4A85" w:rsidRPr="00FD4A85" w:rsidRDefault="00FD4A85" w:rsidP="00FD4A85">
      <w:pPr>
        <w:rPr>
          <w:b/>
          <w:szCs w:val="24"/>
          <w:lang w:val="ru-RU"/>
        </w:rPr>
      </w:pPr>
    </w:p>
    <w:p w:rsidR="00FD4A85" w:rsidRPr="00FD4A85" w:rsidRDefault="00FD4A85" w:rsidP="00FD4A85">
      <w:pPr>
        <w:rPr>
          <w:b/>
          <w:szCs w:val="24"/>
          <w:lang w:val="ru-RU"/>
        </w:rPr>
      </w:pPr>
      <w:r w:rsidRPr="00FD4A85">
        <w:rPr>
          <w:b/>
          <w:szCs w:val="24"/>
          <w:lang w:val="ru-RU"/>
        </w:rPr>
        <w:t>Задание 84.</w:t>
      </w:r>
    </w:p>
    <w:p w:rsidR="00FD4A85" w:rsidRPr="00FD4A85" w:rsidRDefault="00FD4A85" w:rsidP="00FD4A85">
      <w:pPr>
        <w:rPr>
          <w:lang w:val="ru-RU"/>
        </w:rPr>
      </w:pPr>
      <w:r w:rsidRPr="00FD4A85">
        <w:rPr>
          <w:lang w:val="ru-RU"/>
        </w:rPr>
        <w:t xml:space="preserve">При </w:t>
      </w:r>
      <w:smartTag w:uri="urn:schemas-microsoft-com:office:smarttags" w:element="metricconverter">
        <w:smartTagPr>
          <w:attr w:name="ProductID" w:val="20°C"/>
        </w:smartTagPr>
        <w:r w:rsidRPr="00FD4A85">
          <w:rPr>
            <w:lang w:val="ru-RU"/>
          </w:rPr>
          <w:t>20°</w:t>
        </w:r>
        <w:r>
          <w:t>C</w:t>
        </w:r>
      </w:smartTag>
      <w:r w:rsidRPr="00FD4A85">
        <w:rPr>
          <w:lang w:val="ru-RU"/>
        </w:rPr>
        <w:t xml:space="preserve"> осмотическое давление раствора равно 438</w:t>
      </w:r>
      <w:r>
        <w:t> </w:t>
      </w:r>
      <w:r w:rsidRPr="00FD4A85">
        <w:rPr>
          <w:lang w:val="ru-RU"/>
        </w:rPr>
        <w:t xml:space="preserve">кПа. Если раствор разбавить в три раза, а температуру повысить до </w:t>
      </w:r>
      <w:smartTag w:uri="urn:schemas-microsoft-com:office:smarttags" w:element="metricconverter">
        <w:smartTagPr>
          <w:attr w:name="ProductID" w:val="40°C"/>
        </w:smartTagPr>
        <w:r w:rsidRPr="00FD4A85">
          <w:rPr>
            <w:lang w:val="ru-RU"/>
          </w:rPr>
          <w:t>40°</w:t>
        </w:r>
        <w:r>
          <w:t>C</w:t>
        </w:r>
      </w:smartTag>
      <w:r w:rsidRPr="00FD4A85">
        <w:rPr>
          <w:lang w:val="ru-RU"/>
        </w:rPr>
        <w:t>, осмотическое давление будет равно…,кПа</w:t>
      </w:r>
    </w:p>
    <w:p w:rsidR="00FD4A85" w:rsidRPr="00FD4A85" w:rsidRDefault="00FD4A85" w:rsidP="00FD4A85">
      <w:pPr>
        <w:rPr>
          <w:b/>
          <w:szCs w:val="24"/>
          <w:lang w:val="ru-RU"/>
        </w:rPr>
      </w:pPr>
    </w:p>
    <w:p w:rsidR="00FD4A85" w:rsidRPr="00FD4A85" w:rsidRDefault="00FD4A85" w:rsidP="00FD4A85">
      <w:pPr>
        <w:rPr>
          <w:b/>
          <w:szCs w:val="24"/>
          <w:lang w:val="ru-RU"/>
        </w:rPr>
      </w:pPr>
      <w:r w:rsidRPr="00FD4A85">
        <w:rPr>
          <w:b/>
          <w:szCs w:val="24"/>
          <w:lang w:val="ru-RU"/>
        </w:rPr>
        <w:t xml:space="preserve">Задание 85. </w:t>
      </w:r>
    </w:p>
    <w:p w:rsidR="00FD4A85" w:rsidRPr="00FD4A85" w:rsidRDefault="00FD4A85" w:rsidP="00FD4A85">
      <w:pPr>
        <w:rPr>
          <w:lang w:val="ru-RU"/>
        </w:rPr>
      </w:pPr>
      <w:r w:rsidRPr="00FD4A85">
        <w:rPr>
          <w:lang w:val="ru-RU"/>
        </w:rPr>
        <w:t>Температура замерзания 15 % водного раствора глицерина  (</w:t>
      </w:r>
      <w:r>
        <w:t>C</w:t>
      </w:r>
      <w:r w:rsidRPr="00FD4A85">
        <w:rPr>
          <w:vertAlign w:val="subscript"/>
          <w:lang w:val="ru-RU"/>
        </w:rPr>
        <w:t>3</w:t>
      </w:r>
      <w:r>
        <w:t>H</w:t>
      </w:r>
      <w:r w:rsidRPr="00FD4A85">
        <w:rPr>
          <w:vertAlign w:val="subscript"/>
          <w:lang w:val="ru-RU"/>
        </w:rPr>
        <w:t>8</w:t>
      </w:r>
      <w:r>
        <w:t>O</w:t>
      </w:r>
      <w:r w:rsidRPr="00FD4A85">
        <w:rPr>
          <w:vertAlign w:val="subscript"/>
          <w:lang w:val="ru-RU"/>
        </w:rPr>
        <w:t>3</w:t>
      </w:r>
      <w:r w:rsidRPr="00FD4A85">
        <w:rPr>
          <w:lang w:val="ru-RU"/>
        </w:rPr>
        <w:t>) равна…,°</w:t>
      </w:r>
      <w:r>
        <w:t>C</w:t>
      </w:r>
    </w:p>
    <w:p w:rsidR="00FD4A85" w:rsidRPr="00FD4A85" w:rsidRDefault="00FD4A85" w:rsidP="00FD4A85">
      <w:pPr>
        <w:rPr>
          <w:b/>
          <w:szCs w:val="24"/>
          <w:lang w:val="ru-RU"/>
        </w:rPr>
      </w:pPr>
    </w:p>
    <w:p w:rsidR="00FD4A85" w:rsidRPr="00FD4A85" w:rsidRDefault="00FD4A85" w:rsidP="00FD4A85">
      <w:pPr>
        <w:rPr>
          <w:b/>
          <w:szCs w:val="24"/>
          <w:lang w:val="ru-RU"/>
        </w:rPr>
      </w:pPr>
      <w:r w:rsidRPr="00FD4A85">
        <w:rPr>
          <w:b/>
          <w:szCs w:val="24"/>
          <w:lang w:val="ru-RU"/>
        </w:rPr>
        <w:t>Задание 86.</w:t>
      </w:r>
    </w:p>
    <w:p w:rsidR="00FD4A85" w:rsidRPr="00FD4A85" w:rsidRDefault="00FD4A85" w:rsidP="00FD4A85">
      <w:pPr>
        <w:rPr>
          <w:lang w:val="ru-RU"/>
        </w:rPr>
      </w:pPr>
      <w:r w:rsidRPr="00FD4A85">
        <w:rPr>
          <w:lang w:val="ru-RU"/>
        </w:rPr>
        <w:t>Реакция обмена идёт до конца, если:</w:t>
      </w:r>
    </w:p>
    <w:p w:rsidR="00FD4A85" w:rsidRPr="00E06BBA" w:rsidRDefault="00FD4A85" w:rsidP="00FD4A85">
      <w:pPr>
        <w:rPr>
          <w:i/>
          <w:szCs w:val="24"/>
        </w:rPr>
      </w:pPr>
      <w:r w:rsidRPr="00E06BBA">
        <w:rPr>
          <w:i/>
          <w:szCs w:val="24"/>
        </w:rPr>
        <w:t>варианты ответов:</w:t>
      </w:r>
    </w:p>
    <w:p w:rsidR="00FD4A85" w:rsidRPr="00FD4A85" w:rsidRDefault="00FD4A85" w:rsidP="00FD4A85">
      <w:pPr>
        <w:numPr>
          <w:ilvl w:val="0"/>
          <w:numId w:val="35"/>
        </w:numPr>
        <w:spacing w:line="240" w:lineRule="auto"/>
        <w:rPr>
          <w:lang w:val="ru-RU"/>
        </w:rPr>
      </w:pPr>
      <w:r w:rsidRPr="00FD4A85">
        <w:rPr>
          <w:lang w:val="ru-RU"/>
        </w:rPr>
        <w:t>исходные вещества взяты в количествах, пропорциональных  их стехиометрическим отношениям;</w:t>
      </w:r>
    </w:p>
    <w:p w:rsidR="00FD4A85" w:rsidRPr="00FD4A85" w:rsidRDefault="00FD4A85" w:rsidP="00FD4A85">
      <w:pPr>
        <w:numPr>
          <w:ilvl w:val="0"/>
          <w:numId w:val="35"/>
        </w:numPr>
        <w:spacing w:line="240" w:lineRule="auto"/>
        <w:rPr>
          <w:lang w:val="ru-RU"/>
        </w:rPr>
      </w:pPr>
      <w:r w:rsidRPr="00FD4A85">
        <w:rPr>
          <w:lang w:val="ru-RU"/>
        </w:rPr>
        <w:t>если более активный элемент вытеснит менее активный из его соединения;</w:t>
      </w:r>
    </w:p>
    <w:p w:rsidR="00FD4A85" w:rsidRPr="00FD4A85" w:rsidRDefault="00FD4A85" w:rsidP="00FD4A85">
      <w:pPr>
        <w:numPr>
          <w:ilvl w:val="0"/>
          <w:numId w:val="35"/>
        </w:numPr>
        <w:spacing w:line="240" w:lineRule="auto"/>
        <w:rPr>
          <w:lang w:val="ru-RU"/>
        </w:rPr>
      </w:pPr>
      <w:r w:rsidRPr="00FD4A85">
        <w:rPr>
          <w:lang w:val="ru-RU"/>
        </w:rPr>
        <w:t>если в результате реакции образуется осадок, газ или молекула слабого   электролита.</w:t>
      </w:r>
    </w:p>
    <w:p w:rsidR="00FD4A85" w:rsidRPr="00FD4A85" w:rsidRDefault="00FD4A85" w:rsidP="00FD4A85">
      <w:pPr>
        <w:rPr>
          <w:b/>
          <w:szCs w:val="24"/>
          <w:lang w:val="ru-RU"/>
        </w:rPr>
      </w:pPr>
    </w:p>
    <w:p w:rsidR="00FD4A85" w:rsidRPr="00FD4A85" w:rsidRDefault="00FD4A85" w:rsidP="00FD4A85">
      <w:pPr>
        <w:rPr>
          <w:lang w:val="ru-RU"/>
        </w:rPr>
      </w:pPr>
      <w:r w:rsidRPr="00FD4A85">
        <w:rPr>
          <w:b/>
          <w:lang w:val="ru-RU"/>
        </w:rPr>
        <w:t>Задание 87.</w:t>
      </w:r>
      <w:r w:rsidRPr="00FD4A85">
        <w:rPr>
          <w:lang w:val="ru-RU"/>
        </w:rPr>
        <w:t xml:space="preserve"> К сильным электролитам относится:</w:t>
      </w:r>
    </w:p>
    <w:p w:rsidR="00FD4A85" w:rsidRPr="001A3BB0" w:rsidRDefault="00FD4A85" w:rsidP="00FD4A85">
      <w:pPr>
        <w:pStyle w:val="14"/>
        <w:widowControl/>
        <w:rPr>
          <w:i/>
          <w:snapToGrid/>
          <w:sz w:val="24"/>
        </w:rPr>
      </w:pPr>
      <w:r>
        <w:rPr>
          <w:b/>
          <w:snapToGrid/>
          <w:sz w:val="24"/>
        </w:rPr>
        <w:t xml:space="preserve">  </w:t>
      </w:r>
      <w:r w:rsidRPr="001A3BB0">
        <w:rPr>
          <w:i/>
          <w:snapToGrid/>
          <w:sz w:val="24"/>
        </w:rPr>
        <w:t xml:space="preserve">варианты ответов: </w:t>
      </w:r>
    </w:p>
    <w:p w:rsidR="00FD4A85" w:rsidRPr="00FD4A85" w:rsidRDefault="00FD4A85" w:rsidP="00FD4A85">
      <w:pPr>
        <w:ind w:firstLine="175"/>
        <w:rPr>
          <w:lang w:val="ru-RU"/>
        </w:rPr>
      </w:pPr>
      <w:r w:rsidRPr="00FD4A85">
        <w:rPr>
          <w:lang w:val="ru-RU"/>
        </w:rPr>
        <w:t xml:space="preserve">1) </w:t>
      </w:r>
      <w:r>
        <w:t>Fe</w:t>
      </w:r>
      <w:r w:rsidRPr="00FD4A85">
        <w:rPr>
          <w:lang w:val="ru-RU"/>
        </w:rPr>
        <w:t>(</w:t>
      </w:r>
      <w:r>
        <w:t>OH</w:t>
      </w:r>
      <w:r w:rsidRPr="00FD4A85">
        <w:rPr>
          <w:lang w:val="ru-RU"/>
        </w:rPr>
        <w:t>)</w:t>
      </w:r>
      <w:r w:rsidRPr="00FD4A85">
        <w:rPr>
          <w:vertAlign w:val="subscript"/>
          <w:lang w:val="ru-RU"/>
        </w:rPr>
        <w:t>3</w:t>
      </w:r>
      <w:r w:rsidRPr="00FD4A85">
        <w:rPr>
          <w:lang w:val="ru-RU"/>
        </w:rPr>
        <w:t xml:space="preserve">;  2) </w:t>
      </w:r>
      <w:r>
        <w:t>H</w:t>
      </w:r>
      <w:r w:rsidRPr="00FD4A85">
        <w:rPr>
          <w:vertAlign w:val="subscript"/>
          <w:lang w:val="ru-RU"/>
        </w:rPr>
        <w:t>2</w:t>
      </w:r>
      <w:r>
        <w:t>SiO</w:t>
      </w:r>
      <w:r w:rsidRPr="00FD4A85">
        <w:rPr>
          <w:vertAlign w:val="subscript"/>
          <w:lang w:val="ru-RU"/>
        </w:rPr>
        <w:t>3</w:t>
      </w:r>
      <w:r w:rsidRPr="00FD4A85">
        <w:rPr>
          <w:lang w:val="ru-RU"/>
        </w:rPr>
        <w:t xml:space="preserve">;    3) </w:t>
      </w:r>
      <w:r>
        <w:t>H</w:t>
      </w:r>
      <w:r w:rsidRPr="00FD4A85">
        <w:rPr>
          <w:vertAlign w:val="subscript"/>
          <w:lang w:val="ru-RU"/>
        </w:rPr>
        <w:t>2</w:t>
      </w:r>
      <w:r>
        <w:t>SO</w:t>
      </w:r>
      <w:r w:rsidRPr="00FD4A85">
        <w:rPr>
          <w:vertAlign w:val="subscript"/>
          <w:lang w:val="ru-RU"/>
        </w:rPr>
        <w:t>4</w:t>
      </w:r>
    </w:p>
    <w:p w:rsidR="00FD4A85" w:rsidRPr="00FD4A85" w:rsidRDefault="00FD4A85" w:rsidP="00FD4A85">
      <w:pPr>
        <w:ind w:firstLine="175"/>
        <w:rPr>
          <w:i/>
          <w:sz w:val="20"/>
          <w:u w:val="single"/>
          <w:lang w:val="ru-RU"/>
        </w:rPr>
      </w:pPr>
    </w:p>
    <w:p w:rsidR="00FD4A85" w:rsidRPr="008965C9" w:rsidRDefault="00FD4A85" w:rsidP="00FD4A85">
      <w:pPr>
        <w:pStyle w:val="affb"/>
        <w:ind w:left="0"/>
      </w:pPr>
      <w:r>
        <w:rPr>
          <w:b/>
        </w:rPr>
        <w:t>Задание 88</w:t>
      </w:r>
      <w:r w:rsidRPr="00AE47C9">
        <w:rPr>
          <w:b/>
        </w:rPr>
        <w:t>.</w:t>
      </w:r>
      <w:r>
        <w:rPr>
          <w:szCs w:val="24"/>
        </w:rPr>
        <w:t xml:space="preserve"> </w:t>
      </w:r>
      <w:r>
        <w:t>Из трёх групп веществ выберите ту, которая содержит только сильные электролиты:</w:t>
      </w:r>
      <w:r>
        <w:rPr>
          <w:b/>
        </w:rPr>
        <w:t xml:space="preserve"> </w:t>
      </w:r>
      <w:r w:rsidRPr="001A3BB0">
        <w:rPr>
          <w:i/>
        </w:rPr>
        <w:t xml:space="preserve">варианты ответов: </w:t>
      </w:r>
    </w:p>
    <w:p w:rsidR="00FD4A85" w:rsidRPr="00287A8F" w:rsidRDefault="00FD4A85" w:rsidP="00FD4A85">
      <w:pPr>
        <w:spacing w:line="240" w:lineRule="auto"/>
        <w:rPr>
          <w:i/>
          <w:sz w:val="20"/>
          <w:u w:val="single"/>
        </w:rPr>
      </w:pPr>
      <w:r w:rsidRPr="00391C67">
        <w:t xml:space="preserve">1) </w:t>
      </w:r>
      <w:r>
        <w:t>NaCl</w:t>
      </w:r>
      <w:r w:rsidRPr="00391C67">
        <w:t xml:space="preserve"> ,</w:t>
      </w:r>
      <w:r>
        <w:t>Cu</w:t>
      </w:r>
      <w:r w:rsidRPr="00391C67">
        <w:t>(</w:t>
      </w:r>
      <w:r>
        <w:t>OH</w:t>
      </w:r>
      <w:r w:rsidRPr="00391C67">
        <w:t>)</w:t>
      </w:r>
      <w:r w:rsidRPr="00391C67">
        <w:rPr>
          <w:vertAlign w:val="subscript"/>
        </w:rPr>
        <w:t>2</w:t>
      </w:r>
      <w:r w:rsidRPr="00391C67">
        <w:t xml:space="preserve">, </w:t>
      </w:r>
      <w:r>
        <w:t>HNO</w:t>
      </w:r>
      <w:r w:rsidRPr="00391C67">
        <w:rPr>
          <w:vertAlign w:val="subscript"/>
        </w:rPr>
        <w:t>3</w:t>
      </w:r>
      <w:r w:rsidRPr="00391C67">
        <w:t xml:space="preserve">; 2) </w:t>
      </w:r>
      <w:r>
        <w:t>BaCl</w:t>
      </w:r>
      <w:r w:rsidRPr="00391C67">
        <w:rPr>
          <w:vertAlign w:val="subscript"/>
        </w:rPr>
        <w:t>2</w:t>
      </w:r>
      <w:r w:rsidRPr="00391C67">
        <w:t xml:space="preserve"> , </w:t>
      </w:r>
      <w:r>
        <w:t>H</w:t>
      </w:r>
      <w:r w:rsidRPr="00391C67">
        <w:t xml:space="preserve"> </w:t>
      </w:r>
      <w:r w:rsidRPr="00391C67">
        <w:rPr>
          <w:vertAlign w:val="subscript"/>
        </w:rPr>
        <w:t>2</w:t>
      </w:r>
      <w:r>
        <w:t>CO</w:t>
      </w:r>
      <w:r w:rsidRPr="00391C67">
        <w:rPr>
          <w:vertAlign w:val="subscript"/>
        </w:rPr>
        <w:t xml:space="preserve">3 </w:t>
      </w:r>
      <w:r w:rsidRPr="00391C67">
        <w:t xml:space="preserve">, </w:t>
      </w:r>
      <w:r>
        <w:t>NaOH</w:t>
      </w:r>
      <w:r w:rsidRPr="00391C67">
        <w:t>;  3)</w:t>
      </w:r>
      <w:r>
        <w:t>K</w:t>
      </w:r>
      <w:r w:rsidRPr="00287A8F">
        <w:rPr>
          <w:vertAlign w:val="subscript"/>
        </w:rPr>
        <w:t>2</w:t>
      </w:r>
      <w:r>
        <w:t>SO</w:t>
      </w:r>
      <w:r w:rsidRPr="00287A8F">
        <w:rPr>
          <w:vertAlign w:val="subscript"/>
        </w:rPr>
        <w:t>4</w:t>
      </w:r>
      <w:r w:rsidRPr="00287A8F">
        <w:t xml:space="preserve">, </w:t>
      </w:r>
      <w:r>
        <w:t>HNO</w:t>
      </w:r>
      <w:r w:rsidRPr="00287A8F">
        <w:rPr>
          <w:vertAlign w:val="subscript"/>
        </w:rPr>
        <w:t>3</w:t>
      </w:r>
      <w:r w:rsidRPr="00287A8F">
        <w:t xml:space="preserve">, </w:t>
      </w:r>
      <w:r>
        <w:t>Ba</w:t>
      </w:r>
      <w:r w:rsidRPr="00287A8F">
        <w:t>(</w:t>
      </w:r>
      <w:r>
        <w:t>OH</w:t>
      </w:r>
      <w:r w:rsidRPr="00287A8F">
        <w:t>)</w:t>
      </w:r>
      <w:r w:rsidRPr="00287A8F">
        <w:rPr>
          <w:vertAlign w:val="subscript"/>
        </w:rPr>
        <w:t>2</w:t>
      </w:r>
    </w:p>
    <w:p w:rsidR="00FD4A85" w:rsidRPr="00CC527C" w:rsidRDefault="00FD4A85" w:rsidP="00FD4A85">
      <w:pPr>
        <w:rPr>
          <w:b/>
          <w:szCs w:val="24"/>
        </w:rPr>
      </w:pPr>
    </w:p>
    <w:p w:rsidR="00FD4A85" w:rsidRPr="00FD4A85" w:rsidRDefault="00FD4A85" w:rsidP="00FD4A85">
      <w:pPr>
        <w:rPr>
          <w:b/>
          <w:szCs w:val="24"/>
          <w:lang w:val="ru-RU"/>
        </w:rPr>
      </w:pPr>
      <w:r w:rsidRPr="00FD4A85">
        <w:rPr>
          <w:b/>
          <w:szCs w:val="24"/>
          <w:lang w:val="ru-RU"/>
        </w:rPr>
        <w:t>Задание 89.</w:t>
      </w:r>
    </w:p>
    <w:p w:rsidR="00FD4A85" w:rsidRPr="00FD4A85" w:rsidRDefault="00FD4A85" w:rsidP="00FD4A85">
      <w:pPr>
        <w:rPr>
          <w:lang w:val="ru-RU"/>
        </w:rPr>
      </w:pPr>
      <w:r w:rsidRPr="00FD4A85">
        <w:rPr>
          <w:lang w:val="ru-RU"/>
        </w:rPr>
        <w:t>Исходя из данных о растворимости веществ, определите, в каком случае выпадения осадка не происходит:</w:t>
      </w:r>
    </w:p>
    <w:p w:rsidR="00FD4A85" w:rsidRPr="00FD4A85" w:rsidRDefault="00FD4A85" w:rsidP="00FD4A85">
      <w:pPr>
        <w:rPr>
          <w:i/>
          <w:szCs w:val="24"/>
          <w:lang w:val="ru-RU"/>
        </w:rPr>
      </w:pPr>
      <w:r w:rsidRPr="00FD4A85">
        <w:rPr>
          <w:i/>
          <w:szCs w:val="24"/>
          <w:lang w:val="ru-RU"/>
        </w:rPr>
        <w:t>варианты ответов:</w:t>
      </w:r>
    </w:p>
    <w:p w:rsidR="00FD4A85" w:rsidRPr="00FD4A85" w:rsidRDefault="00FD4A85" w:rsidP="00FD4A85">
      <w:pPr>
        <w:rPr>
          <w:lang w:val="ru-RU"/>
        </w:rPr>
      </w:pPr>
      <w:r w:rsidRPr="00FD4A85">
        <w:rPr>
          <w:lang w:val="ru-RU"/>
        </w:rPr>
        <w:t>1)</w:t>
      </w:r>
      <w:r>
        <w:t>AgNO</w:t>
      </w:r>
      <w:r w:rsidRPr="00FD4A85">
        <w:rPr>
          <w:vertAlign w:val="subscript"/>
          <w:lang w:val="ru-RU"/>
        </w:rPr>
        <w:t>3</w:t>
      </w:r>
      <w:r w:rsidRPr="00FD4A85">
        <w:rPr>
          <w:lang w:val="ru-RU"/>
        </w:rPr>
        <w:t>+</w:t>
      </w:r>
      <w:r>
        <w:t>NaCl</w:t>
      </w:r>
      <w:r w:rsidRPr="00FD4A85">
        <w:rPr>
          <w:lang w:val="ru-RU"/>
        </w:rPr>
        <w:t xml:space="preserve"> →         2) </w:t>
      </w:r>
      <w:r>
        <w:t>CuCl</w:t>
      </w:r>
      <w:r w:rsidRPr="00FD4A85">
        <w:rPr>
          <w:vertAlign w:val="subscript"/>
          <w:lang w:val="ru-RU"/>
        </w:rPr>
        <w:t>2</w:t>
      </w:r>
      <w:r w:rsidRPr="00FD4A85">
        <w:rPr>
          <w:lang w:val="ru-RU"/>
        </w:rPr>
        <w:t>+</w:t>
      </w:r>
      <w:r>
        <w:t>NaOH</w:t>
      </w:r>
      <w:r w:rsidRPr="00FD4A85">
        <w:rPr>
          <w:lang w:val="ru-RU"/>
        </w:rPr>
        <w:t xml:space="preserve"> →             3) </w:t>
      </w:r>
      <w:r>
        <w:t>MnSO</w:t>
      </w:r>
      <w:r w:rsidRPr="00FD4A85">
        <w:rPr>
          <w:vertAlign w:val="subscript"/>
          <w:lang w:val="ru-RU"/>
        </w:rPr>
        <w:t xml:space="preserve">4 </w:t>
      </w:r>
      <w:r w:rsidRPr="00FD4A85">
        <w:rPr>
          <w:lang w:val="ru-RU"/>
        </w:rPr>
        <w:t>+</w:t>
      </w:r>
      <w:r>
        <w:t>NaI</w:t>
      </w:r>
    </w:p>
    <w:p w:rsidR="00FD4A85" w:rsidRPr="00FD4A85" w:rsidRDefault="00FD4A85" w:rsidP="00FD4A85">
      <w:pPr>
        <w:rPr>
          <w:b/>
          <w:szCs w:val="24"/>
          <w:lang w:val="ru-RU"/>
        </w:rPr>
      </w:pPr>
    </w:p>
    <w:p w:rsidR="00FD4A85" w:rsidRPr="00FD4A85" w:rsidRDefault="00FD4A85" w:rsidP="00FD4A85">
      <w:pPr>
        <w:rPr>
          <w:b/>
          <w:szCs w:val="24"/>
          <w:lang w:val="ru-RU"/>
        </w:rPr>
      </w:pPr>
      <w:r w:rsidRPr="00FD4A85">
        <w:rPr>
          <w:b/>
          <w:szCs w:val="24"/>
          <w:lang w:val="ru-RU"/>
        </w:rPr>
        <w:lastRenderedPageBreak/>
        <w:t>Задание 90.</w:t>
      </w:r>
    </w:p>
    <w:p w:rsidR="00FD4A85" w:rsidRPr="00FD4A85" w:rsidRDefault="00FD4A85" w:rsidP="00FD4A85">
      <w:pPr>
        <w:rPr>
          <w:lang w:val="ru-RU"/>
        </w:rPr>
      </w:pPr>
      <w:r w:rsidRPr="00FD4A85">
        <w:rPr>
          <w:lang w:val="ru-RU"/>
        </w:rPr>
        <w:t>Какая реакция обмена идет с выделением газа:</w:t>
      </w:r>
    </w:p>
    <w:p w:rsidR="00FD4A85" w:rsidRPr="00E06BBA" w:rsidRDefault="00FD4A85" w:rsidP="00FD4A85">
      <w:pPr>
        <w:rPr>
          <w:i/>
          <w:szCs w:val="24"/>
        </w:rPr>
      </w:pPr>
      <w:r w:rsidRPr="00E06BBA">
        <w:rPr>
          <w:i/>
          <w:szCs w:val="24"/>
        </w:rPr>
        <w:t>варианты ответов:</w:t>
      </w:r>
    </w:p>
    <w:p w:rsidR="00FD4A85" w:rsidRPr="00F56263" w:rsidRDefault="00FD4A85" w:rsidP="00FD4A85">
      <w:pPr>
        <w:numPr>
          <w:ilvl w:val="0"/>
          <w:numId w:val="28"/>
        </w:numPr>
        <w:spacing w:line="240" w:lineRule="auto"/>
      </w:pPr>
      <w:r>
        <w:t>CaCl</w:t>
      </w:r>
      <w:r w:rsidRPr="00F56263">
        <w:rPr>
          <w:vertAlign w:val="subscript"/>
        </w:rPr>
        <w:t>2</w:t>
      </w:r>
      <w:r w:rsidRPr="00F56263">
        <w:t>+</w:t>
      </w:r>
      <w:r>
        <w:t>Na</w:t>
      </w:r>
      <w:r w:rsidRPr="00F56263">
        <w:rPr>
          <w:vertAlign w:val="subscript"/>
        </w:rPr>
        <w:t>2</w:t>
      </w:r>
      <w:r>
        <w:t>CO</w:t>
      </w:r>
      <w:r w:rsidRPr="00F56263">
        <w:rPr>
          <w:vertAlign w:val="subscript"/>
        </w:rPr>
        <w:t>3</w:t>
      </w:r>
      <w:r w:rsidRPr="00F56263">
        <w:t>→</w:t>
      </w:r>
    </w:p>
    <w:p w:rsidR="00FD4A85" w:rsidRPr="00F56263" w:rsidRDefault="00FD4A85" w:rsidP="00FD4A85">
      <w:pPr>
        <w:numPr>
          <w:ilvl w:val="0"/>
          <w:numId w:val="28"/>
        </w:numPr>
        <w:spacing w:line="240" w:lineRule="auto"/>
      </w:pPr>
      <w:r>
        <w:t>MgCO</w:t>
      </w:r>
      <w:r w:rsidRPr="00F56263">
        <w:rPr>
          <w:vertAlign w:val="subscript"/>
        </w:rPr>
        <w:t>3</w:t>
      </w:r>
      <w:r w:rsidRPr="00F56263">
        <w:t>+</w:t>
      </w:r>
      <w:r>
        <w:t>HNO</w:t>
      </w:r>
      <w:r w:rsidRPr="00F56263">
        <w:rPr>
          <w:vertAlign w:val="subscript"/>
        </w:rPr>
        <w:t>3</w:t>
      </w:r>
      <w:r w:rsidRPr="00F56263">
        <w:t>→</w:t>
      </w:r>
    </w:p>
    <w:p w:rsidR="00FD4A85" w:rsidRPr="00F56263" w:rsidRDefault="00FD4A85" w:rsidP="00FD4A85">
      <w:pPr>
        <w:numPr>
          <w:ilvl w:val="0"/>
          <w:numId w:val="28"/>
        </w:numPr>
        <w:spacing w:line="240" w:lineRule="auto"/>
      </w:pPr>
      <w:r>
        <w:t>K</w:t>
      </w:r>
      <w:r w:rsidRPr="00F56263">
        <w:rPr>
          <w:vertAlign w:val="subscript"/>
        </w:rPr>
        <w:t>2</w:t>
      </w:r>
      <w:r>
        <w:t>CO</w:t>
      </w:r>
      <w:r w:rsidRPr="00F56263">
        <w:rPr>
          <w:vertAlign w:val="subscript"/>
        </w:rPr>
        <w:t>3</w:t>
      </w:r>
      <w:r w:rsidRPr="00F56263">
        <w:t>+</w:t>
      </w:r>
      <w:r>
        <w:t>H</w:t>
      </w:r>
      <w:r w:rsidRPr="00F56263">
        <w:rPr>
          <w:vertAlign w:val="subscript"/>
        </w:rPr>
        <w:t>2</w:t>
      </w:r>
      <w:r>
        <w:t>SiO</w:t>
      </w:r>
      <w:r w:rsidRPr="00F56263">
        <w:rPr>
          <w:vertAlign w:val="subscript"/>
        </w:rPr>
        <w:t>3</w:t>
      </w:r>
      <w:r w:rsidRPr="00F56263">
        <w:t>→</w:t>
      </w:r>
    </w:p>
    <w:p w:rsidR="00FD4A85" w:rsidRPr="000574C6" w:rsidRDefault="00FD4A85" w:rsidP="00FD4A85">
      <w:pPr>
        <w:rPr>
          <w:b/>
          <w:szCs w:val="24"/>
        </w:rPr>
      </w:pPr>
    </w:p>
    <w:p w:rsidR="00FD4A85" w:rsidRDefault="00FD4A85" w:rsidP="00FD4A85">
      <w:pPr>
        <w:rPr>
          <w:b/>
          <w:szCs w:val="24"/>
        </w:rPr>
      </w:pPr>
      <w:r w:rsidRPr="00E06BBA">
        <w:rPr>
          <w:b/>
          <w:szCs w:val="24"/>
        </w:rPr>
        <w:t xml:space="preserve">Задание </w:t>
      </w:r>
      <w:r>
        <w:rPr>
          <w:b/>
          <w:szCs w:val="24"/>
        </w:rPr>
        <w:t>91</w:t>
      </w:r>
      <w:r w:rsidRPr="00E06BBA">
        <w:rPr>
          <w:b/>
          <w:szCs w:val="24"/>
        </w:rPr>
        <w:t>.</w:t>
      </w:r>
    </w:p>
    <w:p w:rsidR="00FD4A85" w:rsidRPr="00FD4A85" w:rsidRDefault="00FD4A85" w:rsidP="00FD4A85">
      <w:pPr>
        <w:rPr>
          <w:lang w:val="ru-RU"/>
        </w:rPr>
      </w:pPr>
      <w:r w:rsidRPr="00FD4A85">
        <w:rPr>
          <w:lang w:val="ru-RU"/>
        </w:rPr>
        <w:t>Из приведённых ниже солей гидролизуется одновременно по катиону и аниону:</w:t>
      </w:r>
    </w:p>
    <w:p w:rsidR="00FD4A85" w:rsidRPr="00181731" w:rsidRDefault="00FD4A85" w:rsidP="00FD4A85">
      <w:pPr>
        <w:rPr>
          <w:i/>
          <w:szCs w:val="24"/>
          <w:lang w:val="ru-RU"/>
        </w:rPr>
      </w:pPr>
      <w:r w:rsidRPr="00181731">
        <w:rPr>
          <w:i/>
          <w:szCs w:val="24"/>
          <w:lang w:val="ru-RU"/>
        </w:rPr>
        <w:t>варианты ответов:</w:t>
      </w:r>
    </w:p>
    <w:p w:rsidR="00FD4A85" w:rsidRPr="00181731" w:rsidRDefault="00FD4A85" w:rsidP="00FD4A85">
      <w:pPr>
        <w:tabs>
          <w:tab w:val="left" w:pos="1162"/>
        </w:tabs>
        <w:spacing w:line="240" w:lineRule="auto"/>
        <w:rPr>
          <w:b/>
          <w:szCs w:val="24"/>
          <w:lang w:val="ru-RU"/>
        </w:rPr>
      </w:pPr>
      <w:r>
        <w:t>NH</w:t>
      </w:r>
      <w:r w:rsidRPr="00181731">
        <w:rPr>
          <w:szCs w:val="16"/>
          <w:vertAlign w:val="subscript"/>
          <w:lang w:val="ru-RU"/>
        </w:rPr>
        <w:t>4</w:t>
      </w:r>
      <w:r>
        <w:t>Cl</w:t>
      </w:r>
      <w:r w:rsidRPr="00181731">
        <w:rPr>
          <w:lang w:val="ru-RU"/>
        </w:rPr>
        <w:t xml:space="preserve"> ;          </w:t>
      </w:r>
      <w:r>
        <w:t>CH</w:t>
      </w:r>
      <w:r w:rsidRPr="00181731">
        <w:rPr>
          <w:szCs w:val="14"/>
          <w:vertAlign w:val="subscript"/>
          <w:lang w:val="ru-RU"/>
        </w:rPr>
        <w:t>3</w:t>
      </w:r>
      <w:r>
        <w:t>COONH</w:t>
      </w:r>
      <w:r w:rsidRPr="00181731">
        <w:rPr>
          <w:szCs w:val="16"/>
          <w:vertAlign w:val="subscript"/>
          <w:lang w:val="ru-RU"/>
        </w:rPr>
        <w:t>4</w:t>
      </w:r>
      <w:r w:rsidRPr="00181731">
        <w:rPr>
          <w:szCs w:val="16"/>
          <w:lang w:val="ru-RU"/>
        </w:rPr>
        <w:t xml:space="preserve">; </w:t>
      </w:r>
      <w:r w:rsidRPr="00181731">
        <w:rPr>
          <w:szCs w:val="16"/>
          <w:vertAlign w:val="subscript"/>
          <w:lang w:val="ru-RU"/>
        </w:rPr>
        <w:t xml:space="preserve">             </w:t>
      </w:r>
      <w:r w:rsidRPr="008965C9">
        <w:t>CH</w:t>
      </w:r>
      <w:r w:rsidRPr="00181731">
        <w:rPr>
          <w:szCs w:val="14"/>
          <w:vertAlign w:val="subscript"/>
          <w:lang w:val="ru-RU"/>
        </w:rPr>
        <w:t>3</w:t>
      </w:r>
      <w:r w:rsidRPr="008965C9">
        <w:t>COONa</w:t>
      </w:r>
    </w:p>
    <w:p w:rsidR="00FD4A85" w:rsidRPr="00181731" w:rsidRDefault="00FD4A85" w:rsidP="00FD4A85">
      <w:pPr>
        <w:rPr>
          <w:b/>
          <w:szCs w:val="24"/>
          <w:lang w:val="ru-RU"/>
        </w:rPr>
      </w:pPr>
    </w:p>
    <w:p w:rsidR="00FD4A85" w:rsidRPr="00181731" w:rsidRDefault="00FD4A85" w:rsidP="00FD4A85">
      <w:pPr>
        <w:rPr>
          <w:b/>
          <w:szCs w:val="24"/>
          <w:lang w:val="ru-RU"/>
        </w:rPr>
      </w:pPr>
      <w:r w:rsidRPr="00181731">
        <w:rPr>
          <w:b/>
          <w:szCs w:val="24"/>
          <w:lang w:val="ru-RU"/>
        </w:rPr>
        <w:t>Задание 92.</w:t>
      </w:r>
    </w:p>
    <w:p w:rsidR="00FD4A85" w:rsidRPr="00181731" w:rsidRDefault="00FD4A85" w:rsidP="00FD4A85">
      <w:pPr>
        <w:rPr>
          <w:lang w:val="ru-RU"/>
        </w:rPr>
      </w:pPr>
      <w:r w:rsidRPr="00181731">
        <w:rPr>
          <w:lang w:val="ru-RU"/>
        </w:rPr>
        <w:t>Из приведённых ниже солей, по катиону гидролизуется соль:</w:t>
      </w:r>
    </w:p>
    <w:p w:rsidR="00FD4A85" w:rsidRPr="00181731" w:rsidRDefault="00FD4A85" w:rsidP="00FD4A85">
      <w:pPr>
        <w:rPr>
          <w:i/>
          <w:szCs w:val="24"/>
          <w:lang w:val="ru-RU"/>
        </w:rPr>
      </w:pPr>
      <w:r w:rsidRPr="00181731">
        <w:rPr>
          <w:i/>
          <w:szCs w:val="24"/>
          <w:lang w:val="ru-RU"/>
        </w:rPr>
        <w:t>варианты ответов:</w:t>
      </w:r>
    </w:p>
    <w:p w:rsidR="00FD4A85" w:rsidRPr="00181731" w:rsidRDefault="00FD4A85" w:rsidP="00FD4A85">
      <w:pPr>
        <w:rPr>
          <w:lang w:val="ru-RU"/>
        </w:rPr>
      </w:pPr>
      <w:r w:rsidRPr="00181731">
        <w:rPr>
          <w:lang w:val="ru-RU"/>
        </w:rPr>
        <w:t xml:space="preserve">1) </w:t>
      </w:r>
      <w:r>
        <w:t>CH</w:t>
      </w:r>
      <w:r w:rsidRPr="00181731">
        <w:rPr>
          <w:szCs w:val="14"/>
          <w:vertAlign w:val="subscript"/>
          <w:lang w:val="ru-RU"/>
        </w:rPr>
        <w:t>3</w:t>
      </w:r>
      <w:r>
        <w:t>COOK</w:t>
      </w:r>
      <w:r w:rsidRPr="00181731">
        <w:rPr>
          <w:lang w:val="ru-RU"/>
        </w:rPr>
        <w:t xml:space="preserve">;             2) </w:t>
      </w:r>
      <w:r>
        <w:t>ZnCl</w:t>
      </w:r>
      <w:r w:rsidRPr="00181731">
        <w:rPr>
          <w:szCs w:val="14"/>
          <w:vertAlign w:val="subscript"/>
          <w:lang w:val="ru-RU"/>
        </w:rPr>
        <w:t xml:space="preserve">2                           </w:t>
      </w:r>
      <w:r w:rsidRPr="00181731">
        <w:rPr>
          <w:lang w:val="ru-RU"/>
        </w:rPr>
        <w:t xml:space="preserve">3) </w:t>
      </w:r>
      <w:r>
        <w:t>Ca</w:t>
      </w:r>
      <w:r w:rsidRPr="00181731">
        <w:rPr>
          <w:lang w:val="ru-RU"/>
        </w:rPr>
        <w:t>(</w:t>
      </w:r>
      <w:r>
        <w:t>NO</w:t>
      </w:r>
      <w:r w:rsidRPr="00181731">
        <w:rPr>
          <w:szCs w:val="14"/>
          <w:vertAlign w:val="subscript"/>
          <w:lang w:val="ru-RU"/>
        </w:rPr>
        <w:t>3</w:t>
      </w:r>
      <w:r w:rsidRPr="00181731">
        <w:rPr>
          <w:lang w:val="ru-RU"/>
        </w:rPr>
        <w:t>).</w:t>
      </w:r>
    </w:p>
    <w:p w:rsidR="00FD4A85" w:rsidRPr="00181731" w:rsidRDefault="00FD4A85" w:rsidP="00FD4A85">
      <w:pPr>
        <w:rPr>
          <w:b/>
          <w:lang w:val="ru-RU"/>
        </w:rPr>
      </w:pPr>
    </w:p>
    <w:p w:rsidR="00FD4A85" w:rsidRPr="00181731" w:rsidRDefault="00FD4A85" w:rsidP="00FD4A85">
      <w:pPr>
        <w:rPr>
          <w:b/>
          <w:lang w:val="ru-RU"/>
        </w:rPr>
      </w:pPr>
      <w:r w:rsidRPr="00181731">
        <w:rPr>
          <w:b/>
          <w:lang w:val="ru-RU"/>
        </w:rPr>
        <w:t>Задание 93.</w:t>
      </w:r>
    </w:p>
    <w:p w:rsidR="00FD4A85" w:rsidRPr="00181731" w:rsidRDefault="00FD4A85" w:rsidP="00FD4A85">
      <w:pPr>
        <w:rPr>
          <w:lang w:val="ru-RU"/>
        </w:rPr>
      </w:pPr>
      <w:r w:rsidRPr="00181731">
        <w:rPr>
          <w:lang w:val="ru-RU"/>
        </w:rPr>
        <w:t>Из приведённых ниже солей по аниону гидролизуется:</w:t>
      </w:r>
    </w:p>
    <w:p w:rsidR="00FD4A85" w:rsidRPr="00181731" w:rsidRDefault="00FD4A85" w:rsidP="00FD4A85">
      <w:pPr>
        <w:rPr>
          <w:szCs w:val="14"/>
          <w:vertAlign w:val="subscript"/>
          <w:lang w:val="ru-RU"/>
        </w:rPr>
      </w:pPr>
      <w:r w:rsidRPr="00181731">
        <w:rPr>
          <w:lang w:val="ru-RU"/>
        </w:rPr>
        <w:t xml:space="preserve">1) </w:t>
      </w:r>
      <w:r>
        <w:t>KNO</w:t>
      </w:r>
      <w:r w:rsidRPr="00181731">
        <w:rPr>
          <w:szCs w:val="14"/>
          <w:vertAlign w:val="subscript"/>
          <w:lang w:val="ru-RU"/>
        </w:rPr>
        <w:t xml:space="preserve">3               </w:t>
      </w:r>
      <w:r w:rsidRPr="00181731">
        <w:rPr>
          <w:lang w:val="ru-RU"/>
        </w:rPr>
        <w:t xml:space="preserve">2) </w:t>
      </w:r>
      <w:r>
        <w:t>CuSO</w:t>
      </w:r>
      <w:r w:rsidRPr="00181731">
        <w:rPr>
          <w:szCs w:val="16"/>
          <w:vertAlign w:val="subscript"/>
          <w:lang w:val="ru-RU"/>
        </w:rPr>
        <w:t xml:space="preserve">4                              </w:t>
      </w:r>
      <w:r w:rsidRPr="00181731">
        <w:rPr>
          <w:lang w:val="ru-RU"/>
        </w:rPr>
        <w:t xml:space="preserve">3) </w:t>
      </w:r>
      <w:r>
        <w:t>Na</w:t>
      </w:r>
      <w:r w:rsidRPr="00181731">
        <w:rPr>
          <w:szCs w:val="14"/>
          <w:vertAlign w:val="subscript"/>
          <w:lang w:val="ru-RU"/>
        </w:rPr>
        <w:t>2</w:t>
      </w:r>
      <w:r>
        <w:t>SO</w:t>
      </w:r>
      <w:r w:rsidRPr="00181731">
        <w:rPr>
          <w:szCs w:val="14"/>
          <w:vertAlign w:val="subscript"/>
          <w:lang w:val="ru-RU"/>
        </w:rPr>
        <w:t>3</w:t>
      </w:r>
    </w:p>
    <w:p w:rsidR="00FD4A85" w:rsidRPr="00181731" w:rsidRDefault="00FD4A85" w:rsidP="00FD4A85">
      <w:pPr>
        <w:rPr>
          <w:lang w:val="ru-RU"/>
        </w:rPr>
      </w:pPr>
      <w:r w:rsidRPr="00181731">
        <w:rPr>
          <w:b/>
          <w:lang w:val="ru-RU"/>
        </w:rPr>
        <w:t xml:space="preserve">  Задание 94.</w:t>
      </w:r>
      <w:r w:rsidRPr="00181731">
        <w:rPr>
          <w:szCs w:val="24"/>
          <w:lang w:val="ru-RU"/>
        </w:rPr>
        <w:t xml:space="preserve"> </w:t>
      </w:r>
      <w:r w:rsidRPr="00181731">
        <w:rPr>
          <w:lang w:val="ru-RU"/>
        </w:rPr>
        <w:t>Щелочной раствор получают при растворении в воде:</w:t>
      </w:r>
    </w:p>
    <w:p w:rsidR="00FD4A85" w:rsidRDefault="00FD4A85" w:rsidP="00FD4A85">
      <w:pPr>
        <w:ind w:left="360"/>
      </w:pPr>
      <w:r w:rsidRPr="00181731">
        <w:rPr>
          <w:b/>
          <w:lang w:val="ru-RU"/>
        </w:rPr>
        <w:t xml:space="preserve">      </w:t>
      </w:r>
      <w:r w:rsidRPr="001A3BB0">
        <w:rPr>
          <w:i/>
        </w:rPr>
        <w:t>варианты</w:t>
      </w:r>
      <w:r w:rsidRPr="005112AC">
        <w:rPr>
          <w:i/>
        </w:rPr>
        <w:t xml:space="preserve"> </w:t>
      </w:r>
      <w:r w:rsidRPr="001A3BB0">
        <w:rPr>
          <w:i/>
        </w:rPr>
        <w:t>ответов</w:t>
      </w:r>
      <w:r w:rsidRPr="005112AC">
        <w:rPr>
          <w:i/>
        </w:rPr>
        <w:t xml:space="preserve">: </w:t>
      </w:r>
      <w:r w:rsidRPr="00412A53">
        <w:t xml:space="preserve">1) </w:t>
      </w:r>
      <w:r>
        <w:t>Na</w:t>
      </w:r>
      <w:r>
        <w:rPr>
          <w:szCs w:val="14"/>
          <w:vertAlign w:val="subscript"/>
        </w:rPr>
        <w:t>2</w:t>
      </w:r>
      <w:r>
        <w:t>SO</w:t>
      </w:r>
      <w:r>
        <w:rPr>
          <w:szCs w:val="14"/>
          <w:vertAlign w:val="subscript"/>
        </w:rPr>
        <w:t>3</w:t>
      </w:r>
      <w:r>
        <w:t xml:space="preserve">              </w:t>
      </w:r>
      <w:r w:rsidRPr="00412A53">
        <w:t>2</w:t>
      </w:r>
      <w:r>
        <w:t>)  Na</w:t>
      </w:r>
      <w:r>
        <w:rPr>
          <w:szCs w:val="16"/>
          <w:vertAlign w:val="subscript"/>
        </w:rPr>
        <w:t>2</w:t>
      </w:r>
      <w:r>
        <w:t>SO</w:t>
      </w:r>
      <w:r>
        <w:rPr>
          <w:szCs w:val="16"/>
          <w:vertAlign w:val="subscript"/>
        </w:rPr>
        <w:t>4</w:t>
      </w:r>
      <w:r>
        <w:t xml:space="preserve">                      </w:t>
      </w:r>
      <w:r w:rsidRPr="005112AC">
        <w:t>3</w:t>
      </w:r>
      <w:r>
        <w:t>) Fe</w:t>
      </w:r>
      <w:r>
        <w:rPr>
          <w:szCs w:val="14"/>
          <w:vertAlign w:val="subscript"/>
        </w:rPr>
        <w:t>2</w:t>
      </w:r>
      <w:r>
        <w:t>(SO</w:t>
      </w:r>
      <w:r>
        <w:rPr>
          <w:szCs w:val="16"/>
          <w:vertAlign w:val="subscript"/>
        </w:rPr>
        <w:t>4</w:t>
      </w:r>
      <w:r>
        <w:t>)</w:t>
      </w:r>
      <w:r>
        <w:rPr>
          <w:szCs w:val="14"/>
          <w:vertAlign w:val="subscript"/>
        </w:rPr>
        <w:t>3</w:t>
      </w:r>
    </w:p>
    <w:p w:rsidR="00FD4A85" w:rsidRPr="00E074AE" w:rsidRDefault="00FD4A85" w:rsidP="00FD4A85">
      <w:pPr>
        <w:rPr>
          <w:b/>
          <w:szCs w:val="24"/>
        </w:rPr>
      </w:pPr>
    </w:p>
    <w:p w:rsidR="00FD4A85" w:rsidRPr="00181731" w:rsidRDefault="00FD4A85" w:rsidP="00FD4A85">
      <w:pPr>
        <w:rPr>
          <w:lang w:val="ru-RU"/>
        </w:rPr>
      </w:pPr>
      <w:r w:rsidRPr="00181731">
        <w:rPr>
          <w:b/>
          <w:szCs w:val="24"/>
          <w:lang w:val="ru-RU"/>
        </w:rPr>
        <w:t>Задание 95.</w:t>
      </w:r>
      <w:r w:rsidRPr="00181731">
        <w:rPr>
          <w:lang w:val="ru-RU"/>
        </w:rPr>
        <w:t xml:space="preserve"> Кислый раствор получают при растворении в воде:</w:t>
      </w:r>
    </w:p>
    <w:p w:rsidR="00FD4A85" w:rsidRPr="00181731" w:rsidRDefault="00FD4A85" w:rsidP="00FD4A85">
      <w:pPr>
        <w:rPr>
          <w:i/>
          <w:szCs w:val="24"/>
          <w:lang w:val="ru-RU"/>
        </w:rPr>
      </w:pPr>
      <w:r w:rsidRPr="00181731">
        <w:rPr>
          <w:i/>
          <w:szCs w:val="24"/>
          <w:lang w:val="ru-RU"/>
        </w:rPr>
        <w:t xml:space="preserve">варианты ответов: </w:t>
      </w:r>
    </w:p>
    <w:p w:rsidR="00FD4A85" w:rsidRPr="00181731" w:rsidRDefault="00FD4A85" w:rsidP="00FD4A85">
      <w:pPr>
        <w:rPr>
          <w:szCs w:val="14"/>
          <w:lang w:val="ru-RU"/>
        </w:rPr>
      </w:pPr>
      <w:r w:rsidRPr="00181731">
        <w:rPr>
          <w:lang w:val="ru-RU"/>
        </w:rPr>
        <w:t>1)</w:t>
      </w:r>
      <w:r>
        <w:t>CrCl</w:t>
      </w:r>
      <w:r w:rsidRPr="00181731">
        <w:rPr>
          <w:szCs w:val="14"/>
          <w:vertAlign w:val="subscript"/>
          <w:lang w:val="ru-RU"/>
        </w:rPr>
        <w:t>3</w:t>
      </w:r>
      <w:r w:rsidRPr="00181731">
        <w:rPr>
          <w:lang w:val="ru-RU"/>
        </w:rPr>
        <w:t xml:space="preserve">                                  2)  </w:t>
      </w:r>
      <w:r>
        <w:t>CaCl</w:t>
      </w:r>
      <w:r w:rsidRPr="00181731">
        <w:rPr>
          <w:szCs w:val="14"/>
          <w:vertAlign w:val="subscript"/>
          <w:lang w:val="ru-RU"/>
        </w:rPr>
        <w:t>2</w:t>
      </w:r>
      <w:r w:rsidRPr="00181731">
        <w:rPr>
          <w:lang w:val="ru-RU"/>
        </w:rPr>
        <w:t xml:space="preserve">                               3) </w:t>
      </w:r>
      <w:r>
        <w:t>NaNO</w:t>
      </w:r>
      <w:r w:rsidRPr="00181731">
        <w:rPr>
          <w:szCs w:val="14"/>
          <w:vertAlign w:val="subscript"/>
          <w:lang w:val="ru-RU"/>
        </w:rPr>
        <w:t>2</w:t>
      </w:r>
    </w:p>
    <w:p w:rsidR="00FD4A85" w:rsidRPr="00E074AE" w:rsidRDefault="00FD4A85" w:rsidP="00FD4A85">
      <w:pPr>
        <w:pStyle w:val="14"/>
        <w:widowControl/>
        <w:rPr>
          <w:i/>
          <w:snapToGrid/>
          <w:sz w:val="24"/>
        </w:rPr>
      </w:pPr>
    </w:p>
    <w:p w:rsidR="00FD4A85" w:rsidRPr="00181731" w:rsidRDefault="00FD4A85" w:rsidP="00FD4A85">
      <w:pPr>
        <w:widowControl w:val="0"/>
        <w:tabs>
          <w:tab w:val="left" w:pos="709"/>
        </w:tabs>
        <w:rPr>
          <w:szCs w:val="28"/>
          <w:lang w:val="ru-RU"/>
        </w:rPr>
      </w:pPr>
      <w:r w:rsidRPr="00181731">
        <w:rPr>
          <w:b/>
          <w:lang w:val="ru-RU"/>
        </w:rPr>
        <w:t>Задание 96.</w:t>
      </w:r>
      <w:r w:rsidRPr="00181731">
        <w:rPr>
          <w:szCs w:val="24"/>
          <w:lang w:val="ru-RU"/>
        </w:rPr>
        <w:t xml:space="preserve"> </w:t>
      </w:r>
      <w:r w:rsidRPr="00181731">
        <w:rPr>
          <w:szCs w:val="28"/>
          <w:lang w:val="ru-RU"/>
        </w:rPr>
        <w:t xml:space="preserve">Чему равна концентрация  ионов </w:t>
      </w:r>
      <w:r>
        <w:rPr>
          <w:szCs w:val="28"/>
        </w:rPr>
        <w:t>OH</w:t>
      </w:r>
      <w:r w:rsidRPr="00181731">
        <w:rPr>
          <w:szCs w:val="28"/>
          <w:vertAlign w:val="superscript"/>
          <w:lang w:val="ru-RU"/>
        </w:rPr>
        <w:t>-</w:t>
      </w:r>
      <w:r w:rsidRPr="00181731">
        <w:rPr>
          <w:szCs w:val="28"/>
          <w:lang w:val="ru-RU"/>
        </w:rPr>
        <w:t xml:space="preserve"> в растворе, если концентрация ионов Н</w:t>
      </w:r>
      <w:r w:rsidRPr="00181731">
        <w:rPr>
          <w:szCs w:val="28"/>
          <w:vertAlign w:val="superscript"/>
          <w:lang w:val="ru-RU"/>
        </w:rPr>
        <w:t>+</w:t>
      </w:r>
      <w:r w:rsidRPr="00181731">
        <w:rPr>
          <w:szCs w:val="28"/>
          <w:lang w:val="ru-RU"/>
        </w:rPr>
        <w:t xml:space="preserve">  равна 10</w:t>
      </w:r>
      <w:r w:rsidRPr="00181731">
        <w:rPr>
          <w:szCs w:val="28"/>
          <w:vertAlign w:val="superscript"/>
          <w:lang w:val="ru-RU"/>
        </w:rPr>
        <w:t>-1</w:t>
      </w:r>
      <w:r w:rsidRPr="00181731">
        <w:rPr>
          <w:szCs w:val="28"/>
          <w:lang w:val="ru-RU"/>
        </w:rPr>
        <w:t xml:space="preserve"> моль/л?</w:t>
      </w:r>
    </w:p>
    <w:p w:rsidR="00FD4A85" w:rsidRDefault="00FD4A85" w:rsidP="00FD4A85">
      <w:pPr>
        <w:pStyle w:val="14"/>
        <w:widowControl/>
        <w:rPr>
          <w:i/>
          <w:snapToGrid/>
          <w:sz w:val="24"/>
        </w:rPr>
      </w:pPr>
    </w:p>
    <w:p w:rsidR="00FD4A85" w:rsidRPr="00181731" w:rsidRDefault="00FD4A85" w:rsidP="00FD4A85">
      <w:pPr>
        <w:rPr>
          <w:b/>
          <w:szCs w:val="24"/>
          <w:lang w:val="ru-RU"/>
        </w:rPr>
      </w:pPr>
      <w:r w:rsidRPr="00181731">
        <w:rPr>
          <w:b/>
          <w:szCs w:val="24"/>
          <w:lang w:val="ru-RU"/>
        </w:rPr>
        <w:t>Задание 97.</w:t>
      </w:r>
      <w:r w:rsidRPr="00181731">
        <w:rPr>
          <w:szCs w:val="28"/>
          <w:lang w:val="ru-RU"/>
        </w:rPr>
        <w:t xml:space="preserve"> Чему равна концентрация ионов </w:t>
      </w:r>
      <w:r>
        <w:rPr>
          <w:szCs w:val="28"/>
        </w:rPr>
        <w:t>H</w:t>
      </w:r>
      <w:r w:rsidRPr="00181731">
        <w:rPr>
          <w:szCs w:val="28"/>
          <w:vertAlign w:val="superscript"/>
          <w:lang w:val="ru-RU"/>
        </w:rPr>
        <w:t>+</w:t>
      </w:r>
      <w:r w:rsidRPr="00181731">
        <w:rPr>
          <w:szCs w:val="28"/>
          <w:lang w:val="ru-RU"/>
        </w:rPr>
        <w:t xml:space="preserve"> в растворе (моль/л), если концентрация ионов  </w:t>
      </w:r>
      <w:r>
        <w:rPr>
          <w:szCs w:val="28"/>
        </w:rPr>
        <w:t>OH</w:t>
      </w:r>
      <w:r w:rsidRPr="00181731">
        <w:rPr>
          <w:szCs w:val="28"/>
          <w:vertAlign w:val="superscript"/>
          <w:lang w:val="ru-RU"/>
        </w:rPr>
        <w:t>-</w:t>
      </w:r>
      <w:r w:rsidRPr="00181731">
        <w:rPr>
          <w:szCs w:val="28"/>
          <w:lang w:val="ru-RU"/>
        </w:rPr>
        <w:t xml:space="preserve"> равна 0,01 моль/л ….. .</w:t>
      </w:r>
    </w:p>
    <w:p w:rsidR="00FD4A85" w:rsidRDefault="00FD4A85" w:rsidP="00FD4A85">
      <w:pPr>
        <w:pStyle w:val="14"/>
        <w:widowControl/>
        <w:rPr>
          <w:b/>
          <w:szCs w:val="24"/>
        </w:rPr>
      </w:pPr>
    </w:p>
    <w:p w:rsidR="00FD4A85" w:rsidRPr="00C93882" w:rsidRDefault="00FD4A85" w:rsidP="00FD4A85">
      <w:pPr>
        <w:pStyle w:val="14"/>
        <w:widowControl/>
        <w:rPr>
          <w:i/>
          <w:snapToGrid/>
          <w:sz w:val="24"/>
          <w:szCs w:val="24"/>
        </w:rPr>
      </w:pPr>
      <w:r w:rsidRPr="00C93882">
        <w:rPr>
          <w:b/>
          <w:sz w:val="24"/>
          <w:szCs w:val="24"/>
        </w:rPr>
        <w:t>Задание 9</w:t>
      </w:r>
      <w:r>
        <w:rPr>
          <w:b/>
          <w:sz w:val="24"/>
          <w:szCs w:val="24"/>
        </w:rPr>
        <w:t>8</w:t>
      </w:r>
      <w:r w:rsidRPr="00C93882">
        <w:rPr>
          <w:b/>
          <w:sz w:val="24"/>
          <w:szCs w:val="24"/>
        </w:rPr>
        <w:t>.</w:t>
      </w:r>
    </w:p>
    <w:p w:rsidR="00FD4A85" w:rsidRPr="00181731" w:rsidRDefault="00FD4A85" w:rsidP="00FD4A85">
      <w:pPr>
        <w:rPr>
          <w:szCs w:val="28"/>
          <w:lang w:val="ru-RU"/>
        </w:rPr>
      </w:pPr>
      <w:r>
        <w:rPr>
          <w:szCs w:val="28"/>
        </w:rPr>
        <w:t>pH</w:t>
      </w:r>
      <w:r w:rsidRPr="00181731">
        <w:rPr>
          <w:szCs w:val="28"/>
          <w:lang w:val="ru-RU"/>
        </w:rPr>
        <w:t xml:space="preserve"> 0.01 М раствора </w:t>
      </w:r>
      <w:r>
        <w:rPr>
          <w:szCs w:val="28"/>
        </w:rPr>
        <w:t>KOH</w:t>
      </w:r>
      <w:r w:rsidRPr="00181731">
        <w:rPr>
          <w:szCs w:val="28"/>
          <w:lang w:val="ru-RU"/>
        </w:rPr>
        <w:t xml:space="preserve"> равен ….</w:t>
      </w:r>
    </w:p>
    <w:p w:rsidR="00FD4A85" w:rsidRDefault="00FD4A85" w:rsidP="00FD4A85">
      <w:pPr>
        <w:pStyle w:val="14"/>
        <w:widowControl/>
        <w:rPr>
          <w:i/>
          <w:snapToGrid/>
          <w:sz w:val="24"/>
        </w:rPr>
      </w:pPr>
    </w:p>
    <w:p w:rsidR="00FD4A85" w:rsidRPr="00181731" w:rsidRDefault="00FD4A85" w:rsidP="00FD4A85">
      <w:pPr>
        <w:rPr>
          <w:b/>
          <w:szCs w:val="24"/>
          <w:lang w:val="ru-RU"/>
        </w:rPr>
      </w:pPr>
      <w:r w:rsidRPr="00181731">
        <w:rPr>
          <w:b/>
          <w:szCs w:val="24"/>
          <w:lang w:val="ru-RU"/>
        </w:rPr>
        <w:t>Задание 99.</w:t>
      </w:r>
    </w:p>
    <w:p w:rsidR="00FD4A85" w:rsidRPr="00181731" w:rsidRDefault="00FD4A85" w:rsidP="00FD4A85">
      <w:pPr>
        <w:rPr>
          <w:lang w:val="ru-RU"/>
        </w:rPr>
      </w:pPr>
      <w:r w:rsidRPr="00181731">
        <w:rPr>
          <w:lang w:val="ru-RU"/>
        </w:rPr>
        <w:lastRenderedPageBreak/>
        <w:t>Среди приведенных веществ дисперсной системой является…</w:t>
      </w:r>
    </w:p>
    <w:p w:rsidR="00FD4A85" w:rsidRPr="00181731" w:rsidRDefault="00FD4A85" w:rsidP="00FD4A85">
      <w:pPr>
        <w:rPr>
          <w:i/>
          <w:szCs w:val="24"/>
          <w:lang w:val="ru-RU"/>
        </w:rPr>
      </w:pPr>
      <w:r w:rsidRPr="00181731">
        <w:rPr>
          <w:i/>
          <w:szCs w:val="24"/>
          <w:lang w:val="ru-RU"/>
        </w:rPr>
        <w:t>варианты ответов:</w:t>
      </w:r>
    </w:p>
    <w:p w:rsidR="00FD4A85" w:rsidRPr="00181731" w:rsidRDefault="00FD4A85" w:rsidP="00FD4A85">
      <w:pPr>
        <w:rPr>
          <w:szCs w:val="24"/>
          <w:lang w:val="ru-RU"/>
        </w:rPr>
      </w:pPr>
      <w:r w:rsidRPr="00181731">
        <w:rPr>
          <w:lang w:val="ru-RU"/>
        </w:rPr>
        <w:t>1) раствор соды;     2) туман</w:t>
      </w:r>
      <w:r w:rsidRPr="00181731">
        <w:rPr>
          <w:lang w:val="ru-RU"/>
        </w:rPr>
        <w:tab/>
        <w:t>3) минеральная вода</w:t>
      </w:r>
    </w:p>
    <w:p w:rsidR="00FD4A85" w:rsidRPr="001A3BB0" w:rsidRDefault="00FD4A85" w:rsidP="00FD4A85">
      <w:pPr>
        <w:pStyle w:val="14"/>
        <w:widowControl/>
        <w:rPr>
          <w:i/>
          <w:snapToGrid/>
          <w:sz w:val="24"/>
        </w:rPr>
      </w:pPr>
    </w:p>
    <w:p w:rsidR="00FD4A85" w:rsidRPr="00181731" w:rsidRDefault="00FD4A85" w:rsidP="00FD4A85">
      <w:pPr>
        <w:rPr>
          <w:lang w:val="ru-RU"/>
        </w:rPr>
      </w:pPr>
      <w:r w:rsidRPr="00181731">
        <w:rPr>
          <w:b/>
          <w:lang w:val="ru-RU"/>
        </w:rPr>
        <w:t>Задание 100.</w:t>
      </w:r>
      <w:r w:rsidRPr="00181731">
        <w:rPr>
          <w:szCs w:val="24"/>
          <w:lang w:val="ru-RU"/>
        </w:rPr>
        <w:t xml:space="preserve"> </w:t>
      </w:r>
      <w:r w:rsidRPr="00181731">
        <w:rPr>
          <w:lang w:val="ru-RU"/>
        </w:rPr>
        <w:t>Агрегативная  устойчивость дисперсных систем возрастает…</w:t>
      </w:r>
    </w:p>
    <w:p w:rsidR="00FD4A85" w:rsidRDefault="00FD4A85" w:rsidP="00FD4A85">
      <w:pPr>
        <w:pStyle w:val="14"/>
        <w:widowControl/>
        <w:rPr>
          <w:i/>
          <w:snapToGrid/>
          <w:sz w:val="24"/>
        </w:rPr>
      </w:pPr>
      <w:r w:rsidRPr="001A3BB0">
        <w:rPr>
          <w:i/>
          <w:snapToGrid/>
          <w:sz w:val="24"/>
        </w:rPr>
        <w:t xml:space="preserve">варианты ответов: </w:t>
      </w:r>
    </w:p>
    <w:p w:rsidR="00FD4A85" w:rsidRPr="00181731" w:rsidRDefault="00FD4A85" w:rsidP="00FD4A85">
      <w:pPr>
        <w:rPr>
          <w:lang w:val="ru-RU"/>
        </w:rPr>
      </w:pPr>
      <w:r w:rsidRPr="00181731">
        <w:rPr>
          <w:lang w:val="ru-RU"/>
        </w:rPr>
        <w:t>1) с увеличением размера частиц;</w:t>
      </w:r>
      <w:r w:rsidRPr="00181731">
        <w:rPr>
          <w:lang w:val="ru-RU"/>
        </w:rPr>
        <w:tab/>
      </w:r>
    </w:p>
    <w:p w:rsidR="00FD4A85" w:rsidRPr="00181731" w:rsidRDefault="00FD4A85" w:rsidP="00FD4A85">
      <w:pPr>
        <w:rPr>
          <w:lang w:val="ru-RU"/>
        </w:rPr>
      </w:pPr>
      <w:r w:rsidRPr="00181731">
        <w:rPr>
          <w:lang w:val="ru-RU"/>
        </w:rPr>
        <w:t xml:space="preserve">2) с уменьшением размера частиц; </w:t>
      </w:r>
    </w:p>
    <w:p w:rsidR="00FD4A85" w:rsidRDefault="00FD4A85" w:rsidP="00FD4A85">
      <w:pPr>
        <w:pStyle w:val="14"/>
        <w:widowControl/>
        <w:rPr>
          <w:sz w:val="24"/>
          <w:szCs w:val="24"/>
        </w:rPr>
      </w:pPr>
      <w:r w:rsidRPr="009673ED">
        <w:rPr>
          <w:sz w:val="24"/>
          <w:szCs w:val="24"/>
        </w:rPr>
        <w:t>3) с повышением температуры</w:t>
      </w:r>
    </w:p>
    <w:p w:rsidR="00FD4A85" w:rsidRPr="009673ED" w:rsidRDefault="00FD4A85" w:rsidP="00FD4A85">
      <w:pPr>
        <w:pStyle w:val="14"/>
        <w:widowControl/>
        <w:rPr>
          <w:i/>
          <w:snapToGrid/>
          <w:sz w:val="24"/>
          <w:szCs w:val="24"/>
        </w:rPr>
      </w:pPr>
    </w:p>
    <w:p w:rsidR="00FD4A85" w:rsidRPr="00181731" w:rsidRDefault="00FD4A85" w:rsidP="00FD4A85">
      <w:pPr>
        <w:rPr>
          <w:lang w:val="ru-RU"/>
        </w:rPr>
      </w:pPr>
      <w:r w:rsidRPr="00181731">
        <w:rPr>
          <w:b/>
          <w:lang w:val="ru-RU"/>
        </w:rPr>
        <w:t>Задание 101.</w:t>
      </w:r>
      <w:r w:rsidRPr="00181731">
        <w:rPr>
          <w:szCs w:val="24"/>
          <w:lang w:val="ru-RU"/>
        </w:rPr>
        <w:t xml:space="preserve"> </w:t>
      </w:r>
      <w:r w:rsidRPr="00181731">
        <w:rPr>
          <w:lang w:val="ru-RU"/>
        </w:rPr>
        <w:t>Для коллоидных растворов размер частиц равен   …… см.</w:t>
      </w:r>
    </w:p>
    <w:p w:rsidR="00FD4A85" w:rsidRDefault="00FD4A85" w:rsidP="00FD4A85">
      <w:pPr>
        <w:pStyle w:val="14"/>
        <w:widowControl/>
        <w:rPr>
          <w:i/>
          <w:snapToGrid/>
          <w:sz w:val="24"/>
        </w:rPr>
      </w:pPr>
      <w:r>
        <w:rPr>
          <w:b/>
          <w:snapToGrid/>
          <w:sz w:val="24"/>
        </w:rPr>
        <w:t xml:space="preserve"> </w:t>
      </w:r>
      <w:r w:rsidRPr="001A3BB0">
        <w:rPr>
          <w:i/>
          <w:snapToGrid/>
          <w:sz w:val="24"/>
        </w:rPr>
        <w:t xml:space="preserve">варианты ответов: </w:t>
      </w:r>
    </w:p>
    <w:p w:rsidR="00FD4A85" w:rsidRPr="00181731" w:rsidRDefault="00FD4A85" w:rsidP="00FD4A85">
      <w:pPr>
        <w:rPr>
          <w:lang w:val="ru-RU"/>
        </w:rPr>
      </w:pPr>
      <w:r w:rsidRPr="00181731">
        <w:rPr>
          <w:lang w:val="ru-RU"/>
        </w:rPr>
        <w:t xml:space="preserve">1) </w:t>
      </w:r>
      <w:r>
        <w:t>d</w:t>
      </w:r>
      <w:r w:rsidRPr="00181731">
        <w:rPr>
          <w:lang w:val="ru-RU"/>
        </w:rPr>
        <w:t>&lt;10</w:t>
      </w:r>
      <w:r w:rsidRPr="00181731">
        <w:rPr>
          <w:vertAlign w:val="superscript"/>
          <w:lang w:val="ru-RU"/>
        </w:rPr>
        <w:t>-7</w:t>
      </w:r>
      <w:r w:rsidRPr="00181731">
        <w:rPr>
          <w:lang w:val="ru-RU"/>
        </w:rPr>
        <w:tab/>
        <w:t xml:space="preserve">       2) </w:t>
      </w:r>
      <w:r>
        <w:t>d</w:t>
      </w:r>
      <w:r w:rsidRPr="00181731">
        <w:rPr>
          <w:lang w:val="ru-RU"/>
        </w:rPr>
        <w:t>=10</w:t>
      </w:r>
      <w:r w:rsidRPr="00181731">
        <w:rPr>
          <w:vertAlign w:val="superscript"/>
          <w:lang w:val="ru-RU"/>
        </w:rPr>
        <w:t>-7</w:t>
      </w:r>
      <w:r w:rsidRPr="00181731">
        <w:rPr>
          <w:lang w:val="ru-RU"/>
        </w:rPr>
        <w:t xml:space="preserve"> – 10</w:t>
      </w:r>
      <w:r w:rsidRPr="00181731">
        <w:rPr>
          <w:vertAlign w:val="superscript"/>
          <w:lang w:val="ru-RU"/>
        </w:rPr>
        <w:t>-5</w:t>
      </w:r>
      <w:r w:rsidRPr="00181731">
        <w:rPr>
          <w:lang w:val="ru-RU"/>
        </w:rPr>
        <w:tab/>
        <w:t xml:space="preserve">            3) </w:t>
      </w:r>
      <w:r>
        <w:t>d</w:t>
      </w:r>
      <w:r w:rsidRPr="00181731">
        <w:rPr>
          <w:lang w:val="ru-RU"/>
        </w:rPr>
        <w:t>=10</w:t>
      </w:r>
      <w:r w:rsidRPr="00181731">
        <w:rPr>
          <w:vertAlign w:val="superscript"/>
          <w:lang w:val="ru-RU"/>
        </w:rPr>
        <w:t>-5</w:t>
      </w:r>
      <w:r w:rsidRPr="00181731">
        <w:rPr>
          <w:lang w:val="ru-RU"/>
        </w:rPr>
        <w:t xml:space="preserve"> – 10</w:t>
      </w:r>
      <w:r w:rsidRPr="00181731">
        <w:rPr>
          <w:vertAlign w:val="superscript"/>
          <w:lang w:val="ru-RU"/>
        </w:rPr>
        <w:t>-4</w:t>
      </w:r>
      <w:r w:rsidRPr="00181731">
        <w:rPr>
          <w:lang w:val="ru-RU"/>
        </w:rPr>
        <w:tab/>
      </w:r>
    </w:p>
    <w:p w:rsidR="00FD4A85" w:rsidRDefault="00FD4A85" w:rsidP="00FD4A85">
      <w:pPr>
        <w:pStyle w:val="14"/>
        <w:widowControl/>
        <w:rPr>
          <w:i/>
          <w:snapToGrid/>
          <w:sz w:val="24"/>
        </w:rPr>
      </w:pPr>
    </w:p>
    <w:p w:rsidR="00FD4A85" w:rsidRPr="00181731" w:rsidRDefault="00FD4A85" w:rsidP="00FD4A85">
      <w:pPr>
        <w:rPr>
          <w:b/>
          <w:szCs w:val="24"/>
          <w:lang w:val="ru-RU"/>
        </w:rPr>
      </w:pPr>
      <w:r w:rsidRPr="00181731">
        <w:rPr>
          <w:b/>
          <w:szCs w:val="24"/>
          <w:lang w:val="ru-RU"/>
        </w:rPr>
        <w:t>Задание 102.</w:t>
      </w:r>
    </w:p>
    <w:p w:rsidR="00FD4A85" w:rsidRPr="00181731" w:rsidRDefault="00FD4A85" w:rsidP="00FD4A85">
      <w:pPr>
        <w:rPr>
          <w:lang w:val="ru-RU"/>
        </w:rPr>
      </w:pPr>
      <w:r w:rsidRPr="00181731">
        <w:rPr>
          <w:lang w:val="ru-RU"/>
        </w:rPr>
        <w:t xml:space="preserve">Вещество, на поверхности которого происходит адсорбция называется ….. </w:t>
      </w:r>
    </w:p>
    <w:p w:rsidR="00FD4A85" w:rsidRPr="00181731" w:rsidRDefault="00FD4A85" w:rsidP="00FD4A85">
      <w:pPr>
        <w:rPr>
          <w:i/>
          <w:szCs w:val="24"/>
          <w:lang w:val="ru-RU"/>
        </w:rPr>
      </w:pPr>
      <w:r w:rsidRPr="00181731">
        <w:rPr>
          <w:i/>
          <w:szCs w:val="24"/>
          <w:lang w:val="ru-RU"/>
        </w:rPr>
        <w:t>варианты ответов:</w:t>
      </w:r>
    </w:p>
    <w:p w:rsidR="00FD4A85" w:rsidRPr="00181731" w:rsidRDefault="00FD4A85" w:rsidP="00FD4A85">
      <w:pPr>
        <w:rPr>
          <w:b/>
          <w:szCs w:val="24"/>
          <w:lang w:val="ru-RU"/>
        </w:rPr>
      </w:pPr>
      <w:r w:rsidRPr="00181731">
        <w:rPr>
          <w:lang w:val="ru-RU"/>
        </w:rPr>
        <w:t>1) адсорбтив</w:t>
      </w:r>
      <w:r w:rsidRPr="00181731">
        <w:rPr>
          <w:lang w:val="ru-RU"/>
        </w:rPr>
        <w:tab/>
      </w:r>
      <w:r w:rsidRPr="00181731">
        <w:rPr>
          <w:lang w:val="ru-RU"/>
        </w:rPr>
        <w:tab/>
        <w:t>2) адсорбат</w:t>
      </w:r>
      <w:r w:rsidRPr="00181731">
        <w:rPr>
          <w:lang w:val="ru-RU"/>
        </w:rPr>
        <w:tab/>
      </w:r>
      <w:r w:rsidRPr="00181731">
        <w:rPr>
          <w:lang w:val="ru-RU"/>
        </w:rPr>
        <w:tab/>
        <w:t>3) адсорбент</w:t>
      </w:r>
      <w:r w:rsidRPr="00181731">
        <w:rPr>
          <w:lang w:val="ru-RU"/>
        </w:rPr>
        <w:tab/>
      </w:r>
    </w:p>
    <w:p w:rsidR="00FD4A85" w:rsidRPr="00181731" w:rsidRDefault="00FD4A85" w:rsidP="00FD4A85">
      <w:pPr>
        <w:rPr>
          <w:szCs w:val="24"/>
          <w:lang w:val="ru-RU"/>
        </w:rPr>
      </w:pPr>
    </w:p>
    <w:p w:rsidR="00FD4A85" w:rsidRPr="00181731" w:rsidRDefault="00FD4A85" w:rsidP="00FD4A85">
      <w:pPr>
        <w:rPr>
          <w:b/>
          <w:szCs w:val="24"/>
          <w:lang w:val="ru-RU"/>
        </w:rPr>
      </w:pPr>
      <w:r w:rsidRPr="00181731">
        <w:rPr>
          <w:b/>
          <w:szCs w:val="24"/>
          <w:lang w:val="ru-RU"/>
        </w:rPr>
        <w:t>Задание 103.</w:t>
      </w:r>
    </w:p>
    <w:p w:rsidR="00FD4A85" w:rsidRPr="00181731" w:rsidRDefault="00FD4A85" w:rsidP="00FD4A85">
      <w:pPr>
        <w:rPr>
          <w:lang w:val="ru-RU"/>
        </w:rPr>
      </w:pPr>
      <w:r w:rsidRPr="00181731">
        <w:rPr>
          <w:lang w:val="ru-RU"/>
        </w:rPr>
        <w:t>Чтобы вызвать коагуляцию необходимо…</w:t>
      </w:r>
    </w:p>
    <w:p w:rsidR="00FD4A85" w:rsidRPr="00181731" w:rsidRDefault="00FD4A85" w:rsidP="00FD4A85">
      <w:pPr>
        <w:rPr>
          <w:i/>
          <w:szCs w:val="24"/>
          <w:lang w:val="ru-RU"/>
        </w:rPr>
      </w:pPr>
      <w:r w:rsidRPr="00181731">
        <w:rPr>
          <w:i/>
          <w:szCs w:val="24"/>
          <w:lang w:val="ru-RU"/>
        </w:rPr>
        <w:t>варианты ответов:</w:t>
      </w:r>
    </w:p>
    <w:p w:rsidR="00FD4A85" w:rsidRPr="00181731" w:rsidRDefault="00FD4A85" w:rsidP="00FD4A85">
      <w:pPr>
        <w:rPr>
          <w:lang w:val="ru-RU"/>
        </w:rPr>
      </w:pPr>
      <w:r w:rsidRPr="00181731">
        <w:rPr>
          <w:lang w:val="ru-RU"/>
        </w:rPr>
        <w:t xml:space="preserve">1) увеличить заряд гранул;  </w:t>
      </w:r>
    </w:p>
    <w:p w:rsidR="00FD4A85" w:rsidRPr="00181731" w:rsidRDefault="00FD4A85" w:rsidP="00FD4A85">
      <w:pPr>
        <w:rPr>
          <w:lang w:val="ru-RU"/>
        </w:rPr>
      </w:pPr>
      <w:r w:rsidRPr="00181731">
        <w:rPr>
          <w:lang w:val="ru-RU"/>
        </w:rPr>
        <w:t>2) добавить электролит</w:t>
      </w:r>
      <w:r w:rsidRPr="00181731">
        <w:rPr>
          <w:lang w:val="ru-RU"/>
        </w:rPr>
        <w:tab/>
      </w:r>
    </w:p>
    <w:p w:rsidR="00FD4A85" w:rsidRPr="00181731" w:rsidRDefault="00FD4A85" w:rsidP="00FD4A85">
      <w:pPr>
        <w:rPr>
          <w:lang w:val="ru-RU"/>
        </w:rPr>
      </w:pPr>
      <w:r w:rsidRPr="00181731">
        <w:rPr>
          <w:lang w:val="ru-RU"/>
        </w:rPr>
        <w:t>3) уменьшить степень дисперсности частиц</w:t>
      </w:r>
    </w:p>
    <w:p w:rsidR="00FD4A85" w:rsidRPr="00181731" w:rsidRDefault="00FD4A85" w:rsidP="00FD4A85">
      <w:pPr>
        <w:rPr>
          <w:szCs w:val="24"/>
          <w:lang w:val="ru-RU"/>
        </w:rPr>
      </w:pPr>
    </w:p>
    <w:p w:rsidR="00FD4A85" w:rsidRPr="00181731" w:rsidRDefault="00FD4A85" w:rsidP="00FD4A85">
      <w:pPr>
        <w:rPr>
          <w:b/>
          <w:szCs w:val="24"/>
          <w:lang w:val="ru-RU"/>
        </w:rPr>
      </w:pPr>
      <w:r w:rsidRPr="00181731">
        <w:rPr>
          <w:b/>
          <w:szCs w:val="24"/>
          <w:lang w:val="ru-RU"/>
        </w:rPr>
        <w:t>Задание 104.</w:t>
      </w:r>
    </w:p>
    <w:p w:rsidR="00FD4A85" w:rsidRPr="00181731" w:rsidRDefault="00FD4A85" w:rsidP="00FD4A85">
      <w:pPr>
        <w:rPr>
          <w:i/>
          <w:szCs w:val="24"/>
          <w:lang w:val="ru-RU"/>
        </w:rPr>
      </w:pPr>
      <w:r w:rsidRPr="00181731">
        <w:rPr>
          <w:i/>
          <w:szCs w:val="24"/>
          <w:lang w:val="ru-RU"/>
        </w:rPr>
        <w:t>варианты ответов:</w:t>
      </w:r>
    </w:p>
    <w:p w:rsidR="00FD4A85" w:rsidRPr="00181731" w:rsidRDefault="00FD4A85" w:rsidP="00FD4A85">
      <w:pPr>
        <w:rPr>
          <w:lang w:val="ru-RU"/>
        </w:rPr>
      </w:pPr>
      <w:r w:rsidRPr="00181731">
        <w:rPr>
          <w:lang w:val="ru-RU"/>
        </w:rPr>
        <w:t>Среди приведенных веществ дисперсной системой называется…</w:t>
      </w:r>
    </w:p>
    <w:p w:rsidR="00FD4A85" w:rsidRPr="00181731" w:rsidRDefault="00FD4A85" w:rsidP="00FD4A85">
      <w:pPr>
        <w:rPr>
          <w:lang w:val="ru-RU"/>
        </w:rPr>
      </w:pPr>
      <w:r w:rsidRPr="00181731">
        <w:rPr>
          <w:lang w:val="ru-RU"/>
        </w:rPr>
        <w:t>1) соленый раствор</w:t>
      </w:r>
      <w:r w:rsidRPr="00181731">
        <w:rPr>
          <w:lang w:val="ru-RU"/>
        </w:rPr>
        <w:tab/>
      </w:r>
      <w:r w:rsidRPr="00181731">
        <w:rPr>
          <w:lang w:val="ru-RU"/>
        </w:rPr>
        <w:tab/>
        <w:t xml:space="preserve">2) минеральная вода </w:t>
      </w:r>
      <w:r w:rsidRPr="00181731">
        <w:rPr>
          <w:lang w:val="ru-RU"/>
        </w:rPr>
        <w:tab/>
        <w:t>3) молоко</w:t>
      </w:r>
    </w:p>
    <w:p w:rsidR="00FD4A85" w:rsidRPr="00181731" w:rsidRDefault="00FD4A85" w:rsidP="00FD4A85">
      <w:pPr>
        <w:rPr>
          <w:lang w:val="ru-RU"/>
        </w:rPr>
      </w:pPr>
    </w:p>
    <w:p w:rsidR="00FD4A85" w:rsidRPr="00181731" w:rsidRDefault="00FD4A85" w:rsidP="00FD4A85">
      <w:pPr>
        <w:rPr>
          <w:b/>
          <w:szCs w:val="24"/>
          <w:lang w:val="ru-RU"/>
        </w:rPr>
      </w:pPr>
      <w:r w:rsidRPr="00181731">
        <w:rPr>
          <w:b/>
          <w:szCs w:val="24"/>
          <w:lang w:val="ru-RU"/>
        </w:rPr>
        <w:t>Задание 105.</w:t>
      </w:r>
    </w:p>
    <w:p w:rsidR="00FD4A85" w:rsidRPr="00181731" w:rsidRDefault="00FD4A85" w:rsidP="00FD4A85">
      <w:pPr>
        <w:rPr>
          <w:lang w:val="ru-RU"/>
        </w:rPr>
      </w:pPr>
      <w:r w:rsidRPr="00181731">
        <w:rPr>
          <w:lang w:val="ru-RU"/>
        </w:rPr>
        <w:t>Какая из приведенных реакций окислительно-восстановительная?</w:t>
      </w:r>
    </w:p>
    <w:p w:rsidR="00FD4A85" w:rsidRPr="00E06BBA" w:rsidRDefault="00FD4A85" w:rsidP="00FD4A85">
      <w:pPr>
        <w:rPr>
          <w:i/>
          <w:szCs w:val="24"/>
        </w:rPr>
      </w:pPr>
      <w:r w:rsidRPr="00E06BBA">
        <w:rPr>
          <w:i/>
          <w:szCs w:val="24"/>
        </w:rPr>
        <w:t>варианты ответов:</w:t>
      </w:r>
    </w:p>
    <w:p w:rsidR="00FD4A85" w:rsidRPr="00565ADB" w:rsidRDefault="00FD4A85" w:rsidP="00FD4A85">
      <w:pPr>
        <w:pStyle w:val="aa"/>
        <w:numPr>
          <w:ilvl w:val="0"/>
          <w:numId w:val="36"/>
        </w:numPr>
        <w:pBdr>
          <w:bottom w:val="none" w:sz="0" w:space="0" w:color="auto"/>
        </w:pBdr>
        <w:spacing w:after="0"/>
        <w:contextualSpacing w:val="0"/>
        <w:rPr>
          <w:sz w:val="24"/>
          <w:szCs w:val="24"/>
        </w:rPr>
      </w:pPr>
      <w:r w:rsidRPr="00565ADB">
        <w:rPr>
          <w:sz w:val="24"/>
          <w:szCs w:val="24"/>
        </w:rPr>
        <w:t>СH</w:t>
      </w:r>
      <w:r w:rsidRPr="00565ADB">
        <w:rPr>
          <w:sz w:val="24"/>
          <w:szCs w:val="24"/>
          <w:vertAlign w:val="subscript"/>
        </w:rPr>
        <w:t>3</w:t>
      </w:r>
      <w:r w:rsidRPr="00565ADB">
        <w:rPr>
          <w:sz w:val="24"/>
          <w:szCs w:val="24"/>
        </w:rPr>
        <w:t>COOH+NH</w:t>
      </w:r>
      <w:r w:rsidRPr="00565ADB">
        <w:rPr>
          <w:sz w:val="24"/>
          <w:szCs w:val="24"/>
          <w:vertAlign w:val="subscript"/>
        </w:rPr>
        <w:t>4</w:t>
      </w:r>
      <w:r w:rsidRPr="00565ADB">
        <w:rPr>
          <w:sz w:val="24"/>
          <w:szCs w:val="24"/>
        </w:rPr>
        <w:t>OH=NH</w:t>
      </w:r>
      <w:r w:rsidRPr="00565ADB">
        <w:rPr>
          <w:sz w:val="24"/>
          <w:szCs w:val="24"/>
          <w:vertAlign w:val="subscript"/>
        </w:rPr>
        <w:t>4</w:t>
      </w:r>
      <w:r w:rsidRPr="00565ADB">
        <w:rPr>
          <w:sz w:val="24"/>
          <w:szCs w:val="24"/>
        </w:rPr>
        <w:t>CH</w:t>
      </w:r>
      <w:r w:rsidRPr="00565ADB">
        <w:rPr>
          <w:sz w:val="24"/>
          <w:szCs w:val="24"/>
          <w:vertAlign w:val="subscript"/>
        </w:rPr>
        <w:t>3</w:t>
      </w:r>
      <w:r w:rsidRPr="00565ADB">
        <w:rPr>
          <w:sz w:val="24"/>
          <w:szCs w:val="24"/>
        </w:rPr>
        <w:t>COO+H</w:t>
      </w:r>
      <w:r w:rsidRPr="00565ADB">
        <w:rPr>
          <w:sz w:val="24"/>
          <w:szCs w:val="24"/>
          <w:vertAlign w:val="subscript"/>
        </w:rPr>
        <w:t>2</w:t>
      </w:r>
      <w:r w:rsidRPr="00565ADB">
        <w:rPr>
          <w:sz w:val="24"/>
          <w:szCs w:val="24"/>
        </w:rPr>
        <w:t>O</w:t>
      </w:r>
    </w:p>
    <w:p w:rsidR="00FD4A85" w:rsidRPr="00565ADB" w:rsidRDefault="00FD4A85" w:rsidP="00FD4A85">
      <w:pPr>
        <w:pStyle w:val="aa"/>
        <w:numPr>
          <w:ilvl w:val="0"/>
          <w:numId w:val="36"/>
        </w:numPr>
        <w:pBdr>
          <w:bottom w:val="none" w:sz="0" w:space="0" w:color="auto"/>
        </w:pBdr>
        <w:spacing w:after="0"/>
        <w:contextualSpacing w:val="0"/>
        <w:rPr>
          <w:sz w:val="24"/>
          <w:szCs w:val="24"/>
        </w:rPr>
      </w:pPr>
      <w:r w:rsidRPr="00565ADB">
        <w:rPr>
          <w:sz w:val="24"/>
          <w:szCs w:val="24"/>
        </w:rPr>
        <w:t>Ca(OH)</w:t>
      </w:r>
      <w:r w:rsidRPr="00565ADB">
        <w:rPr>
          <w:sz w:val="24"/>
          <w:szCs w:val="24"/>
          <w:vertAlign w:val="subscript"/>
        </w:rPr>
        <w:t>2</w:t>
      </w:r>
      <w:r w:rsidRPr="00565ADB">
        <w:rPr>
          <w:sz w:val="24"/>
          <w:szCs w:val="24"/>
        </w:rPr>
        <w:t>+CO</w:t>
      </w:r>
      <w:r w:rsidRPr="00565ADB">
        <w:rPr>
          <w:sz w:val="24"/>
          <w:szCs w:val="24"/>
          <w:vertAlign w:val="subscript"/>
        </w:rPr>
        <w:t>2</w:t>
      </w:r>
      <w:r w:rsidRPr="00565ADB">
        <w:rPr>
          <w:sz w:val="24"/>
          <w:szCs w:val="24"/>
        </w:rPr>
        <w:t>=CaCO</w:t>
      </w:r>
      <w:r w:rsidRPr="00565ADB">
        <w:rPr>
          <w:sz w:val="24"/>
          <w:szCs w:val="24"/>
          <w:vertAlign w:val="subscript"/>
        </w:rPr>
        <w:t>3</w:t>
      </w:r>
      <w:r w:rsidRPr="00565ADB">
        <w:rPr>
          <w:sz w:val="24"/>
          <w:szCs w:val="24"/>
        </w:rPr>
        <w:t>+H</w:t>
      </w:r>
      <w:r w:rsidRPr="00565ADB">
        <w:rPr>
          <w:sz w:val="24"/>
          <w:szCs w:val="24"/>
          <w:vertAlign w:val="subscript"/>
        </w:rPr>
        <w:t>2</w:t>
      </w:r>
      <w:r w:rsidRPr="00565ADB">
        <w:rPr>
          <w:sz w:val="24"/>
          <w:szCs w:val="24"/>
        </w:rPr>
        <w:t>O</w:t>
      </w:r>
    </w:p>
    <w:p w:rsidR="00FD4A85" w:rsidRPr="00565ADB" w:rsidRDefault="00FD4A85" w:rsidP="00FD4A85">
      <w:pPr>
        <w:pStyle w:val="aa"/>
        <w:numPr>
          <w:ilvl w:val="0"/>
          <w:numId w:val="36"/>
        </w:numPr>
        <w:pBdr>
          <w:bottom w:val="none" w:sz="0" w:space="0" w:color="auto"/>
        </w:pBdr>
        <w:spacing w:after="0"/>
        <w:contextualSpacing w:val="0"/>
        <w:rPr>
          <w:sz w:val="24"/>
          <w:szCs w:val="24"/>
        </w:rPr>
      </w:pPr>
      <w:r w:rsidRPr="00565ADB">
        <w:rPr>
          <w:sz w:val="24"/>
          <w:szCs w:val="24"/>
        </w:rPr>
        <w:t>4Cl</w:t>
      </w:r>
      <w:r w:rsidRPr="00565ADB">
        <w:rPr>
          <w:sz w:val="24"/>
          <w:szCs w:val="24"/>
          <w:vertAlign w:val="subscript"/>
        </w:rPr>
        <w:t>2</w:t>
      </w:r>
      <w:r w:rsidRPr="00565ADB">
        <w:rPr>
          <w:sz w:val="24"/>
          <w:szCs w:val="24"/>
        </w:rPr>
        <w:t>+H</w:t>
      </w:r>
      <w:r w:rsidRPr="00565ADB">
        <w:rPr>
          <w:sz w:val="24"/>
          <w:szCs w:val="24"/>
          <w:vertAlign w:val="subscript"/>
        </w:rPr>
        <w:t>2</w:t>
      </w:r>
      <w:r w:rsidRPr="00565ADB">
        <w:rPr>
          <w:sz w:val="24"/>
          <w:szCs w:val="24"/>
        </w:rPr>
        <w:t>S+4H</w:t>
      </w:r>
      <w:r w:rsidRPr="00565ADB">
        <w:rPr>
          <w:sz w:val="24"/>
          <w:szCs w:val="24"/>
          <w:vertAlign w:val="subscript"/>
        </w:rPr>
        <w:t>2</w:t>
      </w:r>
      <w:r w:rsidRPr="00565ADB">
        <w:rPr>
          <w:sz w:val="24"/>
          <w:szCs w:val="24"/>
        </w:rPr>
        <w:t>O=8HCl+2H</w:t>
      </w:r>
      <w:r w:rsidRPr="00565ADB">
        <w:rPr>
          <w:sz w:val="24"/>
          <w:szCs w:val="24"/>
          <w:vertAlign w:val="subscript"/>
        </w:rPr>
        <w:t>2</w:t>
      </w:r>
      <w:r w:rsidRPr="00565ADB">
        <w:rPr>
          <w:sz w:val="24"/>
          <w:szCs w:val="24"/>
        </w:rPr>
        <w:t>SO</w:t>
      </w:r>
      <w:r w:rsidRPr="00565ADB">
        <w:rPr>
          <w:sz w:val="24"/>
          <w:szCs w:val="24"/>
          <w:vertAlign w:val="subscript"/>
        </w:rPr>
        <w:t>4</w:t>
      </w:r>
    </w:p>
    <w:p w:rsidR="00FD4A85" w:rsidRDefault="00FD4A85" w:rsidP="00FD4A85">
      <w:pPr>
        <w:rPr>
          <w:b/>
          <w:szCs w:val="24"/>
        </w:rPr>
      </w:pPr>
    </w:p>
    <w:p w:rsidR="00FD4A85" w:rsidRDefault="00FD4A85" w:rsidP="00FD4A85">
      <w:pPr>
        <w:rPr>
          <w:b/>
          <w:szCs w:val="24"/>
        </w:rPr>
      </w:pPr>
      <w:r w:rsidRPr="00E06BBA">
        <w:rPr>
          <w:b/>
          <w:szCs w:val="24"/>
        </w:rPr>
        <w:t xml:space="preserve">Задание </w:t>
      </w:r>
      <w:r>
        <w:rPr>
          <w:b/>
          <w:szCs w:val="24"/>
        </w:rPr>
        <w:t>106</w:t>
      </w:r>
      <w:r w:rsidRPr="00E06BBA">
        <w:rPr>
          <w:b/>
          <w:szCs w:val="24"/>
        </w:rPr>
        <w:t>.</w:t>
      </w:r>
    </w:p>
    <w:p w:rsidR="00FD4A85" w:rsidRPr="00181731" w:rsidRDefault="00FD4A85" w:rsidP="00FD4A85">
      <w:pPr>
        <w:rPr>
          <w:lang w:val="ru-RU"/>
        </w:rPr>
      </w:pPr>
      <w:r w:rsidRPr="00181731">
        <w:rPr>
          <w:lang w:val="ru-RU"/>
        </w:rPr>
        <w:t>Какая из приведенных реакций окислительно-восстановительная?</w:t>
      </w:r>
    </w:p>
    <w:p w:rsidR="00FD4A85" w:rsidRPr="00E06BBA" w:rsidRDefault="00FD4A85" w:rsidP="00FD4A85">
      <w:pPr>
        <w:rPr>
          <w:i/>
          <w:szCs w:val="24"/>
        </w:rPr>
      </w:pPr>
      <w:r w:rsidRPr="00E06BBA">
        <w:rPr>
          <w:i/>
          <w:szCs w:val="24"/>
        </w:rPr>
        <w:t>варианты ответов:</w:t>
      </w:r>
    </w:p>
    <w:p w:rsidR="00FD4A85" w:rsidRPr="0030017F" w:rsidRDefault="00FD4A85" w:rsidP="00FD4A85">
      <w:pPr>
        <w:pStyle w:val="aa"/>
        <w:numPr>
          <w:ilvl w:val="0"/>
          <w:numId w:val="29"/>
        </w:numPr>
        <w:pBdr>
          <w:bottom w:val="none" w:sz="0" w:space="0" w:color="auto"/>
        </w:pBdr>
        <w:spacing w:after="0"/>
        <w:contextualSpacing w:val="0"/>
        <w:rPr>
          <w:sz w:val="24"/>
          <w:szCs w:val="24"/>
        </w:rPr>
      </w:pPr>
      <w:r w:rsidRPr="00565ADB">
        <w:rPr>
          <w:sz w:val="24"/>
          <w:szCs w:val="24"/>
        </w:rPr>
        <w:t xml:space="preserve"> </w:t>
      </w:r>
      <w:r w:rsidRPr="0030017F">
        <w:rPr>
          <w:sz w:val="24"/>
          <w:szCs w:val="24"/>
        </w:rPr>
        <w:t>Mg(OH)Cl+HCl=MgCl</w:t>
      </w:r>
      <w:r w:rsidRPr="0030017F">
        <w:rPr>
          <w:sz w:val="24"/>
          <w:szCs w:val="24"/>
          <w:vertAlign w:val="subscript"/>
        </w:rPr>
        <w:t>2</w:t>
      </w:r>
      <w:r w:rsidRPr="0030017F">
        <w:rPr>
          <w:sz w:val="24"/>
          <w:szCs w:val="24"/>
        </w:rPr>
        <w:t>+H</w:t>
      </w:r>
      <w:r w:rsidRPr="0030017F">
        <w:rPr>
          <w:sz w:val="24"/>
          <w:szCs w:val="24"/>
          <w:vertAlign w:val="subscript"/>
        </w:rPr>
        <w:t>2</w:t>
      </w:r>
      <w:r w:rsidRPr="0030017F">
        <w:rPr>
          <w:sz w:val="24"/>
          <w:szCs w:val="24"/>
        </w:rPr>
        <w:t>O</w:t>
      </w:r>
    </w:p>
    <w:p w:rsidR="00FD4A85" w:rsidRPr="0030017F" w:rsidRDefault="00FD4A85" w:rsidP="00FD4A85">
      <w:pPr>
        <w:pStyle w:val="aa"/>
        <w:numPr>
          <w:ilvl w:val="0"/>
          <w:numId w:val="29"/>
        </w:numPr>
        <w:pBdr>
          <w:bottom w:val="none" w:sz="0" w:space="0" w:color="auto"/>
        </w:pBdr>
        <w:spacing w:after="0"/>
        <w:contextualSpacing w:val="0"/>
        <w:rPr>
          <w:sz w:val="24"/>
          <w:szCs w:val="24"/>
        </w:rPr>
      </w:pPr>
      <w:r w:rsidRPr="0030017F">
        <w:rPr>
          <w:sz w:val="24"/>
          <w:szCs w:val="24"/>
        </w:rPr>
        <w:t xml:space="preserve"> NaOH+HCl=NaCl+H</w:t>
      </w:r>
      <w:r w:rsidRPr="0030017F">
        <w:rPr>
          <w:sz w:val="24"/>
          <w:szCs w:val="24"/>
          <w:vertAlign w:val="subscript"/>
        </w:rPr>
        <w:t>2</w:t>
      </w:r>
      <w:r w:rsidRPr="0030017F">
        <w:rPr>
          <w:sz w:val="24"/>
          <w:szCs w:val="24"/>
        </w:rPr>
        <w:t>O</w:t>
      </w:r>
    </w:p>
    <w:p w:rsidR="00FD4A85" w:rsidRPr="0030017F" w:rsidRDefault="00FD4A85" w:rsidP="00FD4A85">
      <w:pPr>
        <w:pStyle w:val="aa"/>
        <w:numPr>
          <w:ilvl w:val="0"/>
          <w:numId w:val="29"/>
        </w:numPr>
        <w:pBdr>
          <w:bottom w:val="none" w:sz="0" w:space="0" w:color="auto"/>
        </w:pBdr>
        <w:spacing w:after="0"/>
        <w:contextualSpacing w:val="0"/>
        <w:rPr>
          <w:sz w:val="24"/>
          <w:szCs w:val="24"/>
        </w:rPr>
      </w:pPr>
      <w:r w:rsidRPr="0030017F">
        <w:rPr>
          <w:sz w:val="24"/>
          <w:szCs w:val="24"/>
        </w:rPr>
        <w:t xml:space="preserve"> 8HI+H</w:t>
      </w:r>
      <w:r w:rsidRPr="0030017F">
        <w:rPr>
          <w:sz w:val="24"/>
          <w:szCs w:val="24"/>
          <w:vertAlign w:val="subscript"/>
        </w:rPr>
        <w:t>2</w:t>
      </w:r>
      <w:r w:rsidRPr="0030017F">
        <w:rPr>
          <w:sz w:val="24"/>
          <w:szCs w:val="24"/>
        </w:rPr>
        <w:t>SO</w:t>
      </w:r>
      <w:r w:rsidRPr="0030017F">
        <w:rPr>
          <w:sz w:val="24"/>
          <w:szCs w:val="24"/>
          <w:vertAlign w:val="subscript"/>
        </w:rPr>
        <w:t>4</w:t>
      </w:r>
      <w:r w:rsidRPr="0030017F">
        <w:rPr>
          <w:sz w:val="24"/>
          <w:szCs w:val="24"/>
        </w:rPr>
        <w:t>=4I</w:t>
      </w:r>
      <w:r w:rsidRPr="0030017F">
        <w:rPr>
          <w:sz w:val="24"/>
          <w:szCs w:val="24"/>
          <w:vertAlign w:val="subscript"/>
        </w:rPr>
        <w:t>2</w:t>
      </w:r>
      <w:r w:rsidRPr="0030017F">
        <w:rPr>
          <w:sz w:val="24"/>
          <w:szCs w:val="24"/>
        </w:rPr>
        <w:t>+H</w:t>
      </w:r>
      <w:r w:rsidRPr="0030017F">
        <w:rPr>
          <w:sz w:val="24"/>
          <w:szCs w:val="24"/>
          <w:vertAlign w:val="subscript"/>
        </w:rPr>
        <w:t>2</w:t>
      </w:r>
      <w:r w:rsidRPr="0030017F">
        <w:rPr>
          <w:sz w:val="24"/>
          <w:szCs w:val="24"/>
        </w:rPr>
        <w:t>S+4H</w:t>
      </w:r>
      <w:r w:rsidRPr="0030017F">
        <w:rPr>
          <w:sz w:val="24"/>
          <w:szCs w:val="24"/>
          <w:vertAlign w:val="subscript"/>
        </w:rPr>
        <w:t>2</w:t>
      </w:r>
      <w:r w:rsidRPr="0030017F">
        <w:rPr>
          <w:sz w:val="24"/>
          <w:szCs w:val="24"/>
        </w:rPr>
        <w:t>O</w:t>
      </w:r>
    </w:p>
    <w:p w:rsidR="00FD4A85" w:rsidRDefault="00FD4A85" w:rsidP="00FD4A85">
      <w:pPr>
        <w:rPr>
          <w:b/>
          <w:szCs w:val="24"/>
        </w:rPr>
      </w:pPr>
    </w:p>
    <w:p w:rsidR="00FD4A85" w:rsidRPr="00181731" w:rsidRDefault="00FD4A85" w:rsidP="00FD4A85">
      <w:pPr>
        <w:rPr>
          <w:szCs w:val="28"/>
          <w:lang w:val="ru-RU"/>
        </w:rPr>
      </w:pPr>
      <w:r w:rsidRPr="00181731">
        <w:rPr>
          <w:b/>
          <w:szCs w:val="24"/>
          <w:lang w:val="ru-RU"/>
        </w:rPr>
        <w:t>Задание 107.</w:t>
      </w:r>
      <w:r w:rsidRPr="00181731">
        <w:rPr>
          <w:szCs w:val="28"/>
          <w:lang w:val="ru-RU"/>
        </w:rPr>
        <w:t xml:space="preserve"> Какая реакция </w:t>
      </w:r>
      <w:r w:rsidRPr="00181731">
        <w:rPr>
          <w:b/>
          <w:szCs w:val="28"/>
          <w:u w:val="single"/>
          <w:lang w:val="ru-RU"/>
        </w:rPr>
        <w:t>не относится</w:t>
      </w:r>
      <w:r w:rsidRPr="00181731">
        <w:rPr>
          <w:szCs w:val="28"/>
          <w:lang w:val="ru-RU"/>
        </w:rPr>
        <w:t xml:space="preserve"> к окислительно-восстановительным:</w:t>
      </w:r>
    </w:p>
    <w:p w:rsidR="00FD4A85" w:rsidRPr="00181731" w:rsidRDefault="00FD4A85" w:rsidP="00FD4A85">
      <w:pPr>
        <w:rPr>
          <w:i/>
          <w:szCs w:val="24"/>
          <w:lang w:val="ru-RU"/>
        </w:rPr>
      </w:pPr>
      <w:r w:rsidRPr="00181731">
        <w:rPr>
          <w:i/>
          <w:szCs w:val="24"/>
          <w:lang w:val="ru-RU"/>
        </w:rPr>
        <w:t>варианты ответов:</w:t>
      </w:r>
    </w:p>
    <w:p w:rsidR="00FD4A85" w:rsidRPr="00181731" w:rsidRDefault="00FD4A85" w:rsidP="00FD4A85">
      <w:pPr>
        <w:spacing w:line="240" w:lineRule="auto"/>
        <w:rPr>
          <w:szCs w:val="28"/>
          <w:lang w:val="ru-RU"/>
        </w:rPr>
      </w:pPr>
      <w:r w:rsidRPr="00181731">
        <w:rPr>
          <w:szCs w:val="28"/>
          <w:lang w:val="ru-RU"/>
        </w:rPr>
        <w:t>1) 2</w:t>
      </w:r>
      <w:r>
        <w:rPr>
          <w:szCs w:val="28"/>
        </w:rPr>
        <w:t>NaNO</w:t>
      </w:r>
      <w:r w:rsidRPr="00181731">
        <w:rPr>
          <w:szCs w:val="28"/>
          <w:vertAlign w:val="subscript"/>
          <w:lang w:val="ru-RU"/>
        </w:rPr>
        <w:t>3</w:t>
      </w:r>
      <w:r w:rsidRPr="00181731">
        <w:rPr>
          <w:szCs w:val="28"/>
          <w:lang w:val="ru-RU"/>
        </w:rPr>
        <w:t xml:space="preserve">→ </w:t>
      </w:r>
      <w:r>
        <w:rPr>
          <w:szCs w:val="28"/>
        </w:rPr>
        <w:t>NaNO</w:t>
      </w:r>
      <w:r w:rsidRPr="00181731">
        <w:rPr>
          <w:szCs w:val="28"/>
          <w:vertAlign w:val="subscript"/>
          <w:lang w:val="ru-RU"/>
        </w:rPr>
        <w:t xml:space="preserve">2 </w:t>
      </w:r>
      <w:r w:rsidRPr="00181731">
        <w:rPr>
          <w:szCs w:val="28"/>
          <w:lang w:val="ru-RU"/>
        </w:rPr>
        <w:t>+</w:t>
      </w:r>
      <w:r>
        <w:rPr>
          <w:szCs w:val="28"/>
        </w:rPr>
        <w:t>O</w:t>
      </w:r>
      <w:r w:rsidRPr="00181731">
        <w:rPr>
          <w:szCs w:val="28"/>
          <w:vertAlign w:val="subscript"/>
          <w:lang w:val="ru-RU"/>
        </w:rPr>
        <w:t>2</w:t>
      </w:r>
    </w:p>
    <w:p w:rsidR="00FD4A85" w:rsidRPr="00181731" w:rsidRDefault="00FD4A85" w:rsidP="00FD4A85">
      <w:pPr>
        <w:spacing w:line="240" w:lineRule="auto"/>
        <w:rPr>
          <w:bCs/>
          <w:szCs w:val="28"/>
          <w:lang w:val="ru-RU"/>
        </w:rPr>
      </w:pPr>
      <w:r w:rsidRPr="00181731">
        <w:rPr>
          <w:bCs/>
          <w:szCs w:val="28"/>
          <w:lang w:val="ru-RU"/>
        </w:rPr>
        <w:t xml:space="preserve">2) </w:t>
      </w:r>
      <w:r>
        <w:rPr>
          <w:bCs/>
          <w:szCs w:val="28"/>
        </w:rPr>
        <w:t>CaCO</w:t>
      </w:r>
      <w:r w:rsidRPr="00181731">
        <w:rPr>
          <w:bCs/>
          <w:szCs w:val="28"/>
          <w:vertAlign w:val="subscript"/>
          <w:lang w:val="ru-RU"/>
        </w:rPr>
        <w:t>3</w:t>
      </w:r>
      <w:r w:rsidRPr="00181731">
        <w:rPr>
          <w:bCs/>
          <w:szCs w:val="28"/>
          <w:lang w:val="ru-RU"/>
        </w:rPr>
        <w:t xml:space="preserve">  → </w:t>
      </w:r>
      <w:r>
        <w:rPr>
          <w:bCs/>
          <w:szCs w:val="28"/>
        </w:rPr>
        <w:t>CaO</w:t>
      </w:r>
      <w:r w:rsidRPr="00181731">
        <w:rPr>
          <w:bCs/>
          <w:szCs w:val="28"/>
          <w:lang w:val="ru-RU"/>
        </w:rPr>
        <w:t xml:space="preserve"> + </w:t>
      </w:r>
      <w:r>
        <w:rPr>
          <w:bCs/>
          <w:szCs w:val="28"/>
        </w:rPr>
        <w:t>CO</w:t>
      </w:r>
      <w:r w:rsidRPr="00181731">
        <w:rPr>
          <w:bCs/>
          <w:szCs w:val="28"/>
          <w:vertAlign w:val="subscript"/>
          <w:lang w:val="ru-RU"/>
        </w:rPr>
        <w:t>2</w:t>
      </w:r>
    </w:p>
    <w:p w:rsidR="00FD4A85" w:rsidRPr="00B77B36" w:rsidRDefault="00FD4A85" w:rsidP="00FD4A85">
      <w:pPr>
        <w:spacing w:line="240" w:lineRule="auto"/>
        <w:rPr>
          <w:szCs w:val="28"/>
        </w:rPr>
      </w:pPr>
      <w:r w:rsidRPr="00B77B36">
        <w:rPr>
          <w:szCs w:val="28"/>
        </w:rPr>
        <w:t>3) 2</w:t>
      </w:r>
      <w:r>
        <w:rPr>
          <w:szCs w:val="28"/>
        </w:rPr>
        <w:t>Pb</w:t>
      </w:r>
      <w:r w:rsidRPr="00B77B36">
        <w:rPr>
          <w:szCs w:val="28"/>
        </w:rPr>
        <w:t>(</w:t>
      </w:r>
      <w:r>
        <w:rPr>
          <w:szCs w:val="28"/>
        </w:rPr>
        <w:t>NO</w:t>
      </w:r>
      <w:r w:rsidRPr="00B77B36">
        <w:rPr>
          <w:szCs w:val="28"/>
          <w:vertAlign w:val="subscript"/>
        </w:rPr>
        <w:t>3</w:t>
      </w:r>
      <w:r w:rsidRPr="00B77B36">
        <w:rPr>
          <w:szCs w:val="28"/>
        </w:rPr>
        <w:t>)</w:t>
      </w:r>
      <w:r w:rsidRPr="00B77B36">
        <w:rPr>
          <w:szCs w:val="28"/>
          <w:vertAlign w:val="subscript"/>
        </w:rPr>
        <w:t xml:space="preserve"> 2</w:t>
      </w:r>
      <w:r w:rsidRPr="00B77B36">
        <w:rPr>
          <w:szCs w:val="28"/>
        </w:rPr>
        <w:t xml:space="preserve"> → 2</w:t>
      </w:r>
      <w:r>
        <w:rPr>
          <w:szCs w:val="28"/>
        </w:rPr>
        <w:t>PbO</w:t>
      </w:r>
      <w:r w:rsidRPr="00B77B36">
        <w:rPr>
          <w:szCs w:val="28"/>
        </w:rPr>
        <w:t>+4</w:t>
      </w:r>
      <w:r>
        <w:rPr>
          <w:szCs w:val="28"/>
        </w:rPr>
        <w:t>NO</w:t>
      </w:r>
      <w:r w:rsidRPr="00B77B36">
        <w:rPr>
          <w:szCs w:val="28"/>
          <w:vertAlign w:val="subscript"/>
        </w:rPr>
        <w:t>2</w:t>
      </w:r>
      <w:r w:rsidRPr="00B77B36">
        <w:rPr>
          <w:szCs w:val="28"/>
        </w:rPr>
        <w:t xml:space="preserve"> +</w:t>
      </w:r>
      <w:r>
        <w:rPr>
          <w:szCs w:val="28"/>
        </w:rPr>
        <w:t>O</w:t>
      </w:r>
      <w:r w:rsidRPr="00B77B36">
        <w:rPr>
          <w:szCs w:val="28"/>
          <w:vertAlign w:val="subscript"/>
        </w:rPr>
        <w:t>2</w:t>
      </w:r>
    </w:p>
    <w:p w:rsidR="00FD4A85" w:rsidRPr="00B77B36" w:rsidRDefault="00FD4A85" w:rsidP="00FD4A85">
      <w:pPr>
        <w:rPr>
          <w:b/>
          <w:szCs w:val="24"/>
        </w:rPr>
      </w:pPr>
    </w:p>
    <w:p w:rsidR="00FD4A85" w:rsidRPr="00B77B36" w:rsidRDefault="00FD4A85" w:rsidP="00FD4A85">
      <w:pPr>
        <w:rPr>
          <w:b/>
          <w:szCs w:val="24"/>
        </w:rPr>
      </w:pPr>
      <w:r w:rsidRPr="00E06BBA">
        <w:rPr>
          <w:b/>
          <w:szCs w:val="24"/>
        </w:rPr>
        <w:t>Задание</w:t>
      </w:r>
      <w:r w:rsidRPr="00B77B36">
        <w:rPr>
          <w:b/>
          <w:szCs w:val="24"/>
        </w:rPr>
        <w:t xml:space="preserve"> 108.</w:t>
      </w:r>
    </w:p>
    <w:p w:rsidR="00FD4A85" w:rsidRPr="00181731" w:rsidRDefault="00FD4A85" w:rsidP="00FD4A85">
      <w:pPr>
        <w:rPr>
          <w:szCs w:val="28"/>
          <w:lang w:val="ru-RU"/>
        </w:rPr>
      </w:pPr>
      <w:r w:rsidRPr="00181731">
        <w:rPr>
          <w:szCs w:val="28"/>
          <w:lang w:val="ru-RU"/>
        </w:rPr>
        <w:t>Два вещества, взаимодействие между которыми относится к окислительно - восстановительным реакциям соединения – это …</w:t>
      </w:r>
    </w:p>
    <w:p w:rsidR="00FD4A85" w:rsidRPr="00181731" w:rsidRDefault="00FD4A85" w:rsidP="00FD4A85">
      <w:pPr>
        <w:rPr>
          <w:i/>
          <w:szCs w:val="24"/>
          <w:lang w:val="ru-RU"/>
        </w:rPr>
      </w:pPr>
      <w:r w:rsidRPr="00181731">
        <w:rPr>
          <w:i/>
          <w:szCs w:val="24"/>
          <w:lang w:val="ru-RU"/>
        </w:rPr>
        <w:t>варианты ответов:</w:t>
      </w:r>
    </w:p>
    <w:p w:rsidR="00FD4A85" w:rsidRPr="00181731" w:rsidRDefault="00FD4A85" w:rsidP="00FD4A85">
      <w:pPr>
        <w:rPr>
          <w:szCs w:val="28"/>
          <w:lang w:val="ru-RU"/>
        </w:rPr>
      </w:pPr>
      <w:r w:rsidRPr="00181731">
        <w:rPr>
          <w:szCs w:val="28"/>
          <w:lang w:val="ru-RU"/>
        </w:rPr>
        <w:t xml:space="preserve">1) </w:t>
      </w:r>
      <w:r>
        <w:rPr>
          <w:szCs w:val="28"/>
        </w:rPr>
        <w:t>H</w:t>
      </w:r>
      <w:r w:rsidRPr="00181731">
        <w:rPr>
          <w:szCs w:val="28"/>
          <w:vertAlign w:val="subscript"/>
          <w:lang w:val="ru-RU"/>
        </w:rPr>
        <w:t>2</w:t>
      </w:r>
      <w:r>
        <w:rPr>
          <w:szCs w:val="28"/>
        </w:rPr>
        <w:t>O</w:t>
      </w:r>
      <w:r w:rsidRPr="00181731">
        <w:rPr>
          <w:szCs w:val="28"/>
          <w:lang w:val="ru-RU"/>
        </w:rPr>
        <w:t xml:space="preserve">, </w:t>
      </w:r>
      <w:r>
        <w:rPr>
          <w:szCs w:val="28"/>
        </w:rPr>
        <w:t>CaO</w:t>
      </w:r>
      <w:r w:rsidRPr="00181731">
        <w:rPr>
          <w:szCs w:val="28"/>
          <w:lang w:val="ru-RU"/>
        </w:rPr>
        <w:t>;       2)</w:t>
      </w:r>
      <w:r>
        <w:rPr>
          <w:szCs w:val="28"/>
        </w:rPr>
        <w:t>NaI</w:t>
      </w:r>
      <w:r w:rsidRPr="00181731">
        <w:rPr>
          <w:szCs w:val="28"/>
          <w:lang w:val="ru-RU"/>
        </w:rPr>
        <w:t xml:space="preserve">, </w:t>
      </w:r>
      <w:r>
        <w:rPr>
          <w:szCs w:val="28"/>
        </w:rPr>
        <w:t>Br</w:t>
      </w:r>
      <w:r w:rsidRPr="00181731">
        <w:rPr>
          <w:szCs w:val="28"/>
          <w:vertAlign w:val="subscript"/>
          <w:lang w:val="ru-RU"/>
        </w:rPr>
        <w:t>2</w:t>
      </w:r>
      <w:r w:rsidRPr="00181731">
        <w:rPr>
          <w:szCs w:val="28"/>
          <w:lang w:val="ru-RU"/>
        </w:rPr>
        <w:t xml:space="preserve">  ;   3) </w:t>
      </w:r>
      <w:r>
        <w:rPr>
          <w:szCs w:val="28"/>
        </w:rPr>
        <w:t>H</w:t>
      </w:r>
      <w:r w:rsidRPr="00181731">
        <w:rPr>
          <w:szCs w:val="28"/>
          <w:vertAlign w:val="subscript"/>
          <w:lang w:val="ru-RU"/>
        </w:rPr>
        <w:t>2</w:t>
      </w:r>
      <w:r>
        <w:rPr>
          <w:szCs w:val="28"/>
        </w:rPr>
        <w:t>O</w:t>
      </w:r>
      <w:r w:rsidRPr="00181731">
        <w:rPr>
          <w:szCs w:val="28"/>
          <w:lang w:val="ru-RU"/>
        </w:rPr>
        <w:t xml:space="preserve">, </w:t>
      </w:r>
      <w:r>
        <w:rPr>
          <w:szCs w:val="28"/>
        </w:rPr>
        <w:t>Ca</w:t>
      </w:r>
      <w:r w:rsidRPr="00181731">
        <w:rPr>
          <w:szCs w:val="28"/>
          <w:lang w:val="ru-RU"/>
        </w:rPr>
        <w:t>О</w:t>
      </w:r>
    </w:p>
    <w:p w:rsidR="00FD4A85" w:rsidRPr="00181731" w:rsidRDefault="00FD4A85" w:rsidP="00FD4A85">
      <w:pPr>
        <w:rPr>
          <w:szCs w:val="24"/>
          <w:lang w:val="ru-RU"/>
        </w:rPr>
      </w:pPr>
    </w:p>
    <w:p w:rsidR="00FD4A85" w:rsidRPr="00181731" w:rsidRDefault="00FD4A85" w:rsidP="00FD4A85">
      <w:pPr>
        <w:rPr>
          <w:b/>
          <w:szCs w:val="24"/>
          <w:lang w:val="ru-RU"/>
        </w:rPr>
      </w:pPr>
      <w:r w:rsidRPr="00181731">
        <w:rPr>
          <w:b/>
          <w:szCs w:val="24"/>
          <w:lang w:val="ru-RU"/>
        </w:rPr>
        <w:t>Задание 109.</w:t>
      </w:r>
    </w:p>
    <w:p w:rsidR="00FD4A85" w:rsidRPr="00181731" w:rsidRDefault="00FD4A85" w:rsidP="00FD4A85">
      <w:pPr>
        <w:rPr>
          <w:lang w:val="ru-RU"/>
        </w:rPr>
      </w:pPr>
      <w:r w:rsidRPr="00181731">
        <w:rPr>
          <w:lang w:val="ru-RU"/>
        </w:rPr>
        <w:t>Какой из приведенных ионов может быть только восстановителем?</w:t>
      </w:r>
    </w:p>
    <w:p w:rsidR="00FD4A85" w:rsidRPr="00181731" w:rsidRDefault="00FD4A85" w:rsidP="00FD4A85">
      <w:pPr>
        <w:rPr>
          <w:i/>
          <w:szCs w:val="24"/>
          <w:lang w:val="ru-RU"/>
        </w:rPr>
      </w:pPr>
      <w:r w:rsidRPr="00181731">
        <w:rPr>
          <w:i/>
          <w:szCs w:val="24"/>
          <w:lang w:val="ru-RU"/>
        </w:rPr>
        <w:t>варианты ответов:</w:t>
      </w:r>
    </w:p>
    <w:p w:rsidR="00FD4A85" w:rsidRPr="00181731" w:rsidRDefault="00FD4A85" w:rsidP="00FD4A85">
      <w:pPr>
        <w:pStyle w:val="aa"/>
        <w:rPr>
          <w:sz w:val="24"/>
          <w:szCs w:val="24"/>
          <w:lang w:val="ru-RU"/>
        </w:rPr>
      </w:pPr>
      <w:r w:rsidRPr="00181731">
        <w:rPr>
          <w:sz w:val="24"/>
          <w:szCs w:val="24"/>
          <w:lang w:val="ru-RU"/>
        </w:rPr>
        <w:t>1) С</w:t>
      </w:r>
      <w:r w:rsidRPr="00565ADB">
        <w:rPr>
          <w:sz w:val="24"/>
          <w:szCs w:val="24"/>
        </w:rPr>
        <w:t>u</w:t>
      </w:r>
      <w:r w:rsidRPr="00181731">
        <w:rPr>
          <w:sz w:val="24"/>
          <w:szCs w:val="24"/>
          <w:vertAlign w:val="superscript"/>
          <w:lang w:val="ru-RU"/>
        </w:rPr>
        <w:t>0</w:t>
      </w:r>
      <w:r w:rsidRPr="00181731">
        <w:rPr>
          <w:sz w:val="24"/>
          <w:szCs w:val="24"/>
          <w:lang w:val="ru-RU"/>
        </w:rPr>
        <w:t xml:space="preserve">      2) (</w:t>
      </w:r>
      <w:r w:rsidRPr="00565ADB">
        <w:rPr>
          <w:sz w:val="24"/>
          <w:szCs w:val="24"/>
        </w:rPr>
        <w:t>Cr</w:t>
      </w:r>
      <w:r w:rsidRPr="00181731">
        <w:rPr>
          <w:sz w:val="24"/>
          <w:szCs w:val="24"/>
          <w:vertAlign w:val="subscript"/>
          <w:lang w:val="ru-RU"/>
        </w:rPr>
        <w:t>2</w:t>
      </w:r>
      <w:r w:rsidRPr="00565ADB">
        <w:rPr>
          <w:sz w:val="24"/>
          <w:szCs w:val="24"/>
        </w:rPr>
        <w:t>O</w:t>
      </w:r>
      <w:r w:rsidRPr="00181731">
        <w:rPr>
          <w:sz w:val="24"/>
          <w:szCs w:val="24"/>
          <w:vertAlign w:val="subscript"/>
          <w:lang w:val="ru-RU"/>
        </w:rPr>
        <w:t>7</w:t>
      </w:r>
      <w:r w:rsidRPr="00181731">
        <w:rPr>
          <w:sz w:val="24"/>
          <w:szCs w:val="24"/>
          <w:lang w:val="ru-RU"/>
        </w:rPr>
        <w:t>)</w:t>
      </w:r>
      <w:r w:rsidRPr="00181731">
        <w:rPr>
          <w:sz w:val="24"/>
          <w:szCs w:val="24"/>
          <w:vertAlign w:val="superscript"/>
          <w:lang w:val="ru-RU"/>
        </w:rPr>
        <w:t>2-</w:t>
      </w:r>
      <w:r w:rsidRPr="00181731">
        <w:rPr>
          <w:sz w:val="24"/>
          <w:szCs w:val="24"/>
          <w:lang w:val="ru-RU"/>
        </w:rPr>
        <w:t xml:space="preserve">      3) </w:t>
      </w:r>
      <w:r w:rsidRPr="00565ADB">
        <w:rPr>
          <w:sz w:val="24"/>
          <w:szCs w:val="24"/>
        </w:rPr>
        <w:t>Sn</w:t>
      </w:r>
      <w:r w:rsidRPr="00181731">
        <w:rPr>
          <w:sz w:val="24"/>
          <w:szCs w:val="24"/>
          <w:vertAlign w:val="superscript"/>
          <w:lang w:val="ru-RU"/>
        </w:rPr>
        <w:t>4+</w:t>
      </w:r>
      <w:r w:rsidRPr="00181731">
        <w:rPr>
          <w:sz w:val="24"/>
          <w:szCs w:val="24"/>
          <w:lang w:val="ru-RU"/>
        </w:rPr>
        <w:t xml:space="preserve">    </w:t>
      </w:r>
    </w:p>
    <w:p w:rsidR="00FD4A85" w:rsidRPr="00181731" w:rsidRDefault="00FD4A85" w:rsidP="00FD4A85">
      <w:pPr>
        <w:rPr>
          <w:b/>
          <w:szCs w:val="24"/>
          <w:lang w:val="ru-RU"/>
        </w:rPr>
      </w:pPr>
    </w:p>
    <w:p w:rsidR="00FD4A85" w:rsidRPr="00181731" w:rsidRDefault="00FD4A85" w:rsidP="00FD4A85">
      <w:pPr>
        <w:pStyle w:val="aa"/>
        <w:tabs>
          <w:tab w:val="left" w:pos="142"/>
        </w:tabs>
        <w:rPr>
          <w:sz w:val="24"/>
          <w:szCs w:val="24"/>
          <w:lang w:val="ru-RU"/>
        </w:rPr>
      </w:pPr>
      <w:r w:rsidRPr="00181731">
        <w:rPr>
          <w:b/>
          <w:sz w:val="24"/>
          <w:szCs w:val="24"/>
          <w:lang w:val="ru-RU"/>
        </w:rPr>
        <w:t>Задание 110</w:t>
      </w:r>
      <w:r w:rsidRPr="00181731">
        <w:rPr>
          <w:b/>
          <w:lang w:val="ru-RU"/>
        </w:rPr>
        <w:t>.</w:t>
      </w:r>
      <w:r w:rsidRPr="00181731">
        <w:rPr>
          <w:szCs w:val="24"/>
          <w:lang w:val="ru-RU"/>
        </w:rPr>
        <w:t xml:space="preserve"> </w:t>
      </w:r>
      <w:r w:rsidRPr="00181731">
        <w:rPr>
          <w:sz w:val="24"/>
          <w:szCs w:val="24"/>
          <w:lang w:val="ru-RU"/>
        </w:rPr>
        <w:t>Какой из перечисленных ионов может быть только восстановителем?</w:t>
      </w:r>
    </w:p>
    <w:p w:rsidR="00FD4A85" w:rsidRDefault="00FD4A85" w:rsidP="00FD4A85">
      <w:pPr>
        <w:pStyle w:val="14"/>
        <w:widowControl/>
        <w:rPr>
          <w:i/>
          <w:snapToGrid/>
          <w:sz w:val="24"/>
        </w:rPr>
      </w:pPr>
      <w:r>
        <w:rPr>
          <w:b/>
          <w:snapToGrid/>
          <w:sz w:val="24"/>
        </w:rPr>
        <w:t xml:space="preserve">      </w:t>
      </w:r>
      <w:r w:rsidRPr="001A3BB0">
        <w:rPr>
          <w:i/>
          <w:snapToGrid/>
          <w:sz w:val="24"/>
        </w:rPr>
        <w:t xml:space="preserve">варианты ответов: </w:t>
      </w:r>
    </w:p>
    <w:p w:rsidR="00FD4A85" w:rsidRPr="00181731" w:rsidRDefault="00FD4A85" w:rsidP="00FD4A85">
      <w:pPr>
        <w:pStyle w:val="aa"/>
        <w:ind w:left="360"/>
        <w:rPr>
          <w:sz w:val="24"/>
          <w:szCs w:val="24"/>
          <w:lang w:val="ru-RU"/>
        </w:rPr>
      </w:pPr>
      <w:r w:rsidRPr="00181731">
        <w:rPr>
          <w:sz w:val="24"/>
          <w:szCs w:val="24"/>
          <w:lang w:val="ru-RU"/>
        </w:rPr>
        <w:t xml:space="preserve">1) </w:t>
      </w:r>
      <w:r w:rsidRPr="004F49A1">
        <w:rPr>
          <w:sz w:val="24"/>
          <w:szCs w:val="24"/>
        </w:rPr>
        <w:t>Cu</w:t>
      </w:r>
      <w:r w:rsidRPr="00181731">
        <w:rPr>
          <w:sz w:val="24"/>
          <w:szCs w:val="24"/>
          <w:vertAlign w:val="superscript"/>
          <w:lang w:val="ru-RU"/>
        </w:rPr>
        <w:t>2+</w:t>
      </w:r>
      <w:r w:rsidRPr="00181731">
        <w:rPr>
          <w:sz w:val="24"/>
          <w:szCs w:val="24"/>
          <w:lang w:val="ru-RU"/>
        </w:rPr>
        <w:t xml:space="preserve">      2) </w:t>
      </w:r>
      <w:r w:rsidRPr="004F49A1">
        <w:rPr>
          <w:sz w:val="24"/>
          <w:szCs w:val="24"/>
        </w:rPr>
        <w:t>Cl</w:t>
      </w:r>
      <w:r w:rsidRPr="00181731">
        <w:rPr>
          <w:sz w:val="24"/>
          <w:szCs w:val="24"/>
          <w:vertAlign w:val="superscript"/>
          <w:lang w:val="ru-RU"/>
        </w:rPr>
        <w:t>-</w:t>
      </w:r>
      <w:r w:rsidRPr="00181731">
        <w:rPr>
          <w:sz w:val="24"/>
          <w:szCs w:val="24"/>
          <w:lang w:val="ru-RU"/>
        </w:rPr>
        <w:t xml:space="preserve">      3) (</w:t>
      </w:r>
      <w:r w:rsidRPr="004F49A1">
        <w:rPr>
          <w:sz w:val="24"/>
          <w:szCs w:val="24"/>
        </w:rPr>
        <w:t>VO</w:t>
      </w:r>
      <w:r w:rsidRPr="00181731">
        <w:rPr>
          <w:sz w:val="24"/>
          <w:szCs w:val="24"/>
          <w:vertAlign w:val="subscript"/>
          <w:lang w:val="ru-RU"/>
        </w:rPr>
        <w:t>3</w:t>
      </w:r>
      <w:r w:rsidRPr="00181731">
        <w:rPr>
          <w:sz w:val="24"/>
          <w:szCs w:val="24"/>
          <w:lang w:val="ru-RU"/>
        </w:rPr>
        <w:t>)</w:t>
      </w:r>
      <w:r w:rsidRPr="00181731">
        <w:rPr>
          <w:sz w:val="24"/>
          <w:szCs w:val="24"/>
          <w:vertAlign w:val="superscript"/>
          <w:lang w:val="ru-RU"/>
        </w:rPr>
        <w:t>-</w:t>
      </w:r>
      <w:r w:rsidRPr="00181731">
        <w:rPr>
          <w:sz w:val="24"/>
          <w:szCs w:val="24"/>
          <w:lang w:val="ru-RU"/>
        </w:rPr>
        <w:t xml:space="preserve">      </w:t>
      </w:r>
    </w:p>
    <w:p w:rsidR="00FD4A85" w:rsidRPr="00181731" w:rsidRDefault="00FD4A85" w:rsidP="00FD4A85">
      <w:pPr>
        <w:rPr>
          <w:b/>
          <w:szCs w:val="24"/>
          <w:lang w:val="ru-RU"/>
        </w:rPr>
      </w:pPr>
    </w:p>
    <w:p w:rsidR="00FD4A85" w:rsidRPr="00181731" w:rsidRDefault="00FD4A85" w:rsidP="00FD4A85">
      <w:pPr>
        <w:rPr>
          <w:b/>
          <w:szCs w:val="24"/>
          <w:lang w:val="ru-RU"/>
        </w:rPr>
      </w:pPr>
      <w:r w:rsidRPr="00181731">
        <w:rPr>
          <w:b/>
          <w:szCs w:val="24"/>
          <w:lang w:val="ru-RU"/>
        </w:rPr>
        <w:t>Задание 111.</w:t>
      </w:r>
    </w:p>
    <w:p w:rsidR="00FD4A85" w:rsidRPr="00181731" w:rsidRDefault="00FD4A85" w:rsidP="00FD4A85">
      <w:pPr>
        <w:rPr>
          <w:lang w:val="ru-RU"/>
        </w:rPr>
      </w:pPr>
      <w:r w:rsidRPr="00181731">
        <w:rPr>
          <w:lang w:val="ru-RU"/>
        </w:rPr>
        <w:t>Какой из перечисленных ионов может быть только восстановителем?</w:t>
      </w:r>
    </w:p>
    <w:p w:rsidR="00FD4A85" w:rsidRPr="00181731" w:rsidRDefault="00FD4A85" w:rsidP="00FD4A85">
      <w:pPr>
        <w:rPr>
          <w:i/>
          <w:szCs w:val="24"/>
          <w:lang w:val="ru-RU"/>
        </w:rPr>
      </w:pPr>
      <w:r w:rsidRPr="00181731">
        <w:rPr>
          <w:i/>
          <w:szCs w:val="24"/>
          <w:lang w:val="ru-RU"/>
        </w:rPr>
        <w:t>варианты ответов:</w:t>
      </w:r>
    </w:p>
    <w:p w:rsidR="00FD4A85" w:rsidRPr="00181731" w:rsidRDefault="00FD4A85" w:rsidP="00FD4A85">
      <w:pPr>
        <w:pStyle w:val="aa"/>
        <w:ind w:left="360"/>
        <w:rPr>
          <w:sz w:val="24"/>
          <w:szCs w:val="24"/>
          <w:lang w:val="ru-RU"/>
        </w:rPr>
      </w:pPr>
      <w:r w:rsidRPr="00181731">
        <w:rPr>
          <w:sz w:val="24"/>
          <w:szCs w:val="24"/>
          <w:lang w:val="ru-RU"/>
        </w:rPr>
        <w:t xml:space="preserve">1) </w:t>
      </w:r>
      <w:r w:rsidRPr="00AB3D66">
        <w:rPr>
          <w:sz w:val="24"/>
          <w:szCs w:val="24"/>
        </w:rPr>
        <w:t>SO</w:t>
      </w:r>
      <w:r w:rsidRPr="00181731">
        <w:rPr>
          <w:sz w:val="24"/>
          <w:szCs w:val="24"/>
          <w:vertAlign w:val="subscript"/>
          <w:lang w:val="ru-RU"/>
        </w:rPr>
        <w:t>4</w:t>
      </w:r>
      <w:r w:rsidRPr="00181731">
        <w:rPr>
          <w:sz w:val="24"/>
          <w:szCs w:val="24"/>
          <w:vertAlign w:val="superscript"/>
          <w:lang w:val="ru-RU"/>
        </w:rPr>
        <w:t>2-</w:t>
      </w:r>
      <w:r w:rsidRPr="00181731">
        <w:rPr>
          <w:sz w:val="24"/>
          <w:szCs w:val="24"/>
          <w:lang w:val="ru-RU"/>
        </w:rPr>
        <w:t xml:space="preserve">  ;   2) </w:t>
      </w:r>
      <w:r w:rsidRPr="00AB3D66">
        <w:rPr>
          <w:sz w:val="24"/>
          <w:szCs w:val="24"/>
        </w:rPr>
        <w:t>S</w:t>
      </w:r>
      <w:r w:rsidRPr="00181731">
        <w:rPr>
          <w:sz w:val="24"/>
          <w:szCs w:val="24"/>
          <w:vertAlign w:val="superscript"/>
          <w:lang w:val="ru-RU"/>
        </w:rPr>
        <w:t>2-</w:t>
      </w:r>
      <w:r w:rsidRPr="00181731">
        <w:rPr>
          <w:sz w:val="24"/>
          <w:szCs w:val="24"/>
          <w:lang w:val="ru-RU"/>
        </w:rPr>
        <w:t xml:space="preserve"> ;  3) </w:t>
      </w:r>
      <w:r w:rsidRPr="00AB3D66">
        <w:rPr>
          <w:sz w:val="24"/>
          <w:szCs w:val="24"/>
        </w:rPr>
        <w:t>Fe</w:t>
      </w:r>
      <w:r w:rsidRPr="00181731">
        <w:rPr>
          <w:sz w:val="24"/>
          <w:szCs w:val="24"/>
          <w:vertAlign w:val="superscript"/>
          <w:lang w:val="ru-RU"/>
        </w:rPr>
        <w:t xml:space="preserve">3+ </w:t>
      </w:r>
      <w:r w:rsidRPr="00181731">
        <w:rPr>
          <w:sz w:val="24"/>
          <w:szCs w:val="24"/>
          <w:lang w:val="ru-RU"/>
        </w:rPr>
        <w:t xml:space="preserve">    </w:t>
      </w:r>
    </w:p>
    <w:p w:rsidR="00FD4A85" w:rsidRPr="00181731" w:rsidRDefault="00FD4A85" w:rsidP="00FD4A85">
      <w:pPr>
        <w:rPr>
          <w:b/>
          <w:szCs w:val="24"/>
          <w:lang w:val="ru-RU"/>
        </w:rPr>
      </w:pPr>
    </w:p>
    <w:p w:rsidR="00FD4A85" w:rsidRPr="00181731" w:rsidRDefault="00FD4A85" w:rsidP="00FD4A85">
      <w:pPr>
        <w:rPr>
          <w:b/>
          <w:szCs w:val="24"/>
          <w:lang w:val="ru-RU"/>
        </w:rPr>
      </w:pPr>
      <w:r w:rsidRPr="00181731">
        <w:rPr>
          <w:b/>
          <w:szCs w:val="24"/>
          <w:lang w:val="ru-RU"/>
        </w:rPr>
        <w:t>Задание 112.</w:t>
      </w:r>
    </w:p>
    <w:p w:rsidR="00FD4A85" w:rsidRPr="00181731" w:rsidRDefault="00FD4A85" w:rsidP="00FD4A85">
      <w:pPr>
        <w:rPr>
          <w:lang w:val="ru-RU"/>
        </w:rPr>
      </w:pPr>
      <w:r w:rsidRPr="00181731">
        <w:rPr>
          <w:lang w:val="ru-RU"/>
        </w:rPr>
        <w:t xml:space="preserve">Сумма всех стехиометрических коэффициентов в уравнении реакции </w:t>
      </w:r>
    </w:p>
    <w:p w:rsidR="00FD4A85" w:rsidRPr="00FB4372" w:rsidRDefault="00FD4A85" w:rsidP="00FD4A85">
      <w:pPr>
        <w:rPr>
          <w:i/>
          <w:sz w:val="20"/>
          <w:u w:val="single"/>
        </w:rPr>
      </w:pPr>
      <w:r w:rsidRPr="004F49A1">
        <w:t>Mn(OH)</w:t>
      </w:r>
      <w:r w:rsidRPr="004F49A1">
        <w:rPr>
          <w:vertAlign w:val="subscript"/>
        </w:rPr>
        <w:t>2</w:t>
      </w:r>
      <w:r w:rsidRPr="004F49A1">
        <w:t>+Cl</w:t>
      </w:r>
      <w:r w:rsidRPr="004F49A1">
        <w:rPr>
          <w:vertAlign w:val="subscript"/>
        </w:rPr>
        <w:t>2</w:t>
      </w:r>
      <w:r w:rsidRPr="004F49A1">
        <w:t>+KOH=MnO</w:t>
      </w:r>
      <w:r w:rsidRPr="004F49A1">
        <w:rPr>
          <w:vertAlign w:val="subscript"/>
        </w:rPr>
        <w:t xml:space="preserve">2 </w:t>
      </w:r>
      <w:r w:rsidRPr="004F49A1">
        <w:t>+…….Cl</w:t>
      </w:r>
      <w:r w:rsidRPr="004F49A1">
        <w:rPr>
          <w:vertAlign w:val="superscript"/>
        </w:rPr>
        <w:t xml:space="preserve">- </w:t>
      </w:r>
      <w:r w:rsidRPr="004F49A1">
        <w:t>+…</w:t>
      </w:r>
      <w:r w:rsidRPr="00FB4372">
        <w:t xml:space="preserve"> </w:t>
      </w:r>
      <w:r>
        <w:t>равна</w:t>
      </w:r>
      <w:r w:rsidRPr="00FB4372">
        <w:t xml:space="preserve"> ….</w:t>
      </w:r>
    </w:p>
    <w:p w:rsidR="00FD4A85" w:rsidRPr="00E074AE" w:rsidRDefault="00FD4A85" w:rsidP="00FD4A85">
      <w:pPr>
        <w:pStyle w:val="14"/>
        <w:widowControl/>
        <w:rPr>
          <w:i/>
          <w:snapToGrid/>
          <w:sz w:val="24"/>
          <w:lang w:val="en-US"/>
        </w:rPr>
      </w:pPr>
    </w:p>
    <w:p w:rsidR="00FD4A85" w:rsidRPr="00181731" w:rsidRDefault="00FD4A85" w:rsidP="00FD4A85">
      <w:pPr>
        <w:pStyle w:val="aa"/>
        <w:rPr>
          <w:sz w:val="24"/>
          <w:szCs w:val="24"/>
          <w:lang w:val="ru-RU"/>
        </w:rPr>
      </w:pPr>
      <w:r w:rsidRPr="00181731">
        <w:rPr>
          <w:b/>
          <w:sz w:val="24"/>
          <w:szCs w:val="24"/>
          <w:lang w:val="ru-RU"/>
        </w:rPr>
        <w:t>Задание 113.</w:t>
      </w:r>
      <w:r w:rsidRPr="00181731">
        <w:rPr>
          <w:sz w:val="24"/>
          <w:szCs w:val="24"/>
          <w:lang w:val="ru-RU"/>
        </w:rPr>
        <w:t xml:space="preserve"> Стехиометрический коэффициент перед формулой восстановителя в уравнении реакции </w:t>
      </w:r>
    </w:p>
    <w:p w:rsidR="00FD4A85" w:rsidRPr="00FB4372" w:rsidRDefault="00FD4A85" w:rsidP="00FD4A85">
      <w:pPr>
        <w:pStyle w:val="aa"/>
        <w:rPr>
          <w:sz w:val="24"/>
          <w:szCs w:val="24"/>
        </w:rPr>
      </w:pPr>
      <w:r w:rsidRPr="00FF21EE">
        <w:t>K</w:t>
      </w:r>
      <w:r w:rsidRPr="007C18ED">
        <w:rPr>
          <w:vertAlign w:val="subscript"/>
        </w:rPr>
        <w:t>2</w:t>
      </w:r>
      <w:r w:rsidRPr="00FF21EE">
        <w:t>S</w:t>
      </w:r>
      <w:r w:rsidRPr="007C18ED">
        <w:t>+</w:t>
      </w:r>
      <w:r w:rsidRPr="00FF21EE">
        <w:t>K</w:t>
      </w:r>
      <w:r w:rsidRPr="007C18ED">
        <w:rPr>
          <w:vertAlign w:val="subscript"/>
        </w:rPr>
        <w:t>2</w:t>
      </w:r>
      <w:r w:rsidRPr="00FF21EE">
        <w:t>MnO</w:t>
      </w:r>
      <w:r w:rsidRPr="007C18ED">
        <w:rPr>
          <w:vertAlign w:val="subscript"/>
        </w:rPr>
        <w:t>4</w:t>
      </w:r>
      <w:r w:rsidRPr="007C18ED">
        <w:t>+</w:t>
      </w:r>
      <w:r w:rsidRPr="00FF21EE">
        <w:t>H</w:t>
      </w:r>
      <w:r w:rsidRPr="007C18ED">
        <w:rPr>
          <w:vertAlign w:val="subscript"/>
        </w:rPr>
        <w:t>2</w:t>
      </w:r>
      <w:r w:rsidRPr="00FF21EE">
        <w:t>O</w:t>
      </w:r>
      <w:r w:rsidRPr="007C18ED">
        <w:t xml:space="preserve"> </w:t>
      </w:r>
      <w:r w:rsidRPr="007C18ED">
        <w:rPr>
          <w:rFonts w:ascii="Lucida Sans Unicode" w:hAnsi="Lucida Sans Unicode"/>
        </w:rPr>
        <w:t>→</w:t>
      </w:r>
      <w:r w:rsidRPr="00FF21EE">
        <w:t>S</w:t>
      </w:r>
      <w:r w:rsidRPr="007C18ED">
        <w:rPr>
          <w:vertAlign w:val="subscript"/>
        </w:rPr>
        <w:t xml:space="preserve"> </w:t>
      </w:r>
      <w:r w:rsidRPr="007C18ED">
        <w:t>+</w:t>
      </w:r>
      <w:r w:rsidRPr="00FF21EE">
        <w:t>MnO</w:t>
      </w:r>
      <w:r w:rsidRPr="007C18ED">
        <w:rPr>
          <w:vertAlign w:val="subscript"/>
        </w:rPr>
        <w:t>2</w:t>
      </w:r>
      <w:r w:rsidRPr="007C18ED">
        <w:rPr>
          <w:vertAlign w:val="superscript"/>
        </w:rPr>
        <w:t xml:space="preserve"> </w:t>
      </w:r>
      <w:r w:rsidRPr="007C18ED">
        <w:t>+…</w:t>
      </w:r>
      <w:r w:rsidRPr="00FB4372">
        <w:t xml:space="preserve"> </w:t>
      </w:r>
      <w:r>
        <w:rPr>
          <w:sz w:val="24"/>
          <w:szCs w:val="24"/>
        </w:rPr>
        <w:t>равен …</w:t>
      </w:r>
      <w:r w:rsidRPr="00FB4372">
        <w:rPr>
          <w:sz w:val="24"/>
          <w:szCs w:val="24"/>
        </w:rPr>
        <w:t>.</w:t>
      </w:r>
    </w:p>
    <w:p w:rsidR="00FD4A85" w:rsidRPr="00A57943" w:rsidRDefault="00FD4A85" w:rsidP="00FD4A85">
      <w:pPr>
        <w:rPr>
          <w:b/>
          <w:szCs w:val="24"/>
        </w:rPr>
      </w:pPr>
    </w:p>
    <w:p w:rsidR="00FD4A85" w:rsidRDefault="00FD4A85" w:rsidP="00FD4A85">
      <w:pPr>
        <w:rPr>
          <w:b/>
          <w:szCs w:val="24"/>
        </w:rPr>
      </w:pPr>
      <w:r w:rsidRPr="00E06BBA">
        <w:rPr>
          <w:b/>
          <w:szCs w:val="24"/>
        </w:rPr>
        <w:t xml:space="preserve">Задание </w:t>
      </w:r>
      <w:r>
        <w:rPr>
          <w:b/>
          <w:szCs w:val="24"/>
        </w:rPr>
        <w:t>114</w:t>
      </w:r>
      <w:r w:rsidRPr="00E06BBA">
        <w:rPr>
          <w:b/>
          <w:szCs w:val="24"/>
        </w:rPr>
        <w:t>.</w:t>
      </w:r>
    </w:p>
    <w:p w:rsidR="00FD4A85" w:rsidRPr="00E06BBA" w:rsidRDefault="00FD4A85" w:rsidP="00FD4A85">
      <w:pPr>
        <w:rPr>
          <w:b/>
          <w:szCs w:val="24"/>
        </w:rPr>
      </w:pPr>
      <w:r w:rsidRPr="00181731">
        <w:rPr>
          <w:lang w:val="ru-RU"/>
        </w:rPr>
        <w:t xml:space="preserve">Из предложенных соединений выберите окислитель для окисления </w:t>
      </w:r>
      <w:r w:rsidRPr="00F56263">
        <w:t>Te</w:t>
      </w:r>
      <w:r w:rsidRPr="00181731">
        <w:rPr>
          <w:lang w:val="ru-RU"/>
        </w:rPr>
        <w:t xml:space="preserve"> до </w:t>
      </w:r>
      <w:r w:rsidRPr="00F56263">
        <w:t>TeO</w:t>
      </w:r>
      <w:r w:rsidRPr="00181731">
        <w:rPr>
          <w:vertAlign w:val="subscript"/>
          <w:lang w:val="ru-RU"/>
        </w:rPr>
        <w:t>2</w:t>
      </w:r>
      <w:r w:rsidRPr="00181731">
        <w:rPr>
          <w:lang w:val="ru-RU"/>
        </w:rPr>
        <w:t xml:space="preserve">.  </w:t>
      </w:r>
      <w:r>
        <w:t xml:space="preserve">Если: </w:t>
      </w:r>
      <w:r w:rsidRPr="00AB3D66">
        <w:rPr>
          <w:b/>
          <w:position w:val="-10"/>
          <w:sz w:val="28"/>
          <w:szCs w:val="28"/>
        </w:rPr>
        <w:object w:dxaOrig="2040" w:dyaOrig="360">
          <v:shape id="_x0000_i1084" type="#_x0000_t75" style="width:102pt;height:18pt" o:ole="" fillcolor="window">
            <v:imagedata r:id="rId113" o:title=""/>
          </v:shape>
          <o:OLEObject Type="Embed" ProgID="Equation.3" ShapeID="_x0000_i1084" DrawAspect="Content" ObjectID="_1842695779" r:id="rId114"/>
        </w:object>
      </w:r>
      <w:r w:rsidRPr="00AB3D66">
        <w:rPr>
          <w:b/>
          <w:sz w:val="28"/>
          <w:szCs w:val="28"/>
        </w:rPr>
        <w:t xml:space="preserve">   </w:t>
      </w:r>
      <w:r w:rsidRPr="00AB3D66">
        <w:rPr>
          <w:b/>
          <w:position w:val="-12"/>
          <w:sz w:val="28"/>
          <w:szCs w:val="28"/>
        </w:rPr>
        <w:object w:dxaOrig="2160" w:dyaOrig="380">
          <v:shape id="_x0000_i1085" type="#_x0000_t75" style="width:109.5pt;height:19.5pt" o:ole="" fillcolor="window">
            <v:imagedata r:id="rId115" o:title=""/>
          </v:shape>
          <o:OLEObject Type="Embed" ProgID="Equation.3" ShapeID="_x0000_i1085" DrawAspect="Content" ObjectID="_1842695780" r:id="rId116"/>
        </w:object>
      </w:r>
      <w:r w:rsidRPr="00AB3D66">
        <w:rPr>
          <w:b/>
          <w:sz w:val="28"/>
          <w:szCs w:val="28"/>
        </w:rPr>
        <w:t xml:space="preserve">  </w:t>
      </w:r>
      <w:r w:rsidRPr="00AB3D66">
        <w:rPr>
          <w:b/>
          <w:position w:val="-10"/>
          <w:sz w:val="28"/>
          <w:szCs w:val="28"/>
        </w:rPr>
        <w:object w:dxaOrig="1880" w:dyaOrig="360">
          <v:shape id="_x0000_i1086" type="#_x0000_t75" style="width:94.5pt;height:18pt" o:ole="" fillcolor="window">
            <v:imagedata r:id="rId117" o:title=""/>
          </v:shape>
          <o:OLEObject Type="Embed" ProgID="Equation.3" ShapeID="_x0000_i1086" DrawAspect="Content" ObjectID="_1842695781" r:id="rId118"/>
        </w:object>
      </w:r>
      <w:r w:rsidRPr="00AB3D66">
        <w:rPr>
          <w:b/>
          <w:sz w:val="28"/>
          <w:szCs w:val="28"/>
        </w:rPr>
        <w:t xml:space="preserve">  </w:t>
      </w:r>
      <w:r w:rsidRPr="00AB3D66">
        <w:rPr>
          <w:b/>
          <w:position w:val="-10"/>
          <w:sz w:val="28"/>
          <w:szCs w:val="28"/>
        </w:rPr>
        <w:object w:dxaOrig="2100" w:dyaOrig="360">
          <v:shape id="_x0000_i1087" type="#_x0000_t75" style="width:105pt;height:18pt" o:ole="" fillcolor="window">
            <v:imagedata r:id="rId119" o:title=""/>
          </v:shape>
          <o:OLEObject Type="Embed" ProgID="Equation.3" ShapeID="_x0000_i1087" DrawAspect="Content" ObjectID="_1842695782" r:id="rId120"/>
        </w:object>
      </w:r>
      <w:r w:rsidRPr="00AB3D66">
        <w:rPr>
          <w:b/>
          <w:sz w:val="28"/>
          <w:szCs w:val="28"/>
        </w:rPr>
        <w:t xml:space="preserve">  </w:t>
      </w:r>
    </w:p>
    <w:p w:rsidR="00FD4A85" w:rsidRDefault="00FD4A85" w:rsidP="00FD4A85">
      <w:pPr>
        <w:rPr>
          <w:i/>
          <w:szCs w:val="24"/>
        </w:rPr>
      </w:pPr>
      <w:r w:rsidRPr="00E06BBA">
        <w:rPr>
          <w:i/>
          <w:szCs w:val="24"/>
        </w:rPr>
        <w:t>варианты ответов:</w:t>
      </w:r>
    </w:p>
    <w:p w:rsidR="00FD4A85" w:rsidRPr="00A57943" w:rsidRDefault="00FD4A85" w:rsidP="00FD4A85">
      <w:pPr>
        <w:rPr>
          <w:i/>
          <w:szCs w:val="24"/>
        </w:rPr>
      </w:pPr>
      <w:r>
        <w:t>1)</w:t>
      </w:r>
      <w:r w:rsidRPr="00F56263">
        <w:t>KClO</w:t>
      </w:r>
      <w:r w:rsidRPr="00A57943">
        <w:rPr>
          <w:vertAlign w:val="subscript"/>
        </w:rPr>
        <w:t>3</w:t>
      </w:r>
      <w:r>
        <w:t>; 2)</w:t>
      </w:r>
      <w:r w:rsidRPr="00A57943">
        <w:t xml:space="preserve"> </w:t>
      </w:r>
      <w:r w:rsidRPr="00F56263">
        <w:t>SO</w:t>
      </w:r>
      <w:r w:rsidRPr="00A57943">
        <w:rPr>
          <w:vertAlign w:val="subscript"/>
        </w:rPr>
        <w:t>2</w:t>
      </w:r>
      <w:r>
        <w:t>;  3)</w:t>
      </w:r>
      <w:r w:rsidRPr="00A57943">
        <w:t xml:space="preserve"> </w:t>
      </w:r>
      <w:r w:rsidRPr="00F56263">
        <w:t>CuCl</w:t>
      </w:r>
      <w:r w:rsidRPr="00A57943">
        <w:rPr>
          <w:vertAlign w:val="subscript"/>
        </w:rPr>
        <w:t>2</w:t>
      </w:r>
    </w:p>
    <w:p w:rsidR="00FD4A85" w:rsidRDefault="00FD4A85" w:rsidP="00FD4A85">
      <w:pPr>
        <w:rPr>
          <w:b/>
          <w:szCs w:val="24"/>
        </w:rPr>
      </w:pPr>
    </w:p>
    <w:p w:rsidR="00FD4A85" w:rsidRPr="00181731" w:rsidRDefault="00FD4A85" w:rsidP="00FD4A85">
      <w:pPr>
        <w:pStyle w:val="aa"/>
        <w:rPr>
          <w:sz w:val="24"/>
          <w:lang w:val="ru-RU"/>
        </w:rPr>
      </w:pPr>
      <w:r w:rsidRPr="00181731">
        <w:rPr>
          <w:b/>
          <w:sz w:val="24"/>
          <w:szCs w:val="24"/>
          <w:lang w:val="ru-RU"/>
        </w:rPr>
        <w:t>Задание 115.</w:t>
      </w:r>
      <w:r w:rsidRPr="00181731">
        <w:rPr>
          <w:lang w:val="ru-RU"/>
        </w:rPr>
        <w:t xml:space="preserve"> </w:t>
      </w:r>
      <w:r w:rsidRPr="00181731">
        <w:rPr>
          <w:sz w:val="24"/>
          <w:lang w:val="ru-RU"/>
        </w:rPr>
        <w:t xml:space="preserve">Из предложенных соединений выберите окислитель для окисления </w:t>
      </w:r>
      <w:r w:rsidRPr="00951425">
        <w:rPr>
          <w:sz w:val="24"/>
        </w:rPr>
        <w:t>K</w:t>
      </w:r>
      <w:r w:rsidRPr="00181731">
        <w:rPr>
          <w:sz w:val="24"/>
          <w:vertAlign w:val="subscript"/>
          <w:lang w:val="ru-RU"/>
        </w:rPr>
        <w:t>2</w:t>
      </w:r>
      <w:r w:rsidRPr="00951425">
        <w:rPr>
          <w:sz w:val="24"/>
        </w:rPr>
        <w:t>SO</w:t>
      </w:r>
      <w:r w:rsidRPr="00181731">
        <w:rPr>
          <w:sz w:val="24"/>
          <w:vertAlign w:val="subscript"/>
          <w:lang w:val="ru-RU"/>
        </w:rPr>
        <w:t>3</w:t>
      </w:r>
      <w:r w:rsidRPr="00181731">
        <w:rPr>
          <w:sz w:val="24"/>
          <w:lang w:val="ru-RU"/>
        </w:rPr>
        <w:t xml:space="preserve"> до </w:t>
      </w:r>
      <w:r w:rsidRPr="00951425">
        <w:rPr>
          <w:sz w:val="24"/>
        </w:rPr>
        <w:t>K</w:t>
      </w:r>
      <w:r w:rsidRPr="00181731">
        <w:rPr>
          <w:sz w:val="24"/>
          <w:vertAlign w:val="subscript"/>
          <w:lang w:val="ru-RU"/>
        </w:rPr>
        <w:t>2</w:t>
      </w:r>
      <w:r w:rsidRPr="00951425">
        <w:rPr>
          <w:sz w:val="24"/>
        </w:rPr>
        <w:t>SO</w:t>
      </w:r>
      <w:r w:rsidRPr="00181731">
        <w:rPr>
          <w:sz w:val="24"/>
          <w:vertAlign w:val="subscript"/>
          <w:lang w:val="ru-RU"/>
        </w:rPr>
        <w:t>4</w:t>
      </w:r>
      <w:r w:rsidRPr="00181731">
        <w:rPr>
          <w:sz w:val="24"/>
          <w:lang w:val="ru-RU"/>
        </w:rPr>
        <w:t xml:space="preserve"> , если </w:t>
      </w:r>
      <w:r w:rsidRPr="00110C66">
        <w:rPr>
          <w:position w:val="-12"/>
          <w:sz w:val="24"/>
        </w:rPr>
        <w:object w:dxaOrig="2260" w:dyaOrig="380">
          <v:shape id="_x0000_i1088" type="#_x0000_t75" style="width:114pt;height:19.5pt" o:ole="" fillcolor="window">
            <v:imagedata r:id="rId121" o:title=""/>
          </v:shape>
          <o:OLEObject Type="Embed" ProgID="Equation.3" ShapeID="_x0000_i1088" DrawAspect="Content" ObjectID="_1842695783" r:id="rId122"/>
        </w:object>
      </w:r>
      <w:r w:rsidRPr="00181731">
        <w:rPr>
          <w:sz w:val="24"/>
          <w:lang w:val="ru-RU"/>
        </w:rPr>
        <w:t xml:space="preserve">   </w:t>
      </w:r>
      <w:r w:rsidRPr="00110C66">
        <w:rPr>
          <w:position w:val="-10"/>
          <w:sz w:val="24"/>
        </w:rPr>
        <w:object w:dxaOrig="2420" w:dyaOrig="360">
          <v:shape id="_x0000_i1089" type="#_x0000_t75" style="width:120.75pt;height:18pt" o:ole="" fillcolor="window">
            <v:imagedata r:id="rId123" o:title=""/>
          </v:shape>
          <o:OLEObject Type="Embed" ProgID="Equation.3" ShapeID="_x0000_i1089" DrawAspect="Content" ObjectID="_1842695784" r:id="rId124"/>
        </w:object>
      </w:r>
      <w:r w:rsidRPr="00181731">
        <w:rPr>
          <w:sz w:val="24"/>
          <w:lang w:val="ru-RU"/>
        </w:rPr>
        <w:t xml:space="preserve">  </w:t>
      </w:r>
      <w:r w:rsidRPr="00110C66">
        <w:rPr>
          <w:position w:val="-10"/>
          <w:sz w:val="24"/>
        </w:rPr>
        <w:object w:dxaOrig="2020" w:dyaOrig="360">
          <v:shape id="_x0000_i1090" type="#_x0000_t75" style="width:101.25pt;height:18pt" o:ole="" fillcolor="window">
            <v:imagedata r:id="rId125" o:title=""/>
          </v:shape>
          <o:OLEObject Type="Embed" ProgID="Equation.3" ShapeID="_x0000_i1090" DrawAspect="Content" ObjectID="_1842695785" r:id="rId126"/>
        </w:object>
      </w:r>
      <w:r w:rsidRPr="00181731">
        <w:rPr>
          <w:sz w:val="24"/>
          <w:lang w:val="ru-RU"/>
        </w:rPr>
        <w:t xml:space="preserve">  </w:t>
      </w:r>
      <w:r w:rsidRPr="00110C66">
        <w:rPr>
          <w:position w:val="-10"/>
          <w:sz w:val="24"/>
        </w:rPr>
        <w:object w:dxaOrig="1800" w:dyaOrig="360">
          <v:shape id="_x0000_i1091" type="#_x0000_t75" style="width:90pt;height:18pt" o:ole="" fillcolor="window">
            <v:imagedata r:id="rId127" o:title=""/>
          </v:shape>
          <o:OLEObject Type="Embed" ProgID="Equation.3" ShapeID="_x0000_i1091" DrawAspect="Content" ObjectID="_1842695786" r:id="rId128"/>
        </w:object>
      </w:r>
      <w:r w:rsidRPr="00181731">
        <w:rPr>
          <w:sz w:val="24"/>
          <w:lang w:val="ru-RU"/>
        </w:rPr>
        <w:t xml:space="preserve">  </w:t>
      </w:r>
      <w:r w:rsidRPr="00110C66">
        <w:rPr>
          <w:position w:val="-10"/>
          <w:sz w:val="24"/>
        </w:rPr>
        <w:object w:dxaOrig="2180" w:dyaOrig="360">
          <v:shape id="_x0000_i1092" type="#_x0000_t75" style="width:108.75pt;height:18pt" o:ole="" fillcolor="window">
            <v:imagedata r:id="rId129" o:title=""/>
          </v:shape>
          <o:OLEObject Type="Embed" ProgID="Equation.3" ShapeID="_x0000_i1092" DrawAspect="Content" ObjectID="_1842695787" r:id="rId130"/>
        </w:object>
      </w:r>
    </w:p>
    <w:p w:rsidR="00FD4A85" w:rsidRPr="00181731" w:rsidRDefault="00FD4A85" w:rsidP="00FD4A85">
      <w:pPr>
        <w:rPr>
          <w:i/>
          <w:szCs w:val="24"/>
          <w:lang w:val="ru-RU"/>
        </w:rPr>
      </w:pPr>
      <w:r w:rsidRPr="00181731">
        <w:rPr>
          <w:i/>
          <w:szCs w:val="24"/>
          <w:lang w:val="ru-RU"/>
        </w:rPr>
        <w:t>варианты ответов:</w:t>
      </w:r>
    </w:p>
    <w:p w:rsidR="00FD4A85" w:rsidRPr="00181731" w:rsidRDefault="00FD4A85" w:rsidP="00FD4A85">
      <w:pPr>
        <w:rPr>
          <w:b/>
          <w:szCs w:val="28"/>
          <w:lang w:val="ru-RU"/>
        </w:rPr>
      </w:pPr>
      <w:r w:rsidRPr="00181731">
        <w:rPr>
          <w:lang w:val="ru-RU"/>
        </w:rPr>
        <w:t xml:space="preserve">1) </w:t>
      </w:r>
      <w:r>
        <w:t>H</w:t>
      </w:r>
      <w:r w:rsidRPr="00181731">
        <w:rPr>
          <w:vertAlign w:val="subscript"/>
          <w:lang w:val="ru-RU"/>
        </w:rPr>
        <w:t>3</w:t>
      </w:r>
      <w:r>
        <w:t>PO</w:t>
      </w:r>
      <w:r w:rsidRPr="00181731">
        <w:rPr>
          <w:vertAlign w:val="subscript"/>
          <w:lang w:val="ru-RU"/>
        </w:rPr>
        <w:t>4</w:t>
      </w:r>
      <w:r w:rsidRPr="00181731">
        <w:rPr>
          <w:lang w:val="ru-RU"/>
        </w:rPr>
        <w:t xml:space="preserve">;   2) </w:t>
      </w:r>
      <w:r>
        <w:rPr>
          <w:bCs/>
        </w:rPr>
        <w:t>KMnO</w:t>
      </w:r>
      <w:r w:rsidRPr="00181731">
        <w:rPr>
          <w:bCs/>
          <w:vertAlign w:val="subscript"/>
          <w:lang w:val="ru-RU"/>
        </w:rPr>
        <w:t>4</w:t>
      </w:r>
      <w:r w:rsidRPr="00181731">
        <w:rPr>
          <w:bCs/>
          <w:lang w:val="ru-RU"/>
        </w:rPr>
        <w:t xml:space="preserve">;    3) </w:t>
      </w:r>
      <w:r>
        <w:t>SnCl</w:t>
      </w:r>
      <w:r w:rsidRPr="00181731">
        <w:rPr>
          <w:vertAlign w:val="subscript"/>
          <w:lang w:val="ru-RU"/>
        </w:rPr>
        <w:t>4</w:t>
      </w:r>
    </w:p>
    <w:p w:rsidR="00FD4A85" w:rsidRPr="00181731" w:rsidRDefault="00FD4A85" w:rsidP="00FD4A85">
      <w:pPr>
        <w:rPr>
          <w:b/>
          <w:szCs w:val="24"/>
          <w:lang w:val="ru-RU"/>
        </w:rPr>
      </w:pPr>
    </w:p>
    <w:p w:rsidR="00FD4A85" w:rsidRPr="00181731" w:rsidRDefault="00FD4A85" w:rsidP="00FD4A85">
      <w:pPr>
        <w:rPr>
          <w:b/>
          <w:szCs w:val="24"/>
          <w:lang w:val="ru-RU"/>
        </w:rPr>
      </w:pPr>
      <w:r w:rsidRPr="00181731">
        <w:rPr>
          <w:b/>
          <w:szCs w:val="24"/>
          <w:lang w:val="ru-RU"/>
        </w:rPr>
        <w:t>Задание 116.</w:t>
      </w:r>
    </w:p>
    <w:p w:rsidR="00FD4A85" w:rsidRPr="00181731" w:rsidRDefault="00FD4A85" w:rsidP="00FD4A85">
      <w:pPr>
        <w:rPr>
          <w:szCs w:val="24"/>
          <w:lang w:val="ru-RU"/>
        </w:rPr>
      </w:pPr>
      <w:r w:rsidRPr="00181731">
        <w:rPr>
          <w:lang w:val="ru-RU"/>
        </w:rPr>
        <w:t xml:space="preserve">Е (ЭДС) гальванического элемента, состоящего из медного электрода, погруженного в </w:t>
      </w:r>
      <w:smartTag w:uri="urn:schemas-microsoft-com:office:smarttags" w:element="metricconverter">
        <w:smartTagPr>
          <w:attr w:name="ProductID" w:val="1 М"/>
        </w:smartTagPr>
        <w:r w:rsidRPr="00181731">
          <w:rPr>
            <w:lang w:val="ru-RU"/>
          </w:rPr>
          <w:t>1 М</w:t>
        </w:r>
      </w:smartTag>
      <w:r w:rsidRPr="00181731">
        <w:rPr>
          <w:lang w:val="ru-RU"/>
        </w:rPr>
        <w:t xml:space="preserve"> раствор </w:t>
      </w:r>
      <w:r>
        <w:t>CuSO</w:t>
      </w:r>
      <w:r w:rsidRPr="00181731">
        <w:rPr>
          <w:vertAlign w:val="subscript"/>
          <w:lang w:val="ru-RU"/>
        </w:rPr>
        <w:t>4</w:t>
      </w:r>
      <w:r w:rsidRPr="00181731">
        <w:rPr>
          <w:lang w:val="ru-RU"/>
        </w:rPr>
        <w:t xml:space="preserve"> и алюминиевого электрода, погруженного в  </w:t>
      </w:r>
      <w:smartTag w:uri="urn:schemas-microsoft-com:office:smarttags" w:element="metricconverter">
        <w:smartTagPr>
          <w:attr w:name="ProductID" w:val="1 М"/>
        </w:smartTagPr>
        <w:r w:rsidRPr="00181731">
          <w:rPr>
            <w:lang w:val="ru-RU"/>
          </w:rPr>
          <w:t>1 М</w:t>
        </w:r>
      </w:smartTag>
      <w:r w:rsidRPr="00181731">
        <w:rPr>
          <w:lang w:val="ru-RU"/>
        </w:rPr>
        <w:t xml:space="preserve"> раствор </w:t>
      </w:r>
      <w:r>
        <w:t>AlCl</w:t>
      </w:r>
      <w:r w:rsidRPr="00181731">
        <w:rPr>
          <w:vertAlign w:val="subscript"/>
          <w:lang w:val="ru-RU"/>
        </w:rPr>
        <w:t>3</w:t>
      </w:r>
      <w:r w:rsidRPr="00181731">
        <w:rPr>
          <w:lang w:val="ru-RU"/>
        </w:rPr>
        <w:t xml:space="preserve">, если </w:t>
      </w:r>
      <w:r w:rsidRPr="00110C66">
        <w:rPr>
          <w:position w:val="-10"/>
        </w:rPr>
        <w:object w:dxaOrig="300" w:dyaOrig="360">
          <v:shape id="_x0000_i1093" type="#_x0000_t75" style="width:15.75pt;height:18pt" o:ole="" fillcolor="window">
            <v:imagedata r:id="rId131" o:title=""/>
          </v:shape>
          <o:OLEObject Type="Embed" ProgID="Equation.3" ShapeID="_x0000_i1093" DrawAspect="Content" ObjectID="_1842695788" r:id="rId132"/>
        </w:object>
      </w:r>
      <w:r>
        <w:t>Al</w:t>
      </w:r>
      <w:r w:rsidRPr="00181731">
        <w:rPr>
          <w:lang w:val="ru-RU"/>
        </w:rPr>
        <w:t>/</w:t>
      </w:r>
      <w:r>
        <w:t>Al</w:t>
      </w:r>
      <w:r w:rsidRPr="00181731">
        <w:rPr>
          <w:vertAlign w:val="superscript"/>
          <w:lang w:val="ru-RU"/>
        </w:rPr>
        <w:t>+3</w:t>
      </w:r>
      <w:r w:rsidRPr="00181731">
        <w:rPr>
          <w:lang w:val="ru-RU"/>
        </w:rPr>
        <w:t xml:space="preserve"> =-1,66</w:t>
      </w:r>
      <w:r>
        <w:t>B</w:t>
      </w:r>
      <w:r w:rsidRPr="00181731">
        <w:rPr>
          <w:lang w:val="ru-RU"/>
        </w:rPr>
        <w:t xml:space="preserve">; </w:t>
      </w:r>
      <w:r w:rsidRPr="00110C66">
        <w:rPr>
          <w:position w:val="-10"/>
        </w:rPr>
        <w:object w:dxaOrig="300" w:dyaOrig="360">
          <v:shape id="_x0000_i1094" type="#_x0000_t75" style="width:15.75pt;height:18pt" o:ole="" fillcolor="window">
            <v:imagedata r:id="rId131" o:title=""/>
          </v:shape>
          <o:OLEObject Type="Embed" ProgID="Equation.3" ShapeID="_x0000_i1094" DrawAspect="Content" ObjectID="_1842695789" r:id="rId133"/>
        </w:object>
      </w:r>
      <w:r>
        <w:t>Cu</w:t>
      </w:r>
      <w:r w:rsidRPr="00181731">
        <w:rPr>
          <w:lang w:val="ru-RU"/>
        </w:rPr>
        <w:t>/</w:t>
      </w:r>
      <w:r>
        <w:t>Cu</w:t>
      </w:r>
      <w:r w:rsidRPr="00181731">
        <w:rPr>
          <w:vertAlign w:val="superscript"/>
          <w:lang w:val="ru-RU"/>
        </w:rPr>
        <w:t>+2</w:t>
      </w:r>
      <w:r w:rsidRPr="00181731">
        <w:rPr>
          <w:lang w:val="ru-RU"/>
        </w:rPr>
        <w:t>=+0,34</w:t>
      </w:r>
      <w:r>
        <w:t>B</w:t>
      </w:r>
      <w:r w:rsidRPr="00181731">
        <w:rPr>
          <w:lang w:val="ru-RU"/>
        </w:rPr>
        <w:t xml:space="preserve"> равна ….</w:t>
      </w:r>
    </w:p>
    <w:p w:rsidR="00FD4A85" w:rsidRPr="00181731" w:rsidRDefault="00FD4A85" w:rsidP="00FD4A85">
      <w:pPr>
        <w:rPr>
          <w:b/>
          <w:szCs w:val="24"/>
          <w:lang w:val="ru-RU"/>
        </w:rPr>
      </w:pPr>
    </w:p>
    <w:p w:rsidR="00FD4A85" w:rsidRPr="00E06BBA" w:rsidRDefault="00FD4A85" w:rsidP="00FD4A85">
      <w:pPr>
        <w:rPr>
          <w:b/>
          <w:szCs w:val="24"/>
        </w:rPr>
      </w:pPr>
      <w:r w:rsidRPr="00E06BBA">
        <w:rPr>
          <w:b/>
          <w:szCs w:val="24"/>
        </w:rPr>
        <w:t xml:space="preserve">Задание </w:t>
      </w:r>
      <w:r>
        <w:rPr>
          <w:b/>
          <w:szCs w:val="24"/>
        </w:rPr>
        <w:t>117</w:t>
      </w:r>
      <w:r w:rsidRPr="00E06BBA">
        <w:rPr>
          <w:b/>
          <w:szCs w:val="24"/>
        </w:rPr>
        <w:t>.</w:t>
      </w:r>
    </w:p>
    <w:p w:rsidR="00FD4A85" w:rsidRPr="00181731" w:rsidRDefault="00FD4A85" w:rsidP="00FD4A85">
      <w:pPr>
        <w:rPr>
          <w:szCs w:val="24"/>
          <w:lang w:val="ru-RU"/>
        </w:rPr>
      </w:pPr>
      <w:r w:rsidRPr="00181731">
        <w:rPr>
          <w:szCs w:val="28"/>
          <w:lang w:val="ru-RU"/>
        </w:rPr>
        <w:t>Е (ЭДС)</w:t>
      </w:r>
      <w:r w:rsidRPr="00181731">
        <w:rPr>
          <w:lang w:val="ru-RU"/>
        </w:rPr>
        <w:t xml:space="preserve"> гальванического элемента в (В), состоящего из платинового электрода, погруженного в </w:t>
      </w:r>
      <w:smartTag w:uri="urn:schemas-microsoft-com:office:smarttags" w:element="metricconverter">
        <w:smartTagPr>
          <w:attr w:name="ProductID" w:val="1 М"/>
        </w:smartTagPr>
        <w:r w:rsidRPr="00181731">
          <w:rPr>
            <w:lang w:val="ru-RU"/>
          </w:rPr>
          <w:t>1 М</w:t>
        </w:r>
      </w:smartTag>
      <w:r w:rsidRPr="00181731">
        <w:rPr>
          <w:lang w:val="ru-RU"/>
        </w:rPr>
        <w:t xml:space="preserve"> раствор </w:t>
      </w:r>
      <w:r>
        <w:t>PtCl</w:t>
      </w:r>
      <w:r w:rsidRPr="00181731">
        <w:rPr>
          <w:vertAlign w:val="subscript"/>
          <w:lang w:val="ru-RU"/>
        </w:rPr>
        <w:t>2</w:t>
      </w:r>
      <w:r w:rsidRPr="00181731">
        <w:rPr>
          <w:lang w:val="ru-RU"/>
        </w:rPr>
        <w:t xml:space="preserve"> и алюминиевого электрода, погруженного в </w:t>
      </w:r>
      <w:smartTag w:uri="urn:schemas-microsoft-com:office:smarttags" w:element="metricconverter">
        <w:smartTagPr>
          <w:attr w:name="ProductID" w:val="1 М"/>
        </w:smartTagPr>
        <w:r w:rsidRPr="00181731">
          <w:rPr>
            <w:lang w:val="ru-RU"/>
          </w:rPr>
          <w:t>1 М</w:t>
        </w:r>
      </w:smartTag>
      <w:r w:rsidRPr="00181731">
        <w:rPr>
          <w:lang w:val="ru-RU"/>
        </w:rPr>
        <w:t xml:space="preserve"> раствор </w:t>
      </w:r>
      <w:r>
        <w:t>AlCl</w:t>
      </w:r>
      <w:r w:rsidRPr="00181731">
        <w:rPr>
          <w:vertAlign w:val="subscript"/>
          <w:lang w:val="ru-RU"/>
        </w:rPr>
        <w:t>3</w:t>
      </w:r>
      <w:r w:rsidRPr="00181731">
        <w:rPr>
          <w:lang w:val="ru-RU"/>
        </w:rPr>
        <w:t xml:space="preserve">, если </w:t>
      </w:r>
      <w:r w:rsidRPr="00110C66">
        <w:rPr>
          <w:position w:val="-10"/>
        </w:rPr>
        <w:object w:dxaOrig="300" w:dyaOrig="360">
          <v:shape id="_x0000_i1095" type="#_x0000_t75" style="width:15.75pt;height:18pt" o:ole="" fillcolor="window">
            <v:imagedata r:id="rId131" o:title=""/>
          </v:shape>
          <o:OLEObject Type="Embed" ProgID="Equation.3" ShapeID="_x0000_i1095" DrawAspect="Content" ObjectID="_1842695790" r:id="rId134"/>
        </w:object>
      </w:r>
      <w:r>
        <w:t>Al</w:t>
      </w:r>
      <w:r w:rsidRPr="00181731">
        <w:rPr>
          <w:vertAlign w:val="superscript"/>
          <w:lang w:val="ru-RU"/>
        </w:rPr>
        <w:t>3+</w:t>
      </w:r>
      <w:r w:rsidRPr="00181731">
        <w:rPr>
          <w:lang w:val="ru-RU"/>
        </w:rPr>
        <w:t>/</w:t>
      </w:r>
      <w:r>
        <w:t>Al</w:t>
      </w:r>
      <w:r w:rsidRPr="00181731">
        <w:rPr>
          <w:lang w:val="ru-RU"/>
        </w:rPr>
        <w:t>=-1,660</w:t>
      </w:r>
      <w:r>
        <w:t>B</w:t>
      </w:r>
      <w:r w:rsidRPr="00181731">
        <w:rPr>
          <w:lang w:val="ru-RU"/>
        </w:rPr>
        <w:t xml:space="preserve">; </w:t>
      </w:r>
      <w:r w:rsidRPr="00110C66">
        <w:rPr>
          <w:position w:val="-10"/>
        </w:rPr>
        <w:object w:dxaOrig="300" w:dyaOrig="360">
          <v:shape id="_x0000_i1096" type="#_x0000_t75" style="width:15.75pt;height:18pt" o:ole="" fillcolor="window">
            <v:imagedata r:id="rId131" o:title=""/>
          </v:shape>
          <o:OLEObject Type="Embed" ProgID="Equation.3" ShapeID="_x0000_i1096" DrawAspect="Content" ObjectID="_1842695791" r:id="rId135"/>
        </w:object>
      </w:r>
      <w:r>
        <w:t>Pt</w:t>
      </w:r>
      <w:r w:rsidRPr="00181731">
        <w:rPr>
          <w:vertAlign w:val="superscript"/>
          <w:lang w:val="ru-RU"/>
        </w:rPr>
        <w:t>+2</w:t>
      </w:r>
      <w:r w:rsidRPr="00181731">
        <w:rPr>
          <w:lang w:val="ru-RU"/>
        </w:rPr>
        <w:t>/</w:t>
      </w:r>
      <w:r>
        <w:t>Pt</w:t>
      </w:r>
      <w:r w:rsidRPr="00181731">
        <w:rPr>
          <w:lang w:val="ru-RU"/>
        </w:rPr>
        <w:t>=+1,20</w:t>
      </w:r>
      <w:r>
        <w:t>B</w:t>
      </w:r>
      <w:r w:rsidRPr="00181731">
        <w:rPr>
          <w:lang w:val="ru-RU"/>
        </w:rPr>
        <w:t xml:space="preserve"> равна …. </w:t>
      </w:r>
    </w:p>
    <w:p w:rsidR="00FD4A85" w:rsidRPr="00181731" w:rsidRDefault="00FD4A85" w:rsidP="00FD4A85">
      <w:pPr>
        <w:rPr>
          <w:b/>
          <w:szCs w:val="24"/>
          <w:lang w:val="ru-RU"/>
        </w:rPr>
      </w:pPr>
    </w:p>
    <w:p w:rsidR="00FD4A85" w:rsidRDefault="00FD4A85" w:rsidP="00FD4A85">
      <w:pPr>
        <w:rPr>
          <w:szCs w:val="24"/>
        </w:rPr>
      </w:pPr>
      <w:r>
        <w:rPr>
          <w:b/>
        </w:rPr>
        <w:t>Задание 118</w:t>
      </w:r>
      <w:r w:rsidRPr="00AE47C9">
        <w:rPr>
          <w:b/>
        </w:rPr>
        <w:t>.</w:t>
      </w:r>
      <w:r>
        <w:rPr>
          <w:szCs w:val="24"/>
        </w:rPr>
        <w:t xml:space="preserve"> </w:t>
      </w:r>
    </w:p>
    <w:p w:rsidR="00FD4A85" w:rsidRPr="00181731" w:rsidRDefault="00FD4A85" w:rsidP="00FD4A85">
      <w:pPr>
        <w:rPr>
          <w:lang w:val="ru-RU"/>
        </w:rPr>
      </w:pPr>
      <w:r w:rsidRPr="00181731">
        <w:rPr>
          <w:lang w:val="ru-RU"/>
        </w:rPr>
        <w:lastRenderedPageBreak/>
        <w:t xml:space="preserve">Е (ЭДС) гальванического элемента в (В), состоящего из железного электрода, погруженного в </w:t>
      </w:r>
      <w:smartTag w:uri="urn:schemas-microsoft-com:office:smarttags" w:element="metricconverter">
        <w:smartTagPr>
          <w:attr w:name="ProductID" w:val="1 М"/>
        </w:smartTagPr>
        <w:r w:rsidRPr="00181731">
          <w:rPr>
            <w:lang w:val="ru-RU"/>
          </w:rPr>
          <w:t>1 М</w:t>
        </w:r>
      </w:smartTag>
      <w:r w:rsidRPr="00181731">
        <w:rPr>
          <w:lang w:val="ru-RU"/>
        </w:rPr>
        <w:t xml:space="preserve"> раствор соли </w:t>
      </w:r>
      <w:r>
        <w:t>Fe</w:t>
      </w:r>
      <w:r w:rsidRPr="00181731">
        <w:rPr>
          <w:lang w:val="ru-RU"/>
        </w:rPr>
        <w:t>(</w:t>
      </w:r>
      <w:r>
        <w:t>NO</w:t>
      </w:r>
      <w:r w:rsidRPr="00181731">
        <w:rPr>
          <w:vertAlign w:val="subscript"/>
          <w:lang w:val="ru-RU"/>
        </w:rPr>
        <w:t>3</w:t>
      </w:r>
      <w:r w:rsidRPr="00181731">
        <w:rPr>
          <w:lang w:val="ru-RU"/>
        </w:rPr>
        <w:t>)</w:t>
      </w:r>
      <w:r w:rsidRPr="00181731">
        <w:rPr>
          <w:vertAlign w:val="subscript"/>
          <w:lang w:val="ru-RU"/>
        </w:rPr>
        <w:t>2</w:t>
      </w:r>
      <w:r w:rsidRPr="00181731">
        <w:rPr>
          <w:lang w:val="ru-RU"/>
        </w:rPr>
        <w:t xml:space="preserve">, и серебряного электрода, погруженного в </w:t>
      </w:r>
      <w:smartTag w:uri="urn:schemas-microsoft-com:office:smarttags" w:element="metricconverter">
        <w:smartTagPr>
          <w:attr w:name="ProductID" w:val="1 М"/>
        </w:smartTagPr>
        <w:r w:rsidRPr="00181731">
          <w:rPr>
            <w:lang w:val="ru-RU"/>
          </w:rPr>
          <w:t>1 М</w:t>
        </w:r>
      </w:smartTag>
      <w:r w:rsidRPr="00181731">
        <w:rPr>
          <w:lang w:val="ru-RU"/>
        </w:rPr>
        <w:t xml:space="preserve"> раствор соли азотнокислого серебра, если </w:t>
      </w:r>
      <w:r w:rsidRPr="00110C66">
        <w:rPr>
          <w:position w:val="-10"/>
        </w:rPr>
        <w:object w:dxaOrig="2120" w:dyaOrig="360">
          <v:shape id="_x0000_i1097" type="#_x0000_t75" style="width:106.5pt;height:18pt" o:ole="" fillcolor="window">
            <v:imagedata r:id="rId136" o:title=""/>
          </v:shape>
          <o:OLEObject Type="Embed" ProgID="Equation.3" ShapeID="_x0000_i1097" DrawAspect="Content" ObjectID="_1842695792" r:id="rId137"/>
        </w:object>
      </w:r>
      <w:r w:rsidRPr="00181731">
        <w:rPr>
          <w:lang w:val="ru-RU"/>
        </w:rPr>
        <w:t xml:space="preserve">; </w:t>
      </w:r>
      <w:r w:rsidRPr="00110C66">
        <w:rPr>
          <w:position w:val="-10"/>
        </w:rPr>
        <w:object w:dxaOrig="2100" w:dyaOrig="360">
          <v:shape id="_x0000_i1098" type="#_x0000_t75" style="width:105pt;height:18pt" o:ole="" fillcolor="window">
            <v:imagedata r:id="rId138" o:title=""/>
          </v:shape>
          <o:OLEObject Type="Embed" ProgID="Equation.3" ShapeID="_x0000_i1098" DrawAspect="Content" ObjectID="_1842695793" r:id="rId139"/>
        </w:object>
      </w:r>
      <w:r w:rsidRPr="00181731">
        <w:rPr>
          <w:lang w:val="ru-RU"/>
        </w:rPr>
        <w:t xml:space="preserve"> равна ….</w:t>
      </w:r>
    </w:p>
    <w:p w:rsidR="00FD4A85" w:rsidRPr="00181731" w:rsidRDefault="00FD4A85" w:rsidP="00FD4A85">
      <w:pPr>
        <w:rPr>
          <w:b/>
          <w:szCs w:val="24"/>
          <w:lang w:val="ru-RU"/>
        </w:rPr>
      </w:pPr>
    </w:p>
    <w:p w:rsidR="00FD4A85" w:rsidRDefault="00FD4A85" w:rsidP="00FD4A85">
      <w:r w:rsidRPr="00E06BBA">
        <w:rPr>
          <w:b/>
          <w:szCs w:val="24"/>
        </w:rPr>
        <w:t xml:space="preserve">Задание </w:t>
      </w:r>
      <w:r>
        <w:rPr>
          <w:b/>
          <w:szCs w:val="24"/>
        </w:rPr>
        <w:t>119</w:t>
      </w:r>
      <w:r w:rsidRPr="00E06BBA">
        <w:rPr>
          <w:b/>
          <w:szCs w:val="24"/>
        </w:rPr>
        <w:t>.</w:t>
      </w:r>
      <w:r w:rsidRPr="00F74603">
        <w:t xml:space="preserve"> </w:t>
      </w:r>
    </w:p>
    <w:p w:rsidR="00FD4A85" w:rsidRPr="00181731" w:rsidRDefault="00FD4A85" w:rsidP="00FD4A85">
      <w:pPr>
        <w:rPr>
          <w:b/>
          <w:szCs w:val="24"/>
          <w:lang w:val="ru-RU"/>
        </w:rPr>
      </w:pPr>
      <w:r w:rsidRPr="00181731">
        <w:rPr>
          <w:lang w:val="ru-RU"/>
        </w:rPr>
        <w:t xml:space="preserve">Е (ЭДС) гальванического элемента в (В), состоящего из никелевого электрода, погруженного в </w:t>
      </w:r>
      <w:smartTag w:uri="urn:schemas-microsoft-com:office:smarttags" w:element="metricconverter">
        <w:smartTagPr>
          <w:attr w:name="ProductID" w:val="1 М"/>
        </w:smartTagPr>
        <w:r w:rsidRPr="00181731">
          <w:rPr>
            <w:lang w:val="ru-RU"/>
          </w:rPr>
          <w:t>1 М</w:t>
        </w:r>
      </w:smartTag>
      <w:r w:rsidRPr="00181731">
        <w:rPr>
          <w:lang w:val="ru-RU"/>
        </w:rPr>
        <w:t xml:space="preserve"> раствор соли </w:t>
      </w:r>
      <w:r>
        <w:t>NiCl</w:t>
      </w:r>
      <w:r w:rsidRPr="00181731">
        <w:rPr>
          <w:vertAlign w:val="subscript"/>
          <w:lang w:val="ru-RU"/>
        </w:rPr>
        <w:t>2</w:t>
      </w:r>
      <w:r w:rsidRPr="00181731">
        <w:rPr>
          <w:lang w:val="ru-RU"/>
        </w:rPr>
        <w:t xml:space="preserve"> и золотого электрода, погруженного в </w:t>
      </w:r>
      <w:smartTag w:uri="urn:schemas-microsoft-com:office:smarttags" w:element="metricconverter">
        <w:smartTagPr>
          <w:attr w:name="ProductID" w:val="1 М"/>
        </w:smartTagPr>
        <w:r w:rsidRPr="00181731">
          <w:rPr>
            <w:lang w:val="ru-RU"/>
          </w:rPr>
          <w:t>1 М</w:t>
        </w:r>
      </w:smartTag>
      <w:r w:rsidRPr="00181731">
        <w:rPr>
          <w:lang w:val="ru-RU"/>
        </w:rPr>
        <w:t xml:space="preserve"> раствор соли </w:t>
      </w:r>
      <w:r>
        <w:t>Au</w:t>
      </w:r>
      <w:r w:rsidRPr="00181731">
        <w:rPr>
          <w:vertAlign w:val="subscript"/>
          <w:lang w:val="ru-RU"/>
        </w:rPr>
        <w:t>2</w:t>
      </w:r>
      <w:r w:rsidRPr="00181731">
        <w:rPr>
          <w:lang w:val="ru-RU"/>
        </w:rPr>
        <w:t>(</w:t>
      </w:r>
      <w:r>
        <w:t>SO</w:t>
      </w:r>
      <w:r w:rsidRPr="00181731">
        <w:rPr>
          <w:vertAlign w:val="subscript"/>
          <w:lang w:val="ru-RU"/>
        </w:rPr>
        <w:t>4</w:t>
      </w:r>
      <w:r w:rsidRPr="00181731">
        <w:rPr>
          <w:lang w:val="ru-RU"/>
        </w:rPr>
        <w:t>)</w:t>
      </w:r>
      <w:r w:rsidRPr="00181731">
        <w:rPr>
          <w:vertAlign w:val="subscript"/>
          <w:lang w:val="ru-RU"/>
        </w:rPr>
        <w:t>3</w:t>
      </w:r>
      <w:r w:rsidRPr="00181731">
        <w:rPr>
          <w:lang w:val="ru-RU"/>
        </w:rPr>
        <w:t xml:space="preserve">, если  </w:t>
      </w:r>
      <w:r w:rsidRPr="00110C66">
        <w:rPr>
          <w:position w:val="-10"/>
        </w:rPr>
        <w:object w:dxaOrig="300" w:dyaOrig="360">
          <v:shape id="_x0000_i1099" type="#_x0000_t75" style="width:15.75pt;height:18pt" o:ole="" fillcolor="window">
            <v:imagedata r:id="rId131" o:title=""/>
          </v:shape>
          <o:OLEObject Type="Embed" ProgID="Equation.3" ShapeID="_x0000_i1099" DrawAspect="Content" ObjectID="_1842695794" r:id="rId140"/>
        </w:object>
      </w:r>
      <w:r w:rsidRPr="00181731">
        <w:rPr>
          <w:lang w:val="ru-RU"/>
        </w:rPr>
        <w:t xml:space="preserve"> </w:t>
      </w:r>
      <w:r>
        <w:rPr>
          <w:szCs w:val="28"/>
        </w:rPr>
        <w:t>Au</w:t>
      </w:r>
      <w:r w:rsidRPr="00181731">
        <w:rPr>
          <w:szCs w:val="28"/>
          <w:lang w:val="ru-RU"/>
        </w:rPr>
        <w:t>/</w:t>
      </w:r>
      <w:r>
        <w:rPr>
          <w:szCs w:val="28"/>
        </w:rPr>
        <w:t>Au</w:t>
      </w:r>
      <w:r w:rsidRPr="00181731">
        <w:rPr>
          <w:szCs w:val="28"/>
          <w:vertAlign w:val="superscript"/>
          <w:lang w:val="ru-RU"/>
        </w:rPr>
        <w:t xml:space="preserve">+3 </w:t>
      </w:r>
      <w:r w:rsidRPr="00181731">
        <w:rPr>
          <w:lang w:val="ru-RU"/>
        </w:rPr>
        <w:t xml:space="preserve">= </w:t>
      </w:r>
      <w:r w:rsidRPr="00181731">
        <w:rPr>
          <w:szCs w:val="28"/>
          <w:lang w:val="ru-RU"/>
        </w:rPr>
        <w:t>+1,50</w:t>
      </w:r>
      <w:r>
        <w:rPr>
          <w:szCs w:val="28"/>
        </w:rPr>
        <w:t>B</w:t>
      </w:r>
      <w:r w:rsidRPr="00181731">
        <w:rPr>
          <w:szCs w:val="28"/>
          <w:lang w:val="ru-RU"/>
        </w:rPr>
        <w:t xml:space="preserve">; </w:t>
      </w:r>
      <w:r w:rsidRPr="00110C66">
        <w:rPr>
          <w:position w:val="-10"/>
        </w:rPr>
        <w:object w:dxaOrig="300" w:dyaOrig="360">
          <v:shape id="_x0000_i1100" type="#_x0000_t75" style="width:15.75pt;height:18pt" o:ole="" fillcolor="window">
            <v:imagedata r:id="rId131" o:title=""/>
          </v:shape>
          <o:OLEObject Type="Embed" ProgID="Equation.3" ShapeID="_x0000_i1100" DrawAspect="Content" ObjectID="_1842695795" r:id="rId141"/>
        </w:object>
      </w:r>
      <w:r w:rsidRPr="00181731">
        <w:rPr>
          <w:lang w:val="ru-RU"/>
        </w:rPr>
        <w:t xml:space="preserve"> </w:t>
      </w:r>
      <w:r>
        <w:t>Ni</w:t>
      </w:r>
      <w:r w:rsidRPr="00181731">
        <w:rPr>
          <w:lang w:val="ru-RU"/>
        </w:rPr>
        <w:t>/</w:t>
      </w:r>
      <w:r>
        <w:t>Ni</w:t>
      </w:r>
      <w:r w:rsidRPr="00181731">
        <w:rPr>
          <w:vertAlign w:val="superscript"/>
          <w:lang w:val="ru-RU"/>
        </w:rPr>
        <w:t xml:space="preserve">+2 </w:t>
      </w:r>
      <w:r w:rsidRPr="00181731">
        <w:rPr>
          <w:lang w:val="ru-RU"/>
        </w:rPr>
        <w:t>= -0,25</w:t>
      </w:r>
      <w:r>
        <w:t>B</w:t>
      </w:r>
      <w:r w:rsidRPr="00181731">
        <w:rPr>
          <w:lang w:val="ru-RU"/>
        </w:rPr>
        <w:t xml:space="preserve"> равна ….</w:t>
      </w:r>
    </w:p>
    <w:p w:rsidR="00FD4A85" w:rsidRPr="00181731" w:rsidRDefault="00FD4A85" w:rsidP="00FD4A85">
      <w:pPr>
        <w:rPr>
          <w:b/>
          <w:szCs w:val="24"/>
          <w:lang w:val="ru-RU"/>
        </w:rPr>
      </w:pPr>
    </w:p>
    <w:p w:rsidR="00FD4A85" w:rsidRPr="00181731" w:rsidRDefault="00FD4A85" w:rsidP="00FD4A85">
      <w:pPr>
        <w:rPr>
          <w:b/>
          <w:szCs w:val="24"/>
          <w:lang w:val="ru-RU"/>
        </w:rPr>
      </w:pPr>
      <w:r w:rsidRPr="00181731">
        <w:rPr>
          <w:b/>
          <w:szCs w:val="24"/>
          <w:lang w:val="ru-RU"/>
        </w:rPr>
        <w:t>Задание 120.</w:t>
      </w:r>
    </w:p>
    <w:p w:rsidR="00FD4A85" w:rsidRPr="00181731" w:rsidRDefault="00FD4A85" w:rsidP="00FD4A85">
      <w:pPr>
        <w:rPr>
          <w:lang w:val="ru-RU"/>
        </w:rPr>
      </w:pPr>
      <w:r w:rsidRPr="00181731">
        <w:rPr>
          <w:lang w:val="ru-RU"/>
        </w:rPr>
        <w:t>Формула объединенного закона Фарадея имеет вид:</w:t>
      </w:r>
    </w:p>
    <w:p w:rsidR="00FD4A85" w:rsidRPr="00181731" w:rsidRDefault="00FD4A85" w:rsidP="00FD4A85">
      <w:pPr>
        <w:rPr>
          <w:i/>
          <w:szCs w:val="24"/>
          <w:lang w:val="ru-RU"/>
        </w:rPr>
      </w:pPr>
      <w:r w:rsidRPr="00181731">
        <w:rPr>
          <w:i/>
          <w:szCs w:val="24"/>
          <w:lang w:val="ru-RU"/>
        </w:rPr>
        <w:t>варианты ответов:</w:t>
      </w:r>
    </w:p>
    <w:p w:rsidR="00FD4A85" w:rsidRPr="00181731" w:rsidRDefault="00FD4A85" w:rsidP="00FD4A85">
      <w:pPr>
        <w:rPr>
          <w:lang w:val="ru-RU"/>
        </w:rPr>
      </w:pPr>
    </w:p>
    <w:p w:rsidR="00FD4A85" w:rsidRPr="00181731" w:rsidRDefault="00FD4A85" w:rsidP="00FD4A85">
      <w:pPr>
        <w:ind w:left="757"/>
        <w:rPr>
          <w:lang w:val="ru-RU"/>
        </w:rPr>
      </w:pPr>
      <w:r w:rsidRPr="00181731">
        <w:rPr>
          <w:lang w:val="ru-RU"/>
        </w:rPr>
        <w:t xml:space="preserve">1)  </w:t>
      </w:r>
      <w:r w:rsidRPr="00110C66">
        <w:rPr>
          <w:position w:val="-24"/>
        </w:rPr>
        <w:object w:dxaOrig="1919" w:dyaOrig="640">
          <v:shape id="_x0000_i1101" type="#_x0000_t75" style="width:96pt;height:32.25pt" o:ole="">
            <v:imagedata r:id="rId142" o:title=""/>
          </v:shape>
          <o:OLEObject Type="Embed" ProgID="Equation.3" ShapeID="_x0000_i1101" DrawAspect="Content" ObjectID="_1842695796" r:id="rId143"/>
        </w:object>
      </w:r>
      <w:r w:rsidRPr="00181731">
        <w:rPr>
          <w:lang w:val="ru-RU"/>
        </w:rPr>
        <w:t xml:space="preserve">;    2)    </w:t>
      </w:r>
      <w:r w:rsidRPr="00110C66">
        <w:rPr>
          <w:position w:val="-30"/>
        </w:rPr>
        <w:object w:dxaOrig="2100" w:dyaOrig="700">
          <v:shape id="_x0000_i1102" type="#_x0000_t75" style="width:105pt;height:34.5pt" o:ole="">
            <v:imagedata r:id="rId144" o:title=""/>
          </v:shape>
          <o:OLEObject Type="Embed" ProgID="Equation.3" ShapeID="_x0000_i1102" DrawAspect="Content" ObjectID="_1842695797" r:id="rId145"/>
        </w:object>
      </w:r>
      <w:r w:rsidRPr="00181731">
        <w:rPr>
          <w:lang w:val="ru-RU"/>
        </w:rPr>
        <w:t xml:space="preserve"> ;    3) </w:t>
      </w:r>
      <w:r w:rsidRPr="00110C66">
        <w:rPr>
          <w:position w:val="-10"/>
        </w:rPr>
        <w:object w:dxaOrig="1060" w:dyaOrig="320">
          <v:shape id="_x0000_i1103" type="#_x0000_t75" style="width:54.75pt;height:15.75pt" o:ole="">
            <v:imagedata r:id="rId36" o:title=""/>
          </v:shape>
          <o:OLEObject Type="Embed" ProgID="Equation.3" ShapeID="_x0000_i1103" DrawAspect="Content" ObjectID="_1842695798" r:id="rId146"/>
        </w:object>
      </w:r>
    </w:p>
    <w:p w:rsidR="00FD4A85" w:rsidRPr="00181731" w:rsidRDefault="00FD4A85" w:rsidP="00FD4A85">
      <w:pPr>
        <w:rPr>
          <w:b/>
          <w:szCs w:val="24"/>
          <w:lang w:val="ru-RU"/>
        </w:rPr>
      </w:pPr>
      <w:r w:rsidRPr="00181731">
        <w:rPr>
          <w:b/>
          <w:szCs w:val="24"/>
          <w:lang w:val="ru-RU"/>
        </w:rPr>
        <w:t>Задание 121.</w:t>
      </w:r>
    </w:p>
    <w:p w:rsidR="00FD4A85" w:rsidRPr="00181731" w:rsidRDefault="00FD4A85" w:rsidP="00FD4A85">
      <w:pPr>
        <w:rPr>
          <w:szCs w:val="24"/>
          <w:lang w:val="ru-RU"/>
        </w:rPr>
      </w:pPr>
      <w:r w:rsidRPr="00181731">
        <w:rPr>
          <w:lang w:val="ru-RU"/>
        </w:rPr>
        <w:t xml:space="preserve">Массовая доля соли в растворе хлорида натрия при электролизе которого массой </w:t>
      </w:r>
      <w:smartTag w:uri="urn:schemas-microsoft-com:office:smarttags" w:element="metricconverter">
        <w:smartTagPr>
          <w:attr w:name="ProductID" w:val="200 г"/>
        </w:smartTagPr>
        <w:r w:rsidRPr="00181731">
          <w:rPr>
            <w:lang w:val="ru-RU"/>
          </w:rPr>
          <w:t>200 г</w:t>
        </w:r>
      </w:smartTag>
      <w:r w:rsidRPr="00181731">
        <w:rPr>
          <w:lang w:val="ru-RU"/>
        </w:rPr>
        <w:t xml:space="preserve">. выделился хлор объемом </w:t>
      </w:r>
      <w:smartTag w:uri="urn:schemas-microsoft-com:office:smarttags" w:element="metricconverter">
        <w:smartTagPr>
          <w:attr w:name="ProductID" w:val="6,72 л"/>
        </w:smartTagPr>
        <w:r w:rsidRPr="00181731">
          <w:rPr>
            <w:lang w:val="ru-RU"/>
          </w:rPr>
          <w:t>6,72 л</w:t>
        </w:r>
      </w:smartTag>
      <w:r w:rsidRPr="00181731">
        <w:rPr>
          <w:lang w:val="ru-RU"/>
        </w:rPr>
        <w:t xml:space="preserve"> (н.у) составляет …</w:t>
      </w:r>
    </w:p>
    <w:p w:rsidR="00FD4A85" w:rsidRPr="00181731" w:rsidRDefault="00FD4A85" w:rsidP="00FD4A85">
      <w:pPr>
        <w:rPr>
          <w:b/>
          <w:szCs w:val="24"/>
          <w:lang w:val="ru-RU"/>
        </w:rPr>
      </w:pPr>
    </w:p>
    <w:p w:rsidR="00FD4A85" w:rsidRPr="00181731" w:rsidRDefault="00FD4A85" w:rsidP="00FD4A85">
      <w:pPr>
        <w:rPr>
          <w:b/>
          <w:szCs w:val="24"/>
          <w:lang w:val="ru-RU"/>
        </w:rPr>
      </w:pPr>
      <w:r w:rsidRPr="00181731">
        <w:rPr>
          <w:b/>
          <w:szCs w:val="24"/>
          <w:lang w:val="ru-RU"/>
        </w:rPr>
        <w:t xml:space="preserve">Задание 122. </w:t>
      </w:r>
    </w:p>
    <w:p w:rsidR="00FD4A85" w:rsidRPr="00181731" w:rsidRDefault="00FD4A85" w:rsidP="00FD4A85">
      <w:pPr>
        <w:rPr>
          <w:lang w:val="ru-RU"/>
        </w:rPr>
      </w:pPr>
      <w:r w:rsidRPr="00181731">
        <w:rPr>
          <w:lang w:val="ru-RU"/>
        </w:rPr>
        <w:t>Какие процессы будут протекать на медном аноде при электролизе водного раствора сульфата меди?</w:t>
      </w:r>
    </w:p>
    <w:p w:rsidR="00FD4A85" w:rsidRPr="00181731" w:rsidRDefault="00FD4A85" w:rsidP="00FD4A85">
      <w:pPr>
        <w:rPr>
          <w:i/>
          <w:szCs w:val="24"/>
          <w:lang w:val="ru-RU"/>
        </w:rPr>
      </w:pPr>
      <w:r w:rsidRPr="00181731">
        <w:rPr>
          <w:i/>
          <w:szCs w:val="24"/>
          <w:lang w:val="ru-RU"/>
        </w:rPr>
        <w:t>варианты ответов:</w:t>
      </w:r>
    </w:p>
    <w:p w:rsidR="00FD4A85" w:rsidRPr="00181731" w:rsidRDefault="00FD4A85" w:rsidP="00FD4A85">
      <w:pPr>
        <w:rPr>
          <w:szCs w:val="24"/>
          <w:lang w:val="ru-RU"/>
        </w:rPr>
      </w:pPr>
      <w:r w:rsidRPr="00181731">
        <w:rPr>
          <w:position w:val="-12"/>
          <w:lang w:val="ru-RU"/>
        </w:rPr>
        <w:t xml:space="preserve">1) </w:t>
      </w:r>
      <w:r w:rsidRPr="00110C66">
        <w:rPr>
          <w:position w:val="-12"/>
        </w:rPr>
        <w:object w:dxaOrig="1980" w:dyaOrig="380">
          <v:shape id="_x0000_i1104" type="#_x0000_t75" style="width:99.75pt;height:18pt" o:ole="">
            <v:imagedata r:id="rId147" o:title=""/>
          </v:shape>
          <o:OLEObject Type="Embed" ProgID="Equation.3" ShapeID="_x0000_i1104" DrawAspect="Content" ObjectID="_1842695799" r:id="rId148"/>
        </w:object>
      </w:r>
      <w:r w:rsidRPr="00181731">
        <w:rPr>
          <w:position w:val="-12"/>
          <w:lang w:val="ru-RU"/>
        </w:rPr>
        <w:t xml:space="preserve">       </w:t>
      </w:r>
      <w:r w:rsidRPr="00181731">
        <w:rPr>
          <w:position w:val="-10"/>
          <w:lang w:val="ru-RU"/>
        </w:rPr>
        <w:t xml:space="preserve">2) </w:t>
      </w:r>
      <w:r w:rsidRPr="00110C66">
        <w:rPr>
          <w:position w:val="-10"/>
        </w:rPr>
        <w:object w:dxaOrig="2420" w:dyaOrig="360">
          <v:shape id="_x0000_i1105" type="#_x0000_t75" style="width:120.75pt;height:18pt" o:ole="">
            <v:imagedata r:id="rId149" o:title=""/>
          </v:shape>
          <o:OLEObject Type="Embed" ProgID="Equation.3" ShapeID="_x0000_i1105" DrawAspect="Content" ObjectID="_1842695800" r:id="rId150"/>
        </w:object>
      </w:r>
      <w:r w:rsidRPr="00181731">
        <w:rPr>
          <w:position w:val="-10"/>
          <w:lang w:val="ru-RU"/>
        </w:rPr>
        <w:t xml:space="preserve">     </w:t>
      </w:r>
      <w:r w:rsidRPr="00181731">
        <w:rPr>
          <w:position w:val="-6"/>
          <w:lang w:val="ru-RU"/>
        </w:rPr>
        <w:t xml:space="preserve">3)  </w:t>
      </w:r>
      <w:r w:rsidRPr="00110C66">
        <w:rPr>
          <w:position w:val="-6"/>
        </w:rPr>
        <w:object w:dxaOrig="1740" w:dyaOrig="320">
          <v:shape id="_x0000_i1106" type="#_x0000_t75" style="width:87.75pt;height:15.75pt" o:ole="">
            <v:imagedata r:id="rId151" o:title=""/>
          </v:shape>
          <o:OLEObject Type="Embed" ProgID="Equation.3" ShapeID="_x0000_i1106" DrawAspect="Content" ObjectID="_1842695801" r:id="rId152"/>
        </w:object>
      </w:r>
      <w:r w:rsidRPr="00181731">
        <w:rPr>
          <w:lang w:val="ru-RU"/>
        </w:rPr>
        <w:t xml:space="preserve">     </w:t>
      </w:r>
    </w:p>
    <w:p w:rsidR="00FD4A85" w:rsidRPr="00181731" w:rsidRDefault="00FD4A85" w:rsidP="00FD4A85">
      <w:pPr>
        <w:rPr>
          <w:lang w:val="ru-RU"/>
        </w:rPr>
      </w:pPr>
    </w:p>
    <w:p w:rsidR="00FD4A85" w:rsidRPr="00181731" w:rsidRDefault="00FD4A85" w:rsidP="00FD4A85">
      <w:pPr>
        <w:rPr>
          <w:lang w:val="ru-RU"/>
        </w:rPr>
      </w:pPr>
      <w:r w:rsidRPr="00181731">
        <w:rPr>
          <w:b/>
          <w:lang w:val="ru-RU"/>
        </w:rPr>
        <w:t>Задание 123.</w:t>
      </w:r>
      <w:r w:rsidRPr="00181731">
        <w:rPr>
          <w:lang w:val="ru-RU"/>
        </w:rPr>
        <w:t xml:space="preserve"> Величина </w:t>
      </w:r>
      <w:r>
        <w:t>F</w:t>
      </w:r>
      <w:r w:rsidRPr="00181731">
        <w:rPr>
          <w:lang w:val="ru-RU"/>
        </w:rPr>
        <w:t>=96500 Кл/моль – это …</w:t>
      </w:r>
    </w:p>
    <w:p w:rsidR="00FD4A85" w:rsidRPr="00181731" w:rsidRDefault="00FD4A85" w:rsidP="00FD4A85">
      <w:pPr>
        <w:rPr>
          <w:rFonts w:ascii="Arial" w:hAnsi="Arial" w:cs="Arial"/>
          <w:sz w:val="17"/>
          <w:szCs w:val="17"/>
          <w:lang w:val="ru-RU"/>
        </w:rPr>
      </w:pPr>
      <w:r w:rsidRPr="00181731">
        <w:rPr>
          <w:i/>
          <w:lang w:val="ru-RU"/>
        </w:rPr>
        <w:t>варианты ответов:</w:t>
      </w:r>
    </w:p>
    <w:p w:rsidR="00FD4A85" w:rsidRPr="00181731" w:rsidRDefault="00FD4A85" w:rsidP="00FD4A85">
      <w:pPr>
        <w:spacing w:line="240" w:lineRule="auto"/>
        <w:rPr>
          <w:b/>
          <w:bCs/>
          <w:i/>
          <w:iCs/>
          <w:lang w:val="ru-RU"/>
        </w:rPr>
      </w:pPr>
      <w:r w:rsidRPr="00181731">
        <w:rPr>
          <w:lang w:val="ru-RU"/>
        </w:rPr>
        <w:t>1) Постоянная, Планка равная заряду одного моля катионов;</w:t>
      </w:r>
    </w:p>
    <w:p w:rsidR="00FD4A85" w:rsidRPr="00181731" w:rsidRDefault="00FD4A85" w:rsidP="00FD4A85">
      <w:pPr>
        <w:spacing w:line="240" w:lineRule="auto"/>
        <w:rPr>
          <w:b/>
          <w:bCs/>
          <w:i/>
          <w:iCs/>
          <w:lang w:val="ru-RU"/>
        </w:rPr>
      </w:pPr>
      <w:r w:rsidRPr="00181731">
        <w:rPr>
          <w:lang w:val="ru-RU"/>
        </w:rPr>
        <w:t>2) Постоянная Авогадро, равная заряду одного моль анионов;</w:t>
      </w:r>
    </w:p>
    <w:p w:rsidR="00FD4A85" w:rsidRPr="00181731" w:rsidRDefault="00FD4A85" w:rsidP="00FD4A85">
      <w:pPr>
        <w:rPr>
          <w:lang w:val="ru-RU"/>
        </w:rPr>
      </w:pPr>
      <w:r w:rsidRPr="00181731">
        <w:rPr>
          <w:lang w:val="ru-RU"/>
        </w:rPr>
        <w:t>3) Постоянная Фарадея, равная заряду оного моль электронов.</w:t>
      </w:r>
    </w:p>
    <w:p w:rsidR="00FD4A85" w:rsidRPr="00181731" w:rsidRDefault="00FD4A85" w:rsidP="00FD4A85">
      <w:pPr>
        <w:rPr>
          <w:i/>
          <w:sz w:val="22"/>
          <w:lang w:val="ru-RU"/>
        </w:rPr>
      </w:pPr>
    </w:p>
    <w:p w:rsidR="00FD4A85" w:rsidRPr="00181731" w:rsidRDefault="00FD4A85" w:rsidP="00FD4A85">
      <w:pPr>
        <w:rPr>
          <w:sz w:val="22"/>
          <w:lang w:val="ru-RU"/>
        </w:rPr>
      </w:pPr>
      <w:r w:rsidRPr="00181731">
        <w:rPr>
          <w:b/>
          <w:szCs w:val="24"/>
          <w:lang w:val="ru-RU"/>
        </w:rPr>
        <w:t>Задание 124.</w:t>
      </w:r>
      <w:r w:rsidRPr="00181731">
        <w:rPr>
          <w:lang w:val="ru-RU"/>
        </w:rPr>
        <w:t xml:space="preserve"> Масса меди, выделившаяся на катоде при пропускании тока силой в 5 А через раствор хлорида меди (</w:t>
      </w:r>
      <w:r>
        <w:t>II</w:t>
      </w:r>
      <w:r w:rsidRPr="00181731">
        <w:rPr>
          <w:lang w:val="ru-RU"/>
        </w:rPr>
        <w:t>) в течении 25 с. составляет … г.</w:t>
      </w:r>
    </w:p>
    <w:p w:rsidR="00FD4A85" w:rsidRPr="00181731" w:rsidRDefault="00FD4A85" w:rsidP="00FD4A85">
      <w:pPr>
        <w:rPr>
          <w:sz w:val="22"/>
          <w:lang w:val="ru-RU"/>
        </w:rPr>
      </w:pPr>
    </w:p>
    <w:p w:rsidR="00FD4A85" w:rsidRPr="00181731" w:rsidRDefault="00FD4A85" w:rsidP="00FD4A85">
      <w:pPr>
        <w:rPr>
          <w:lang w:val="ru-RU"/>
        </w:rPr>
      </w:pPr>
      <w:r w:rsidRPr="00181731">
        <w:rPr>
          <w:b/>
          <w:szCs w:val="24"/>
          <w:lang w:val="ru-RU"/>
        </w:rPr>
        <w:lastRenderedPageBreak/>
        <w:t>Задание 125.</w:t>
      </w:r>
      <w:r w:rsidRPr="00181731">
        <w:rPr>
          <w:sz w:val="22"/>
          <w:lang w:val="ru-RU"/>
        </w:rPr>
        <w:t xml:space="preserve"> </w:t>
      </w:r>
      <w:r w:rsidRPr="00181731">
        <w:rPr>
          <w:lang w:val="ru-RU"/>
        </w:rPr>
        <w:t>Какие процессы будут протекать на платиновом катоде при электролизе водного раствора нитрата калия?</w:t>
      </w:r>
    </w:p>
    <w:p w:rsidR="00FD4A85" w:rsidRDefault="00FD4A85" w:rsidP="00FD4A85">
      <w:pPr>
        <w:rPr>
          <w:i/>
          <w:sz w:val="22"/>
        </w:rPr>
      </w:pPr>
      <w:r>
        <w:rPr>
          <w:i/>
          <w:sz w:val="22"/>
        </w:rPr>
        <w:t>варианты ответов</w:t>
      </w:r>
    </w:p>
    <w:p w:rsidR="00FD4A85" w:rsidRPr="00A57943" w:rsidRDefault="00FD4A85" w:rsidP="00FD4A85">
      <w:pPr>
        <w:pStyle w:val="ae"/>
        <w:numPr>
          <w:ilvl w:val="0"/>
          <w:numId w:val="37"/>
        </w:numPr>
        <w:spacing w:after="200" w:line="240" w:lineRule="auto"/>
        <w:contextualSpacing w:val="0"/>
      </w:pPr>
      <w:r w:rsidRPr="00A57943">
        <w:object w:dxaOrig="1460" w:dyaOrig="320">
          <v:shape id="_x0000_i1107" type="#_x0000_t75" style="width:73.5pt;height:15.75pt" o:ole="">
            <v:imagedata r:id="rId153" o:title=""/>
          </v:shape>
          <o:OLEObject Type="Embed" ProgID="Equation.3" ShapeID="_x0000_i1107" DrawAspect="Content" ObjectID="_1842695802" r:id="rId154"/>
        </w:object>
      </w:r>
    </w:p>
    <w:p w:rsidR="00FD4A85" w:rsidRPr="00A57943" w:rsidRDefault="00FD4A85" w:rsidP="00FD4A85">
      <w:pPr>
        <w:pStyle w:val="ae"/>
        <w:numPr>
          <w:ilvl w:val="0"/>
          <w:numId w:val="37"/>
        </w:numPr>
        <w:spacing w:after="200" w:line="240" w:lineRule="auto"/>
        <w:contextualSpacing w:val="0"/>
      </w:pPr>
      <w:r w:rsidRPr="00A57943">
        <w:object w:dxaOrig="3400" w:dyaOrig="400">
          <v:shape id="_x0000_i1108" type="#_x0000_t75" style="width:171pt;height:19.5pt" o:ole="">
            <v:imagedata r:id="rId155" o:title=""/>
          </v:shape>
          <o:OLEObject Type="Embed" ProgID="Equation.3" ShapeID="_x0000_i1108" DrawAspect="Content" ObjectID="_1842695803" r:id="rId156"/>
        </w:object>
      </w:r>
    </w:p>
    <w:p w:rsidR="00FD4A85" w:rsidRPr="00A57943" w:rsidRDefault="00FD4A85" w:rsidP="00FD4A85">
      <w:pPr>
        <w:pStyle w:val="ae"/>
        <w:numPr>
          <w:ilvl w:val="0"/>
          <w:numId w:val="37"/>
        </w:numPr>
        <w:spacing w:after="200" w:line="276" w:lineRule="auto"/>
        <w:contextualSpacing w:val="0"/>
      </w:pPr>
      <w:r w:rsidRPr="00A57943">
        <w:object w:dxaOrig="2620" w:dyaOrig="360">
          <v:shape id="_x0000_i1109" type="#_x0000_t75" style="width:131.25pt;height:18pt" o:ole="">
            <v:imagedata r:id="rId157" o:title=""/>
          </v:shape>
          <o:OLEObject Type="Embed" ProgID="Equation.3" ShapeID="_x0000_i1109" DrawAspect="Content" ObjectID="_1842695804" r:id="rId158"/>
        </w:object>
      </w:r>
    </w:p>
    <w:p w:rsidR="00FD4A85" w:rsidRDefault="00FD4A85" w:rsidP="00FD4A85">
      <w:pPr>
        <w:rPr>
          <w:b/>
          <w:szCs w:val="24"/>
        </w:rPr>
      </w:pPr>
    </w:p>
    <w:p w:rsidR="00FD4A85" w:rsidRPr="00181731" w:rsidRDefault="00FD4A85" w:rsidP="00FD4A85">
      <w:pPr>
        <w:spacing w:line="240" w:lineRule="auto"/>
        <w:rPr>
          <w:lang w:val="ru-RU"/>
        </w:rPr>
      </w:pPr>
      <w:r w:rsidRPr="00181731">
        <w:rPr>
          <w:b/>
          <w:szCs w:val="24"/>
          <w:lang w:val="ru-RU"/>
        </w:rPr>
        <w:t>Задание 126.</w:t>
      </w:r>
      <w:r w:rsidRPr="00181731">
        <w:rPr>
          <w:lang w:val="ru-RU"/>
        </w:rPr>
        <w:t xml:space="preserve"> Окислительно-восстановительные процессы, проходящие в растворах и расплавах электролитов во время прохождения электрического тока называются ….</w:t>
      </w:r>
    </w:p>
    <w:p w:rsidR="00FD4A85" w:rsidRPr="00181731" w:rsidRDefault="00FD4A85" w:rsidP="00FD4A85">
      <w:pPr>
        <w:rPr>
          <w:i/>
          <w:szCs w:val="24"/>
          <w:lang w:val="ru-RU"/>
        </w:rPr>
      </w:pPr>
      <w:r w:rsidRPr="00181731">
        <w:rPr>
          <w:i/>
          <w:szCs w:val="24"/>
          <w:lang w:val="ru-RU"/>
        </w:rPr>
        <w:t>варианты ответов:</w:t>
      </w:r>
    </w:p>
    <w:p w:rsidR="00FD4A85" w:rsidRPr="00181731" w:rsidRDefault="00FD4A85" w:rsidP="00FD4A85">
      <w:pPr>
        <w:rPr>
          <w:lang w:val="ru-RU"/>
        </w:rPr>
      </w:pPr>
      <w:r w:rsidRPr="00181731">
        <w:rPr>
          <w:lang w:val="ru-RU"/>
        </w:rPr>
        <w:t>1) Электролизом;   2)Сольволизом;   3)Электролитической диссоциацией</w:t>
      </w:r>
    </w:p>
    <w:p w:rsidR="00FD4A85" w:rsidRPr="00181731" w:rsidRDefault="00FD4A85" w:rsidP="00FD4A85">
      <w:pPr>
        <w:rPr>
          <w:i/>
          <w:szCs w:val="24"/>
          <w:lang w:val="ru-RU"/>
        </w:rPr>
      </w:pPr>
    </w:p>
    <w:p w:rsidR="00FD4A85" w:rsidRPr="00181731" w:rsidRDefault="00FD4A85" w:rsidP="00FD4A85">
      <w:pPr>
        <w:rPr>
          <w:b/>
          <w:szCs w:val="24"/>
          <w:lang w:val="ru-RU"/>
        </w:rPr>
      </w:pPr>
      <w:r w:rsidRPr="00181731">
        <w:rPr>
          <w:b/>
          <w:szCs w:val="24"/>
          <w:lang w:val="ru-RU"/>
        </w:rPr>
        <w:t>Задание 127.</w:t>
      </w:r>
      <w:r w:rsidRPr="00181731">
        <w:rPr>
          <w:lang w:val="ru-RU"/>
        </w:rPr>
        <w:t xml:space="preserve"> Количество электричества которое необходимо пропустить через раствор сульфата меди (</w:t>
      </w:r>
      <w:r>
        <w:t>II</w:t>
      </w:r>
      <w:r w:rsidRPr="00181731">
        <w:rPr>
          <w:lang w:val="ru-RU"/>
        </w:rPr>
        <w:t xml:space="preserve">), чтобы на аноде выделилось </w:t>
      </w:r>
      <w:smartTag w:uri="urn:schemas-microsoft-com:office:smarttags" w:element="metricconverter">
        <w:smartTagPr>
          <w:attr w:name="ProductID" w:val="22,4 л"/>
        </w:smartTagPr>
        <w:r w:rsidRPr="00181731">
          <w:rPr>
            <w:lang w:val="ru-RU"/>
          </w:rPr>
          <w:t>22,4 л</w:t>
        </w:r>
      </w:smartTag>
      <w:r w:rsidRPr="00181731">
        <w:rPr>
          <w:lang w:val="ru-RU"/>
        </w:rPr>
        <w:t xml:space="preserve"> кислорода (н.у) составляет … Кл.</w:t>
      </w:r>
    </w:p>
    <w:p w:rsidR="00FD4A85" w:rsidRPr="00181731" w:rsidRDefault="00FD4A85" w:rsidP="00FD4A85">
      <w:pPr>
        <w:rPr>
          <w:b/>
          <w:szCs w:val="24"/>
          <w:lang w:val="ru-RU"/>
        </w:rPr>
      </w:pPr>
    </w:p>
    <w:p w:rsidR="00FD4A85" w:rsidRPr="00181731" w:rsidRDefault="00FD4A85" w:rsidP="00FD4A85">
      <w:pPr>
        <w:rPr>
          <w:lang w:val="ru-RU"/>
        </w:rPr>
      </w:pPr>
      <w:r w:rsidRPr="00181731">
        <w:rPr>
          <w:b/>
          <w:szCs w:val="24"/>
          <w:lang w:val="ru-RU"/>
        </w:rPr>
        <w:t>Задание 128.</w:t>
      </w:r>
      <w:r w:rsidRPr="00181731">
        <w:rPr>
          <w:lang w:val="ru-RU"/>
        </w:rPr>
        <w:t xml:space="preserve"> При электролизе водного раствора соли значение рН в приэлектродном пространстве одного из электродов возросло. Раствор, какой соли подвергался электролизу?</w:t>
      </w:r>
    </w:p>
    <w:p w:rsidR="00FD4A85" w:rsidRPr="00181731" w:rsidRDefault="00FD4A85" w:rsidP="00FD4A85">
      <w:pPr>
        <w:ind w:firstLine="708"/>
        <w:rPr>
          <w:i/>
          <w:szCs w:val="24"/>
          <w:lang w:val="ru-RU"/>
        </w:rPr>
      </w:pPr>
      <w:r w:rsidRPr="00181731">
        <w:rPr>
          <w:i/>
          <w:szCs w:val="24"/>
          <w:lang w:val="ru-RU"/>
        </w:rPr>
        <w:t>варианты ответов:</w:t>
      </w:r>
    </w:p>
    <w:p w:rsidR="00FD4A85" w:rsidRPr="00181731" w:rsidRDefault="00FD4A85" w:rsidP="00FD4A85">
      <w:pPr>
        <w:rPr>
          <w:b/>
          <w:szCs w:val="24"/>
          <w:lang w:val="ru-RU"/>
        </w:rPr>
      </w:pPr>
      <w:r w:rsidRPr="00181731">
        <w:rPr>
          <w:position w:val="-6"/>
          <w:lang w:val="ru-RU"/>
        </w:rPr>
        <w:t xml:space="preserve">1) </w:t>
      </w:r>
      <w:r w:rsidRPr="00110C66">
        <w:rPr>
          <w:position w:val="-6"/>
        </w:rPr>
        <w:object w:dxaOrig="479" w:dyaOrig="280">
          <v:shape id="_x0000_i1110" type="#_x0000_t75" style="width:24pt;height:15.75pt" o:ole="">
            <v:imagedata r:id="rId159" o:title=""/>
          </v:shape>
          <o:OLEObject Type="Embed" ProgID="Equation.3" ShapeID="_x0000_i1110" DrawAspect="Content" ObjectID="_1842695805" r:id="rId160"/>
        </w:object>
      </w:r>
      <w:r w:rsidRPr="00181731">
        <w:rPr>
          <w:position w:val="-6"/>
          <w:lang w:val="ru-RU"/>
        </w:rPr>
        <w:t xml:space="preserve">;      2) </w:t>
      </w:r>
      <w:r w:rsidRPr="00110C66">
        <w:rPr>
          <w:position w:val="-10"/>
        </w:rPr>
        <w:object w:dxaOrig="660" w:dyaOrig="340">
          <v:shape id="_x0000_i1111" type="#_x0000_t75" style="width:32.25pt;height:17.25pt" o:ole="">
            <v:imagedata r:id="rId161" o:title=""/>
          </v:shape>
          <o:OLEObject Type="Embed" ProgID="Equation.3" ShapeID="_x0000_i1111" DrawAspect="Content" ObjectID="_1842695806" r:id="rId162"/>
        </w:object>
      </w:r>
      <w:r w:rsidRPr="00181731">
        <w:rPr>
          <w:position w:val="-10"/>
          <w:lang w:val="ru-RU"/>
        </w:rPr>
        <w:t xml:space="preserve">;   3)  </w:t>
      </w:r>
      <w:r w:rsidRPr="00110C66">
        <w:rPr>
          <w:position w:val="-12"/>
        </w:rPr>
        <w:object w:dxaOrig="1060" w:dyaOrig="360">
          <v:shape id="_x0000_i1112" type="#_x0000_t75" style="width:54.75pt;height:18pt" o:ole="">
            <v:imagedata r:id="rId163" o:title=""/>
          </v:shape>
          <o:OLEObject Type="Embed" ProgID="Equation.3" ShapeID="_x0000_i1112" DrawAspect="Content" ObjectID="_1842695807" r:id="rId164"/>
        </w:object>
      </w:r>
    </w:p>
    <w:p w:rsidR="00FD4A85" w:rsidRPr="00181731" w:rsidRDefault="00FD4A85" w:rsidP="00FD4A85">
      <w:pPr>
        <w:rPr>
          <w:lang w:val="ru-RU"/>
        </w:rPr>
      </w:pPr>
    </w:p>
    <w:p w:rsidR="00FD4A85" w:rsidRPr="00181731" w:rsidRDefault="00FD4A85" w:rsidP="00FD4A85">
      <w:pPr>
        <w:rPr>
          <w:b/>
          <w:szCs w:val="24"/>
          <w:lang w:val="ru-RU"/>
        </w:rPr>
      </w:pPr>
      <w:r w:rsidRPr="00181731">
        <w:rPr>
          <w:b/>
          <w:szCs w:val="24"/>
          <w:lang w:val="ru-RU"/>
        </w:rPr>
        <w:t>Задание 129.</w:t>
      </w:r>
    </w:p>
    <w:p w:rsidR="00FD4A85" w:rsidRPr="00181731" w:rsidRDefault="00FD4A85" w:rsidP="00FD4A85">
      <w:pPr>
        <w:rPr>
          <w:lang w:val="ru-RU"/>
        </w:rPr>
      </w:pPr>
      <w:r w:rsidRPr="00181731">
        <w:rPr>
          <w:lang w:val="ru-RU"/>
        </w:rPr>
        <w:t>Растворимый анод – это:</w:t>
      </w:r>
    </w:p>
    <w:p w:rsidR="00FD4A85" w:rsidRPr="00E06BBA" w:rsidRDefault="00FD4A85" w:rsidP="00FD4A85">
      <w:pPr>
        <w:rPr>
          <w:i/>
          <w:szCs w:val="24"/>
        </w:rPr>
      </w:pPr>
      <w:r w:rsidRPr="00E06BBA">
        <w:rPr>
          <w:i/>
          <w:szCs w:val="24"/>
        </w:rPr>
        <w:t>варианты ответов:</w:t>
      </w:r>
    </w:p>
    <w:p w:rsidR="00FD4A85" w:rsidRPr="00181731" w:rsidRDefault="00FD4A85" w:rsidP="00FD4A85">
      <w:pPr>
        <w:numPr>
          <w:ilvl w:val="0"/>
          <w:numId w:val="21"/>
        </w:numPr>
        <w:spacing w:line="240" w:lineRule="auto"/>
        <w:rPr>
          <w:lang w:val="ru-RU"/>
        </w:rPr>
      </w:pPr>
      <w:r w:rsidRPr="00181731">
        <w:rPr>
          <w:lang w:val="ru-RU"/>
        </w:rPr>
        <w:t>Анод, состоящий из материала, хорошо растворяющегося в воде;</w:t>
      </w:r>
    </w:p>
    <w:p w:rsidR="00FD4A85" w:rsidRPr="00181731" w:rsidRDefault="00FD4A85" w:rsidP="00FD4A85">
      <w:pPr>
        <w:numPr>
          <w:ilvl w:val="0"/>
          <w:numId w:val="21"/>
        </w:numPr>
        <w:spacing w:line="240" w:lineRule="auto"/>
        <w:rPr>
          <w:lang w:val="ru-RU"/>
        </w:rPr>
      </w:pPr>
      <w:r w:rsidRPr="00181731">
        <w:rPr>
          <w:lang w:val="ru-RU"/>
        </w:rPr>
        <w:t>Анод, состоящий из металлов, способных растворятся в процессе электролиза;</w:t>
      </w:r>
    </w:p>
    <w:p w:rsidR="00FD4A85" w:rsidRPr="00181731" w:rsidRDefault="00FD4A85" w:rsidP="00FD4A85">
      <w:pPr>
        <w:numPr>
          <w:ilvl w:val="0"/>
          <w:numId w:val="21"/>
        </w:numPr>
        <w:spacing w:line="240" w:lineRule="auto"/>
        <w:rPr>
          <w:lang w:val="ru-RU"/>
        </w:rPr>
      </w:pPr>
      <w:r w:rsidRPr="00181731">
        <w:rPr>
          <w:lang w:val="ru-RU"/>
        </w:rPr>
        <w:t>Анод, находящийся в жидком агрегатном состоянии</w:t>
      </w:r>
    </w:p>
    <w:p w:rsidR="00FD4A85" w:rsidRPr="00181731" w:rsidRDefault="00FD4A85" w:rsidP="00FD4A85">
      <w:pPr>
        <w:rPr>
          <w:szCs w:val="24"/>
          <w:lang w:val="ru-RU"/>
        </w:rPr>
      </w:pPr>
    </w:p>
    <w:p w:rsidR="00FD4A85" w:rsidRPr="00181731" w:rsidRDefault="00FD4A85" w:rsidP="00FD4A85">
      <w:pPr>
        <w:rPr>
          <w:b/>
          <w:szCs w:val="24"/>
          <w:lang w:val="ru-RU"/>
        </w:rPr>
      </w:pPr>
      <w:r w:rsidRPr="00181731">
        <w:rPr>
          <w:b/>
          <w:szCs w:val="24"/>
          <w:lang w:val="ru-RU"/>
        </w:rPr>
        <w:t>Задание 130.</w:t>
      </w:r>
    </w:p>
    <w:p w:rsidR="00FD4A85" w:rsidRPr="00181731" w:rsidRDefault="00FD4A85" w:rsidP="00FD4A85">
      <w:pPr>
        <w:rPr>
          <w:szCs w:val="24"/>
          <w:lang w:val="ru-RU"/>
        </w:rPr>
      </w:pPr>
      <w:r w:rsidRPr="00181731">
        <w:rPr>
          <w:lang w:val="ru-RU"/>
        </w:rPr>
        <w:t xml:space="preserve">Если за 40 мин электролиза раствора серной кислоты выделился водород (н.у) объемом </w:t>
      </w:r>
      <w:smartTag w:uri="urn:schemas-microsoft-com:office:smarttags" w:element="metricconverter">
        <w:smartTagPr>
          <w:attr w:name="ProductID" w:val="0,48 л"/>
        </w:smartTagPr>
        <w:r w:rsidRPr="00181731">
          <w:rPr>
            <w:lang w:val="ru-RU"/>
          </w:rPr>
          <w:t>0,48 л</w:t>
        </w:r>
      </w:smartTag>
      <w:r w:rsidRPr="00181731">
        <w:rPr>
          <w:lang w:val="ru-RU"/>
        </w:rPr>
        <w:t>., то сила тока будет равна … А.</w:t>
      </w:r>
    </w:p>
    <w:p w:rsidR="00FD4A85" w:rsidRPr="00181731" w:rsidRDefault="00FD4A85" w:rsidP="00FD4A85">
      <w:pPr>
        <w:rPr>
          <w:b/>
          <w:szCs w:val="24"/>
          <w:lang w:val="ru-RU"/>
        </w:rPr>
      </w:pPr>
    </w:p>
    <w:p w:rsidR="00FD4A85" w:rsidRPr="00181731" w:rsidRDefault="00FD4A85" w:rsidP="00FD4A85">
      <w:pPr>
        <w:rPr>
          <w:b/>
          <w:szCs w:val="24"/>
          <w:lang w:val="ru-RU"/>
        </w:rPr>
      </w:pPr>
      <w:r w:rsidRPr="00181731">
        <w:rPr>
          <w:b/>
          <w:szCs w:val="24"/>
          <w:lang w:val="ru-RU"/>
        </w:rPr>
        <w:t>Задание  131.</w:t>
      </w:r>
    </w:p>
    <w:p w:rsidR="00FD4A85" w:rsidRPr="00181731" w:rsidRDefault="00FD4A85" w:rsidP="00FD4A85">
      <w:pPr>
        <w:rPr>
          <w:lang w:val="ru-RU"/>
        </w:rPr>
      </w:pPr>
      <w:r w:rsidRPr="00181731">
        <w:rPr>
          <w:lang w:val="ru-RU"/>
        </w:rPr>
        <w:t>На аноде обычно протекают процессы  _________________</w:t>
      </w:r>
    </w:p>
    <w:p w:rsidR="00FD4A85" w:rsidRPr="00181731" w:rsidRDefault="00FD4A85" w:rsidP="00FD4A85">
      <w:pPr>
        <w:rPr>
          <w:b/>
          <w:szCs w:val="24"/>
          <w:lang w:val="ru-RU"/>
        </w:rPr>
      </w:pPr>
    </w:p>
    <w:p w:rsidR="00FD4A85" w:rsidRPr="00181731" w:rsidRDefault="00FD4A85" w:rsidP="00FD4A85">
      <w:pPr>
        <w:rPr>
          <w:b/>
          <w:szCs w:val="24"/>
          <w:lang w:val="ru-RU"/>
        </w:rPr>
      </w:pPr>
      <w:r w:rsidRPr="00181731">
        <w:rPr>
          <w:b/>
          <w:szCs w:val="24"/>
          <w:lang w:val="ru-RU"/>
        </w:rPr>
        <w:lastRenderedPageBreak/>
        <w:t>Задание 132.</w:t>
      </w:r>
    </w:p>
    <w:p w:rsidR="00FD4A85" w:rsidRPr="00181731" w:rsidRDefault="00FD4A85" w:rsidP="00FD4A85">
      <w:pPr>
        <w:rPr>
          <w:lang w:val="ru-RU"/>
        </w:rPr>
      </w:pPr>
      <w:r w:rsidRPr="00181731">
        <w:rPr>
          <w:lang w:val="ru-RU"/>
        </w:rPr>
        <w:t>Какие процессы будут протекать на платиновом аноде при электролизе водного раствора нитрита меди?</w:t>
      </w:r>
    </w:p>
    <w:p w:rsidR="00FD4A85" w:rsidRPr="00E06BBA" w:rsidRDefault="00FD4A85" w:rsidP="00FD4A85">
      <w:pPr>
        <w:rPr>
          <w:i/>
          <w:szCs w:val="24"/>
        </w:rPr>
      </w:pPr>
      <w:r w:rsidRPr="00E06BBA">
        <w:rPr>
          <w:i/>
          <w:szCs w:val="24"/>
        </w:rPr>
        <w:t>варианты ответов:</w:t>
      </w:r>
    </w:p>
    <w:p w:rsidR="00FD4A85" w:rsidRDefault="00FD4A85" w:rsidP="00FD4A85">
      <w:pPr>
        <w:numPr>
          <w:ilvl w:val="0"/>
          <w:numId w:val="30"/>
        </w:numPr>
        <w:spacing w:line="240" w:lineRule="auto"/>
      </w:pPr>
      <w:r w:rsidRPr="00110C66">
        <w:rPr>
          <w:position w:val="-12"/>
        </w:rPr>
        <w:object w:dxaOrig="3200" w:dyaOrig="380">
          <v:shape id="_x0000_i1113" type="#_x0000_t75" style="width:160.5pt;height:19.5pt" o:ole="">
            <v:imagedata r:id="rId165" o:title=""/>
          </v:shape>
          <o:OLEObject Type="Embed" ProgID="Equation.3" ShapeID="_x0000_i1113" DrawAspect="Content" ObjectID="_1842695808" r:id="rId166"/>
        </w:object>
      </w:r>
    </w:p>
    <w:p w:rsidR="00FD4A85" w:rsidRDefault="00FD4A85" w:rsidP="00FD4A85">
      <w:pPr>
        <w:numPr>
          <w:ilvl w:val="0"/>
          <w:numId w:val="30"/>
        </w:numPr>
        <w:spacing w:line="240" w:lineRule="auto"/>
      </w:pPr>
      <w:r w:rsidRPr="00110C66">
        <w:rPr>
          <w:position w:val="-10"/>
        </w:rPr>
        <w:object w:dxaOrig="2420" w:dyaOrig="360">
          <v:shape id="_x0000_i1114" type="#_x0000_t75" style="width:120.75pt;height:18pt" o:ole="">
            <v:imagedata r:id="rId149" o:title=""/>
          </v:shape>
          <o:OLEObject Type="Embed" ProgID="Equation.3" ShapeID="_x0000_i1114" DrawAspect="Content" ObjectID="_1842695809" r:id="rId167"/>
        </w:object>
      </w:r>
      <w:r>
        <w:t xml:space="preserve"> </w:t>
      </w:r>
    </w:p>
    <w:p w:rsidR="00FD4A85" w:rsidRPr="008C1406" w:rsidRDefault="00FD4A85" w:rsidP="00FD4A85">
      <w:pPr>
        <w:pStyle w:val="ae"/>
        <w:numPr>
          <w:ilvl w:val="0"/>
          <w:numId w:val="30"/>
        </w:numPr>
        <w:spacing w:after="200" w:line="276" w:lineRule="auto"/>
        <w:contextualSpacing w:val="0"/>
        <w:rPr>
          <w:b/>
          <w:szCs w:val="24"/>
        </w:rPr>
      </w:pPr>
      <w:r w:rsidRPr="00110C66">
        <w:rPr>
          <w:position w:val="-6"/>
        </w:rPr>
        <w:object w:dxaOrig="1660" w:dyaOrig="320">
          <v:shape id="_x0000_i1115" type="#_x0000_t75" style="width:82.5pt;height:15.75pt" o:ole="">
            <v:imagedata r:id="rId168" o:title=""/>
          </v:shape>
          <o:OLEObject Type="Embed" ProgID="Equation.3" ShapeID="_x0000_i1115" DrawAspect="Content" ObjectID="_1842695810" r:id="rId169"/>
        </w:object>
      </w:r>
    </w:p>
    <w:p w:rsidR="00FD4A85" w:rsidRPr="00181731" w:rsidRDefault="00FD4A85" w:rsidP="00FD4A85">
      <w:pPr>
        <w:rPr>
          <w:b/>
          <w:szCs w:val="24"/>
          <w:lang w:val="ru-RU"/>
        </w:rPr>
      </w:pPr>
      <w:r w:rsidRPr="00181731">
        <w:rPr>
          <w:b/>
          <w:szCs w:val="24"/>
          <w:lang w:val="ru-RU"/>
        </w:rPr>
        <w:t>Задание 133.</w:t>
      </w:r>
    </w:p>
    <w:p w:rsidR="00FD4A85" w:rsidRPr="00181731" w:rsidRDefault="00FD4A85" w:rsidP="00FD4A85">
      <w:pPr>
        <w:rPr>
          <w:lang w:val="ru-RU"/>
        </w:rPr>
      </w:pPr>
      <w:r w:rsidRPr="00181731">
        <w:rPr>
          <w:lang w:val="ru-RU"/>
        </w:rPr>
        <w:t>Какие процессы будут протекать на платиновом катоде при электролизе водного раствора нитрата меди?</w:t>
      </w:r>
    </w:p>
    <w:p w:rsidR="00FD4A85" w:rsidRPr="0027509C" w:rsidRDefault="00FD4A85" w:rsidP="00FD4A85">
      <w:pPr>
        <w:numPr>
          <w:ilvl w:val="0"/>
          <w:numId w:val="22"/>
        </w:numPr>
        <w:spacing w:line="240" w:lineRule="auto"/>
        <w:rPr>
          <w:szCs w:val="24"/>
        </w:rPr>
      </w:pPr>
      <w:r w:rsidRPr="00110C66">
        <w:rPr>
          <w:position w:val="-6"/>
        </w:rPr>
        <w:object w:dxaOrig="1679" w:dyaOrig="320">
          <v:shape id="_x0000_i1116" type="#_x0000_t75" style="width:82.5pt;height:15.75pt" o:ole="">
            <v:imagedata r:id="rId170" o:title=""/>
          </v:shape>
          <o:OLEObject Type="Embed" ProgID="Equation.3" ShapeID="_x0000_i1116" DrawAspect="Content" ObjectID="_1842695811" r:id="rId171"/>
        </w:object>
      </w:r>
      <w:proofErr w:type="gramStart"/>
      <w:r w:rsidRPr="0027509C">
        <w:rPr>
          <w:position w:val="-6"/>
        </w:rPr>
        <w:t xml:space="preserve">;   </w:t>
      </w:r>
      <w:proofErr w:type="gramEnd"/>
      <w:r w:rsidRPr="0027509C">
        <w:rPr>
          <w:position w:val="-6"/>
        </w:rPr>
        <w:t xml:space="preserve"> 2)</w:t>
      </w:r>
    </w:p>
    <w:p w:rsidR="00FD4A85" w:rsidRPr="0027509C" w:rsidRDefault="00FD4A85" w:rsidP="00FD4A85">
      <w:pPr>
        <w:numPr>
          <w:ilvl w:val="0"/>
          <w:numId w:val="22"/>
        </w:numPr>
        <w:spacing w:line="240" w:lineRule="auto"/>
        <w:rPr>
          <w:szCs w:val="24"/>
        </w:rPr>
      </w:pPr>
      <w:r w:rsidRPr="00110C66">
        <w:rPr>
          <w:position w:val="-14"/>
        </w:rPr>
        <w:object w:dxaOrig="3400" w:dyaOrig="400">
          <v:shape id="_x0000_i1117" type="#_x0000_t75" style="width:171pt;height:20.25pt" o:ole="">
            <v:imagedata r:id="rId155" o:title=""/>
          </v:shape>
          <o:OLEObject Type="Embed" ProgID="Equation.3" ShapeID="_x0000_i1117" DrawAspect="Content" ObjectID="_1842695812" r:id="rId172"/>
        </w:object>
      </w:r>
      <w:r w:rsidRPr="0027509C">
        <w:rPr>
          <w:position w:val="-14"/>
        </w:rPr>
        <w:t xml:space="preserve">   </w:t>
      </w:r>
    </w:p>
    <w:p w:rsidR="00FD4A85" w:rsidRPr="0027509C" w:rsidRDefault="00FD4A85" w:rsidP="00FD4A85">
      <w:pPr>
        <w:numPr>
          <w:ilvl w:val="0"/>
          <w:numId w:val="22"/>
        </w:numPr>
        <w:spacing w:line="240" w:lineRule="auto"/>
        <w:rPr>
          <w:szCs w:val="24"/>
        </w:rPr>
      </w:pPr>
      <w:r w:rsidRPr="00110C66">
        <w:rPr>
          <w:position w:val="-10"/>
        </w:rPr>
        <w:object w:dxaOrig="2620" w:dyaOrig="360">
          <v:shape id="_x0000_i1118" type="#_x0000_t75" style="width:131.25pt;height:18pt" o:ole="">
            <v:imagedata r:id="rId157" o:title=""/>
          </v:shape>
          <o:OLEObject Type="Embed" ProgID="Equation.3" ShapeID="_x0000_i1118" DrawAspect="Content" ObjectID="_1842695813" r:id="rId173"/>
        </w:object>
      </w:r>
    </w:p>
    <w:p w:rsidR="00FD4A85" w:rsidRDefault="00FD4A85" w:rsidP="00FD4A85">
      <w:pPr>
        <w:rPr>
          <w:b/>
          <w:szCs w:val="24"/>
        </w:rPr>
      </w:pPr>
    </w:p>
    <w:p w:rsidR="00FD4A85" w:rsidRPr="00181731" w:rsidRDefault="00FD4A85" w:rsidP="00FD4A85">
      <w:pPr>
        <w:rPr>
          <w:b/>
          <w:szCs w:val="24"/>
          <w:lang w:val="ru-RU"/>
        </w:rPr>
      </w:pPr>
      <w:r w:rsidRPr="00181731">
        <w:rPr>
          <w:b/>
          <w:szCs w:val="24"/>
          <w:lang w:val="ru-RU"/>
        </w:rPr>
        <w:t>Задание 134.</w:t>
      </w:r>
    </w:p>
    <w:p w:rsidR="00FD4A85" w:rsidRPr="00181731" w:rsidRDefault="00FD4A85" w:rsidP="00FD4A85">
      <w:pPr>
        <w:rPr>
          <w:lang w:val="ru-RU"/>
        </w:rPr>
      </w:pPr>
      <w:r w:rsidRPr="00181731">
        <w:rPr>
          <w:lang w:val="ru-RU"/>
        </w:rPr>
        <w:t>На катоде обычно протекают процессы  _________________</w:t>
      </w:r>
    </w:p>
    <w:p w:rsidR="00FD4A85" w:rsidRPr="00181731" w:rsidRDefault="00FD4A85" w:rsidP="00FD4A85">
      <w:pPr>
        <w:rPr>
          <w:b/>
          <w:szCs w:val="24"/>
          <w:lang w:val="ru-RU"/>
        </w:rPr>
      </w:pPr>
    </w:p>
    <w:p w:rsidR="00FD4A85" w:rsidRPr="00E06BBA" w:rsidRDefault="00FD4A85" w:rsidP="00FD4A85">
      <w:pPr>
        <w:rPr>
          <w:b/>
          <w:szCs w:val="24"/>
        </w:rPr>
      </w:pPr>
      <w:r w:rsidRPr="00E06BBA">
        <w:rPr>
          <w:b/>
          <w:szCs w:val="24"/>
        </w:rPr>
        <w:t xml:space="preserve">Задание </w:t>
      </w:r>
      <w:r>
        <w:rPr>
          <w:b/>
          <w:szCs w:val="24"/>
        </w:rPr>
        <w:t>135</w:t>
      </w:r>
      <w:r w:rsidRPr="00E06BBA">
        <w:rPr>
          <w:b/>
          <w:szCs w:val="24"/>
        </w:rPr>
        <w:t>.</w:t>
      </w:r>
    </w:p>
    <w:p w:rsidR="00FD4A85" w:rsidRPr="00181731" w:rsidRDefault="00FD4A85" w:rsidP="00FD4A85">
      <w:pPr>
        <w:rPr>
          <w:szCs w:val="28"/>
          <w:vertAlign w:val="superscript"/>
          <w:lang w:val="ru-RU"/>
        </w:rPr>
      </w:pPr>
      <w:r w:rsidRPr="00181731">
        <w:rPr>
          <w:lang w:val="ru-RU"/>
        </w:rPr>
        <w:t xml:space="preserve">По распределению валентных электронов </w:t>
      </w:r>
      <w:r w:rsidRPr="00110C66">
        <w:rPr>
          <w:position w:val="-6"/>
        </w:rPr>
        <w:object w:dxaOrig="760" w:dyaOrig="320">
          <v:shape id="_x0000_i1119" type="#_x0000_t75" style="width:37.5pt;height:15.75pt" o:ole="">
            <v:imagedata r:id="rId174" o:title=""/>
          </v:shape>
          <o:OLEObject Type="Embed" ProgID="Equation.3" ShapeID="_x0000_i1119" DrawAspect="Content" ObjectID="_1842695814" r:id="rId175"/>
        </w:object>
      </w:r>
      <w:r w:rsidRPr="00181731">
        <w:rPr>
          <w:lang w:val="ru-RU"/>
        </w:rPr>
        <w:t>определите элемент.  Составьте электронную конфигурацию его атома и укажите заряд ядра.</w:t>
      </w:r>
    </w:p>
    <w:p w:rsidR="00FD4A85" w:rsidRPr="00181731" w:rsidRDefault="00FD4A85" w:rsidP="00FD4A85">
      <w:pPr>
        <w:rPr>
          <w:szCs w:val="24"/>
          <w:lang w:val="ru-RU"/>
        </w:rPr>
      </w:pPr>
    </w:p>
    <w:p w:rsidR="00FD4A85" w:rsidRPr="00181731" w:rsidRDefault="00FD4A85" w:rsidP="00FD4A85">
      <w:pPr>
        <w:rPr>
          <w:b/>
          <w:szCs w:val="24"/>
          <w:lang w:val="ru-RU"/>
        </w:rPr>
      </w:pPr>
      <w:r w:rsidRPr="00181731">
        <w:rPr>
          <w:b/>
          <w:szCs w:val="24"/>
          <w:lang w:val="ru-RU"/>
        </w:rPr>
        <w:t>Задание 136.</w:t>
      </w:r>
    </w:p>
    <w:p w:rsidR="00FD4A85" w:rsidRPr="00181731" w:rsidRDefault="00FD4A85" w:rsidP="00FD4A85">
      <w:pPr>
        <w:rPr>
          <w:lang w:val="ru-RU"/>
        </w:rPr>
      </w:pPr>
      <w:r w:rsidRPr="00181731">
        <w:rPr>
          <w:lang w:val="ru-RU"/>
        </w:rPr>
        <w:t xml:space="preserve">Ион какого элемент имеет на предпоследнем энергетическом уровне </w:t>
      </w:r>
      <w:r w:rsidRPr="00110C66">
        <w:rPr>
          <w:position w:val="-10"/>
        </w:rPr>
        <w:object w:dxaOrig="1200" w:dyaOrig="360">
          <v:shape id="_x0000_i1120" type="#_x0000_t75" style="width:61.5pt;height:18pt" o:ole="">
            <v:imagedata r:id="rId176" o:title=""/>
          </v:shape>
          <o:OLEObject Type="Embed" ProgID="Equation.3" ShapeID="_x0000_i1120" DrawAspect="Content" ObjectID="_1842695815" r:id="rId177"/>
        </w:object>
      </w:r>
      <w:r w:rsidRPr="00181731">
        <w:rPr>
          <w:lang w:val="ru-RU"/>
        </w:rPr>
        <w:t>- электроны?</w:t>
      </w:r>
    </w:p>
    <w:p w:rsidR="00FD4A85" w:rsidRPr="00181731" w:rsidRDefault="00FD4A85" w:rsidP="00FD4A85">
      <w:pPr>
        <w:rPr>
          <w:szCs w:val="24"/>
          <w:lang w:val="ru-RU"/>
        </w:rPr>
      </w:pPr>
    </w:p>
    <w:p w:rsidR="00FD4A85" w:rsidRPr="00181731" w:rsidRDefault="00FD4A85" w:rsidP="00FD4A85">
      <w:pPr>
        <w:rPr>
          <w:b/>
          <w:szCs w:val="24"/>
          <w:lang w:val="ru-RU"/>
        </w:rPr>
      </w:pPr>
      <w:r w:rsidRPr="00181731">
        <w:rPr>
          <w:b/>
          <w:szCs w:val="24"/>
          <w:lang w:val="ru-RU"/>
        </w:rPr>
        <w:t>Задание 137.</w:t>
      </w:r>
    </w:p>
    <w:p w:rsidR="00FD4A85" w:rsidRPr="00181731" w:rsidRDefault="00FD4A85" w:rsidP="00FD4A85">
      <w:pPr>
        <w:rPr>
          <w:lang w:val="ru-RU"/>
        </w:rPr>
      </w:pPr>
      <w:r w:rsidRPr="00181731">
        <w:rPr>
          <w:lang w:val="ru-RU"/>
        </w:rPr>
        <w:t>Укажите соединение, которое не может образовывать марганец?</w:t>
      </w:r>
    </w:p>
    <w:p w:rsidR="00FD4A85" w:rsidRPr="00E06BBA" w:rsidRDefault="00FD4A85" w:rsidP="00FD4A85">
      <w:pPr>
        <w:rPr>
          <w:i/>
          <w:szCs w:val="24"/>
        </w:rPr>
      </w:pPr>
      <w:r w:rsidRPr="00E06BBA">
        <w:rPr>
          <w:i/>
          <w:szCs w:val="24"/>
        </w:rPr>
        <w:t>варианты ответов:</w:t>
      </w:r>
    </w:p>
    <w:p w:rsidR="00FD4A85" w:rsidRDefault="00FD4A85" w:rsidP="00FD4A85">
      <w:pPr>
        <w:numPr>
          <w:ilvl w:val="0"/>
          <w:numId w:val="23"/>
        </w:numPr>
        <w:spacing w:line="240" w:lineRule="auto"/>
      </w:pPr>
      <w:r w:rsidRPr="00110C66">
        <w:rPr>
          <w:position w:val="-10"/>
        </w:rPr>
        <w:object w:dxaOrig="1040" w:dyaOrig="340">
          <v:shape id="_x0000_i1121" type="#_x0000_t75" style="width:52.5pt;height:17.25pt" o:ole="">
            <v:imagedata r:id="rId178" o:title=""/>
          </v:shape>
          <o:OLEObject Type="Embed" ProgID="Equation.3" ShapeID="_x0000_i1121" DrawAspect="Content" ObjectID="_1842695816" r:id="rId179"/>
        </w:object>
      </w:r>
      <w:r>
        <w:t xml:space="preserve">; </w:t>
      </w:r>
    </w:p>
    <w:p w:rsidR="00FD4A85" w:rsidRDefault="00FD4A85" w:rsidP="00FD4A85">
      <w:pPr>
        <w:numPr>
          <w:ilvl w:val="0"/>
          <w:numId w:val="23"/>
        </w:numPr>
        <w:spacing w:line="240" w:lineRule="auto"/>
      </w:pPr>
      <w:r w:rsidRPr="00110C66">
        <w:rPr>
          <w:position w:val="-10"/>
        </w:rPr>
        <w:object w:dxaOrig="920" w:dyaOrig="340">
          <v:shape id="_x0000_i1122" type="#_x0000_t75" style="width:46.5pt;height:17.25pt" o:ole="">
            <v:imagedata r:id="rId180" o:title=""/>
          </v:shape>
          <o:OLEObject Type="Embed" ProgID="Equation.3" ShapeID="_x0000_i1122" DrawAspect="Content" ObjectID="_1842695817" r:id="rId181"/>
        </w:object>
      </w:r>
      <w:r>
        <w:t xml:space="preserve">; </w:t>
      </w:r>
    </w:p>
    <w:p w:rsidR="00FD4A85" w:rsidRPr="0077400C" w:rsidRDefault="00FD4A85" w:rsidP="00FD4A85">
      <w:pPr>
        <w:pStyle w:val="ae"/>
        <w:numPr>
          <w:ilvl w:val="0"/>
          <w:numId w:val="23"/>
        </w:numPr>
        <w:spacing w:after="200" w:line="276" w:lineRule="auto"/>
        <w:contextualSpacing w:val="0"/>
        <w:rPr>
          <w:szCs w:val="24"/>
        </w:rPr>
      </w:pPr>
      <w:r w:rsidRPr="00110C66">
        <w:rPr>
          <w:position w:val="-12"/>
        </w:rPr>
        <w:object w:dxaOrig="1020" w:dyaOrig="360">
          <v:shape id="_x0000_i1123" type="#_x0000_t75" style="width:51.75pt;height:18pt" o:ole="">
            <v:imagedata r:id="rId182" o:title=""/>
          </v:shape>
          <o:OLEObject Type="Embed" ProgID="Equation.3" ShapeID="_x0000_i1123" DrawAspect="Content" ObjectID="_1842695818" r:id="rId183"/>
        </w:object>
      </w:r>
    </w:p>
    <w:p w:rsidR="00FD4A85" w:rsidRPr="00181731" w:rsidRDefault="00FD4A85" w:rsidP="00FD4A85">
      <w:pPr>
        <w:rPr>
          <w:b/>
          <w:szCs w:val="24"/>
          <w:lang w:val="ru-RU"/>
        </w:rPr>
      </w:pPr>
      <w:r w:rsidRPr="00181731">
        <w:rPr>
          <w:b/>
          <w:szCs w:val="24"/>
          <w:lang w:val="ru-RU"/>
        </w:rPr>
        <w:t>Задание 138.</w:t>
      </w:r>
    </w:p>
    <w:p w:rsidR="00FD4A85" w:rsidRPr="00181731" w:rsidRDefault="00FD4A85" w:rsidP="00FD4A85">
      <w:pPr>
        <w:rPr>
          <w:szCs w:val="24"/>
          <w:lang w:val="ru-RU"/>
        </w:rPr>
      </w:pPr>
      <w:r w:rsidRPr="00181731">
        <w:rPr>
          <w:szCs w:val="24"/>
          <w:lang w:val="ru-RU"/>
        </w:rPr>
        <w:t>Какие продукты образуются при растворении алюминия в водном растворе щелочи?</w:t>
      </w:r>
    </w:p>
    <w:p w:rsidR="00FD4A85" w:rsidRPr="00181731" w:rsidRDefault="00FD4A85" w:rsidP="00FD4A85">
      <w:pPr>
        <w:rPr>
          <w:i/>
          <w:szCs w:val="24"/>
          <w:lang w:val="ru-RU"/>
        </w:rPr>
      </w:pPr>
      <w:r w:rsidRPr="00181731">
        <w:rPr>
          <w:i/>
          <w:szCs w:val="24"/>
          <w:lang w:val="ru-RU"/>
        </w:rPr>
        <w:t>варианты ответов:</w:t>
      </w:r>
    </w:p>
    <w:p w:rsidR="00FD4A85" w:rsidRPr="00181731" w:rsidRDefault="00FD4A85" w:rsidP="00FD4A85">
      <w:pPr>
        <w:rPr>
          <w:szCs w:val="24"/>
          <w:lang w:val="ru-RU"/>
        </w:rPr>
      </w:pPr>
      <w:r w:rsidRPr="00181731">
        <w:rPr>
          <w:szCs w:val="24"/>
          <w:lang w:val="ru-RU"/>
        </w:rPr>
        <w:t xml:space="preserve">1) </w:t>
      </w:r>
      <w:r w:rsidRPr="0077400C">
        <w:rPr>
          <w:szCs w:val="24"/>
        </w:rPr>
        <w:t>Na</w:t>
      </w:r>
      <w:r w:rsidRPr="00181731">
        <w:rPr>
          <w:szCs w:val="24"/>
          <w:lang w:val="ru-RU"/>
        </w:rPr>
        <w:t>[</w:t>
      </w:r>
      <w:r w:rsidRPr="0077400C">
        <w:rPr>
          <w:szCs w:val="24"/>
        </w:rPr>
        <w:t>Al</w:t>
      </w:r>
      <w:r w:rsidRPr="00181731">
        <w:rPr>
          <w:szCs w:val="24"/>
          <w:lang w:val="ru-RU"/>
        </w:rPr>
        <w:t>(</w:t>
      </w:r>
      <w:r w:rsidRPr="0077400C">
        <w:rPr>
          <w:szCs w:val="24"/>
        </w:rPr>
        <w:t>OH</w:t>
      </w:r>
      <w:r w:rsidRPr="00181731">
        <w:rPr>
          <w:szCs w:val="24"/>
          <w:lang w:val="ru-RU"/>
        </w:rPr>
        <w:t>)</w:t>
      </w:r>
      <w:r w:rsidRPr="00181731">
        <w:rPr>
          <w:szCs w:val="24"/>
          <w:vertAlign w:val="subscript"/>
          <w:lang w:val="ru-RU"/>
        </w:rPr>
        <w:t>4</w:t>
      </w:r>
      <w:r w:rsidRPr="00181731">
        <w:rPr>
          <w:szCs w:val="24"/>
          <w:lang w:val="ru-RU"/>
        </w:rPr>
        <w:t xml:space="preserve">] + </w:t>
      </w:r>
      <w:r w:rsidRPr="0077400C">
        <w:rPr>
          <w:szCs w:val="24"/>
        </w:rPr>
        <w:t>H</w:t>
      </w:r>
      <w:r w:rsidRPr="00181731">
        <w:rPr>
          <w:szCs w:val="24"/>
          <w:vertAlign w:val="subscript"/>
          <w:lang w:val="ru-RU"/>
        </w:rPr>
        <w:t>2</w:t>
      </w:r>
      <w:r w:rsidRPr="00181731">
        <w:rPr>
          <w:szCs w:val="24"/>
          <w:lang w:val="ru-RU"/>
        </w:rPr>
        <w:tab/>
      </w:r>
      <w:r w:rsidRPr="00181731">
        <w:rPr>
          <w:szCs w:val="24"/>
          <w:lang w:val="ru-RU"/>
        </w:rPr>
        <w:tab/>
        <w:t xml:space="preserve">2) </w:t>
      </w:r>
      <w:r w:rsidRPr="0077400C">
        <w:rPr>
          <w:szCs w:val="24"/>
        </w:rPr>
        <w:t>Al</w:t>
      </w:r>
      <w:r w:rsidRPr="00181731">
        <w:rPr>
          <w:szCs w:val="24"/>
          <w:lang w:val="ru-RU"/>
        </w:rPr>
        <w:t>(</w:t>
      </w:r>
      <w:r w:rsidRPr="0077400C">
        <w:rPr>
          <w:szCs w:val="24"/>
        </w:rPr>
        <w:t>OH</w:t>
      </w:r>
      <w:r w:rsidRPr="00181731">
        <w:rPr>
          <w:szCs w:val="24"/>
          <w:lang w:val="ru-RU"/>
        </w:rPr>
        <w:t>)</w:t>
      </w:r>
      <w:r w:rsidRPr="00181731">
        <w:rPr>
          <w:szCs w:val="24"/>
          <w:vertAlign w:val="subscript"/>
          <w:lang w:val="ru-RU"/>
        </w:rPr>
        <w:t>3</w:t>
      </w:r>
      <w:r w:rsidRPr="00181731">
        <w:rPr>
          <w:szCs w:val="24"/>
          <w:lang w:val="ru-RU"/>
        </w:rPr>
        <w:t xml:space="preserve"> + </w:t>
      </w:r>
      <w:r w:rsidRPr="0077400C">
        <w:rPr>
          <w:szCs w:val="24"/>
        </w:rPr>
        <w:t>H</w:t>
      </w:r>
      <w:r w:rsidRPr="00181731">
        <w:rPr>
          <w:szCs w:val="24"/>
          <w:vertAlign w:val="subscript"/>
          <w:lang w:val="ru-RU"/>
        </w:rPr>
        <w:t>2</w:t>
      </w:r>
      <w:r w:rsidRPr="00181731">
        <w:rPr>
          <w:szCs w:val="24"/>
          <w:lang w:val="ru-RU"/>
        </w:rPr>
        <w:t xml:space="preserve">;   3) </w:t>
      </w:r>
      <w:r w:rsidRPr="0077400C">
        <w:rPr>
          <w:szCs w:val="24"/>
        </w:rPr>
        <w:t>NaAlO</w:t>
      </w:r>
      <w:r w:rsidRPr="00181731">
        <w:rPr>
          <w:szCs w:val="24"/>
          <w:vertAlign w:val="subscript"/>
          <w:lang w:val="ru-RU"/>
        </w:rPr>
        <w:t>2</w:t>
      </w:r>
      <w:r w:rsidRPr="00181731">
        <w:rPr>
          <w:szCs w:val="24"/>
          <w:lang w:val="ru-RU"/>
        </w:rPr>
        <w:t xml:space="preserve"> + </w:t>
      </w:r>
      <w:r w:rsidRPr="0077400C">
        <w:rPr>
          <w:szCs w:val="24"/>
        </w:rPr>
        <w:t>H</w:t>
      </w:r>
      <w:r w:rsidRPr="00181731">
        <w:rPr>
          <w:szCs w:val="24"/>
          <w:vertAlign w:val="subscript"/>
          <w:lang w:val="ru-RU"/>
        </w:rPr>
        <w:t>2;</w:t>
      </w:r>
      <w:r w:rsidRPr="00181731">
        <w:rPr>
          <w:szCs w:val="24"/>
          <w:lang w:val="ru-RU"/>
        </w:rPr>
        <w:tab/>
      </w:r>
    </w:p>
    <w:p w:rsidR="00FD4A85" w:rsidRPr="00181731" w:rsidRDefault="00FD4A85" w:rsidP="00FD4A85">
      <w:pPr>
        <w:rPr>
          <w:b/>
          <w:szCs w:val="24"/>
          <w:lang w:val="ru-RU"/>
        </w:rPr>
      </w:pPr>
    </w:p>
    <w:p w:rsidR="00FD4A85" w:rsidRPr="00181731" w:rsidRDefault="00FD4A85" w:rsidP="00FD4A85">
      <w:pPr>
        <w:rPr>
          <w:b/>
          <w:szCs w:val="24"/>
          <w:lang w:val="ru-RU"/>
        </w:rPr>
      </w:pPr>
      <w:r w:rsidRPr="00181731">
        <w:rPr>
          <w:b/>
          <w:szCs w:val="24"/>
          <w:lang w:val="ru-RU"/>
        </w:rPr>
        <w:t>Задание 139.</w:t>
      </w:r>
    </w:p>
    <w:p w:rsidR="00FD4A85" w:rsidRPr="00181731" w:rsidRDefault="00FD4A85" w:rsidP="00FD4A85">
      <w:pPr>
        <w:pStyle w:val="23"/>
        <w:rPr>
          <w:szCs w:val="24"/>
          <w:lang w:val="ru-RU"/>
        </w:rPr>
      </w:pPr>
      <w:r w:rsidRPr="00181731">
        <w:rPr>
          <w:b/>
          <w:bCs/>
          <w:iCs/>
          <w:szCs w:val="24"/>
          <w:lang w:val="ru-RU"/>
        </w:rPr>
        <w:t>П</w:t>
      </w:r>
      <w:r w:rsidRPr="00181731">
        <w:rPr>
          <w:szCs w:val="24"/>
          <w:lang w:val="ru-RU"/>
        </w:rPr>
        <w:t>родукты, образующиеся при растворении никеля в разбавленной азотной кислоте…</w:t>
      </w:r>
    </w:p>
    <w:p w:rsidR="00FD4A85" w:rsidRPr="00E06BBA" w:rsidRDefault="00FD4A85" w:rsidP="00FD4A85">
      <w:pPr>
        <w:rPr>
          <w:i/>
          <w:szCs w:val="24"/>
        </w:rPr>
      </w:pPr>
      <w:r w:rsidRPr="00E06BBA">
        <w:rPr>
          <w:i/>
          <w:szCs w:val="24"/>
        </w:rPr>
        <w:t>варианты ответов:</w:t>
      </w:r>
    </w:p>
    <w:p w:rsidR="00FD4A85" w:rsidRPr="008C1406" w:rsidRDefault="00FD4A85" w:rsidP="00FD4A85">
      <w:pPr>
        <w:numPr>
          <w:ilvl w:val="0"/>
          <w:numId w:val="31"/>
        </w:numPr>
        <w:spacing w:line="240" w:lineRule="auto"/>
        <w:jc w:val="both"/>
        <w:rPr>
          <w:szCs w:val="24"/>
        </w:rPr>
      </w:pPr>
      <w:r w:rsidRPr="008C1406">
        <w:rPr>
          <w:szCs w:val="24"/>
        </w:rPr>
        <w:t>Ni(NO</w:t>
      </w:r>
      <w:r w:rsidRPr="008C1406">
        <w:rPr>
          <w:szCs w:val="24"/>
          <w:vertAlign w:val="subscript"/>
        </w:rPr>
        <w:t>3</w:t>
      </w:r>
      <w:r w:rsidRPr="008C1406">
        <w:rPr>
          <w:szCs w:val="24"/>
        </w:rPr>
        <w:t>)</w:t>
      </w:r>
      <w:r w:rsidRPr="008C1406">
        <w:rPr>
          <w:szCs w:val="24"/>
          <w:vertAlign w:val="subscript"/>
        </w:rPr>
        <w:t>2</w:t>
      </w:r>
      <w:r w:rsidRPr="008C1406">
        <w:rPr>
          <w:szCs w:val="24"/>
        </w:rPr>
        <w:t>+ NO + H</w:t>
      </w:r>
      <w:r w:rsidRPr="008C1406">
        <w:rPr>
          <w:szCs w:val="24"/>
          <w:vertAlign w:val="subscript"/>
        </w:rPr>
        <w:t>2</w:t>
      </w:r>
      <w:r w:rsidRPr="008C1406">
        <w:rPr>
          <w:szCs w:val="24"/>
        </w:rPr>
        <w:t>O;</w:t>
      </w:r>
      <w:r w:rsidRPr="008C1406">
        <w:rPr>
          <w:szCs w:val="24"/>
        </w:rPr>
        <w:tab/>
      </w:r>
    </w:p>
    <w:p w:rsidR="00FD4A85" w:rsidRPr="008C1406" w:rsidRDefault="00FD4A85" w:rsidP="00FD4A85">
      <w:pPr>
        <w:numPr>
          <w:ilvl w:val="0"/>
          <w:numId w:val="31"/>
        </w:numPr>
        <w:spacing w:line="240" w:lineRule="auto"/>
        <w:jc w:val="both"/>
        <w:rPr>
          <w:szCs w:val="24"/>
        </w:rPr>
      </w:pPr>
      <w:r w:rsidRPr="008C1406">
        <w:rPr>
          <w:szCs w:val="24"/>
        </w:rPr>
        <w:t>Ni(NO</w:t>
      </w:r>
      <w:r w:rsidRPr="008C1406">
        <w:rPr>
          <w:szCs w:val="24"/>
          <w:vertAlign w:val="subscript"/>
        </w:rPr>
        <w:t>3</w:t>
      </w:r>
      <w:r w:rsidRPr="008C1406">
        <w:rPr>
          <w:szCs w:val="24"/>
        </w:rPr>
        <w:t>)</w:t>
      </w:r>
      <w:r w:rsidRPr="008C1406">
        <w:rPr>
          <w:szCs w:val="24"/>
          <w:vertAlign w:val="subscript"/>
        </w:rPr>
        <w:t>2</w:t>
      </w:r>
      <w:r w:rsidRPr="008C1406">
        <w:rPr>
          <w:szCs w:val="24"/>
        </w:rPr>
        <w:t>+ NO</w:t>
      </w:r>
      <w:r w:rsidRPr="008C1406">
        <w:rPr>
          <w:szCs w:val="24"/>
          <w:vertAlign w:val="subscript"/>
        </w:rPr>
        <w:t>2</w:t>
      </w:r>
      <w:r w:rsidRPr="008C1406">
        <w:rPr>
          <w:szCs w:val="24"/>
        </w:rPr>
        <w:t>+ H</w:t>
      </w:r>
      <w:r w:rsidRPr="008C1406">
        <w:rPr>
          <w:szCs w:val="24"/>
          <w:vertAlign w:val="subscript"/>
        </w:rPr>
        <w:t>2</w:t>
      </w:r>
      <w:r w:rsidRPr="008C1406">
        <w:rPr>
          <w:szCs w:val="24"/>
        </w:rPr>
        <w:t>O;</w:t>
      </w:r>
      <w:r w:rsidRPr="008C1406">
        <w:rPr>
          <w:szCs w:val="24"/>
        </w:rPr>
        <w:tab/>
      </w:r>
      <w:r w:rsidRPr="008C1406">
        <w:rPr>
          <w:szCs w:val="24"/>
        </w:rPr>
        <w:tab/>
      </w:r>
      <w:r w:rsidRPr="008C1406">
        <w:rPr>
          <w:szCs w:val="24"/>
        </w:rPr>
        <w:tab/>
      </w:r>
    </w:p>
    <w:p w:rsidR="00FD4A85" w:rsidRPr="00A57943" w:rsidRDefault="00FD4A85" w:rsidP="00FD4A85">
      <w:pPr>
        <w:pStyle w:val="ae"/>
        <w:numPr>
          <w:ilvl w:val="0"/>
          <w:numId w:val="31"/>
        </w:numPr>
        <w:spacing w:after="200" w:line="276" w:lineRule="auto"/>
        <w:contextualSpacing w:val="0"/>
        <w:rPr>
          <w:szCs w:val="24"/>
        </w:rPr>
      </w:pPr>
      <w:r w:rsidRPr="00A57943">
        <w:rPr>
          <w:szCs w:val="24"/>
        </w:rPr>
        <w:t>Ni(NO</w:t>
      </w:r>
      <w:r w:rsidRPr="00A57943">
        <w:rPr>
          <w:szCs w:val="24"/>
          <w:vertAlign w:val="subscript"/>
        </w:rPr>
        <w:t>3</w:t>
      </w:r>
      <w:r w:rsidRPr="00A57943">
        <w:rPr>
          <w:szCs w:val="24"/>
        </w:rPr>
        <w:t>)</w:t>
      </w:r>
      <w:r w:rsidRPr="00A57943">
        <w:rPr>
          <w:szCs w:val="24"/>
          <w:vertAlign w:val="subscript"/>
        </w:rPr>
        <w:t>2</w:t>
      </w:r>
      <w:r w:rsidRPr="00A57943">
        <w:rPr>
          <w:szCs w:val="24"/>
        </w:rPr>
        <w:t>+ N</w:t>
      </w:r>
      <w:r w:rsidRPr="00A57943">
        <w:rPr>
          <w:szCs w:val="24"/>
          <w:vertAlign w:val="subscript"/>
        </w:rPr>
        <w:t>2</w:t>
      </w:r>
      <w:r w:rsidRPr="00A57943">
        <w:rPr>
          <w:szCs w:val="24"/>
        </w:rPr>
        <w:t>+ H</w:t>
      </w:r>
      <w:r w:rsidRPr="00A57943">
        <w:rPr>
          <w:szCs w:val="24"/>
          <w:vertAlign w:val="subscript"/>
        </w:rPr>
        <w:t>2</w:t>
      </w:r>
      <w:r w:rsidRPr="00A57943">
        <w:rPr>
          <w:szCs w:val="24"/>
        </w:rPr>
        <w:t>O</w:t>
      </w:r>
    </w:p>
    <w:p w:rsidR="00FD4A85" w:rsidRPr="00E06BBA" w:rsidRDefault="00FD4A85" w:rsidP="00FD4A85">
      <w:pPr>
        <w:rPr>
          <w:b/>
          <w:szCs w:val="24"/>
        </w:rPr>
      </w:pPr>
      <w:r w:rsidRPr="00E06BBA">
        <w:rPr>
          <w:b/>
          <w:szCs w:val="24"/>
        </w:rPr>
        <w:t xml:space="preserve">Задание </w:t>
      </w:r>
      <w:r>
        <w:rPr>
          <w:b/>
          <w:szCs w:val="24"/>
        </w:rPr>
        <w:t>140</w:t>
      </w:r>
      <w:r w:rsidRPr="00E06BBA">
        <w:rPr>
          <w:b/>
          <w:szCs w:val="24"/>
        </w:rPr>
        <w:t>.</w:t>
      </w:r>
    </w:p>
    <w:p w:rsidR="00FD4A85" w:rsidRPr="00181731" w:rsidRDefault="00FD4A85" w:rsidP="00FD4A85">
      <w:pPr>
        <w:rPr>
          <w:lang w:val="ru-RU"/>
        </w:rPr>
      </w:pPr>
      <w:r w:rsidRPr="00181731">
        <w:rPr>
          <w:lang w:val="ru-RU"/>
        </w:rPr>
        <w:t xml:space="preserve">С каким из указанных веществ будет реагировать </w:t>
      </w:r>
      <w:r w:rsidRPr="00110C66">
        <w:rPr>
          <w:position w:val="-6"/>
        </w:rPr>
        <w:object w:dxaOrig="520" w:dyaOrig="279">
          <v:shape id="_x0000_i1124" type="#_x0000_t75" style="width:27pt;height:12.75pt" o:ole="">
            <v:imagedata r:id="rId184" o:title=""/>
          </v:shape>
          <o:OLEObject Type="Embed" ProgID="Equation.3" ShapeID="_x0000_i1124" DrawAspect="Content" ObjectID="_1842695819" r:id="rId185"/>
        </w:object>
      </w:r>
      <w:r w:rsidRPr="00181731">
        <w:rPr>
          <w:lang w:val="ru-RU"/>
        </w:rPr>
        <w:t>?</w:t>
      </w:r>
    </w:p>
    <w:p w:rsidR="00FD4A85" w:rsidRPr="00E06BBA" w:rsidRDefault="00FD4A85" w:rsidP="00FD4A85">
      <w:pPr>
        <w:rPr>
          <w:i/>
          <w:szCs w:val="24"/>
        </w:rPr>
      </w:pPr>
      <w:r w:rsidRPr="00E06BBA">
        <w:rPr>
          <w:i/>
          <w:szCs w:val="24"/>
        </w:rPr>
        <w:t>варианты ответов:</w:t>
      </w:r>
    </w:p>
    <w:p w:rsidR="00FD4A85" w:rsidRDefault="00FD4A85" w:rsidP="00FD4A85">
      <w:r>
        <w:t>1)</w:t>
      </w:r>
      <w:r w:rsidRPr="00110C66">
        <w:rPr>
          <w:position w:val="-10"/>
        </w:rPr>
        <w:object w:dxaOrig="740" w:dyaOrig="340">
          <v:shape id="_x0000_i1125" type="#_x0000_t75" style="width:36.75pt;height:17.25pt" o:ole="">
            <v:imagedata r:id="rId186" o:title=""/>
          </v:shape>
          <o:OLEObject Type="Embed" ProgID="Equation.3" ShapeID="_x0000_i1125" DrawAspect="Content" ObjectID="_1842695820" r:id="rId187"/>
        </w:object>
      </w:r>
      <w:r>
        <w:t>;     2)</w:t>
      </w:r>
      <w:r w:rsidRPr="00110C66">
        <w:rPr>
          <w:position w:val="-6"/>
        </w:rPr>
        <w:object w:dxaOrig="620" w:dyaOrig="279">
          <v:shape id="_x0000_i1126" type="#_x0000_t75" style="width:30pt;height:12.75pt" o:ole="">
            <v:imagedata r:id="rId188" o:title=""/>
          </v:shape>
          <o:OLEObject Type="Embed" ProgID="Equation.3" ShapeID="_x0000_i1126" DrawAspect="Content" ObjectID="_1842695821" r:id="rId189"/>
        </w:object>
      </w:r>
      <w:r>
        <w:t xml:space="preserve">;    3) </w:t>
      </w:r>
      <w:r w:rsidRPr="00110C66">
        <w:rPr>
          <w:position w:val="-10"/>
        </w:rPr>
        <w:object w:dxaOrig="540" w:dyaOrig="340">
          <v:shape id="_x0000_i1127" type="#_x0000_t75" style="width:27.75pt;height:17.25pt" o:ole="">
            <v:imagedata r:id="rId190" o:title=""/>
          </v:shape>
          <o:OLEObject Type="Embed" ProgID="Equation.3" ShapeID="_x0000_i1127" DrawAspect="Content" ObjectID="_1842695822" r:id="rId191"/>
        </w:object>
      </w:r>
      <w:r>
        <w:t xml:space="preserve">   </w:t>
      </w:r>
    </w:p>
    <w:p w:rsidR="00FD4A85" w:rsidRDefault="00FD4A85" w:rsidP="00FD4A85">
      <w:pPr>
        <w:ind w:firstLine="360"/>
        <w:jc w:val="center"/>
        <w:rPr>
          <w:szCs w:val="24"/>
        </w:rPr>
      </w:pPr>
    </w:p>
    <w:p w:rsidR="00FD4A85" w:rsidRPr="00E31E2B" w:rsidRDefault="00FD4A85" w:rsidP="00FD4A85">
      <w:pPr>
        <w:ind w:firstLine="360"/>
        <w:jc w:val="center"/>
        <w:rPr>
          <w:szCs w:val="24"/>
        </w:rPr>
      </w:pPr>
    </w:p>
    <w:p w:rsidR="00FD4A85" w:rsidRDefault="00FD4A85" w:rsidP="00FD4A85">
      <w:pPr>
        <w:ind w:firstLine="360"/>
        <w:jc w:val="center"/>
        <w:rPr>
          <w:b/>
          <w:szCs w:val="24"/>
        </w:rPr>
      </w:pPr>
      <w:r w:rsidRPr="00E31E2B">
        <w:rPr>
          <w:b/>
          <w:szCs w:val="24"/>
        </w:rPr>
        <w:t xml:space="preserve">Критерии оценки </w:t>
      </w:r>
    </w:p>
    <w:p w:rsidR="00FD4A85" w:rsidRPr="00E31E2B" w:rsidRDefault="00FD4A85" w:rsidP="00FD4A85">
      <w:pPr>
        <w:ind w:firstLine="360"/>
        <w:jc w:val="center"/>
        <w:rPr>
          <w:b/>
          <w:szCs w:val="24"/>
        </w:rPr>
      </w:pP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7"/>
        <w:gridCol w:w="7203"/>
      </w:tblGrid>
      <w:tr w:rsidR="00FD4A85" w:rsidRPr="00E31E2B" w:rsidTr="002264E8">
        <w:tc>
          <w:tcPr>
            <w:tcW w:w="2697" w:type="dxa"/>
            <w:vAlign w:val="center"/>
          </w:tcPr>
          <w:p w:rsidR="00FD4A85" w:rsidRPr="00E31E2B" w:rsidRDefault="00FD4A85" w:rsidP="002264E8">
            <w:pPr>
              <w:jc w:val="center"/>
              <w:rPr>
                <w:b/>
                <w:szCs w:val="24"/>
              </w:rPr>
            </w:pPr>
            <w:r w:rsidRPr="00E31E2B">
              <w:rPr>
                <w:b/>
                <w:szCs w:val="24"/>
              </w:rPr>
              <w:t>Оценка</w:t>
            </w:r>
          </w:p>
        </w:tc>
        <w:tc>
          <w:tcPr>
            <w:tcW w:w="7203" w:type="dxa"/>
            <w:vAlign w:val="center"/>
          </w:tcPr>
          <w:p w:rsidR="00FD4A85" w:rsidRPr="00E31E2B" w:rsidRDefault="00FD4A85" w:rsidP="002264E8">
            <w:pPr>
              <w:jc w:val="center"/>
              <w:rPr>
                <w:b/>
                <w:szCs w:val="24"/>
              </w:rPr>
            </w:pPr>
            <w:r w:rsidRPr="00E31E2B">
              <w:rPr>
                <w:b/>
                <w:szCs w:val="24"/>
              </w:rPr>
              <w:t xml:space="preserve">Критерии </w:t>
            </w:r>
          </w:p>
        </w:tc>
      </w:tr>
      <w:tr w:rsidR="00FD4A85" w:rsidRPr="00E31E2B" w:rsidTr="002264E8">
        <w:tc>
          <w:tcPr>
            <w:tcW w:w="2697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отлично</w:t>
            </w:r>
          </w:p>
        </w:tc>
        <w:tc>
          <w:tcPr>
            <w:tcW w:w="7203" w:type="dxa"/>
          </w:tcPr>
          <w:p w:rsidR="00FD4A85" w:rsidRPr="00E31E2B" w:rsidRDefault="00FD4A85" w:rsidP="002264E8">
            <w:pPr>
              <w:rPr>
                <w:szCs w:val="24"/>
              </w:rPr>
            </w:pPr>
            <w:r w:rsidRPr="00E31E2B">
              <w:rPr>
                <w:szCs w:val="24"/>
              </w:rPr>
              <w:t>90 – 100 % тестовых заданий выполнено правильно</w:t>
            </w:r>
          </w:p>
        </w:tc>
      </w:tr>
      <w:tr w:rsidR="00FD4A85" w:rsidRPr="00E31E2B" w:rsidTr="002264E8">
        <w:tc>
          <w:tcPr>
            <w:tcW w:w="2697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хорошо</w:t>
            </w:r>
          </w:p>
        </w:tc>
        <w:tc>
          <w:tcPr>
            <w:tcW w:w="7203" w:type="dxa"/>
          </w:tcPr>
          <w:p w:rsidR="00FD4A85" w:rsidRPr="00E31E2B" w:rsidRDefault="00FD4A85" w:rsidP="002264E8">
            <w:pPr>
              <w:rPr>
                <w:szCs w:val="24"/>
              </w:rPr>
            </w:pPr>
            <w:r w:rsidRPr="00E31E2B">
              <w:rPr>
                <w:szCs w:val="24"/>
              </w:rPr>
              <w:t>70 – 89 тестовых заданий выполнено правильно</w:t>
            </w:r>
          </w:p>
        </w:tc>
      </w:tr>
      <w:tr w:rsidR="00FD4A85" w:rsidRPr="00E31E2B" w:rsidTr="002264E8">
        <w:tc>
          <w:tcPr>
            <w:tcW w:w="2697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удовлетворительно</w:t>
            </w:r>
          </w:p>
        </w:tc>
        <w:tc>
          <w:tcPr>
            <w:tcW w:w="7203" w:type="dxa"/>
          </w:tcPr>
          <w:p w:rsidR="00FD4A85" w:rsidRPr="00E31E2B" w:rsidRDefault="00FD4A85" w:rsidP="002264E8">
            <w:pPr>
              <w:rPr>
                <w:szCs w:val="24"/>
              </w:rPr>
            </w:pPr>
            <w:r w:rsidRPr="00E31E2B">
              <w:rPr>
                <w:szCs w:val="24"/>
              </w:rPr>
              <w:t>50 – 69 % тестовых заданий выполнено правильно</w:t>
            </w:r>
          </w:p>
        </w:tc>
      </w:tr>
      <w:tr w:rsidR="00FD4A85" w:rsidRPr="00771808" w:rsidTr="002264E8">
        <w:tc>
          <w:tcPr>
            <w:tcW w:w="2697" w:type="dxa"/>
          </w:tcPr>
          <w:p w:rsidR="00FD4A85" w:rsidRPr="00E31E2B" w:rsidRDefault="00FD4A85" w:rsidP="002264E8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неудовлетворительно</w:t>
            </w:r>
          </w:p>
        </w:tc>
        <w:tc>
          <w:tcPr>
            <w:tcW w:w="7203" w:type="dxa"/>
          </w:tcPr>
          <w:p w:rsidR="00FD4A85" w:rsidRPr="00181731" w:rsidRDefault="00FD4A85" w:rsidP="002264E8">
            <w:pPr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>менее 50 % тесовых заданий выполнен правильно</w:t>
            </w:r>
          </w:p>
        </w:tc>
      </w:tr>
    </w:tbl>
    <w:p w:rsidR="00FD4A85" w:rsidRPr="00181731" w:rsidRDefault="00FD4A85" w:rsidP="00FD4A85">
      <w:pPr>
        <w:ind w:firstLine="180"/>
        <w:jc w:val="center"/>
        <w:rPr>
          <w:lang w:val="ru-RU"/>
        </w:rPr>
      </w:pPr>
    </w:p>
    <w:p w:rsidR="00FD4A85" w:rsidRPr="00181731" w:rsidRDefault="00FD4A85" w:rsidP="00FD4A85">
      <w:pPr>
        <w:ind w:firstLine="180"/>
        <w:jc w:val="center"/>
        <w:rPr>
          <w:lang w:val="ru-RU"/>
        </w:rPr>
      </w:pPr>
      <w:r w:rsidRPr="00181731">
        <w:rPr>
          <w:lang w:val="ru-RU"/>
        </w:rPr>
        <w:t>Правильные ответы на тестовые задания по дисциплине  Химия</w:t>
      </w:r>
    </w:p>
    <w:p w:rsidR="00FD4A85" w:rsidRPr="00181731" w:rsidRDefault="00FD4A85" w:rsidP="00FD4A85">
      <w:pPr>
        <w:ind w:firstLine="180"/>
        <w:jc w:val="center"/>
        <w:rPr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3"/>
        <w:gridCol w:w="1487"/>
        <w:gridCol w:w="922"/>
        <w:gridCol w:w="1487"/>
        <w:gridCol w:w="922"/>
        <w:gridCol w:w="1487"/>
        <w:gridCol w:w="922"/>
        <w:gridCol w:w="1755"/>
      </w:tblGrid>
      <w:tr w:rsidR="00FD4A85" w:rsidTr="002264E8">
        <w:tc>
          <w:tcPr>
            <w:tcW w:w="1087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№ задания</w:t>
            </w:r>
          </w:p>
        </w:tc>
        <w:tc>
          <w:tcPr>
            <w:tcW w:w="1555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 w:rsidRPr="00EC454C">
              <w:rPr>
                <w:b/>
                <w:sz w:val="22"/>
              </w:rPr>
              <w:t>Правильный ответ</w:t>
            </w:r>
          </w:p>
        </w:tc>
        <w:tc>
          <w:tcPr>
            <w:tcW w:w="1116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№ задания</w:t>
            </w:r>
          </w:p>
        </w:tc>
        <w:tc>
          <w:tcPr>
            <w:tcW w:w="1737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 w:rsidRPr="00EC454C">
              <w:rPr>
                <w:b/>
                <w:sz w:val="22"/>
              </w:rPr>
              <w:t>Правильный ответ</w:t>
            </w:r>
          </w:p>
        </w:tc>
        <w:tc>
          <w:tcPr>
            <w:tcW w:w="1191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№ задания</w:t>
            </w:r>
          </w:p>
        </w:tc>
        <w:tc>
          <w:tcPr>
            <w:tcW w:w="1531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 w:rsidRPr="00EC454C">
              <w:rPr>
                <w:b/>
                <w:sz w:val="22"/>
              </w:rPr>
              <w:t>Правильный ответ</w:t>
            </w:r>
          </w:p>
        </w:tc>
        <w:tc>
          <w:tcPr>
            <w:tcW w:w="1366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№ задания</w:t>
            </w:r>
          </w:p>
        </w:tc>
        <w:tc>
          <w:tcPr>
            <w:tcW w:w="1405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 w:rsidRPr="00EC454C">
              <w:rPr>
                <w:b/>
                <w:sz w:val="22"/>
              </w:rPr>
              <w:t>Правильный ответ</w:t>
            </w:r>
          </w:p>
        </w:tc>
      </w:tr>
      <w:tr w:rsidR="00FD4A85" w:rsidTr="002264E8">
        <w:tc>
          <w:tcPr>
            <w:tcW w:w="1087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1555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 w:rsidRPr="00EC454C">
              <w:rPr>
                <w:b/>
                <w:sz w:val="22"/>
              </w:rPr>
              <w:t>1</w:t>
            </w:r>
          </w:p>
        </w:tc>
        <w:tc>
          <w:tcPr>
            <w:tcW w:w="1116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36</w:t>
            </w:r>
          </w:p>
        </w:tc>
        <w:tc>
          <w:tcPr>
            <w:tcW w:w="1737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91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71</w:t>
            </w:r>
          </w:p>
        </w:tc>
        <w:tc>
          <w:tcPr>
            <w:tcW w:w="1531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13,25</w:t>
            </w:r>
          </w:p>
        </w:tc>
        <w:tc>
          <w:tcPr>
            <w:tcW w:w="1366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106</w:t>
            </w:r>
          </w:p>
        </w:tc>
        <w:tc>
          <w:tcPr>
            <w:tcW w:w="1405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</w:tr>
      <w:tr w:rsidR="00FD4A85" w:rsidTr="002264E8">
        <w:tc>
          <w:tcPr>
            <w:tcW w:w="1087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1555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 w:rsidRPr="00EC454C">
              <w:rPr>
                <w:b/>
                <w:sz w:val="22"/>
              </w:rPr>
              <w:t>2</w:t>
            </w:r>
          </w:p>
        </w:tc>
        <w:tc>
          <w:tcPr>
            <w:tcW w:w="1116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37</w:t>
            </w:r>
          </w:p>
        </w:tc>
        <w:tc>
          <w:tcPr>
            <w:tcW w:w="1737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 xml:space="preserve">92,8  </w:t>
            </w:r>
          </w:p>
        </w:tc>
        <w:tc>
          <w:tcPr>
            <w:tcW w:w="1191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72</w:t>
            </w:r>
          </w:p>
        </w:tc>
        <w:tc>
          <w:tcPr>
            <w:tcW w:w="1531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366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107</w:t>
            </w:r>
          </w:p>
        </w:tc>
        <w:tc>
          <w:tcPr>
            <w:tcW w:w="1405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</w:tr>
      <w:tr w:rsidR="00FD4A85" w:rsidTr="002264E8">
        <w:tc>
          <w:tcPr>
            <w:tcW w:w="1087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1555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 w:rsidRPr="00EC454C">
              <w:rPr>
                <w:b/>
                <w:sz w:val="22"/>
              </w:rPr>
              <w:t>2</w:t>
            </w:r>
          </w:p>
        </w:tc>
        <w:tc>
          <w:tcPr>
            <w:tcW w:w="1116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38</w:t>
            </w:r>
          </w:p>
        </w:tc>
        <w:tc>
          <w:tcPr>
            <w:tcW w:w="1737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 xml:space="preserve">60 </w:t>
            </w:r>
          </w:p>
        </w:tc>
        <w:tc>
          <w:tcPr>
            <w:tcW w:w="1191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73</w:t>
            </w:r>
          </w:p>
        </w:tc>
        <w:tc>
          <w:tcPr>
            <w:tcW w:w="1531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45 и 5</w:t>
            </w:r>
          </w:p>
        </w:tc>
        <w:tc>
          <w:tcPr>
            <w:tcW w:w="1366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108</w:t>
            </w:r>
          </w:p>
        </w:tc>
        <w:tc>
          <w:tcPr>
            <w:tcW w:w="1405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</w:tr>
      <w:tr w:rsidR="00FD4A85" w:rsidTr="002264E8">
        <w:tc>
          <w:tcPr>
            <w:tcW w:w="1087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1555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 w:rsidRPr="00EC454C">
              <w:rPr>
                <w:b/>
                <w:sz w:val="22"/>
              </w:rPr>
              <w:t>2</w:t>
            </w:r>
          </w:p>
        </w:tc>
        <w:tc>
          <w:tcPr>
            <w:tcW w:w="1116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39</w:t>
            </w:r>
          </w:p>
        </w:tc>
        <w:tc>
          <w:tcPr>
            <w:tcW w:w="1737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51,9</w:t>
            </w:r>
          </w:p>
        </w:tc>
        <w:tc>
          <w:tcPr>
            <w:tcW w:w="1191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74</w:t>
            </w:r>
          </w:p>
        </w:tc>
        <w:tc>
          <w:tcPr>
            <w:tcW w:w="1531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350</w:t>
            </w:r>
          </w:p>
        </w:tc>
        <w:tc>
          <w:tcPr>
            <w:tcW w:w="1366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109</w:t>
            </w:r>
          </w:p>
        </w:tc>
        <w:tc>
          <w:tcPr>
            <w:tcW w:w="1405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</w:tr>
      <w:tr w:rsidR="00FD4A85" w:rsidTr="002264E8">
        <w:tc>
          <w:tcPr>
            <w:tcW w:w="1087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1555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 w:rsidRPr="00EC454C">
              <w:rPr>
                <w:b/>
                <w:sz w:val="22"/>
              </w:rPr>
              <w:t>3</w:t>
            </w:r>
          </w:p>
        </w:tc>
        <w:tc>
          <w:tcPr>
            <w:tcW w:w="1116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40</w:t>
            </w:r>
          </w:p>
        </w:tc>
        <w:tc>
          <w:tcPr>
            <w:tcW w:w="1737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191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75</w:t>
            </w:r>
          </w:p>
        </w:tc>
        <w:tc>
          <w:tcPr>
            <w:tcW w:w="1531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0,25</w:t>
            </w:r>
          </w:p>
        </w:tc>
        <w:tc>
          <w:tcPr>
            <w:tcW w:w="1366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110</w:t>
            </w:r>
          </w:p>
        </w:tc>
        <w:tc>
          <w:tcPr>
            <w:tcW w:w="1405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</w:tr>
      <w:tr w:rsidR="00FD4A85" w:rsidTr="002264E8">
        <w:tc>
          <w:tcPr>
            <w:tcW w:w="1087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w="1555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116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41</w:t>
            </w:r>
          </w:p>
        </w:tc>
        <w:tc>
          <w:tcPr>
            <w:tcW w:w="1737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46,15</w:t>
            </w:r>
          </w:p>
        </w:tc>
        <w:tc>
          <w:tcPr>
            <w:tcW w:w="1191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76</w:t>
            </w:r>
          </w:p>
        </w:tc>
        <w:tc>
          <w:tcPr>
            <w:tcW w:w="1531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 xml:space="preserve">1 </w:t>
            </w:r>
          </w:p>
        </w:tc>
        <w:tc>
          <w:tcPr>
            <w:tcW w:w="1366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111</w:t>
            </w:r>
          </w:p>
        </w:tc>
        <w:tc>
          <w:tcPr>
            <w:tcW w:w="1405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</w:tr>
      <w:tr w:rsidR="00FD4A85" w:rsidTr="002264E8">
        <w:tc>
          <w:tcPr>
            <w:tcW w:w="1087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w="1555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116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42</w:t>
            </w:r>
          </w:p>
        </w:tc>
        <w:tc>
          <w:tcPr>
            <w:tcW w:w="1737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91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77</w:t>
            </w:r>
          </w:p>
        </w:tc>
        <w:tc>
          <w:tcPr>
            <w:tcW w:w="1531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3822, 6</w:t>
            </w:r>
          </w:p>
        </w:tc>
        <w:tc>
          <w:tcPr>
            <w:tcW w:w="1366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112</w:t>
            </w:r>
          </w:p>
        </w:tc>
        <w:tc>
          <w:tcPr>
            <w:tcW w:w="1405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9</w:t>
            </w:r>
          </w:p>
        </w:tc>
      </w:tr>
      <w:tr w:rsidR="00FD4A85" w:rsidTr="002264E8">
        <w:tc>
          <w:tcPr>
            <w:tcW w:w="1087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w="1555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16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43</w:t>
            </w:r>
          </w:p>
        </w:tc>
        <w:tc>
          <w:tcPr>
            <w:tcW w:w="1737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191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78</w:t>
            </w:r>
          </w:p>
        </w:tc>
        <w:tc>
          <w:tcPr>
            <w:tcW w:w="1531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92</w:t>
            </w:r>
          </w:p>
        </w:tc>
        <w:tc>
          <w:tcPr>
            <w:tcW w:w="1366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113</w:t>
            </w:r>
          </w:p>
        </w:tc>
        <w:tc>
          <w:tcPr>
            <w:tcW w:w="1405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</w:tr>
      <w:tr w:rsidR="00FD4A85" w:rsidTr="002264E8">
        <w:tc>
          <w:tcPr>
            <w:tcW w:w="1087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lastRenderedPageBreak/>
              <w:t>9</w:t>
            </w:r>
          </w:p>
        </w:tc>
        <w:tc>
          <w:tcPr>
            <w:tcW w:w="1555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116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44</w:t>
            </w:r>
          </w:p>
        </w:tc>
        <w:tc>
          <w:tcPr>
            <w:tcW w:w="1737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91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79</w:t>
            </w:r>
          </w:p>
        </w:tc>
        <w:tc>
          <w:tcPr>
            <w:tcW w:w="1531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60</w:t>
            </w:r>
          </w:p>
        </w:tc>
        <w:tc>
          <w:tcPr>
            <w:tcW w:w="1366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114</w:t>
            </w:r>
          </w:p>
        </w:tc>
        <w:tc>
          <w:tcPr>
            <w:tcW w:w="1405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</w:tr>
      <w:tr w:rsidR="00FD4A85" w:rsidTr="002264E8">
        <w:tc>
          <w:tcPr>
            <w:tcW w:w="1087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w="1555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116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45</w:t>
            </w:r>
          </w:p>
        </w:tc>
        <w:tc>
          <w:tcPr>
            <w:tcW w:w="1737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191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80</w:t>
            </w:r>
          </w:p>
        </w:tc>
        <w:tc>
          <w:tcPr>
            <w:tcW w:w="1531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511,3</w:t>
            </w:r>
          </w:p>
        </w:tc>
        <w:tc>
          <w:tcPr>
            <w:tcW w:w="1366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115</w:t>
            </w:r>
          </w:p>
        </w:tc>
        <w:tc>
          <w:tcPr>
            <w:tcW w:w="1405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</w:tr>
      <w:tr w:rsidR="00FD4A85" w:rsidTr="002264E8">
        <w:tc>
          <w:tcPr>
            <w:tcW w:w="1087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w="1555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116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46</w:t>
            </w:r>
          </w:p>
        </w:tc>
        <w:tc>
          <w:tcPr>
            <w:tcW w:w="1737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191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81</w:t>
            </w:r>
          </w:p>
        </w:tc>
        <w:tc>
          <w:tcPr>
            <w:tcW w:w="1531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3,3</w:t>
            </w:r>
          </w:p>
        </w:tc>
        <w:tc>
          <w:tcPr>
            <w:tcW w:w="1366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116</w:t>
            </w:r>
          </w:p>
        </w:tc>
        <w:tc>
          <w:tcPr>
            <w:tcW w:w="1405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</w:tr>
      <w:tr w:rsidR="00FD4A85" w:rsidTr="002264E8">
        <w:tc>
          <w:tcPr>
            <w:tcW w:w="1087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w="1555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116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47</w:t>
            </w:r>
          </w:p>
        </w:tc>
        <w:tc>
          <w:tcPr>
            <w:tcW w:w="1737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191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82</w:t>
            </w:r>
          </w:p>
        </w:tc>
        <w:tc>
          <w:tcPr>
            <w:tcW w:w="1531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973,9</w:t>
            </w:r>
          </w:p>
        </w:tc>
        <w:tc>
          <w:tcPr>
            <w:tcW w:w="1366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117</w:t>
            </w:r>
          </w:p>
        </w:tc>
        <w:tc>
          <w:tcPr>
            <w:tcW w:w="1405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2,86</w:t>
            </w:r>
          </w:p>
        </w:tc>
      </w:tr>
      <w:tr w:rsidR="00FD4A85" w:rsidTr="002264E8">
        <w:tc>
          <w:tcPr>
            <w:tcW w:w="1087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w="1555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116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48</w:t>
            </w:r>
          </w:p>
        </w:tc>
        <w:tc>
          <w:tcPr>
            <w:tcW w:w="1737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191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83</w:t>
            </w:r>
          </w:p>
        </w:tc>
        <w:tc>
          <w:tcPr>
            <w:tcW w:w="1531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- 2,24</w:t>
            </w:r>
          </w:p>
        </w:tc>
        <w:tc>
          <w:tcPr>
            <w:tcW w:w="1366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118</w:t>
            </w:r>
          </w:p>
        </w:tc>
        <w:tc>
          <w:tcPr>
            <w:tcW w:w="1405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1,24</w:t>
            </w:r>
          </w:p>
        </w:tc>
      </w:tr>
      <w:tr w:rsidR="00FD4A85" w:rsidTr="002264E8">
        <w:tc>
          <w:tcPr>
            <w:tcW w:w="1087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w="1555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116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49</w:t>
            </w:r>
          </w:p>
        </w:tc>
        <w:tc>
          <w:tcPr>
            <w:tcW w:w="1737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191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84</w:t>
            </w:r>
          </w:p>
        </w:tc>
        <w:tc>
          <w:tcPr>
            <w:tcW w:w="1531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156,1</w:t>
            </w:r>
          </w:p>
        </w:tc>
        <w:tc>
          <w:tcPr>
            <w:tcW w:w="1366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119</w:t>
            </w:r>
          </w:p>
        </w:tc>
        <w:tc>
          <w:tcPr>
            <w:tcW w:w="1405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1,75</w:t>
            </w:r>
          </w:p>
        </w:tc>
      </w:tr>
      <w:tr w:rsidR="00FD4A85" w:rsidTr="002264E8">
        <w:tc>
          <w:tcPr>
            <w:tcW w:w="1087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15</w:t>
            </w:r>
          </w:p>
        </w:tc>
        <w:tc>
          <w:tcPr>
            <w:tcW w:w="1555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16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50</w:t>
            </w:r>
          </w:p>
        </w:tc>
        <w:tc>
          <w:tcPr>
            <w:tcW w:w="1737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4,5</w:t>
            </w:r>
          </w:p>
        </w:tc>
        <w:tc>
          <w:tcPr>
            <w:tcW w:w="1191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85</w:t>
            </w:r>
          </w:p>
        </w:tc>
        <w:tc>
          <w:tcPr>
            <w:tcW w:w="1531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- 3,57</w:t>
            </w:r>
          </w:p>
        </w:tc>
        <w:tc>
          <w:tcPr>
            <w:tcW w:w="1366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120</w:t>
            </w:r>
          </w:p>
        </w:tc>
        <w:tc>
          <w:tcPr>
            <w:tcW w:w="1405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</w:tr>
      <w:tr w:rsidR="00FD4A85" w:rsidTr="002264E8">
        <w:tc>
          <w:tcPr>
            <w:tcW w:w="1087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16</w:t>
            </w:r>
          </w:p>
        </w:tc>
        <w:tc>
          <w:tcPr>
            <w:tcW w:w="1555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116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51</w:t>
            </w:r>
          </w:p>
        </w:tc>
        <w:tc>
          <w:tcPr>
            <w:tcW w:w="1737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9</w:t>
            </w:r>
          </w:p>
        </w:tc>
        <w:tc>
          <w:tcPr>
            <w:tcW w:w="1191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86</w:t>
            </w:r>
          </w:p>
        </w:tc>
        <w:tc>
          <w:tcPr>
            <w:tcW w:w="1531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366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121</w:t>
            </w:r>
          </w:p>
        </w:tc>
        <w:tc>
          <w:tcPr>
            <w:tcW w:w="1405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17,5</w:t>
            </w:r>
          </w:p>
        </w:tc>
      </w:tr>
      <w:tr w:rsidR="00FD4A85" w:rsidTr="002264E8">
        <w:tc>
          <w:tcPr>
            <w:tcW w:w="1087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17</w:t>
            </w:r>
          </w:p>
        </w:tc>
        <w:tc>
          <w:tcPr>
            <w:tcW w:w="1555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16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52</w:t>
            </w:r>
          </w:p>
        </w:tc>
        <w:tc>
          <w:tcPr>
            <w:tcW w:w="1737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191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87</w:t>
            </w:r>
          </w:p>
        </w:tc>
        <w:tc>
          <w:tcPr>
            <w:tcW w:w="1531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366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122</w:t>
            </w:r>
          </w:p>
        </w:tc>
        <w:tc>
          <w:tcPr>
            <w:tcW w:w="1405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</w:tr>
      <w:tr w:rsidR="00FD4A85" w:rsidTr="002264E8">
        <w:tc>
          <w:tcPr>
            <w:tcW w:w="1087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18</w:t>
            </w:r>
          </w:p>
        </w:tc>
        <w:tc>
          <w:tcPr>
            <w:tcW w:w="1555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116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53</w:t>
            </w:r>
          </w:p>
        </w:tc>
        <w:tc>
          <w:tcPr>
            <w:tcW w:w="1737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191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88</w:t>
            </w:r>
          </w:p>
        </w:tc>
        <w:tc>
          <w:tcPr>
            <w:tcW w:w="1531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366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123</w:t>
            </w:r>
          </w:p>
        </w:tc>
        <w:tc>
          <w:tcPr>
            <w:tcW w:w="1405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</w:tr>
      <w:tr w:rsidR="00FD4A85" w:rsidTr="002264E8">
        <w:tc>
          <w:tcPr>
            <w:tcW w:w="1087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19</w:t>
            </w:r>
          </w:p>
        </w:tc>
        <w:tc>
          <w:tcPr>
            <w:tcW w:w="1555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116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54</w:t>
            </w:r>
          </w:p>
        </w:tc>
        <w:tc>
          <w:tcPr>
            <w:tcW w:w="1737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191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89</w:t>
            </w:r>
          </w:p>
        </w:tc>
        <w:tc>
          <w:tcPr>
            <w:tcW w:w="1531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366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124</w:t>
            </w:r>
          </w:p>
        </w:tc>
        <w:tc>
          <w:tcPr>
            <w:tcW w:w="1405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0,041</w:t>
            </w:r>
          </w:p>
        </w:tc>
      </w:tr>
      <w:tr w:rsidR="00FD4A85" w:rsidTr="002264E8">
        <w:tc>
          <w:tcPr>
            <w:tcW w:w="1087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20</w:t>
            </w:r>
          </w:p>
        </w:tc>
        <w:tc>
          <w:tcPr>
            <w:tcW w:w="1555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116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55</w:t>
            </w:r>
          </w:p>
        </w:tc>
        <w:tc>
          <w:tcPr>
            <w:tcW w:w="1737" w:type="dxa"/>
          </w:tcPr>
          <w:p w:rsidR="00FD4A85" w:rsidRPr="00EC454C" w:rsidRDefault="00FD4A85" w:rsidP="002264E8">
            <w:pPr>
              <w:tabs>
                <w:tab w:val="left" w:pos="1211"/>
              </w:tabs>
              <w:jc w:val="center"/>
              <w:rPr>
                <w:b/>
              </w:rPr>
            </w:pPr>
            <w:r>
              <w:rPr>
                <w:b/>
                <w:sz w:val="22"/>
              </w:rPr>
              <w:t>16</w:t>
            </w:r>
          </w:p>
        </w:tc>
        <w:tc>
          <w:tcPr>
            <w:tcW w:w="1191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90</w:t>
            </w:r>
          </w:p>
        </w:tc>
        <w:tc>
          <w:tcPr>
            <w:tcW w:w="1531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366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125</w:t>
            </w:r>
          </w:p>
        </w:tc>
        <w:tc>
          <w:tcPr>
            <w:tcW w:w="1405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</w:tr>
      <w:tr w:rsidR="00FD4A85" w:rsidTr="002264E8">
        <w:tc>
          <w:tcPr>
            <w:tcW w:w="1087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21</w:t>
            </w:r>
          </w:p>
        </w:tc>
        <w:tc>
          <w:tcPr>
            <w:tcW w:w="1555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116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56</w:t>
            </w:r>
          </w:p>
        </w:tc>
        <w:tc>
          <w:tcPr>
            <w:tcW w:w="1737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191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91</w:t>
            </w:r>
          </w:p>
        </w:tc>
        <w:tc>
          <w:tcPr>
            <w:tcW w:w="1531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366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126</w:t>
            </w:r>
          </w:p>
        </w:tc>
        <w:tc>
          <w:tcPr>
            <w:tcW w:w="1405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</w:tr>
      <w:tr w:rsidR="00FD4A85" w:rsidTr="002264E8">
        <w:tc>
          <w:tcPr>
            <w:tcW w:w="1087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22</w:t>
            </w:r>
          </w:p>
        </w:tc>
        <w:tc>
          <w:tcPr>
            <w:tcW w:w="1555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116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57</w:t>
            </w:r>
          </w:p>
        </w:tc>
        <w:tc>
          <w:tcPr>
            <w:tcW w:w="1737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191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92</w:t>
            </w:r>
          </w:p>
        </w:tc>
        <w:tc>
          <w:tcPr>
            <w:tcW w:w="1531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366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127</w:t>
            </w:r>
          </w:p>
        </w:tc>
        <w:tc>
          <w:tcPr>
            <w:tcW w:w="1405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 xml:space="preserve">385940 </w:t>
            </w:r>
          </w:p>
        </w:tc>
      </w:tr>
      <w:tr w:rsidR="00FD4A85" w:rsidTr="002264E8">
        <w:tc>
          <w:tcPr>
            <w:tcW w:w="1087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23</w:t>
            </w:r>
          </w:p>
        </w:tc>
        <w:tc>
          <w:tcPr>
            <w:tcW w:w="1555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116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58</w:t>
            </w:r>
          </w:p>
        </w:tc>
        <w:tc>
          <w:tcPr>
            <w:tcW w:w="1737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191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93</w:t>
            </w:r>
          </w:p>
        </w:tc>
        <w:tc>
          <w:tcPr>
            <w:tcW w:w="1531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366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128</w:t>
            </w:r>
          </w:p>
        </w:tc>
        <w:tc>
          <w:tcPr>
            <w:tcW w:w="1405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</w:tr>
      <w:tr w:rsidR="00FD4A85" w:rsidTr="002264E8">
        <w:tc>
          <w:tcPr>
            <w:tcW w:w="1087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24</w:t>
            </w:r>
          </w:p>
        </w:tc>
        <w:tc>
          <w:tcPr>
            <w:tcW w:w="1555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16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59</w:t>
            </w:r>
          </w:p>
        </w:tc>
        <w:tc>
          <w:tcPr>
            <w:tcW w:w="1737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20</w:t>
            </w:r>
          </w:p>
        </w:tc>
        <w:tc>
          <w:tcPr>
            <w:tcW w:w="1191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94</w:t>
            </w:r>
          </w:p>
        </w:tc>
        <w:tc>
          <w:tcPr>
            <w:tcW w:w="1531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366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129</w:t>
            </w:r>
          </w:p>
        </w:tc>
        <w:tc>
          <w:tcPr>
            <w:tcW w:w="1405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</w:tr>
      <w:tr w:rsidR="00FD4A85" w:rsidTr="002264E8">
        <w:tc>
          <w:tcPr>
            <w:tcW w:w="1087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25</w:t>
            </w:r>
          </w:p>
        </w:tc>
        <w:tc>
          <w:tcPr>
            <w:tcW w:w="1555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116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60</w:t>
            </w:r>
          </w:p>
        </w:tc>
        <w:tc>
          <w:tcPr>
            <w:tcW w:w="1737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191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95</w:t>
            </w:r>
          </w:p>
        </w:tc>
        <w:tc>
          <w:tcPr>
            <w:tcW w:w="1531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366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130</w:t>
            </w:r>
          </w:p>
        </w:tc>
        <w:tc>
          <w:tcPr>
            <w:tcW w:w="1405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 xml:space="preserve">1,72 </w:t>
            </w:r>
          </w:p>
        </w:tc>
      </w:tr>
      <w:tr w:rsidR="00FD4A85" w:rsidTr="002264E8">
        <w:tc>
          <w:tcPr>
            <w:tcW w:w="1087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26</w:t>
            </w:r>
          </w:p>
        </w:tc>
        <w:tc>
          <w:tcPr>
            <w:tcW w:w="1555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116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61</w:t>
            </w:r>
          </w:p>
        </w:tc>
        <w:tc>
          <w:tcPr>
            <w:tcW w:w="1737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191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96</w:t>
            </w:r>
          </w:p>
        </w:tc>
        <w:tc>
          <w:tcPr>
            <w:tcW w:w="1531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10</w:t>
            </w:r>
            <w:r w:rsidRPr="00D02854">
              <w:rPr>
                <w:b/>
                <w:sz w:val="22"/>
                <w:vertAlign w:val="superscript"/>
              </w:rPr>
              <w:t>-13</w:t>
            </w:r>
          </w:p>
        </w:tc>
        <w:tc>
          <w:tcPr>
            <w:tcW w:w="1366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131</w:t>
            </w:r>
          </w:p>
        </w:tc>
        <w:tc>
          <w:tcPr>
            <w:tcW w:w="1405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 xml:space="preserve">окисления </w:t>
            </w:r>
          </w:p>
        </w:tc>
      </w:tr>
      <w:tr w:rsidR="00FD4A85" w:rsidTr="002264E8">
        <w:tc>
          <w:tcPr>
            <w:tcW w:w="1087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27</w:t>
            </w:r>
          </w:p>
        </w:tc>
        <w:tc>
          <w:tcPr>
            <w:tcW w:w="1555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116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62</w:t>
            </w:r>
          </w:p>
        </w:tc>
        <w:tc>
          <w:tcPr>
            <w:tcW w:w="1737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191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97</w:t>
            </w:r>
          </w:p>
        </w:tc>
        <w:tc>
          <w:tcPr>
            <w:tcW w:w="1531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10</w:t>
            </w:r>
            <w:r w:rsidRPr="00D02854">
              <w:rPr>
                <w:b/>
                <w:sz w:val="22"/>
                <w:vertAlign w:val="superscript"/>
              </w:rPr>
              <w:t>-12</w:t>
            </w:r>
          </w:p>
        </w:tc>
        <w:tc>
          <w:tcPr>
            <w:tcW w:w="1366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132</w:t>
            </w:r>
          </w:p>
        </w:tc>
        <w:tc>
          <w:tcPr>
            <w:tcW w:w="1405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</w:tr>
      <w:tr w:rsidR="00FD4A85" w:rsidTr="002264E8">
        <w:tc>
          <w:tcPr>
            <w:tcW w:w="1087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28</w:t>
            </w:r>
          </w:p>
        </w:tc>
        <w:tc>
          <w:tcPr>
            <w:tcW w:w="1555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16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63</w:t>
            </w:r>
          </w:p>
        </w:tc>
        <w:tc>
          <w:tcPr>
            <w:tcW w:w="1737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191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98</w:t>
            </w:r>
          </w:p>
        </w:tc>
        <w:tc>
          <w:tcPr>
            <w:tcW w:w="1531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12</w:t>
            </w:r>
          </w:p>
        </w:tc>
        <w:tc>
          <w:tcPr>
            <w:tcW w:w="1366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133</w:t>
            </w:r>
          </w:p>
        </w:tc>
        <w:tc>
          <w:tcPr>
            <w:tcW w:w="1405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</w:tr>
      <w:tr w:rsidR="00FD4A85" w:rsidTr="002264E8">
        <w:tc>
          <w:tcPr>
            <w:tcW w:w="1087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29</w:t>
            </w:r>
          </w:p>
        </w:tc>
        <w:tc>
          <w:tcPr>
            <w:tcW w:w="1555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116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64</w:t>
            </w:r>
          </w:p>
        </w:tc>
        <w:tc>
          <w:tcPr>
            <w:tcW w:w="1737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1,2</w:t>
            </w:r>
          </w:p>
        </w:tc>
        <w:tc>
          <w:tcPr>
            <w:tcW w:w="1191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99</w:t>
            </w:r>
          </w:p>
        </w:tc>
        <w:tc>
          <w:tcPr>
            <w:tcW w:w="1531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366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134</w:t>
            </w:r>
          </w:p>
        </w:tc>
        <w:tc>
          <w:tcPr>
            <w:tcW w:w="1405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восстановления</w:t>
            </w:r>
          </w:p>
        </w:tc>
      </w:tr>
      <w:tr w:rsidR="00FD4A85" w:rsidTr="002264E8">
        <w:tc>
          <w:tcPr>
            <w:tcW w:w="1087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30</w:t>
            </w:r>
          </w:p>
        </w:tc>
        <w:tc>
          <w:tcPr>
            <w:tcW w:w="1555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16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65</w:t>
            </w:r>
          </w:p>
        </w:tc>
        <w:tc>
          <w:tcPr>
            <w:tcW w:w="1737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10</w:t>
            </w:r>
            <w:r w:rsidRPr="005E217E">
              <w:rPr>
                <w:b/>
                <w:sz w:val="22"/>
                <w:vertAlign w:val="superscript"/>
              </w:rPr>
              <w:t>-2</w:t>
            </w:r>
          </w:p>
        </w:tc>
        <w:tc>
          <w:tcPr>
            <w:tcW w:w="1191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100</w:t>
            </w:r>
          </w:p>
        </w:tc>
        <w:tc>
          <w:tcPr>
            <w:tcW w:w="1531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366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135</w:t>
            </w:r>
          </w:p>
        </w:tc>
        <w:tc>
          <w:tcPr>
            <w:tcW w:w="1405" w:type="dxa"/>
          </w:tcPr>
          <w:p w:rsidR="00FD4A85" w:rsidRPr="00341912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дубний</w:t>
            </w:r>
          </w:p>
        </w:tc>
      </w:tr>
      <w:tr w:rsidR="00FD4A85" w:rsidTr="002264E8">
        <w:tc>
          <w:tcPr>
            <w:tcW w:w="1087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31</w:t>
            </w:r>
          </w:p>
        </w:tc>
        <w:tc>
          <w:tcPr>
            <w:tcW w:w="1555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16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66</w:t>
            </w:r>
          </w:p>
        </w:tc>
        <w:tc>
          <w:tcPr>
            <w:tcW w:w="1737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191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101</w:t>
            </w:r>
          </w:p>
        </w:tc>
        <w:tc>
          <w:tcPr>
            <w:tcW w:w="1531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366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136</w:t>
            </w:r>
          </w:p>
        </w:tc>
        <w:tc>
          <w:tcPr>
            <w:tcW w:w="1405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Мо</w:t>
            </w:r>
            <w:r w:rsidRPr="000A414B">
              <w:rPr>
                <w:b/>
                <w:sz w:val="22"/>
                <w:vertAlign w:val="superscript"/>
              </w:rPr>
              <w:t>3+</w:t>
            </w:r>
          </w:p>
        </w:tc>
      </w:tr>
      <w:tr w:rsidR="00FD4A85" w:rsidTr="002264E8">
        <w:tc>
          <w:tcPr>
            <w:tcW w:w="1087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32</w:t>
            </w:r>
          </w:p>
        </w:tc>
        <w:tc>
          <w:tcPr>
            <w:tcW w:w="1555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116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67</w:t>
            </w:r>
          </w:p>
        </w:tc>
        <w:tc>
          <w:tcPr>
            <w:tcW w:w="1737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6</w:t>
            </w:r>
          </w:p>
        </w:tc>
        <w:tc>
          <w:tcPr>
            <w:tcW w:w="1191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102</w:t>
            </w:r>
          </w:p>
        </w:tc>
        <w:tc>
          <w:tcPr>
            <w:tcW w:w="1531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366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137</w:t>
            </w:r>
          </w:p>
        </w:tc>
        <w:tc>
          <w:tcPr>
            <w:tcW w:w="1405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</w:tr>
      <w:tr w:rsidR="00FD4A85" w:rsidTr="002264E8">
        <w:tc>
          <w:tcPr>
            <w:tcW w:w="1087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33</w:t>
            </w:r>
          </w:p>
        </w:tc>
        <w:tc>
          <w:tcPr>
            <w:tcW w:w="1555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16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68</w:t>
            </w:r>
          </w:p>
        </w:tc>
        <w:tc>
          <w:tcPr>
            <w:tcW w:w="1737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17</w:t>
            </w:r>
          </w:p>
        </w:tc>
        <w:tc>
          <w:tcPr>
            <w:tcW w:w="1191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103</w:t>
            </w:r>
          </w:p>
        </w:tc>
        <w:tc>
          <w:tcPr>
            <w:tcW w:w="1531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366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138</w:t>
            </w:r>
          </w:p>
        </w:tc>
        <w:tc>
          <w:tcPr>
            <w:tcW w:w="1405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</w:tr>
      <w:tr w:rsidR="00FD4A85" w:rsidTr="002264E8">
        <w:tc>
          <w:tcPr>
            <w:tcW w:w="1087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34</w:t>
            </w:r>
          </w:p>
        </w:tc>
        <w:tc>
          <w:tcPr>
            <w:tcW w:w="1555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16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69</w:t>
            </w:r>
          </w:p>
        </w:tc>
        <w:tc>
          <w:tcPr>
            <w:tcW w:w="1737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20</w:t>
            </w:r>
          </w:p>
        </w:tc>
        <w:tc>
          <w:tcPr>
            <w:tcW w:w="1191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104</w:t>
            </w:r>
          </w:p>
        </w:tc>
        <w:tc>
          <w:tcPr>
            <w:tcW w:w="1531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366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139</w:t>
            </w:r>
          </w:p>
        </w:tc>
        <w:tc>
          <w:tcPr>
            <w:tcW w:w="1405" w:type="dxa"/>
          </w:tcPr>
          <w:p w:rsidR="00FD4A85" w:rsidRPr="00341912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</w:tr>
      <w:tr w:rsidR="00FD4A85" w:rsidTr="002264E8">
        <w:tc>
          <w:tcPr>
            <w:tcW w:w="1087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35</w:t>
            </w:r>
          </w:p>
        </w:tc>
        <w:tc>
          <w:tcPr>
            <w:tcW w:w="1555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16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70</w:t>
            </w:r>
          </w:p>
        </w:tc>
        <w:tc>
          <w:tcPr>
            <w:tcW w:w="1737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7,5</w:t>
            </w:r>
          </w:p>
        </w:tc>
        <w:tc>
          <w:tcPr>
            <w:tcW w:w="1191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105</w:t>
            </w:r>
          </w:p>
        </w:tc>
        <w:tc>
          <w:tcPr>
            <w:tcW w:w="1531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366" w:type="dxa"/>
          </w:tcPr>
          <w:p w:rsidR="00FD4A85" w:rsidRDefault="00FD4A85" w:rsidP="002264E8">
            <w:pPr>
              <w:jc w:val="center"/>
            </w:pPr>
            <w:r>
              <w:rPr>
                <w:sz w:val="22"/>
              </w:rPr>
              <w:t>140</w:t>
            </w:r>
          </w:p>
        </w:tc>
        <w:tc>
          <w:tcPr>
            <w:tcW w:w="1405" w:type="dxa"/>
          </w:tcPr>
          <w:p w:rsidR="00FD4A85" w:rsidRPr="00EC454C" w:rsidRDefault="00FD4A85" w:rsidP="002264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</w:tr>
    </w:tbl>
    <w:p w:rsidR="00FD4A85" w:rsidRPr="003075DE" w:rsidRDefault="00FD4A85" w:rsidP="00FD4A85">
      <w:pPr>
        <w:ind w:firstLine="180"/>
        <w:jc w:val="center"/>
        <w:rPr>
          <w:sz w:val="22"/>
        </w:rPr>
      </w:pPr>
    </w:p>
    <w:p w:rsidR="00FD4A85" w:rsidRDefault="00FD4A85" w:rsidP="00FD4A85"/>
    <w:p w:rsidR="00FD4A85" w:rsidRPr="0080580E" w:rsidRDefault="00FD4A85" w:rsidP="00FD4A85">
      <w:pPr>
        <w:ind w:firstLine="180"/>
        <w:rPr>
          <w:szCs w:val="24"/>
        </w:rPr>
      </w:pPr>
      <w:r>
        <w:rPr>
          <w:szCs w:val="24"/>
        </w:rPr>
        <w:t>Составитель</w:t>
      </w:r>
      <w:r w:rsidRPr="0080580E">
        <w:rPr>
          <w:szCs w:val="24"/>
        </w:rPr>
        <w:t>:</w:t>
      </w:r>
    </w:p>
    <w:p w:rsidR="00FD4A85" w:rsidRPr="00181731" w:rsidRDefault="00FD4A85" w:rsidP="00FD4A85">
      <w:pPr>
        <w:rPr>
          <w:szCs w:val="24"/>
          <w:lang w:val="ru-RU"/>
        </w:rPr>
      </w:pPr>
      <w:r w:rsidRPr="00181731">
        <w:rPr>
          <w:szCs w:val="24"/>
          <w:lang w:val="ru-RU"/>
        </w:rPr>
        <w:t>1. С.Ф. Лапина, доцент каф. ЭБЖиФ, к.фарм.н.             _______________________</w:t>
      </w:r>
    </w:p>
    <w:p w:rsidR="00FD4A85" w:rsidRPr="00181731" w:rsidRDefault="00FD4A85" w:rsidP="00FD4A85">
      <w:pPr>
        <w:rPr>
          <w:b/>
          <w:lang w:val="ru-RU"/>
        </w:rPr>
      </w:pPr>
    </w:p>
    <w:p w:rsidR="00FD4A85" w:rsidRDefault="00B25F8F" w:rsidP="00FD4A85">
      <w:pPr>
        <w:pStyle w:val="ae"/>
        <w:rPr>
          <w:szCs w:val="24"/>
          <w:lang w:val="ru-RU"/>
        </w:rPr>
      </w:pPr>
      <w:r w:rsidRPr="00B25F8F">
        <w:rPr>
          <w:szCs w:val="24"/>
          <w:lang w:val="ru-RU"/>
        </w:rPr>
        <w:t>"22" апреля 2026</w:t>
      </w:r>
    </w:p>
    <w:p w:rsidR="00B25F8F" w:rsidRPr="00181731" w:rsidRDefault="00B25F8F" w:rsidP="00FD4A85">
      <w:pPr>
        <w:pStyle w:val="ae"/>
        <w:rPr>
          <w:szCs w:val="24"/>
          <w:lang w:val="ru-RU"/>
        </w:rPr>
      </w:pPr>
    </w:p>
    <w:p w:rsidR="00FD4A85" w:rsidRPr="00181731" w:rsidRDefault="00FD4A85" w:rsidP="00FD4A85">
      <w:pPr>
        <w:rPr>
          <w:b/>
          <w:lang w:val="ru-RU"/>
        </w:rPr>
      </w:pPr>
    </w:p>
    <w:p w:rsidR="00FD4A85" w:rsidRPr="00181731" w:rsidRDefault="00FD4A85" w:rsidP="00FD4A85">
      <w:pPr>
        <w:widowControl w:val="0"/>
        <w:ind w:firstLine="708"/>
        <w:jc w:val="center"/>
        <w:rPr>
          <w:b/>
          <w:szCs w:val="24"/>
          <w:lang w:val="ru-RU"/>
        </w:rPr>
      </w:pPr>
      <w:r w:rsidRPr="00181731">
        <w:rPr>
          <w:b/>
          <w:szCs w:val="24"/>
          <w:lang w:val="ru-RU"/>
        </w:rPr>
        <w:lastRenderedPageBreak/>
        <w:t>Комплект оценочных средств для промежуточной аттестации</w:t>
      </w:r>
    </w:p>
    <w:p w:rsidR="00FD4A85" w:rsidRPr="00181731" w:rsidRDefault="00FD4A85" w:rsidP="00FD4A85">
      <w:pPr>
        <w:widowControl w:val="0"/>
        <w:ind w:firstLine="708"/>
        <w:jc w:val="center"/>
        <w:rPr>
          <w:b/>
          <w:szCs w:val="24"/>
          <w:lang w:val="ru-RU"/>
        </w:rPr>
      </w:pPr>
    </w:p>
    <w:p w:rsidR="00FD4A85" w:rsidRPr="008E5BD7" w:rsidRDefault="00FD4A85" w:rsidP="00FD4A85">
      <w:pPr>
        <w:widowControl w:val="0"/>
        <w:ind w:firstLine="708"/>
        <w:jc w:val="center"/>
        <w:rPr>
          <w:b/>
          <w:szCs w:val="24"/>
        </w:rPr>
      </w:pPr>
      <w:r w:rsidRPr="008E5BD7">
        <w:rPr>
          <w:b/>
          <w:szCs w:val="24"/>
        </w:rPr>
        <w:t>Экзаменационные вопросы по дисциплине</w:t>
      </w: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7371"/>
      </w:tblGrid>
      <w:tr w:rsidR="00FD4A85" w:rsidRPr="008E5BD7" w:rsidTr="002264E8">
        <w:trPr>
          <w:trHeight w:val="128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D4A85" w:rsidRPr="00181731" w:rsidRDefault="00FD4A85" w:rsidP="002264E8">
            <w:pPr>
              <w:widowControl w:val="0"/>
              <w:spacing w:line="240" w:lineRule="auto"/>
              <w:jc w:val="center"/>
              <w:rPr>
                <w:b/>
                <w:szCs w:val="24"/>
                <w:lang w:val="ru-RU"/>
              </w:rPr>
            </w:pPr>
            <w:r w:rsidRPr="00181731">
              <w:rPr>
                <w:b/>
                <w:szCs w:val="24"/>
                <w:lang w:val="ru-RU"/>
              </w:rPr>
              <w:t xml:space="preserve">№ и наименование </w:t>
            </w:r>
          </w:p>
          <w:p w:rsidR="00FD4A85" w:rsidRPr="00181731" w:rsidRDefault="00FD4A85" w:rsidP="002264E8">
            <w:pPr>
              <w:widowControl w:val="0"/>
              <w:spacing w:line="240" w:lineRule="auto"/>
              <w:jc w:val="center"/>
              <w:rPr>
                <w:b/>
                <w:szCs w:val="24"/>
                <w:lang w:val="ru-RU"/>
              </w:rPr>
            </w:pPr>
            <w:r w:rsidRPr="00181731">
              <w:rPr>
                <w:b/>
                <w:szCs w:val="24"/>
                <w:lang w:val="ru-RU"/>
              </w:rPr>
              <w:t>раздела</w:t>
            </w:r>
          </w:p>
          <w:p w:rsidR="00FD4A85" w:rsidRPr="00181731" w:rsidRDefault="00FD4A85" w:rsidP="002264E8">
            <w:pPr>
              <w:widowControl w:val="0"/>
              <w:spacing w:line="240" w:lineRule="auto"/>
              <w:jc w:val="center"/>
              <w:rPr>
                <w:i/>
                <w:szCs w:val="24"/>
                <w:lang w:val="ru-RU"/>
              </w:rPr>
            </w:pPr>
            <w:r w:rsidRPr="00181731">
              <w:rPr>
                <w:rFonts w:eastAsiaTheme="minorHAnsi"/>
                <w:i/>
                <w:iCs/>
                <w:sz w:val="18"/>
                <w:szCs w:val="18"/>
                <w:lang w:val="ru-RU"/>
              </w:rPr>
              <w:t>(согласно р.3 Паспорта)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A85" w:rsidRPr="008E5BD7" w:rsidRDefault="00FD4A85" w:rsidP="002264E8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r w:rsidRPr="008E5BD7">
              <w:rPr>
                <w:b/>
                <w:szCs w:val="24"/>
              </w:rPr>
              <w:t>ЭКЗАМЕНАЦИОННЫЕ ВОПРОСЫ</w:t>
            </w:r>
          </w:p>
          <w:p w:rsidR="00FD4A85" w:rsidRPr="008E5BD7" w:rsidRDefault="00FD4A85" w:rsidP="002264E8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</w:p>
        </w:tc>
      </w:tr>
      <w:tr w:rsidR="00FD4A85" w:rsidRPr="008E5BD7" w:rsidTr="002264E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A85" w:rsidRPr="008E5BD7" w:rsidRDefault="00FD4A85" w:rsidP="002264E8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r w:rsidRPr="008E5BD7">
              <w:rPr>
                <w:b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A85" w:rsidRPr="008E5BD7" w:rsidRDefault="00FD4A85" w:rsidP="002264E8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r w:rsidRPr="008E5BD7">
              <w:rPr>
                <w:b/>
                <w:szCs w:val="24"/>
              </w:rPr>
              <w:t>2</w:t>
            </w:r>
          </w:p>
        </w:tc>
      </w:tr>
      <w:tr w:rsidR="00FD4A85" w:rsidRPr="00771808" w:rsidTr="002264E8">
        <w:trPr>
          <w:trHeight w:val="32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8E5BD7" w:rsidRDefault="00FD4A85" w:rsidP="002264E8">
            <w:pPr>
              <w:widowControl w:val="0"/>
              <w:spacing w:line="240" w:lineRule="auto"/>
              <w:rPr>
                <w:szCs w:val="24"/>
              </w:rPr>
            </w:pPr>
            <w:r w:rsidRPr="008E5BD7">
              <w:rPr>
                <w:szCs w:val="24"/>
              </w:rPr>
              <w:t xml:space="preserve">1 </w:t>
            </w:r>
            <w:r>
              <w:rPr>
                <w:szCs w:val="24"/>
              </w:rPr>
              <w:t>Химия – наука о веществах.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2264E8">
            <w:pPr>
              <w:spacing w:line="240" w:lineRule="auto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1.1. Химия, как раздел естествознания (структура, история развития науки, значение). Основные законы химии. </w:t>
            </w:r>
          </w:p>
          <w:p w:rsidR="00FD4A85" w:rsidRPr="00181731" w:rsidRDefault="00FD4A85" w:rsidP="002264E8">
            <w:pPr>
              <w:spacing w:line="240" w:lineRule="auto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1.2.Основные классы неорганических соединений. </w:t>
            </w:r>
          </w:p>
          <w:p w:rsidR="00FD4A85" w:rsidRPr="00181731" w:rsidRDefault="00FD4A85" w:rsidP="002264E8">
            <w:pPr>
              <w:spacing w:line="240" w:lineRule="auto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1.3.Основные понятия и законы химии: закон сохранения массы, закон эквивалентов, газовые законы, закон постоянства состава вещества. </w:t>
            </w:r>
          </w:p>
          <w:p w:rsidR="00FD4A85" w:rsidRPr="00181731" w:rsidRDefault="00FD4A85" w:rsidP="002264E8">
            <w:pPr>
              <w:spacing w:line="240" w:lineRule="auto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1.4.Атом. Атомно-молекулярное учение. Структура атома. Энергетические характеристики атома. </w:t>
            </w:r>
          </w:p>
          <w:p w:rsidR="00FD4A85" w:rsidRPr="00181731" w:rsidRDefault="00FD4A85" w:rsidP="002264E8">
            <w:pPr>
              <w:spacing w:line="240" w:lineRule="auto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1.5.Формирование электронной оболочки атома. Принцип минимума энергии, принцип Паули, правило Хунда, правило Клечковского. </w:t>
            </w:r>
          </w:p>
          <w:p w:rsidR="00FD4A85" w:rsidRPr="00181731" w:rsidRDefault="00FD4A85" w:rsidP="002264E8">
            <w:pPr>
              <w:spacing w:line="240" w:lineRule="auto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1.6.Периодический закон и периодическая система Д.И. Менделеева. Значение. Строения. </w:t>
            </w:r>
          </w:p>
          <w:p w:rsidR="00FD4A85" w:rsidRPr="00181731" w:rsidRDefault="00FD4A85" w:rsidP="002264E8">
            <w:pPr>
              <w:spacing w:line="240" w:lineRule="auto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1.7.Электронная конфигурация атома и периодическая система. Изменение свойств элементов в периодах и группах. </w:t>
            </w:r>
          </w:p>
          <w:p w:rsidR="00FD4A85" w:rsidRPr="00181731" w:rsidRDefault="00FD4A85" w:rsidP="002264E8">
            <w:pPr>
              <w:spacing w:line="240" w:lineRule="auto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1.8.Типы химической связи. Валентность. Основные характеристики химической связи (длина, энергия, валентные углы). </w:t>
            </w:r>
          </w:p>
          <w:p w:rsidR="00FD4A85" w:rsidRPr="00181731" w:rsidRDefault="00FD4A85" w:rsidP="002264E8">
            <w:pPr>
              <w:spacing w:line="240" w:lineRule="auto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1.9.Ионная связь. Структура ионных соединений. </w:t>
            </w:r>
          </w:p>
          <w:p w:rsidR="00FD4A85" w:rsidRPr="00181731" w:rsidRDefault="00FD4A85" w:rsidP="002264E8">
            <w:pPr>
              <w:spacing w:line="240" w:lineRule="auto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>1.10.Ковалентная связь. Свойства ковалентной связи: полярность, направленность, насыщяемость.</w:t>
            </w:r>
          </w:p>
        </w:tc>
      </w:tr>
      <w:tr w:rsidR="00FD4A85" w:rsidRPr="00771808" w:rsidTr="002264E8">
        <w:trPr>
          <w:trHeight w:val="32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8E5BD7" w:rsidRDefault="00FD4A85" w:rsidP="002264E8">
            <w:pPr>
              <w:widowControl w:val="0"/>
              <w:spacing w:line="240" w:lineRule="auto"/>
              <w:rPr>
                <w:szCs w:val="24"/>
              </w:rPr>
            </w:pPr>
            <w:r w:rsidRPr="008E5BD7">
              <w:rPr>
                <w:b/>
                <w:szCs w:val="24"/>
              </w:rPr>
              <w:t>2.</w:t>
            </w:r>
            <w:r w:rsidRPr="008E5BD7">
              <w:rPr>
                <w:szCs w:val="24"/>
              </w:rPr>
              <w:t xml:space="preserve"> </w:t>
            </w:r>
            <w:r>
              <w:rPr>
                <w:szCs w:val="24"/>
              </w:rPr>
              <w:t>Энергетика химических процессов.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2264E8">
            <w:pPr>
              <w:spacing w:line="240" w:lineRule="auto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2.1. Химические системы. Термодинамические параметры и термодинамические функции. </w:t>
            </w:r>
          </w:p>
          <w:p w:rsidR="00FD4A85" w:rsidRPr="00181731" w:rsidRDefault="00FD4A85" w:rsidP="002264E8">
            <w:pPr>
              <w:spacing w:line="240" w:lineRule="auto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2.2. Внутренняя энергия. Первый закон термодинамики. Энтальпия. Изменение энтальпии в эндо- и экзотермических реакциях. </w:t>
            </w:r>
          </w:p>
          <w:p w:rsidR="00FD4A85" w:rsidRPr="00181731" w:rsidRDefault="00FD4A85" w:rsidP="002264E8">
            <w:pPr>
              <w:spacing w:line="240" w:lineRule="auto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2.3. Основные законы термохимии. Закон Гесса. Следствие из него. Энтальпия образования химических соединений. </w:t>
            </w:r>
          </w:p>
          <w:p w:rsidR="00FD4A85" w:rsidRPr="00181731" w:rsidRDefault="00FD4A85" w:rsidP="002264E8">
            <w:pPr>
              <w:spacing w:line="240" w:lineRule="auto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2.4. Понятие об энтропии. Изменение энтропии при химических реакциях и фазовых переходах. </w:t>
            </w:r>
          </w:p>
          <w:p w:rsidR="00FD4A85" w:rsidRPr="00181731" w:rsidRDefault="00FD4A85" w:rsidP="002264E8">
            <w:pPr>
              <w:spacing w:line="240" w:lineRule="auto"/>
              <w:rPr>
                <w:b/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>2.5. Энергия Гиббса реакции. Направленность химических процессов.</w:t>
            </w:r>
          </w:p>
        </w:tc>
      </w:tr>
      <w:tr w:rsidR="00FD4A85" w:rsidRPr="008E5BD7" w:rsidTr="002264E8">
        <w:trPr>
          <w:trHeight w:val="32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2264E8">
            <w:pPr>
              <w:widowControl w:val="0"/>
              <w:spacing w:line="240" w:lineRule="auto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>3. Кинетика и катализ химических процессов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2264E8">
            <w:pPr>
              <w:spacing w:line="240" w:lineRule="auto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3.1. Гомогенные и гетерогенные системы. Скорость гомогенной и гетерогенной реакции. Факторы, влияющие на скорость химической реакции. </w:t>
            </w:r>
          </w:p>
          <w:p w:rsidR="00FD4A85" w:rsidRPr="00181731" w:rsidRDefault="00FD4A85" w:rsidP="002264E8">
            <w:pPr>
              <w:spacing w:line="240" w:lineRule="auto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3.2. </w:t>
            </w:r>
            <w:r w:rsidRPr="00267864">
              <w:rPr>
                <w:szCs w:val="24"/>
              </w:rPr>
              <w:t>C</w:t>
            </w:r>
            <w:r w:rsidRPr="00181731">
              <w:rPr>
                <w:szCs w:val="24"/>
                <w:lang w:val="ru-RU"/>
              </w:rPr>
              <w:t xml:space="preserve">корость химической реакции. Закон действия масс для гомогенной и гетерогенной реакции. </w:t>
            </w:r>
          </w:p>
          <w:p w:rsidR="00FD4A85" w:rsidRPr="00181731" w:rsidRDefault="00FD4A85" w:rsidP="002264E8">
            <w:pPr>
              <w:spacing w:line="240" w:lineRule="auto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3.3. Влияние температуры на скорость химической реакции. Правило Вант-Гоффа. 3.4. Катализ. Гомогенный и гетерогенный катализ. </w:t>
            </w:r>
          </w:p>
          <w:p w:rsidR="00FD4A85" w:rsidRPr="00181731" w:rsidRDefault="00FD4A85" w:rsidP="002264E8">
            <w:pPr>
              <w:spacing w:line="240" w:lineRule="auto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3.5. Обратимые и необратимые химические реакции. Химическое равновесие. Константа равновесия. </w:t>
            </w:r>
          </w:p>
          <w:p w:rsidR="00FD4A85" w:rsidRPr="00267864" w:rsidRDefault="00FD4A85" w:rsidP="002264E8">
            <w:pPr>
              <w:spacing w:line="240" w:lineRule="auto"/>
              <w:rPr>
                <w:color w:val="000000"/>
                <w:szCs w:val="24"/>
              </w:rPr>
            </w:pPr>
            <w:r w:rsidRPr="00181731">
              <w:rPr>
                <w:szCs w:val="24"/>
                <w:lang w:val="ru-RU"/>
              </w:rPr>
              <w:t xml:space="preserve">3.6. Направление смещения равновесия. </w:t>
            </w:r>
            <w:r w:rsidRPr="00267864">
              <w:rPr>
                <w:szCs w:val="24"/>
              </w:rPr>
              <w:t>Принцип Ле-Шателье.</w:t>
            </w:r>
          </w:p>
        </w:tc>
      </w:tr>
      <w:tr w:rsidR="00FD4A85" w:rsidRPr="00771808" w:rsidTr="002264E8">
        <w:trPr>
          <w:trHeight w:val="32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267864" w:rsidRDefault="00FD4A85" w:rsidP="002264E8">
            <w:pPr>
              <w:widowControl w:val="0"/>
              <w:spacing w:line="240" w:lineRule="auto"/>
              <w:rPr>
                <w:szCs w:val="24"/>
              </w:rPr>
            </w:pPr>
            <w:r w:rsidRPr="00267864">
              <w:rPr>
                <w:szCs w:val="24"/>
              </w:rPr>
              <w:t xml:space="preserve">4. Растворы. Дисперсные </w:t>
            </w:r>
            <w:r w:rsidRPr="00267864">
              <w:rPr>
                <w:szCs w:val="24"/>
              </w:rPr>
              <w:lastRenderedPageBreak/>
              <w:t>системы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2264E8">
            <w:pPr>
              <w:spacing w:line="240" w:lineRule="auto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lastRenderedPageBreak/>
              <w:t xml:space="preserve">4.1. Растворы, как гомогенные системы. Процесс растворения, </w:t>
            </w:r>
            <w:r w:rsidRPr="00181731">
              <w:rPr>
                <w:szCs w:val="24"/>
                <w:lang w:val="ru-RU"/>
              </w:rPr>
              <w:lastRenderedPageBreak/>
              <w:t xml:space="preserve">растворимость. </w:t>
            </w:r>
          </w:p>
          <w:p w:rsidR="00FD4A85" w:rsidRPr="00181731" w:rsidRDefault="00FD4A85" w:rsidP="002264E8">
            <w:pPr>
              <w:spacing w:line="240" w:lineRule="auto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4.2. Способы выражения концентраций растворов. </w:t>
            </w:r>
          </w:p>
          <w:p w:rsidR="00FD4A85" w:rsidRPr="00181731" w:rsidRDefault="00FD4A85" w:rsidP="002264E8">
            <w:pPr>
              <w:spacing w:line="240" w:lineRule="auto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4.3. Свойства идеальных растворов. Осмос. Осмотическое давление. Закон Вант-Гоффа. </w:t>
            </w:r>
          </w:p>
          <w:p w:rsidR="00FD4A85" w:rsidRPr="00181731" w:rsidRDefault="00FD4A85" w:rsidP="002264E8">
            <w:pPr>
              <w:spacing w:line="240" w:lineRule="auto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4.4. Свойства идеальных растворов. Давление насыщенного пара над раствором. Закон Рауля. Следствия из закона Рауля. </w:t>
            </w:r>
          </w:p>
          <w:p w:rsidR="00FD4A85" w:rsidRPr="00181731" w:rsidRDefault="00FD4A85" w:rsidP="002264E8">
            <w:pPr>
              <w:spacing w:line="240" w:lineRule="auto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4.5. Растворы электролитов. Отклонение от закона Рауля и Вант-Гоффа. Изотонический коэффициент. </w:t>
            </w:r>
          </w:p>
          <w:p w:rsidR="00FD4A85" w:rsidRPr="00181731" w:rsidRDefault="00FD4A85" w:rsidP="002264E8">
            <w:pPr>
              <w:spacing w:line="240" w:lineRule="auto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4.6. Теория электролитическая диссоциации. </w:t>
            </w:r>
          </w:p>
          <w:p w:rsidR="00FD4A85" w:rsidRPr="00181731" w:rsidRDefault="00FD4A85" w:rsidP="002264E8">
            <w:pPr>
              <w:spacing w:line="240" w:lineRule="auto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4.7. Степень диссоциации. Сильные и слабые электролиты. </w:t>
            </w:r>
          </w:p>
          <w:p w:rsidR="00FD4A85" w:rsidRPr="00181731" w:rsidRDefault="00FD4A85" w:rsidP="002264E8">
            <w:pPr>
              <w:spacing w:line="240" w:lineRule="auto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4.8. Константа диссоциации. Закон разбавления Оствальда. </w:t>
            </w:r>
          </w:p>
          <w:p w:rsidR="00FD4A85" w:rsidRPr="00181731" w:rsidRDefault="00FD4A85" w:rsidP="002264E8">
            <w:pPr>
              <w:spacing w:line="240" w:lineRule="auto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4.9. Электролитическая диссоциация воды. Ионное произведение воды. Водородный показатель. </w:t>
            </w:r>
          </w:p>
          <w:p w:rsidR="00FD4A85" w:rsidRPr="00181731" w:rsidRDefault="00FD4A85" w:rsidP="002264E8">
            <w:pPr>
              <w:spacing w:line="240" w:lineRule="auto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4.10. Гидролиз солей. Типы гидролиза. Степень гидролиза. Константа гидролиза. 4.12. Дисперсные системы, их классификация. </w:t>
            </w:r>
          </w:p>
          <w:p w:rsidR="00FD4A85" w:rsidRPr="00181731" w:rsidRDefault="00FD4A85" w:rsidP="002264E8">
            <w:pPr>
              <w:spacing w:line="240" w:lineRule="auto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4.13. Коллоидные растворы. Образование коллоидных растворов. </w:t>
            </w:r>
          </w:p>
          <w:p w:rsidR="00FD4A85" w:rsidRPr="00181731" w:rsidRDefault="00FD4A85" w:rsidP="002264E8">
            <w:pPr>
              <w:spacing w:line="240" w:lineRule="auto"/>
              <w:rPr>
                <w:bCs/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>4.14.Свойства коллоидных растворов (оптические, кинетические, электрические, адсорбция, поверхностное натяжение).</w:t>
            </w:r>
          </w:p>
        </w:tc>
      </w:tr>
      <w:tr w:rsidR="00FD4A85" w:rsidRPr="00771808" w:rsidTr="002264E8">
        <w:trPr>
          <w:trHeight w:val="32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2264E8">
            <w:pPr>
              <w:widowControl w:val="0"/>
              <w:spacing w:line="240" w:lineRule="auto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lastRenderedPageBreak/>
              <w:t>5. Окислительно-восстановительные реакции и электрохимические процессы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2264E8">
            <w:pPr>
              <w:spacing w:line="240" w:lineRule="auto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5.1. Окислительно-восстановительные реакции. Степень окисления. Важнейшие окислители и восстановители. </w:t>
            </w:r>
          </w:p>
          <w:p w:rsidR="00FD4A85" w:rsidRPr="00181731" w:rsidRDefault="00FD4A85" w:rsidP="002264E8">
            <w:pPr>
              <w:spacing w:line="240" w:lineRule="auto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5.2. Окислительно-восстановительные реакции. Типы ОВР. </w:t>
            </w:r>
          </w:p>
          <w:p w:rsidR="00FD4A85" w:rsidRPr="00181731" w:rsidRDefault="00FD4A85" w:rsidP="002264E8">
            <w:pPr>
              <w:spacing w:line="240" w:lineRule="auto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5.3.Составление уравнений окислительно-восстановительных реакций (метод электронного баланса). </w:t>
            </w:r>
          </w:p>
          <w:p w:rsidR="00FD4A85" w:rsidRPr="00181731" w:rsidRDefault="00FD4A85" w:rsidP="002264E8">
            <w:pPr>
              <w:spacing w:line="240" w:lineRule="auto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5.4. Электродный потенциал. Уравнение Нернста. </w:t>
            </w:r>
          </w:p>
          <w:p w:rsidR="00FD4A85" w:rsidRPr="00181731" w:rsidRDefault="00FD4A85" w:rsidP="002264E8">
            <w:pPr>
              <w:spacing w:line="240" w:lineRule="auto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5.5. Химические источники электрического тока (гальванические элементы, аккумуляторы). </w:t>
            </w:r>
          </w:p>
          <w:p w:rsidR="00FD4A85" w:rsidRPr="00181731" w:rsidRDefault="00FD4A85" w:rsidP="002264E8">
            <w:pPr>
              <w:spacing w:line="240" w:lineRule="auto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5.6. Коррозия металлов. </w:t>
            </w:r>
          </w:p>
          <w:p w:rsidR="00FD4A85" w:rsidRPr="00181731" w:rsidRDefault="00FD4A85" w:rsidP="002264E8">
            <w:pPr>
              <w:spacing w:line="240" w:lineRule="auto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5.7. Способы защиты от коррозии. </w:t>
            </w:r>
          </w:p>
          <w:p w:rsidR="00FD4A85" w:rsidRPr="00181731" w:rsidRDefault="00FD4A85" w:rsidP="002264E8">
            <w:pPr>
              <w:spacing w:line="240" w:lineRule="auto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5.8. Электролиз. Законы электролиза. Применение электролиза. </w:t>
            </w:r>
          </w:p>
          <w:p w:rsidR="00FD4A85" w:rsidRPr="00181731" w:rsidRDefault="00FD4A85" w:rsidP="002264E8">
            <w:pPr>
              <w:spacing w:line="240" w:lineRule="auto"/>
              <w:rPr>
                <w:bCs/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>5.9. Электролиз растворов, расплавов. Анодные и катодные процессы.</w:t>
            </w:r>
          </w:p>
        </w:tc>
      </w:tr>
      <w:tr w:rsidR="00FD4A85" w:rsidRPr="008E5BD7" w:rsidTr="002264E8">
        <w:trPr>
          <w:trHeight w:val="32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267864" w:rsidRDefault="00FD4A85" w:rsidP="002264E8">
            <w:pPr>
              <w:widowControl w:val="0"/>
              <w:spacing w:line="240" w:lineRule="auto"/>
              <w:rPr>
                <w:szCs w:val="24"/>
              </w:rPr>
            </w:pPr>
            <w:r w:rsidRPr="00267864">
              <w:rPr>
                <w:szCs w:val="24"/>
              </w:rPr>
              <w:t>6. Химия металлов.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2264E8">
            <w:pPr>
              <w:tabs>
                <w:tab w:val="left" w:pos="1895"/>
              </w:tabs>
              <w:spacing w:line="240" w:lineRule="auto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6.1. Общая характеристика и классификация металлов </w:t>
            </w:r>
          </w:p>
          <w:p w:rsidR="00FD4A85" w:rsidRPr="00181731" w:rsidRDefault="00FD4A85" w:rsidP="002264E8">
            <w:pPr>
              <w:tabs>
                <w:tab w:val="left" w:pos="1895"/>
              </w:tabs>
              <w:spacing w:line="240" w:lineRule="auto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6.2. Природа химической связи в металлах. </w:t>
            </w:r>
          </w:p>
          <w:p w:rsidR="00FD4A85" w:rsidRPr="00181731" w:rsidRDefault="00FD4A85" w:rsidP="002264E8">
            <w:pPr>
              <w:tabs>
                <w:tab w:val="left" w:pos="1895"/>
              </w:tabs>
              <w:spacing w:line="240" w:lineRule="auto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6.3. Физические свойства металлов. </w:t>
            </w:r>
          </w:p>
          <w:p w:rsidR="00FD4A85" w:rsidRPr="00181731" w:rsidRDefault="00FD4A85" w:rsidP="002264E8">
            <w:pPr>
              <w:tabs>
                <w:tab w:val="left" w:pos="1895"/>
              </w:tabs>
              <w:spacing w:line="240" w:lineRule="auto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6.4.Химические свойства металлов. </w:t>
            </w:r>
          </w:p>
          <w:p w:rsidR="00FD4A85" w:rsidRPr="00267864" w:rsidRDefault="00FD4A85" w:rsidP="002264E8">
            <w:pPr>
              <w:tabs>
                <w:tab w:val="left" w:pos="1895"/>
              </w:tabs>
              <w:spacing w:line="240" w:lineRule="auto"/>
              <w:rPr>
                <w:bCs/>
                <w:szCs w:val="24"/>
              </w:rPr>
            </w:pPr>
            <w:r w:rsidRPr="00267864">
              <w:rPr>
                <w:szCs w:val="24"/>
              </w:rPr>
              <w:t>6.4.Металлургия.</w:t>
            </w:r>
          </w:p>
        </w:tc>
      </w:tr>
      <w:tr w:rsidR="00FD4A85" w:rsidRPr="00771808" w:rsidTr="002264E8">
        <w:trPr>
          <w:trHeight w:val="32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2264E8">
            <w:pPr>
              <w:widowControl w:val="0"/>
              <w:spacing w:line="240" w:lineRule="auto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>7.</w:t>
            </w:r>
            <w:r w:rsidRPr="00181731">
              <w:rPr>
                <w:lang w:val="ru-RU"/>
              </w:rPr>
              <w:t>Химическая идентификация и анализ веществ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2264E8">
            <w:pPr>
              <w:tabs>
                <w:tab w:val="left" w:pos="1895"/>
              </w:tabs>
              <w:spacing w:line="240" w:lineRule="auto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>7.1. Основные понятия аналитической химии.</w:t>
            </w:r>
          </w:p>
          <w:p w:rsidR="00FD4A85" w:rsidRPr="00181731" w:rsidRDefault="00FD4A85" w:rsidP="002264E8">
            <w:pPr>
              <w:tabs>
                <w:tab w:val="left" w:pos="1895"/>
              </w:tabs>
              <w:spacing w:line="240" w:lineRule="auto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>7.2. Качественный анализ катионов и анионов.</w:t>
            </w:r>
          </w:p>
          <w:p w:rsidR="00FD4A85" w:rsidRPr="00181731" w:rsidRDefault="00FD4A85" w:rsidP="002264E8">
            <w:pPr>
              <w:tabs>
                <w:tab w:val="left" w:pos="1895"/>
              </w:tabs>
              <w:spacing w:line="240" w:lineRule="auto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>7.3. Химические методы количественного анализа.</w:t>
            </w:r>
          </w:p>
          <w:p w:rsidR="00FD4A85" w:rsidRPr="00181731" w:rsidRDefault="00FD4A85" w:rsidP="002264E8">
            <w:pPr>
              <w:tabs>
                <w:tab w:val="left" w:pos="1895"/>
              </w:tabs>
              <w:spacing w:line="240" w:lineRule="auto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7.4. Физико-химические методы анализа </w:t>
            </w:r>
          </w:p>
        </w:tc>
      </w:tr>
    </w:tbl>
    <w:p w:rsidR="00FD4A85" w:rsidRPr="00181731" w:rsidRDefault="00FD4A85" w:rsidP="00FD4A85">
      <w:pPr>
        <w:rPr>
          <w:szCs w:val="24"/>
          <w:lang w:val="ru-RU"/>
        </w:rPr>
      </w:pPr>
    </w:p>
    <w:p w:rsidR="00FD4A85" w:rsidRDefault="00FD4A85" w:rsidP="00FD4A85">
      <w:pPr>
        <w:jc w:val="center"/>
        <w:rPr>
          <w:b/>
          <w:szCs w:val="24"/>
        </w:rPr>
      </w:pPr>
      <w:r w:rsidRPr="00A4702B">
        <w:rPr>
          <w:b/>
          <w:szCs w:val="24"/>
        </w:rPr>
        <w:t>Экзаменационные билеты</w:t>
      </w:r>
    </w:p>
    <w:p w:rsidR="00FD4A85" w:rsidRPr="00A4702B" w:rsidRDefault="00FD4A85" w:rsidP="00FD4A85">
      <w:pPr>
        <w:rPr>
          <w:b/>
          <w:szCs w:val="24"/>
        </w:r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8080"/>
      </w:tblGrid>
      <w:tr w:rsidR="00FD4A85" w:rsidTr="0070214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Минобрнауки России </w:t>
            </w: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ФГБОУ ВО </w:t>
            </w: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>«БрГУ»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2264E8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1</w:t>
            </w:r>
          </w:p>
          <w:p w:rsidR="00FD4A85" w:rsidRPr="00181731" w:rsidRDefault="00FD4A85" w:rsidP="002264E8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FD4A85" w:rsidRPr="00181731" w:rsidRDefault="00FD4A85" w:rsidP="002264E8">
            <w:pPr>
              <w:jc w:val="center"/>
              <w:rPr>
                <w:lang w:val="ru-RU"/>
              </w:rPr>
            </w:pPr>
            <w:r w:rsidRPr="00181731">
              <w:rPr>
                <w:b/>
                <w:lang w:val="ru-RU"/>
              </w:rPr>
              <w:t xml:space="preserve">направление подготовки 15.03.05 </w:t>
            </w:r>
            <w:r w:rsidRPr="00181731">
              <w:rPr>
                <w:lang w:val="ru-RU"/>
              </w:rPr>
              <w:t>Конструкторско-технологическое обеспечение машиностроительных производств</w:t>
            </w:r>
          </w:p>
          <w:p w:rsidR="00FD4A85" w:rsidRPr="00A4702B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b/>
              </w:rPr>
              <w:t>профиль подготовки</w:t>
            </w:r>
            <w:r>
              <w:t xml:space="preserve"> Технология машиностроения</w:t>
            </w:r>
          </w:p>
        </w:tc>
      </w:tr>
      <w:tr w:rsidR="00FD4A85" w:rsidRPr="00771808" w:rsidTr="00702148">
        <w:trPr>
          <w:trHeight w:val="409"/>
        </w:trPr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FD4A85">
            <w:pPr>
              <w:numPr>
                <w:ilvl w:val="0"/>
                <w:numId w:val="43"/>
              </w:numPr>
              <w:spacing w:line="240" w:lineRule="auto"/>
              <w:ind w:left="0"/>
              <w:jc w:val="both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lastRenderedPageBreak/>
              <w:t>1.Химия, как раздел естествознания. Основные законы химии.</w:t>
            </w:r>
          </w:p>
          <w:p w:rsidR="00FD4A85" w:rsidRPr="00181731" w:rsidRDefault="00FD4A85" w:rsidP="002264E8">
            <w:pPr>
              <w:spacing w:line="240" w:lineRule="auto"/>
              <w:rPr>
                <w:szCs w:val="24"/>
                <w:lang w:val="ru-RU"/>
              </w:rPr>
            </w:pPr>
          </w:p>
          <w:p w:rsidR="00FD4A85" w:rsidRPr="00181731" w:rsidRDefault="00FD4A85" w:rsidP="00FD4A85">
            <w:pPr>
              <w:numPr>
                <w:ilvl w:val="0"/>
                <w:numId w:val="43"/>
              </w:numPr>
              <w:spacing w:line="240" w:lineRule="auto"/>
              <w:ind w:left="0"/>
              <w:jc w:val="both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>2.Основные законы термохимии. Закон Гесса. Следствие из него. Энтальпия образования химических соединений.</w:t>
            </w:r>
          </w:p>
          <w:p w:rsidR="00FD4A85" w:rsidRPr="00181731" w:rsidRDefault="00FD4A85" w:rsidP="002264E8">
            <w:pPr>
              <w:pStyle w:val="ae"/>
              <w:spacing w:line="240" w:lineRule="auto"/>
              <w:ind w:left="0"/>
              <w:rPr>
                <w:szCs w:val="24"/>
                <w:lang w:val="ru-RU"/>
              </w:rPr>
            </w:pPr>
          </w:p>
          <w:p w:rsidR="00FD4A85" w:rsidRPr="00181731" w:rsidRDefault="00FD4A85" w:rsidP="00FD4A85">
            <w:pPr>
              <w:numPr>
                <w:ilvl w:val="0"/>
                <w:numId w:val="43"/>
              </w:numPr>
              <w:spacing w:line="240" w:lineRule="auto"/>
              <w:ind w:left="0"/>
              <w:jc w:val="both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3.Как изменится скорость прямой и обратной реакции в системе при  </w:t>
            </w:r>
            <w:r w:rsidRPr="00A4702B">
              <w:rPr>
                <w:position w:val="-12"/>
                <w:szCs w:val="24"/>
              </w:rPr>
              <w:object w:dxaOrig="1920" w:dyaOrig="360">
                <v:shape id="_x0000_i1128" type="#_x0000_t75" style="width:96pt;height:18pt" o:ole="">
                  <v:imagedata r:id="rId192" o:title=""/>
                </v:shape>
                <o:OLEObject Type="Embed" ProgID="Equation.3" ShapeID="_x0000_i1128" DrawAspect="Content" ObjectID="_1842695823" r:id="rId193"/>
              </w:object>
            </w:r>
            <w:r w:rsidRPr="00181731">
              <w:rPr>
                <w:szCs w:val="24"/>
                <w:lang w:val="ru-RU"/>
              </w:rPr>
              <w:t>, при увеличении давления в три раза.</w:t>
            </w:r>
          </w:p>
          <w:p w:rsidR="00FD4A85" w:rsidRPr="00181731" w:rsidRDefault="00FD4A85" w:rsidP="002264E8">
            <w:pPr>
              <w:spacing w:line="240" w:lineRule="auto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 </w:t>
            </w:r>
          </w:p>
          <w:p w:rsidR="00FD4A85" w:rsidRPr="00181731" w:rsidRDefault="00FD4A85" w:rsidP="002264E8">
            <w:pPr>
              <w:pStyle w:val="21"/>
              <w:spacing w:before="0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Билет составил:      доцент                  ________________________                     Лапина С.Ф.</w:t>
            </w:r>
          </w:p>
          <w:p w:rsidR="00FD4A85" w:rsidRPr="00181731" w:rsidRDefault="00FD4A85" w:rsidP="002264E8">
            <w:pPr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>Утверждено на заседани</w:t>
            </w:r>
            <w:r w:rsidR="00B25F8F">
              <w:rPr>
                <w:szCs w:val="24"/>
                <w:lang w:val="ru-RU"/>
              </w:rPr>
              <w:t>и кафедры: ЭБЖиФ протокол от «22</w:t>
            </w:r>
            <w:r w:rsidRPr="00181731">
              <w:rPr>
                <w:szCs w:val="24"/>
                <w:lang w:val="ru-RU"/>
              </w:rPr>
              <w:t xml:space="preserve">» </w:t>
            </w:r>
            <w:r w:rsidR="00B25F8F">
              <w:rPr>
                <w:szCs w:val="24"/>
                <w:lang w:val="ru-RU"/>
              </w:rPr>
              <w:t>апреля 2026 г № 9</w:t>
            </w:r>
          </w:p>
          <w:p w:rsidR="00FD4A85" w:rsidRPr="00181731" w:rsidRDefault="00FD4A85" w:rsidP="002264E8">
            <w:pPr>
              <w:pStyle w:val="5"/>
              <w:spacing w:before="0"/>
              <w:rPr>
                <w:rFonts w:ascii="Times New Roman" w:hAnsi="Times New Roman" w:cs="Times New Roman"/>
                <w:b/>
                <w:color w:val="auto"/>
                <w:szCs w:val="24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Cs w:val="24"/>
                <w:lang w:val="ru-RU"/>
              </w:rPr>
              <w:t>Заведующий кафедрой   ЭБЖиФ          ________________________             Никифорова В.А.</w:t>
            </w:r>
          </w:p>
        </w:tc>
      </w:tr>
      <w:tr w:rsidR="00FD4A85" w:rsidTr="0070214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Минобрнауки России </w:t>
            </w: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ФГБОУ ВО </w:t>
            </w: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>«БрГУ»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2264E8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2</w:t>
            </w:r>
          </w:p>
          <w:p w:rsidR="00FD4A85" w:rsidRPr="00181731" w:rsidRDefault="00FD4A85" w:rsidP="002264E8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FD4A85" w:rsidRPr="00181731" w:rsidRDefault="00FD4A85" w:rsidP="002264E8">
            <w:pPr>
              <w:jc w:val="center"/>
              <w:rPr>
                <w:lang w:val="ru-RU"/>
              </w:rPr>
            </w:pPr>
            <w:r w:rsidRPr="00181731">
              <w:rPr>
                <w:b/>
                <w:lang w:val="ru-RU"/>
              </w:rPr>
              <w:t xml:space="preserve">направление подготовки 15.03.05 </w:t>
            </w:r>
            <w:r w:rsidRPr="00181731">
              <w:rPr>
                <w:lang w:val="ru-RU"/>
              </w:rPr>
              <w:t>Конструкторско-технологическое обеспечение машиностроительных производств</w:t>
            </w:r>
          </w:p>
          <w:p w:rsidR="00FD4A85" w:rsidRPr="00A4702B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b/>
              </w:rPr>
              <w:t>профиль подготовки</w:t>
            </w:r>
            <w:r>
              <w:t xml:space="preserve"> Технология машиностроения</w:t>
            </w:r>
          </w:p>
        </w:tc>
      </w:tr>
      <w:tr w:rsidR="00FD4A85" w:rsidRPr="00771808" w:rsidTr="00702148">
        <w:trPr>
          <w:trHeight w:val="1370"/>
        </w:trPr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A4702B" w:rsidRDefault="00FD4A85" w:rsidP="00FD4A85">
            <w:pPr>
              <w:numPr>
                <w:ilvl w:val="0"/>
                <w:numId w:val="44"/>
              </w:numPr>
              <w:spacing w:line="240" w:lineRule="auto"/>
              <w:ind w:left="0"/>
              <w:jc w:val="both"/>
              <w:rPr>
                <w:bCs/>
                <w:szCs w:val="24"/>
              </w:rPr>
            </w:pPr>
            <w:r w:rsidRPr="00181731">
              <w:rPr>
                <w:bCs/>
                <w:szCs w:val="24"/>
                <w:lang w:val="ru-RU"/>
              </w:rPr>
              <w:t xml:space="preserve">1.Атом. Атомно-молекулярное учение. Структура атома. </w:t>
            </w:r>
            <w:r w:rsidRPr="00A4702B">
              <w:rPr>
                <w:bCs/>
                <w:szCs w:val="24"/>
              </w:rPr>
              <w:t>Энергетические характеристики атома.</w:t>
            </w:r>
          </w:p>
          <w:p w:rsidR="00FD4A85" w:rsidRPr="00A4702B" w:rsidRDefault="00FD4A85" w:rsidP="002264E8">
            <w:pPr>
              <w:spacing w:line="240" w:lineRule="auto"/>
              <w:rPr>
                <w:bCs/>
                <w:szCs w:val="24"/>
              </w:rPr>
            </w:pPr>
          </w:p>
          <w:p w:rsidR="00FD4A85" w:rsidRPr="00A4702B" w:rsidRDefault="00FD4A85" w:rsidP="00FD4A85">
            <w:pPr>
              <w:pStyle w:val="2c"/>
              <w:widowControl/>
              <w:numPr>
                <w:ilvl w:val="0"/>
                <w:numId w:val="44"/>
              </w:numPr>
              <w:tabs>
                <w:tab w:val="left" w:pos="2620"/>
              </w:tabs>
              <w:ind w:left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  <w:r w:rsidRPr="00A4702B">
              <w:rPr>
                <w:bCs/>
                <w:sz w:val="24"/>
                <w:szCs w:val="24"/>
              </w:rPr>
              <w:t>Электролиз. Законы электролиза. Применение электролиза.</w:t>
            </w:r>
          </w:p>
          <w:p w:rsidR="00FD4A85" w:rsidRPr="00A4702B" w:rsidRDefault="00FD4A85" w:rsidP="002264E8">
            <w:pPr>
              <w:pStyle w:val="2c"/>
              <w:widowControl/>
              <w:tabs>
                <w:tab w:val="left" w:pos="2620"/>
              </w:tabs>
              <w:rPr>
                <w:bCs/>
                <w:sz w:val="24"/>
                <w:szCs w:val="24"/>
              </w:rPr>
            </w:pPr>
          </w:p>
          <w:p w:rsidR="00FD4A85" w:rsidRPr="00A4702B" w:rsidRDefault="00FD4A85" w:rsidP="00FD4A85">
            <w:pPr>
              <w:pStyle w:val="2c"/>
              <w:widowControl/>
              <w:numPr>
                <w:ilvl w:val="0"/>
                <w:numId w:val="44"/>
              </w:numPr>
              <w:tabs>
                <w:tab w:val="left" w:pos="2620"/>
              </w:tabs>
              <w:ind w:left="0" w:hanging="834"/>
              <w:rPr>
                <w:sz w:val="24"/>
                <w:szCs w:val="24"/>
              </w:rPr>
            </w:pPr>
            <w:r w:rsidRPr="00A4702B">
              <w:rPr>
                <w:bCs/>
                <w:sz w:val="24"/>
                <w:szCs w:val="24"/>
              </w:rPr>
              <w:t xml:space="preserve">3.Составить уравнение реакции в ионно-молекулярном виде: </w:t>
            </w:r>
            <w:r w:rsidRPr="00A4702B">
              <w:rPr>
                <w:bCs/>
                <w:position w:val="-10"/>
                <w:sz w:val="24"/>
                <w:szCs w:val="24"/>
              </w:rPr>
              <w:object w:dxaOrig="1800" w:dyaOrig="340">
                <v:shape id="_x0000_i1129" type="#_x0000_t75" style="width:90pt;height:17.25pt" o:ole="">
                  <v:imagedata r:id="rId194" o:title=""/>
                </v:shape>
                <o:OLEObject Type="Embed" ProgID="Equation.3" ShapeID="_x0000_i1129" DrawAspect="Content" ObjectID="_1842695824" r:id="rId195"/>
              </w:object>
            </w:r>
            <w:r w:rsidRPr="00A4702B">
              <w:rPr>
                <w:bCs/>
                <w:sz w:val="24"/>
                <w:szCs w:val="24"/>
              </w:rPr>
              <w:t>.</w:t>
            </w:r>
          </w:p>
          <w:p w:rsidR="00FD4A85" w:rsidRPr="00181731" w:rsidRDefault="00FD4A85" w:rsidP="002264E8">
            <w:pPr>
              <w:spacing w:line="240" w:lineRule="auto"/>
              <w:rPr>
                <w:szCs w:val="24"/>
                <w:lang w:val="ru-RU"/>
              </w:rPr>
            </w:pPr>
          </w:p>
          <w:p w:rsidR="00FD4A85" w:rsidRPr="00181731" w:rsidRDefault="00FD4A85" w:rsidP="002264E8">
            <w:pPr>
              <w:pStyle w:val="21"/>
              <w:spacing w:before="0"/>
              <w:rPr>
                <w:rFonts w:ascii="Times New Roman" w:hAnsi="Times New Roman" w:cs="Times New Roman"/>
                <w:color w:val="auto"/>
                <w:sz w:val="22"/>
                <w:szCs w:val="22"/>
                <w:u w:val="single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Билет составил:      доцент</w:t>
            </w:r>
            <w:r w:rsidRPr="00181731">
              <w:rPr>
                <w:rFonts w:ascii="Times New Roman" w:hAnsi="Times New Roman" w:cs="Times New Roman"/>
                <w:color w:val="auto"/>
                <w:sz w:val="22"/>
                <w:szCs w:val="22"/>
                <w:u w:val="single"/>
                <w:lang w:val="ru-RU"/>
              </w:rPr>
              <w:t xml:space="preserve"> </w:t>
            </w:r>
            <w:r w:rsidRPr="00181731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                  ________________________                     Лапина С.Ф.</w:t>
            </w:r>
          </w:p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sz w:val="22"/>
                <w:lang w:val="ru-RU"/>
              </w:rPr>
              <w:t>Утверждено на заседани</w:t>
            </w:r>
            <w:r w:rsidR="00B25F8F">
              <w:rPr>
                <w:sz w:val="22"/>
                <w:lang w:val="ru-RU"/>
              </w:rPr>
              <w:t>и кафедры: ЭБЖиФ протокол от «22</w:t>
            </w:r>
            <w:r w:rsidRPr="00181731">
              <w:rPr>
                <w:sz w:val="22"/>
                <w:lang w:val="ru-RU"/>
              </w:rPr>
              <w:t xml:space="preserve">» </w:t>
            </w:r>
            <w:r w:rsidR="00B25F8F">
              <w:rPr>
                <w:sz w:val="22"/>
                <w:lang w:val="ru-RU"/>
              </w:rPr>
              <w:t>апреля 2026 г № 9</w:t>
            </w:r>
          </w:p>
          <w:p w:rsidR="00FD4A85" w:rsidRPr="00181731" w:rsidRDefault="00FD4A85" w:rsidP="002264E8">
            <w:pPr>
              <w:pStyle w:val="5"/>
              <w:spacing w:before="0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Заведующий кафедрой   ЭБЖиФ          ________________________              Никифорова В.А.</w:t>
            </w:r>
          </w:p>
          <w:p w:rsidR="00FD4A85" w:rsidRPr="00181731" w:rsidRDefault="00FD4A85" w:rsidP="002264E8">
            <w:pPr>
              <w:spacing w:line="240" w:lineRule="auto"/>
              <w:rPr>
                <w:b/>
                <w:szCs w:val="24"/>
                <w:lang w:val="ru-RU"/>
              </w:rPr>
            </w:pPr>
          </w:p>
        </w:tc>
      </w:tr>
      <w:tr w:rsidR="00FD4A85" w:rsidTr="0070214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Минобрнауки России </w:t>
            </w: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ФГБОУ ВО </w:t>
            </w: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>«БрГУ»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2264E8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3</w:t>
            </w:r>
          </w:p>
          <w:p w:rsidR="00FD4A85" w:rsidRPr="00181731" w:rsidRDefault="00FD4A85" w:rsidP="002264E8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FD4A85" w:rsidRPr="00181731" w:rsidRDefault="00FD4A85" w:rsidP="002264E8">
            <w:pPr>
              <w:jc w:val="center"/>
              <w:rPr>
                <w:lang w:val="ru-RU"/>
              </w:rPr>
            </w:pPr>
            <w:r w:rsidRPr="00181731">
              <w:rPr>
                <w:b/>
                <w:lang w:val="ru-RU"/>
              </w:rPr>
              <w:t xml:space="preserve">направление подготовки 15.03.05 </w:t>
            </w:r>
            <w:r w:rsidRPr="00181731">
              <w:rPr>
                <w:lang w:val="ru-RU"/>
              </w:rPr>
              <w:t>Конструкторско-технологическое обеспечение машиностроительных производств</w:t>
            </w:r>
          </w:p>
          <w:p w:rsidR="00FD4A85" w:rsidRPr="00A4702B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b/>
              </w:rPr>
              <w:t>профиль подготовки</w:t>
            </w:r>
            <w:r>
              <w:t xml:space="preserve"> Технология машиностроения</w:t>
            </w:r>
          </w:p>
        </w:tc>
      </w:tr>
      <w:tr w:rsidR="00FD4A85" w:rsidRPr="00771808" w:rsidTr="00702148">
        <w:trPr>
          <w:trHeight w:val="1370"/>
        </w:trPr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FD4A85">
            <w:pPr>
              <w:numPr>
                <w:ilvl w:val="0"/>
                <w:numId w:val="45"/>
              </w:numPr>
              <w:spacing w:line="240" w:lineRule="auto"/>
              <w:ind w:left="0"/>
              <w:jc w:val="both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>1.Формирование электронной оболочки атома. Принцип минимума энергии, принцип Паули, правило Хунда, правило Клечковского.</w:t>
            </w:r>
          </w:p>
          <w:p w:rsidR="00FD4A85" w:rsidRPr="00181731" w:rsidRDefault="00FD4A85" w:rsidP="002264E8">
            <w:pPr>
              <w:spacing w:line="240" w:lineRule="auto"/>
              <w:rPr>
                <w:szCs w:val="24"/>
                <w:lang w:val="ru-RU"/>
              </w:rPr>
            </w:pPr>
          </w:p>
          <w:p w:rsidR="00FD4A85" w:rsidRPr="00181731" w:rsidRDefault="00FD4A85" w:rsidP="00FD4A85">
            <w:pPr>
              <w:numPr>
                <w:ilvl w:val="0"/>
                <w:numId w:val="46"/>
              </w:numPr>
              <w:spacing w:line="240" w:lineRule="auto"/>
              <w:ind w:left="0"/>
              <w:jc w:val="both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>2.Направление смещения равновесия. Принцип Ле Шателье.</w:t>
            </w:r>
          </w:p>
          <w:p w:rsidR="00FD4A85" w:rsidRPr="00181731" w:rsidRDefault="00FD4A85" w:rsidP="002264E8">
            <w:pPr>
              <w:spacing w:line="240" w:lineRule="auto"/>
              <w:rPr>
                <w:szCs w:val="24"/>
                <w:lang w:val="ru-RU"/>
              </w:rPr>
            </w:pPr>
          </w:p>
          <w:p w:rsidR="00FD4A85" w:rsidRPr="00181731" w:rsidRDefault="00FD4A85" w:rsidP="00FD4A85">
            <w:pPr>
              <w:numPr>
                <w:ilvl w:val="0"/>
                <w:numId w:val="46"/>
              </w:numPr>
              <w:spacing w:line="240" w:lineRule="auto"/>
              <w:ind w:left="0"/>
              <w:jc w:val="both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3.Написать уравнение реакции полного, необратимого гидролиза: </w:t>
            </w:r>
            <w:r w:rsidRPr="00A4702B">
              <w:rPr>
                <w:position w:val="-12"/>
                <w:szCs w:val="24"/>
              </w:rPr>
              <w:object w:dxaOrig="2600" w:dyaOrig="360">
                <v:shape id="_x0000_i1130" type="#_x0000_t75" style="width:130.5pt;height:18pt" o:ole="">
                  <v:imagedata r:id="rId196" o:title=""/>
                </v:shape>
                <o:OLEObject Type="Embed" ProgID="Equation.3" ShapeID="_x0000_i1130" DrawAspect="Content" ObjectID="_1842695825" r:id="rId197"/>
              </w:object>
            </w:r>
            <w:r w:rsidRPr="00181731">
              <w:rPr>
                <w:szCs w:val="24"/>
                <w:lang w:val="ru-RU"/>
              </w:rPr>
              <w:t>.</w:t>
            </w:r>
          </w:p>
          <w:p w:rsidR="00FD4A85" w:rsidRPr="00181731" w:rsidRDefault="00FD4A85" w:rsidP="002264E8">
            <w:pPr>
              <w:spacing w:line="240" w:lineRule="auto"/>
              <w:rPr>
                <w:szCs w:val="24"/>
                <w:lang w:val="ru-RU"/>
              </w:rPr>
            </w:pPr>
          </w:p>
          <w:p w:rsidR="00FD4A85" w:rsidRPr="00181731" w:rsidRDefault="00FD4A85" w:rsidP="002264E8">
            <w:pPr>
              <w:pStyle w:val="21"/>
              <w:spacing w:before="0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Билет составил:      доцент                  ________________________                     Лапина С.Ф.</w:t>
            </w:r>
          </w:p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sz w:val="22"/>
                <w:lang w:val="ru-RU"/>
              </w:rPr>
              <w:t>Утверждено на заседани</w:t>
            </w:r>
            <w:r w:rsidR="00702148">
              <w:rPr>
                <w:sz w:val="22"/>
                <w:lang w:val="ru-RU"/>
              </w:rPr>
              <w:t>и кафедры: ЭБЖиФ протокол от «22</w:t>
            </w:r>
            <w:r w:rsidRPr="00181731">
              <w:rPr>
                <w:sz w:val="22"/>
                <w:lang w:val="ru-RU"/>
              </w:rPr>
              <w:t xml:space="preserve">» </w:t>
            </w:r>
            <w:r w:rsidR="00702148">
              <w:rPr>
                <w:sz w:val="22"/>
                <w:lang w:val="ru-RU"/>
              </w:rPr>
              <w:t>апреля</w:t>
            </w:r>
            <w:r w:rsidRPr="00181731">
              <w:rPr>
                <w:sz w:val="22"/>
                <w:lang w:val="ru-RU"/>
              </w:rPr>
              <w:t xml:space="preserve"> 2026 г № </w:t>
            </w:r>
            <w:r w:rsidR="00702148">
              <w:rPr>
                <w:sz w:val="22"/>
                <w:lang w:val="ru-RU"/>
              </w:rPr>
              <w:t>9</w:t>
            </w:r>
          </w:p>
          <w:p w:rsidR="00FD4A85" w:rsidRPr="00181731" w:rsidRDefault="00FD4A85" w:rsidP="002264E8">
            <w:pPr>
              <w:pStyle w:val="5"/>
              <w:spacing w:before="0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Заведующий кафедрой   ЭБЖиФ          ________________________              Никифорова В.А.</w:t>
            </w:r>
          </w:p>
          <w:p w:rsidR="00FD4A85" w:rsidRPr="00181731" w:rsidRDefault="00FD4A85" w:rsidP="002264E8">
            <w:pPr>
              <w:spacing w:line="240" w:lineRule="auto"/>
              <w:rPr>
                <w:b/>
                <w:szCs w:val="24"/>
                <w:lang w:val="ru-RU"/>
              </w:rPr>
            </w:pPr>
          </w:p>
        </w:tc>
      </w:tr>
      <w:tr w:rsidR="00FD4A85" w:rsidTr="0070214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Минобрнауки России </w:t>
            </w: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ФГБОУ ВО </w:t>
            </w: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>«БрГУ»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2264E8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lastRenderedPageBreak/>
              <w:t>Экзаменационный билет № 4</w:t>
            </w:r>
          </w:p>
          <w:p w:rsidR="00FD4A85" w:rsidRPr="00181731" w:rsidRDefault="00FD4A85" w:rsidP="002264E8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FD4A85" w:rsidRPr="00181731" w:rsidRDefault="00FD4A85" w:rsidP="002264E8">
            <w:pPr>
              <w:jc w:val="center"/>
              <w:rPr>
                <w:lang w:val="ru-RU"/>
              </w:rPr>
            </w:pPr>
            <w:r w:rsidRPr="00181731">
              <w:rPr>
                <w:b/>
                <w:lang w:val="ru-RU"/>
              </w:rPr>
              <w:lastRenderedPageBreak/>
              <w:t xml:space="preserve">направление подготовки 15.03.05 </w:t>
            </w:r>
            <w:r w:rsidRPr="00181731">
              <w:rPr>
                <w:lang w:val="ru-RU"/>
              </w:rPr>
              <w:t>Конструкторско-технологическое обеспечение машиностроительных производств</w:t>
            </w:r>
          </w:p>
          <w:p w:rsidR="00FD4A85" w:rsidRPr="00A4702B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b/>
              </w:rPr>
              <w:t>профиль подготовки</w:t>
            </w:r>
            <w:r>
              <w:t xml:space="preserve"> Технология машиностроения</w:t>
            </w:r>
          </w:p>
        </w:tc>
      </w:tr>
      <w:tr w:rsidR="00FD4A85" w:rsidRPr="00771808" w:rsidTr="00702148">
        <w:trPr>
          <w:trHeight w:val="1370"/>
        </w:trPr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0465DA" w:rsidRDefault="00FD4A85" w:rsidP="00FD4A85">
            <w:pPr>
              <w:pStyle w:val="ae"/>
              <w:numPr>
                <w:ilvl w:val="0"/>
                <w:numId w:val="67"/>
              </w:numPr>
              <w:spacing w:line="240" w:lineRule="auto"/>
              <w:jc w:val="both"/>
              <w:rPr>
                <w:szCs w:val="24"/>
              </w:rPr>
            </w:pPr>
            <w:r w:rsidRPr="000465DA">
              <w:rPr>
                <w:szCs w:val="24"/>
              </w:rPr>
              <w:lastRenderedPageBreak/>
              <w:t>Способы выражения концентраций растворов.</w:t>
            </w:r>
          </w:p>
          <w:p w:rsidR="00FD4A85" w:rsidRPr="00A4702B" w:rsidRDefault="00FD4A85" w:rsidP="002264E8">
            <w:pPr>
              <w:spacing w:line="240" w:lineRule="auto"/>
              <w:ind w:left="-360"/>
              <w:rPr>
                <w:szCs w:val="24"/>
              </w:rPr>
            </w:pPr>
          </w:p>
          <w:p w:rsidR="00FD4A85" w:rsidRPr="000465DA" w:rsidRDefault="00FD4A85" w:rsidP="00FD4A85">
            <w:pPr>
              <w:pStyle w:val="ae"/>
              <w:numPr>
                <w:ilvl w:val="0"/>
                <w:numId w:val="67"/>
              </w:numPr>
              <w:spacing w:line="240" w:lineRule="auto"/>
              <w:jc w:val="both"/>
              <w:rPr>
                <w:szCs w:val="24"/>
              </w:rPr>
            </w:pPr>
            <w:r w:rsidRPr="00181731">
              <w:rPr>
                <w:szCs w:val="24"/>
                <w:lang w:val="ru-RU"/>
              </w:rPr>
              <w:t xml:space="preserve">Обратимые и необратимые химические реакции. </w:t>
            </w:r>
            <w:r w:rsidRPr="000465DA">
              <w:rPr>
                <w:szCs w:val="24"/>
              </w:rPr>
              <w:t>Химическое равновесие. Константа равновесия.</w:t>
            </w:r>
          </w:p>
          <w:p w:rsidR="00FD4A85" w:rsidRPr="00A4702B" w:rsidRDefault="00FD4A85" w:rsidP="002264E8">
            <w:pPr>
              <w:spacing w:line="240" w:lineRule="auto"/>
              <w:rPr>
                <w:szCs w:val="24"/>
              </w:rPr>
            </w:pPr>
          </w:p>
          <w:p w:rsidR="00FD4A85" w:rsidRPr="00181731" w:rsidRDefault="00FD4A85" w:rsidP="00FD4A85">
            <w:pPr>
              <w:pStyle w:val="ae"/>
              <w:numPr>
                <w:ilvl w:val="0"/>
                <w:numId w:val="67"/>
              </w:numPr>
              <w:spacing w:line="240" w:lineRule="auto"/>
              <w:jc w:val="both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Составьте уравнения реакций осуществляющих следующие превращения: </w:t>
            </w:r>
            <w:r w:rsidRPr="00A4702B">
              <w:rPr>
                <w:position w:val="-10"/>
              </w:rPr>
              <w:object w:dxaOrig="3120" w:dyaOrig="340">
                <v:shape id="_x0000_i1131" type="#_x0000_t75" style="width:155.25pt;height:17.25pt" o:ole="">
                  <v:imagedata r:id="rId198" o:title=""/>
                </v:shape>
                <o:OLEObject Type="Embed" ProgID="Equation.3" ShapeID="_x0000_i1131" DrawAspect="Content" ObjectID="_1842695826" r:id="rId199"/>
              </w:object>
            </w:r>
            <w:r w:rsidRPr="00181731">
              <w:rPr>
                <w:szCs w:val="24"/>
                <w:lang w:val="ru-RU"/>
              </w:rPr>
              <w:t>.</w:t>
            </w:r>
          </w:p>
          <w:p w:rsidR="00FD4A85" w:rsidRPr="00A4702B" w:rsidRDefault="00FD4A85" w:rsidP="002264E8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FD4A85" w:rsidRPr="00A4702B" w:rsidRDefault="00FD4A85" w:rsidP="002264E8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FD4A85" w:rsidRPr="00181731" w:rsidRDefault="00FD4A85" w:rsidP="002264E8">
            <w:pPr>
              <w:pStyle w:val="21"/>
              <w:spacing w:before="0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Билет составил:      доцент                  ________________________                     Лапина С.Ф.</w:t>
            </w:r>
          </w:p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sz w:val="22"/>
                <w:lang w:val="ru-RU"/>
              </w:rPr>
              <w:t xml:space="preserve">Утверждено на заседании </w:t>
            </w:r>
            <w:r w:rsidR="00702148">
              <w:rPr>
                <w:sz w:val="22"/>
                <w:lang w:val="ru-RU"/>
              </w:rPr>
              <w:t>кафедры: ЭБЖиФ протокол от «22</w:t>
            </w:r>
            <w:r w:rsidRPr="00181731">
              <w:rPr>
                <w:sz w:val="22"/>
                <w:lang w:val="ru-RU"/>
              </w:rPr>
              <w:t xml:space="preserve">» </w:t>
            </w:r>
            <w:r w:rsidR="00702148">
              <w:rPr>
                <w:sz w:val="22"/>
                <w:lang w:val="ru-RU"/>
              </w:rPr>
              <w:t>апреля 2026 г № 9</w:t>
            </w:r>
          </w:p>
          <w:p w:rsidR="00FD4A85" w:rsidRPr="00181731" w:rsidRDefault="00FD4A85" w:rsidP="002264E8">
            <w:pPr>
              <w:pStyle w:val="5"/>
              <w:spacing w:before="0"/>
              <w:rPr>
                <w:b/>
                <w:szCs w:val="24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Заведующий кафедрой   ЭБЖиФ          ________________________              Никифорова В.А.</w:t>
            </w:r>
          </w:p>
        </w:tc>
      </w:tr>
      <w:tr w:rsidR="00FD4A85" w:rsidTr="0070214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Минобрнауки России </w:t>
            </w: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ФГБОУ ВО </w:t>
            </w: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>«БрГУ»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2264E8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5</w:t>
            </w:r>
          </w:p>
          <w:p w:rsidR="00FD4A85" w:rsidRPr="00181731" w:rsidRDefault="00FD4A85" w:rsidP="002264E8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FD4A85" w:rsidRPr="00181731" w:rsidRDefault="00FD4A85" w:rsidP="002264E8">
            <w:pPr>
              <w:jc w:val="center"/>
              <w:rPr>
                <w:lang w:val="ru-RU"/>
              </w:rPr>
            </w:pPr>
            <w:r w:rsidRPr="00181731">
              <w:rPr>
                <w:b/>
                <w:lang w:val="ru-RU"/>
              </w:rPr>
              <w:t xml:space="preserve">направление подготовки 15.03.05 </w:t>
            </w:r>
            <w:r w:rsidRPr="00181731">
              <w:rPr>
                <w:lang w:val="ru-RU"/>
              </w:rPr>
              <w:t>Конструкторско-технологическое обеспечение машиностроительных производств</w:t>
            </w:r>
          </w:p>
          <w:p w:rsidR="00FD4A85" w:rsidRPr="00A4702B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b/>
              </w:rPr>
              <w:t>профиль подготовки</w:t>
            </w:r>
            <w:r>
              <w:t xml:space="preserve"> Технология машиностроения</w:t>
            </w:r>
          </w:p>
        </w:tc>
      </w:tr>
      <w:tr w:rsidR="00FD4A85" w:rsidRPr="00771808" w:rsidTr="00702148">
        <w:trPr>
          <w:trHeight w:val="1370"/>
        </w:trPr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D271E" w:rsidRDefault="00FD4A85" w:rsidP="00FD4A85">
            <w:pPr>
              <w:numPr>
                <w:ilvl w:val="0"/>
                <w:numId w:val="47"/>
              </w:numPr>
              <w:spacing w:line="240" w:lineRule="auto"/>
              <w:ind w:left="357" w:hanging="357"/>
              <w:jc w:val="both"/>
              <w:rPr>
                <w:szCs w:val="24"/>
              </w:rPr>
            </w:pPr>
            <w:r w:rsidRPr="001D271E">
              <w:rPr>
                <w:szCs w:val="24"/>
              </w:rPr>
              <w:t>Металлургия.</w:t>
            </w:r>
          </w:p>
          <w:p w:rsidR="00FD4A85" w:rsidRPr="00A4702B" w:rsidRDefault="00FD4A85" w:rsidP="002264E8">
            <w:pPr>
              <w:spacing w:line="240" w:lineRule="auto"/>
              <w:rPr>
                <w:szCs w:val="24"/>
              </w:rPr>
            </w:pPr>
          </w:p>
          <w:p w:rsidR="00FD4A85" w:rsidRPr="00181731" w:rsidRDefault="00FD4A85" w:rsidP="00FD4A85">
            <w:pPr>
              <w:numPr>
                <w:ilvl w:val="0"/>
                <w:numId w:val="47"/>
              </w:numPr>
              <w:spacing w:line="240" w:lineRule="auto"/>
              <w:ind w:left="357" w:hanging="357"/>
              <w:jc w:val="both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>Внутренняя энергия. Первый закон термодинамики. Энтальпия. Изменение энтальпии при эндо- и экзотемических реакциях.</w:t>
            </w:r>
          </w:p>
          <w:p w:rsidR="00FD4A85" w:rsidRPr="00181731" w:rsidRDefault="00FD4A85" w:rsidP="002264E8">
            <w:pPr>
              <w:spacing w:line="240" w:lineRule="auto"/>
              <w:rPr>
                <w:szCs w:val="24"/>
                <w:lang w:val="ru-RU"/>
              </w:rPr>
            </w:pPr>
          </w:p>
          <w:p w:rsidR="00FD4A85" w:rsidRPr="00181731" w:rsidRDefault="00FD4A85" w:rsidP="002264E8">
            <w:pPr>
              <w:spacing w:line="240" w:lineRule="auto"/>
              <w:rPr>
                <w:szCs w:val="24"/>
                <w:lang w:val="ru-RU"/>
              </w:rPr>
            </w:pPr>
          </w:p>
          <w:p w:rsidR="00FD4A85" w:rsidRPr="00181731" w:rsidRDefault="00FD4A85" w:rsidP="00FD4A85">
            <w:pPr>
              <w:numPr>
                <w:ilvl w:val="0"/>
                <w:numId w:val="47"/>
              </w:numPr>
              <w:spacing w:line="240" w:lineRule="auto"/>
              <w:ind w:left="357" w:hanging="357"/>
              <w:jc w:val="both"/>
              <w:rPr>
                <w:bCs/>
                <w:szCs w:val="24"/>
                <w:lang w:val="ru-RU"/>
              </w:rPr>
            </w:pPr>
            <w:r w:rsidRPr="00181731">
              <w:rPr>
                <w:bCs/>
                <w:szCs w:val="24"/>
                <w:lang w:val="ru-RU"/>
              </w:rPr>
              <w:t xml:space="preserve">Закончите уравнение реакции, и запишите его в ионно-молекулярной форме: </w:t>
            </w:r>
            <w:r w:rsidRPr="00A4702B">
              <w:rPr>
                <w:bCs/>
                <w:position w:val="-10"/>
                <w:szCs w:val="24"/>
              </w:rPr>
              <w:object w:dxaOrig="2200" w:dyaOrig="340">
                <v:shape id="_x0000_i1132" type="#_x0000_t75" style="width:110.25pt;height:17.25pt" o:ole="">
                  <v:imagedata r:id="rId200" o:title=""/>
                </v:shape>
                <o:OLEObject Type="Embed" ProgID="Equation.3" ShapeID="_x0000_i1132" DrawAspect="Content" ObjectID="_1842695827" r:id="rId201"/>
              </w:object>
            </w:r>
            <w:r w:rsidRPr="00181731">
              <w:rPr>
                <w:bCs/>
                <w:szCs w:val="24"/>
                <w:lang w:val="ru-RU"/>
              </w:rPr>
              <w:t>.</w:t>
            </w:r>
          </w:p>
          <w:p w:rsidR="00FD4A85" w:rsidRPr="00A4702B" w:rsidRDefault="00FD4A85" w:rsidP="002264E8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FD4A85" w:rsidRPr="00181731" w:rsidRDefault="00FD4A85" w:rsidP="002264E8">
            <w:pPr>
              <w:pStyle w:val="21"/>
              <w:spacing w:before="0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Билет составил:      доцент                  ________________________                     Лапина С.Ф.</w:t>
            </w:r>
          </w:p>
          <w:p w:rsidR="00FD4A85" w:rsidRPr="00181731" w:rsidRDefault="00FD4A85" w:rsidP="002264E8">
            <w:pPr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>Утверждено на заседани</w:t>
            </w:r>
            <w:r w:rsidR="00702148">
              <w:rPr>
                <w:szCs w:val="24"/>
                <w:lang w:val="ru-RU"/>
              </w:rPr>
              <w:t>и кафедры: ЭБЖиФ протокол от «22</w:t>
            </w:r>
            <w:r w:rsidRPr="00181731">
              <w:rPr>
                <w:szCs w:val="24"/>
                <w:lang w:val="ru-RU"/>
              </w:rPr>
              <w:t xml:space="preserve">» </w:t>
            </w:r>
            <w:r w:rsidR="00702148">
              <w:rPr>
                <w:szCs w:val="24"/>
                <w:lang w:val="ru-RU"/>
              </w:rPr>
              <w:t>апреля 2026 г № 9</w:t>
            </w:r>
          </w:p>
          <w:p w:rsidR="00FD4A85" w:rsidRPr="00181731" w:rsidRDefault="00FD4A85" w:rsidP="002264E8">
            <w:pPr>
              <w:pStyle w:val="5"/>
              <w:spacing w:before="0"/>
              <w:rPr>
                <w:b/>
                <w:szCs w:val="24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Cs w:val="24"/>
                <w:lang w:val="ru-RU"/>
              </w:rPr>
              <w:t>Заведующий кафедрой   ЭБЖиФ          ________________________              Никифорова В.А.</w:t>
            </w:r>
          </w:p>
        </w:tc>
      </w:tr>
      <w:tr w:rsidR="00FD4A85" w:rsidRPr="00771808" w:rsidTr="0070214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Минобрнауки России </w:t>
            </w: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ФГБОУ ВО </w:t>
            </w: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>«БрГУ»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2264E8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6</w:t>
            </w:r>
          </w:p>
          <w:p w:rsidR="00FD4A85" w:rsidRPr="00181731" w:rsidRDefault="00FD4A85" w:rsidP="002264E8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b/>
                <w:lang w:val="ru-RU"/>
              </w:rPr>
              <w:t xml:space="preserve">направление подготовки 15.03.02 </w:t>
            </w:r>
            <w:r w:rsidRPr="00181731">
              <w:rPr>
                <w:lang w:val="ru-RU"/>
              </w:rPr>
              <w:t>Технологические машины и оборудование</w:t>
            </w: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b/>
                <w:lang w:val="ru-RU"/>
              </w:rPr>
              <w:t>профиль подготовки</w:t>
            </w:r>
            <w:r w:rsidRPr="00181731">
              <w:rPr>
                <w:lang w:val="ru-RU"/>
              </w:rPr>
              <w:t xml:space="preserve"> Машины и оборудование лесного комплекса</w:t>
            </w:r>
            <w:r w:rsidRPr="00181731">
              <w:rPr>
                <w:szCs w:val="24"/>
                <w:lang w:val="ru-RU"/>
              </w:rPr>
              <w:t xml:space="preserve"> </w:t>
            </w:r>
          </w:p>
        </w:tc>
      </w:tr>
      <w:tr w:rsidR="00FD4A85" w:rsidRPr="00771808" w:rsidTr="00702148">
        <w:trPr>
          <w:trHeight w:val="1370"/>
        </w:trPr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2264E8">
            <w:pPr>
              <w:spacing w:line="240" w:lineRule="auto"/>
              <w:rPr>
                <w:szCs w:val="24"/>
                <w:lang w:val="ru-RU"/>
              </w:rPr>
            </w:pPr>
          </w:p>
          <w:p w:rsidR="00FD4A85" w:rsidRPr="00A4702B" w:rsidRDefault="00FD4A85" w:rsidP="00FD4A85">
            <w:pPr>
              <w:numPr>
                <w:ilvl w:val="0"/>
                <w:numId w:val="48"/>
              </w:numPr>
              <w:spacing w:line="240" w:lineRule="auto"/>
              <w:ind w:left="357" w:hanging="357"/>
              <w:jc w:val="both"/>
              <w:rPr>
                <w:szCs w:val="24"/>
              </w:rPr>
            </w:pPr>
            <w:r w:rsidRPr="00181731">
              <w:rPr>
                <w:szCs w:val="24"/>
                <w:lang w:val="ru-RU"/>
              </w:rPr>
              <w:t xml:space="preserve">Периодический закон и периодическая система Д.И. Менделеева. </w:t>
            </w:r>
            <w:r w:rsidRPr="00A4702B">
              <w:rPr>
                <w:szCs w:val="24"/>
              </w:rPr>
              <w:t>Значение. Строение.</w:t>
            </w:r>
          </w:p>
          <w:p w:rsidR="00FD4A85" w:rsidRPr="00A4702B" w:rsidRDefault="00FD4A85" w:rsidP="002264E8">
            <w:pPr>
              <w:spacing w:line="240" w:lineRule="auto"/>
              <w:rPr>
                <w:szCs w:val="24"/>
              </w:rPr>
            </w:pPr>
          </w:p>
          <w:p w:rsidR="00FD4A85" w:rsidRPr="00A4702B" w:rsidRDefault="00FD4A85" w:rsidP="00FD4A85">
            <w:pPr>
              <w:numPr>
                <w:ilvl w:val="0"/>
                <w:numId w:val="48"/>
              </w:numPr>
              <w:spacing w:line="240" w:lineRule="auto"/>
              <w:ind w:left="357" w:hanging="357"/>
              <w:jc w:val="both"/>
              <w:rPr>
                <w:szCs w:val="24"/>
              </w:rPr>
            </w:pPr>
            <w:r w:rsidRPr="00181731">
              <w:rPr>
                <w:szCs w:val="24"/>
                <w:lang w:val="ru-RU"/>
              </w:rPr>
              <w:t xml:space="preserve">Гидролиз солей. Типы гидролиза солей. </w:t>
            </w:r>
            <w:r>
              <w:rPr>
                <w:szCs w:val="24"/>
              </w:rPr>
              <w:t>Степень гидролиза. Константа гидролиза.</w:t>
            </w:r>
          </w:p>
          <w:p w:rsidR="00FD4A85" w:rsidRPr="00A4702B" w:rsidRDefault="00FD4A85" w:rsidP="002264E8">
            <w:pPr>
              <w:spacing w:line="240" w:lineRule="auto"/>
              <w:rPr>
                <w:szCs w:val="24"/>
              </w:rPr>
            </w:pPr>
          </w:p>
          <w:p w:rsidR="00FD4A85" w:rsidRPr="00181731" w:rsidRDefault="00FD4A85" w:rsidP="00FD4A85">
            <w:pPr>
              <w:numPr>
                <w:ilvl w:val="0"/>
                <w:numId w:val="48"/>
              </w:numPr>
              <w:spacing w:line="240" w:lineRule="auto"/>
              <w:ind w:left="357" w:hanging="357"/>
              <w:jc w:val="both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Как следует изменить температуру в системе: </w:t>
            </w:r>
            <w:r w:rsidRPr="00A4702B">
              <w:rPr>
                <w:position w:val="-10"/>
                <w:szCs w:val="24"/>
              </w:rPr>
              <w:object w:dxaOrig="3219" w:dyaOrig="340">
                <v:shape id="_x0000_i1133" type="#_x0000_t75" style="width:161.25pt;height:17.25pt" o:ole="">
                  <v:imagedata r:id="rId202" o:title=""/>
                </v:shape>
                <o:OLEObject Type="Embed" ProgID="Equation.3" ShapeID="_x0000_i1133" DrawAspect="Content" ObjectID="_1842695828" r:id="rId203"/>
              </w:object>
            </w:r>
            <w:r w:rsidRPr="00181731">
              <w:rPr>
                <w:szCs w:val="24"/>
                <w:lang w:val="ru-RU"/>
              </w:rPr>
              <w:t>, чтобы сдвинуть равновесие в сторону прямой реакции.</w:t>
            </w:r>
          </w:p>
          <w:p w:rsidR="00FD4A85" w:rsidRPr="00181731" w:rsidRDefault="00FD4A85" w:rsidP="002264E8">
            <w:pPr>
              <w:spacing w:line="240" w:lineRule="auto"/>
              <w:rPr>
                <w:szCs w:val="24"/>
                <w:lang w:val="ru-RU"/>
              </w:rPr>
            </w:pPr>
          </w:p>
          <w:p w:rsidR="00FD4A85" w:rsidRPr="00181731" w:rsidRDefault="00FD4A85" w:rsidP="002264E8">
            <w:pPr>
              <w:pStyle w:val="21"/>
              <w:spacing w:before="0"/>
              <w:rPr>
                <w:rFonts w:ascii="Times New Roman" w:hAnsi="Times New Roman" w:cs="Times New Roman"/>
                <w:color w:val="auto"/>
                <w:sz w:val="22"/>
                <w:szCs w:val="22"/>
                <w:u w:val="single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Билет составил:      доцент                  ________________________                     Лапина С.Ф..</w:t>
            </w:r>
          </w:p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sz w:val="22"/>
                <w:lang w:val="ru-RU"/>
              </w:rPr>
              <w:t>Утверждено на заседании кафедры:</w:t>
            </w:r>
            <w:r w:rsidR="00702148">
              <w:rPr>
                <w:sz w:val="22"/>
                <w:lang w:val="ru-RU"/>
              </w:rPr>
              <w:t xml:space="preserve"> ЭБЖиФ протокол от «22</w:t>
            </w:r>
            <w:r w:rsidRPr="00181731">
              <w:rPr>
                <w:sz w:val="22"/>
                <w:lang w:val="ru-RU"/>
              </w:rPr>
              <w:t xml:space="preserve">» </w:t>
            </w:r>
            <w:r w:rsidR="00702148">
              <w:rPr>
                <w:sz w:val="22"/>
                <w:lang w:val="ru-RU"/>
              </w:rPr>
              <w:t>апреля 2026 г № 9</w:t>
            </w:r>
          </w:p>
          <w:p w:rsidR="00FD4A85" w:rsidRPr="00181731" w:rsidRDefault="00FD4A85" w:rsidP="002264E8">
            <w:pPr>
              <w:pStyle w:val="5"/>
              <w:spacing w:before="0"/>
              <w:rPr>
                <w:b/>
                <w:szCs w:val="24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Заведующий кафедрой   ЭБЖиФ          ________________________              Никифорова В.А.</w:t>
            </w:r>
            <w:r w:rsidRPr="00181731">
              <w:rPr>
                <w:rFonts w:ascii="Times New Roman" w:hAnsi="Times New Roman" w:cs="Times New Roman"/>
                <w:color w:val="auto"/>
                <w:szCs w:val="24"/>
                <w:lang w:val="ru-RU"/>
              </w:rPr>
              <w:t xml:space="preserve"> </w:t>
            </w:r>
          </w:p>
        </w:tc>
      </w:tr>
      <w:tr w:rsidR="00FD4A85" w:rsidTr="0070214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lastRenderedPageBreak/>
              <w:t xml:space="preserve">Минобрнауки России </w:t>
            </w: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ФГБОУ ВО </w:t>
            </w: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>«БрГУ»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2264E8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7</w:t>
            </w:r>
          </w:p>
          <w:p w:rsidR="00FD4A85" w:rsidRPr="00181731" w:rsidRDefault="00FD4A85" w:rsidP="002264E8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FD4A85" w:rsidRPr="00181731" w:rsidRDefault="00FD4A85" w:rsidP="002264E8">
            <w:pPr>
              <w:jc w:val="center"/>
              <w:rPr>
                <w:lang w:val="ru-RU"/>
              </w:rPr>
            </w:pPr>
            <w:r w:rsidRPr="00181731">
              <w:rPr>
                <w:b/>
                <w:lang w:val="ru-RU"/>
              </w:rPr>
              <w:t xml:space="preserve">направление подготовки 15.03.05 </w:t>
            </w:r>
            <w:r w:rsidRPr="00181731">
              <w:rPr>
                <w:lang w:val="ru-RU"/>
              </w:rPr>
              <w:t>Конструкторско-технологическое обеспечение машиностроительных производств</w:t>
            </w:r>
          </w:p>
          <w:p w:rsidR="00FD4A85" w:rsidRPr="00A4702B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b/>
              </w:rPr>
              <w:t>профиль подготовки</w:t>
            </w:r>
            <w:r>
              <w:t xml:space="preserve"> Технология машиностроения</w:t>
            </w:r>
          </w:p>
        </w:tc>
      </w:tr>
      <w:tr w:rsidR="00FD4A85" w:rsidRPr="00771808" w:rsidTr="00702148">
        <w:trPr>
          <w:trHeight w:val="1370"/>
        </w:trPr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A4702B" w:rsidRDefault="00FD4A85" w:rsidP="002264E8">
            <w:pPr>
              <w:spacing w:line="240" w:lineRule="auto"/>
              <w:rPr>
                <w:szCs w:val="24"/>
              </w:rPr>
            </w:pPr>
          </w:p>
          <w:p w:rsidR="00FD4A85" w:rsidRPr="00A4702B" w:rsidRDefault="00FD4A85" w:rsidP="00FD4A85">
            <w:pPr>
              <w:numPr>
                <w:ilvl w:val="0"/>
                <w:numId w:val="49"/>
              </w:numPr>
              <w:spacing w:line="240" w:lineRule="auto"/>
              <w:ind w:left="357" w:hanging="357"/>
              <w:jc w:val="both"/>
              <w:rPr>
                <w:szCs w:val="24"/>
              </w:rPr>
            </w:pPr>
            <w:r w:rsidRPr="00A4702B">
              <w:rPr>
                <w:szCs w:val="24"/>
              </w:rPr>
              <w:t>Дисперсные системы, их классификация.</w:t>
            </w:r>
          </w:p>
          <w:p w:rsidR="00FD4A85" w:rsidRPr="00A4702B" w:rsidRDefault="00FD4A85" w:rsidP="002264E8">
            <w:pPr>
              <w:pStyle w:val="2c"/>
              <w:widowControl/>
              <w:tabs>
                <w:tab w:val="left" w:pos="2140"/>
              </w:tabs>
              <w:rPr>
                <w:b/>
                <w:sz w:val="24"/>
                <w:szCs w:val="24"/>
              </w:rPr>
            </w:pPr>
          </w:p>
          <w:p w:rsidR="00FD4A85" w:rsidRPr="00A4702B" w:rsidRDefault="00FD4A85" w:rsidP="00FD4A85">
            <w:pPr>
              <w:numPr>
                <w:ilvl w:val="0"/>
                <w:numId w:val="49"/>
              </w:numPr>
              <w:spacing w:line="240" w:lineRule="auto"/>
              <w:ind w:left="357" w:hanging="357"/>
              <w:jc w:val="both"/>
              <w:rPr>
                <w:szCs w:val="24"/>
              </w:rPr>
            </w:pPr>
            <w:r w:rsidRPr="00A4702B">
              <w:rPr>
                <w:szCs w:val="24"/>
              </w:rPr>
              <w:t>Электродный потенциал. Уравнение Нернста.</w:t>
            </w:r>
          </w:p>
          <w:p w:rsidR="00FD4A85" w:rsidRPr="00A4702B" w:rsidRDefault="00FD4A85" w:rsidP="002264E8">
            <w:pPr>
              <w:spacing w:line="240" w:lineRule="auto"/>
              <w:rPr>
                <w:szCs w:val="24"/>
              </w:rPr>
            </w:pPr>
          </w:p>
          <w:p w:rsidR="00FD4A85" w:rsidRPr="00181731" w:rsidRDefault="00FD4A85" w:rsidP="00FD4A85">
            <w:pPr>
              <w:numPr>
                <w:ilvl w:val="0"/>
                <w:numId w:val="49"/>
              </w:numPr>
              <w:spacing w:line="240" w:lineRule="auto"/>
              <w:ind w:left="357" w:hanging="357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Составьте электронное и молекулярное уравнение: </w:t>
            </w:r>
            <w:r w:rsidRPr="00A4702B">
              <w:rPr>
                <w:position w:val="-12"/>
                <w:szCs w:val="24"/>
              </w:rPr>
              <w:object w:dxaOrig="5280" w:dyaOrig="360">
                <v:shape id="_x0000_i1134" type="#_x0000_t75" style="width:264pt;height:18pt" o:ole="">
                  <v:imagedata r:id="rId204" o:title=""/>
                </v:shape>
                <o:OLEObject Type="Embed" ProgID="Equation.3" ShapeID="_x0000_i1134" DrawAspect="Content" ObjectID="_1842695829" r:id="rId205"/>
              </w:object>
            </w:r>
          </w:p>
          <w:p w:rsidR="00FD4A85" w:rsidRPr="00A4702B" w:rsidRDefault="00FD4A85" w:rsidP="002264E8">
            <w:pPr>
              <w:pStyle w:val="2c"/>
              <w:widowControl/>
              <w:tabs>
                <w:tab w:val="left" w:pos="2140"/>
              </w:tabs>
              <w:ind w:hanging="834"/>
              <w:rPr>
                <w:b/>
                <w:sz w:val="24"/>
                <w:szCs w:val="24"/>
              </w:rPr>
            </w:pPr>
          </w:p>
          <w:p w:rsidR="00FD4A85" w:rsidRPr="00181731" w:rsidRDefault="00FD4A85" w:rsidP="002264E8">
            <w:pPr>
              <w:pStyle w:val="21"/>
              <w:spacing w:before="0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Билет составил:      доцент                       ________________________                     Лапина С.Ф.</w:t>
            </w:r>
          </w:p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sz w:val="22"/>
                <w:lang w:val="ru-RU"/>
              </w:rPr>
              <w:t>Утверждено на заседани</w:t>
            </w:r>
            <w:r w:rsidR="00702148">
              <w:rPr>
                <w:sz w:val="22"/>
                <w:lang w:val="ru-RU"/>
              </w:rPr>
              <w:t>и кафедры: ЭБЖиФ протокол от «22</w:t>
            </w:r>
            <w:r w:rsidRPr="00181731">
              <w:rPr>
                <w:sz w:val="22"/>
                <w:lang w:val="ru-RU"/>
              </w:rPr>
              <w:t xml:space="preserve">» </w:t>
            </w:r>
            <w:r w:rsidR="00702148">
              <w:rPr>
                <w:sz w:val="22"/>
                <w:lang w:val="ru-RU"/>
              </w:rPr>
              <w:t>апреля 2026 г № 9</w:t>
            </w:r>
          </w:p>
          <w:p w:rsidR="00FD4A85" w:rsidRPr="00181731" w:rsidRDefault="00FD4A85" w:rsidP="002264E8">
            <w:pPr>
              <w:pStyle w:val="5"/>
              <w:spacing w:before="0"/>
              <w:rPr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Заведующий кафедрой   ЭБЖиФ          ________________________              Никифорова В.</w:t>
            </w:r>
          </w:p>
        </w:tc>
      </w:tr>
      <w:tr w:rsidR="00FD4A85" w:rsidTr="0070214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Минобрнауки России </w:t>
            </w: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ФГБОУ ВО </w:t>
            </w: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>«БрГУ»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2264E8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8</w:t>
            </w:r>
          </w:p>
          <w:p w:rsidR="00FD4A85" w:rsidRPr="00181731" w:rsidRDefault="00FD4A85" w:rsidP="002264E8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FD4A85" w:rsidRPr="00181731" w:rsidRDefault="00FD4A85" w:rsidP="002264E8">
            <w:pPr>
              <w:jc w:val="center"/>
              <w:rPr>
                <w:lang w:val="ru-RU"/>
              </w:rPr>
            </w:pPr>
            <w:r w:rsidRPr="00181731">
              <w:rPr>
                <w:b/>
                <w:lang w:val="ru-RU"/>
              </w:rPr>
              <w:t xml:space="preserve">направление подготовки 15.03.05 </w:t>
            </w:r>
            <w:r w:rsidRPr="00181731">
              <w:rPr>
                <w:lang w:val="ru-RU"/>
              </w:rPr>
              <w:t>Конструкторско-технологическое обеспечение машиностроительных производств</w:t>
            </w:r>
          </w:p>
          <w:p w:rsidR="00FD4A85" w:rsidRPr="00A4702B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b/>
              </w:rPr>
              <w:t>профиль подготовки</w:t>
            </w:r>
            <w:r>
              <w:t xml:space="preserve"> Технология машиностроения</w:t>
            </w:r>
          </w:p>
        </w:tc>
      </w:tr>
      <w:tr w:rsidR="00FD4A85" w:rsidRPr="00771808" w:rsidTr="00702148">
        <w:trPr>
          <w:trHeight w:val="1370"/>
        </w:trPr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FD4A85">
            <w:pPr>
              <w:numPr>
                <w:ilvl w:val="1"/>
                <w:numId w:val="45"/>
              </w:numPr>
              <w:tabs>
                <w:tab w:val="clear" w:pos="1440"/>
              </w:tabs>
              <w:spacing w:line="240" w:lineRule="auto"/>
              <w:ind w:left="357" w:hanging="357"/>
              <w:rPr>
                <w:szCs w:val="24"/>
                <w:lang w:val="ru-RU"/>
              </w:rPr>
            </w:pPr>
            <w:r w:rsidRPr="001D271E">
              <w:rPr>
                <w:szCs w:val="24"/>
              </w:rPr>
              <w:t>C</w:t>
            </w:r>
            <w:r w:rsidRPr="00181731">
              <w:rPr>
                <w:szCs w:val="24"/>
                <w:lang w:val="ru-RU"/>
              </w:rPr>
              <w:t>корость химической реакции. Закон действия масс для гомогенной и гетерогенной реакции.</w:t>
            </w:r>
          </w:p>
          <w:p w:rsidR="00FD4A85" w:rsidRPr="00181731" w:rsidRDefault="00FD4A85" w:rsidP="002264E8">
            <w:pPr>
              <w:spacing w:line="240" w:lineRule="auto"/>
              <w:rPr>
                <w:szCs w:val="24"/>
                <w:lang w:val="ru-RU"/>
              </w:rPr>
            </w:pPr>
          </w:p>
          <w:p w:rsidR="00FD4A85" w:rsidRPr="00A4702B" w:rsidRDefault="00FD4A85" w:rsidP="00FD4A85">
            <w:pPr>
              <w:numPr>
                <w:ilvl w:val="0"/>
                <w:numId w:val="45"/>
              </w:numPr>
              <w:spacing w:line="240" w:lineRule="auto"/>
              <w:ind w:left="510"/>
              <w:jc w:val="both"/>
              <w:rPr>
                <w:szCs w:val="24"/>
              </w:rPr>
            </w:pPr>
            <w:r w:rsidRPr="001D271E">
              <w:rPr>
                <w:szCs w:val="24"/>
              </w:rPr>
              <w:t>Коррозия металлов</w:t>
            </w:r>
            <w:r w:rsidRPr="00A4702B">
              <w:rPr>
                <w:szCs w:val="24"/>
              </w:rPr>
              <w:t>.</w:t>
            </w:r>
          </w:p>
          <w:p w:rsidR="00FD4A85" w:rsidRPr="00A4702B" w:rsidRDefault="00FD4A85" w:rsidP="002264E8">
            <w:pPr>
              <w:spacing w:line="240" w:lineRule="auto"/>
              <w:rPr>
                <w:szCs w:val="24"/>
              </w:rPr>
            </w:pPr>
          </w:p>
          <w:p w:rsidR="00FD4A85" w:rsidRPr="00181731" w:rsidRDefault="00FD4A85" w:rsidP="00FD4A85">
            <w:pPr>
              <w:numPr>
                <w:ilvl w:val="0"/>
                <w:numId w:val="45"/>
              </w:numPr>
              <w:tabs>
                <w:tab w:val="num" w:pos="306"/>
              </w:tabs>
              <w:spacing w:line="240" w:lineRule="auto"/>
              <w:ind w:left="0" w:hanging="834"/>
              <w:rPr>
                <w:b/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3. Составьте электронное и молекулярное уравнение: </w:t>
            </w:r>
            <w:r w:rsidRPr="00A4702B">
              <w:rPr>
                <w:position w:val="-12"/>
                <w:szCs w:val="24"/>
              </w:rPr>
              <w:object w:dxaOrig="5280" w:dyaOrig="360">
                <v:shape id="_x0000_i1135" type="#_x0000_t75" style="width:264pt;height:18pt" o:ole="">
                  <v:imagedata r:id="rId206" o:title=""/>
                </v:shape>
                <o:OLEObject Type="Embed" ProgID="Equation.3" ShapeID="_x0000_i1135" DrawAspect="Content" ObjectID="_1842695830" r:id="rId207"/>
              </w:object>
            </w:r>
          </w:p>
          <w:p w:rsidR="00FD4A85" w:rsidRPr="00A4702B" w:rsidRDefault="00FD4A85" w:rsidP="002264E8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FD4A85" w:rsidRPr="00181731" w:rsidRDefault="00FD4A85" w:rsidP="002264E8">
            <w:pPr>
              <w:pStyle w:val="21"/>
              <w:spacing w:before="0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Билет составил:      доцент                  ________________________                     Лапина С.Ф.</w:t>
            </w:r>
          </w:p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sz w:val="22"/>
                <w:lang w:val="ru-RU"/>
              </w:rPr>
              <w:t>Утверждено на заседании кафедры: ЭБЖиФ протокол от «2</w:t>
            </w:r>
            <w:r w:rsidR="00702148">
              <w:rPr>
                <w:sz w:val="22"/>
                <w:lang w:val="ru-RU"/>
              </w:rPr>
              <w:t>2</w:t>
            </w:r>
            <w:r w:rsidRPr="00181731">
              <w:rPr>
                <w:sz w:val="22"/>
                <w:lang w:val="ru-RU"/>
              </w:rPr>
              <w:t xml:space="preserve">» </w:t>
            </w:r>
            <w:r w:rsidR="00702148">
              <w:rPr>
                <w:sz w:val="22"/>
                <w:lang w:val="ru-RU"/>
              </w:rPr>
              <w:t>апреля 2026 г № 9</w:t>
            </w:r>
          </w:p>
          <w:p w:rsidR="00FD4A85" w:rsidRPr="00181731" w:rsidRDefault="00FD4A85" w:rsidP="002264E8">
            <w:pPr>
              <w:pStyle w:val="5"/>
              <w:spacing w:before="0"/>
              <w:rPr>
                <w:b/>
                <w:szCs w:val="24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Заведующий кафедрой   ЭБЖиФ          ________________________              Никифорова В.А.</w:t>
            </w:r>
          </w:p>
        </w:tc>
      </w:tr>
      <w:tr w:rsidR="00FD4A85" w:rsidTr="00702148">
        <w:trPr>
          <w:trHeight w:val="13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Минобрнауки России </w:t>
            </w: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ФГБОУ ВО </w:t>
            </w: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>«БрГУ»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2264E8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9</w:t>
            </w:r>
          </w:p>
          <w:p w:rsidR="00FD4A85" w:rsidRPr="00181731" w:rsidRDefault="00FD4A85" w:rsidP="002264E8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FD4A85" w:rsidRPr="00181731" w:rsidRDefault="00FD4A85" w:rsidP="002264E8">
            <w:pPr>
              <w:jc w:val="center"/>
              <w:rPr>
                <w:lang w:val="ru-RU"/>
              </w:rPr>
            </w:pPr>
            <w:r w:rsidRPr="00181731">
              <w:rPr>
                <w:b/>
                <w:lang w:val="ru-RU"/>
              </w:rPr>
              <w:t xml:space="preserve">направление подготовки 15.03.05 </w:t>
            </w:r>
            <w:r w:rsidRPr="00181731">
              <w:rPr>
                <w:lang w:val="ru-RU"/>
              </w:rPr>
              <w:t>Конструкторско-технологическое обеспечение машиностроительных производств</w:t>
            </w:r>
          </w:p>
          <w:p w:rsidR="00FD4A85" w:rsidRPr="00A4702B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b/>
              </w:rPr>
              <w:t>профиль подготовки</w:t>
            </w:r>
            <w:r>
              <w:t xml:space="preserve"> Технология машиностроения</w:t>
            </w:r>
          </w:p>
        </w:tc>
      </w:tr>
      <w:tr w:rsidR="00FD4A85" w:rsidTr="00702148">
        <w:trPr>
          <w:trHeight w:val="1370"/>
        </w:trPr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93D33" w:rsidRDefault="00FD4A85" w:rsidP="00FD4A85">
            <w:pPr>
              <w:numPr>
                <w:ilvl w:val="0"/>
                <w:numId w:val="50"/>
              </w:numPr>
              <w:spacing w:line="240" w:lineRule="auto"/>
              <w:ind w:left="748" w:hanging="391"/>
              <w:jc w:val="both"/>
              <w:rPr>
                <w:szCs w:val="24"/>
              </w:rPr>
            </w:pPr>
            <w:r w:rsidRPr="00181731">
              <w:rPr>
                <w:szCs w:val="24"/>
                <w:lang w:val="ru-RU"/>
              </w:rPr>
              <w:lastRenderedPageBreak/>
              <w:t xml:space="preserve">Свойства идеальных растворов. Осмос. Осмотическое давление. </w:t>
            </w:r>
            <w:r w:rsidRPr="00193D33">
              <w:rPr>
                <w:szCs w:val="24"/>
              </w:rPr>
              <w:t>Закон Вант-Гоффа.</w:t>
            </w:r>
          </w:p>
          <w:p w:rsidR="00FD4A85" w:rsidRPr="00193D33" w:rsidRDefault="00FD4A85" w:rsidP="002264E8">
            <w:pPr>
              <w:rPr>
                <w:szCs w:val="24"/>
              </w:rPr>
            </w:pPr>
          </w:p>
          <w:p w:rsidR="00FD4A85" w:rsidRPr="001D271E" w:rsidRDefault="00FD4A85" w:rsidP="00FD4A85">
            <w:pPr>
              <w:numPr>
                <w:ilvl w:val="0"/>
                <w:numId w:val="50"/>
              </w:numPr>
              <w:spacing w:line="240" w:lineRule="auto"/>
              <w:ind w:left="748" w:hanging="391"/>
              <w:jc w:val="both"/>
              <w:rPr>
                <w:szCs w:val="24"/>
              </w:rPr>
            </w:pPr>
            <w:r w:rsidRPr="001D271E">
              <w:rPr>
                <w:szCs w:val="24"/>
              </w:rPr>
              <w:t>Химические свойства металлов.</w:t>
            </w:r>
          </w:p>
          <w:p w:rsidR="00FD4A85" w:rsidRPr="001D271E" w:rsidRDefault="00FD4A85" w:rsidP="002264E8">
            <w:pPr>
              <w:rPr>
                <w:szCs w:val="24"/>
              </w:rPr>
            </w:pPr>
          </w:p>
          <w:p w:rsidR="00FD4A85" w:rsidRPr="00181731" w:rsidRDefault="00FD4A85" w:rsidP="00FD4A85">
            <w:pPr>
              <w:numPr>
                <w:ilvl w:val="0"/>
                <w:numId w:val="50"/>
              </w:numPr>
              <w:spacing w:line="240" w:lineRule="auto"/>
              <w:ind w:left="748" w:hanging="391"/>
              <w:rPr>
                <w:szCs w:val="24"/>
                <w:lang w:val="ru-RU"/>
              </w:rPr>
            </w:pPr>
            <w:r w:rsidRPr="00702148">
              <w:rPr>
                <w:szCs w:val="24"/>
                <w:lang w:val="ru-RU"/>
              </w:rPr>
              <w:t xml:space="preserve"> </w:t>
            </w:r>
            <w:r w:rsidRPr="00181731">
              <w:rPr>
                <w:szCs w:val="24"/>
                <w:lang w:val="ru-RU"/>
              </w:rPr>
              <w:t xml:space="preserve">Составьте электронное и молекулярное уравнение: </w:t>
            </w:r>
            <w:r w:rsidRPr="00193D33">
              <w:rPr>
                <w:position w:val="-12"/>
                <w:szCs w:val="24"/>
              </w:rPr>
              <w:object w:dxaOrig="4920" w:dyaOrig="360">
                <v:shape id="_x0000_i1136" type="#_x0000_t75" style="width:246pt;height:18pt" o:ole="">
                  <v:imagedata r:id="rId208" o:title=""/>
                </v:shape>
                <o:OLEObject Type="Embed" ProgID="Equation.3" ShapeID="_x0000_i1136" DrawAspect="Content" ObjectID="_1842695831" r:id="rId209"/>
              </w:object>
            </w:r>
          </w:p>
          <w:p w:rsidR="00FD4A85" w:rsidRPr="00181731" w:rsidRDefault="00FD4A85" w:rsidP="002264E8">
            <w:pPr>
              <w:rPr>
                <w:sz w:val="28"/>
                <w:lang w:val="ru-RU"/>
              </w:rPr>
            </w:pPr>
          </w:p>
          <w:p w:rsidR="00FD4A85" w:rsidRPr="00181731" w:rsidRDefault="00FD4A85" w:rsidP="002264E8">
            <w:pPr>
              <w:pStyle w:val="21"/>
              <w:spacing w:before="0"/>
              <w:rPr>
                <w:color w:val="auto"/>
                <w:sz w:val="22"/>
                <w:szCs w:val="22"/>
                <w:lang w:val="ru-RU"/>
              </w:rPr>
            </w:pPr>
            <w:r w:rsidRPr="00181731">
              <w:rPr>
                <w:color w:val="auto"/>
                <w:sz w:val="22"/>
                <w:szCs w:val="22"/>
                <w:lang w:val="ru-RU"/>
              </w:rPr>
              <w:t>Билет составил:      доцент                  ________________________                     Лапина С.Ф.</w:t>
            </w:r>
          </w:p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sz w:val="22"/>
                <w:lang w:val="ru-RU"/>
              </w:rPr>
              <w:t>Утверждено на заседани</w:t>
            </w:r>
            <w:r w:rsidR="00702148">
              <w:rPr>
                <w:sz w:val="22"/>
                <w:lang w:val="ru-RU"/>
              </w:rPr>
              <w:t>и кафедры: ЭБЖиФ протокол от «22</w:t>
            </w:r>
            <w:r w:rsidRPr="00181731">
              <w:rPr>
                <w:sz w:val="22"/>
                <w:lang w:val="ru-RU"/>
              </w:rPr>
              <w:t xml:space="preserve">» </w:t>
            </w:r>
            <w:r w:rsidR="00702148">
              <w:rPr>
                <w:sz w:val="22"/>
                <w:lang w:val="ru-RU"/>
              </w:rPr>
              <w:t>апреля 2026 г № 9</w:t>
            </w:r>
          </w:p>
          <w:p w:rsidR="00FD4A85" w:rsidRPr="00A4702B" w:rsidRDefault="00FD4A85" w:rsidP="002264E8">
            <w:pPr>
              <w:rPr>
                <w:szCs w:val="24"/>
              </w:rPr>
            </w:pPr>
            <w:r w:rsidRPr="00193D33">
              <w:rPr>
                <w:sz w:val="22"/>
              </w:rPr>
              <w:t>Заведующий кафедрой   ЭБЖиФ          ________________________              Никифорова</w:t>
            </w:r>
          </w:p>
        </w:tc>
      </w:tr>
      <w:tr w:rsidR="00FD4A85" w:rsidRPr="00A4702B" w:rsidTr="00702148">
        <w:trPr>
          <w:trHeight w:val="13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Минобрнауки России </w:t>
            </w: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ФГБОУ ВО </w:t>
            </w: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>«БрГУ»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2264E8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10</w:t>
            </w:r>
          </w:p>
          <w:p w:rsidR="00FD4A85" w:rsidRPr="00181731" w:rsidRDefault="00FD4A85" w:rsidP="002264E8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FD4A85" w:rsidRPr="00181731" w:rsidRDefault="00FD4A85" w:rsidP="002264E8">
            <w:pPr>
              <w:jc w:val="center"/>
              <w:rPr>
                <w:lang w:val="ru-RU"/>
              </w:rPr>
            </w:pPr>
            <w:r w:rsidRPr="00181731">
              <w:rPr>
                <w:b/>
                <w:lang w:val="ru-RU"/>
              </w:rPr>
              <w:t xml:space="preserve">направление подготовки 15.03.05 </w:t>
            </w:r>
            <w:r w:rsidRPr="00181731">
              <w:rPr>
                <w:lang w:val="ru-RU"/>
              </w:rPr>
              <w:t>Конструкторско-технологическое обеспечение машиностроительных производств</w:t>
            </w:r>
          </w:p>
          <w:p w:rsidR="00FD4A85" w:rsidRPr="00A4702B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b/>
              </w:rPr>
              <w:t>профиль подготовки</w:t>
            </w:r>
            <w:r>
              <w:t xml:space="preserve"> Технология машиностроения</w:t>
            </w:r>
          </w:p>
        </w:tc>
      </w:tr>
      <w:tr w:rsidR="00FD4A85" w:rsidRPr="00771808" w:rsidTr="00702148">
        <w:trPr>
          <w:trHeight w:val="1370"/>
        </w:trPr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FD4A85">
            <w:pPr>
              <w:numPr>
                <w:ilvl w:val="0"/>
                <w:numId w:val="51"/>
              </w:numPr>
              <w:spacing w:line="240" w:lineRule="auto"/>
              <w:ind w:left="714" w:hanging="357"/>
              <w:jc w:val="both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Типы химической связи. Валентность. Основные характеристики химической связи (длина, энергия, валентные углы). </w:t>
            </w:r>
          </w:p>
          <w:p w:rsidR="00FD4A85" w:rsidRPr="00181731" w:rsidRDefault="00FD4A85" w:rsidP="002264E8">
            <w:pPr>
              <w:ind w:left="714"/>
              <w:rPr>
                <w:szCs w:val="24"/>
                <w:lang w:val="ru-RU"/>
              </w:rPr>
            </w:pPr>
          </w:p>
          <w:p w:rsidR="00FD4A85" w:rsidRPr="00181731" w:rsidRDefault="00FD4A85" w:rsidP="00FD4A85">
            <w:pPr>
              <w:numPr>
                <w:ilvl w:val="0"/>
                <w:numId w:val="51"/>
              </w:numPr>
              <w:spacing w:line="240" w:lineRule="auto"/>
              <w:ind w:left="714" w:hanging="357"/>
              <w:jc w:val="both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>Химические источники электрического тока (гальванические элементы, аккумуляторы).</w:t>
            </w:r>
          </w:p>
          <w:p w:rsidR="00FD4A85" w:rsidRPr="00181731" w:rsidRDefault="00FD4A85" w:rsidP="002264E8">
            <w:pPr>
              <w:rPr>
                <w:szCs w:val="24"/>
                <w:lang w:val="ru-RU"/>
              </w:rPr>
            </w:pPr>
          </w:p>
          <w:p w:rsidR="00FD4A85" w:rsidRPr="00193D33" w:rsidRDefault="00FD4A85" w:rsidP="00FD4A85">
            <w:pPr>
              <w:numPr>
                <w:ilvl w:val="0"/>
                <w:numId w:val="51"/>
              </w:numPr>
              <w:spacing w:line="240" w:lineRule="auto"/>
              <w:ind w:left="714" w:hanging="357"/>
              <w:jc w:val="both"/>
              <w:rPr>
                <w:szCs w:val="24"/>
              </w:rPr>
            </w:pPr>
            <w:r w:rsidRPr="00181731">
              <w:rPr>
                <w:szCs w:val="24"/>
                <w:lang w:val="ru-RU"/>
              </w:rPr>
              <w:t xml:space="preserve">При разложении 0,5 моль </w:t>
            </w:r>
            <w:r w:rsidRPr="00193D33">
              <w:rPr>
                <w:position w:val="-10"/>
                <w:szCs w:val="24"/>
              </w:rPr>
              <w:object w:dxaOrig="480" w:dyaOrig="340">
                <v:shape id="_x0000_i1137" type="#_x0000_t75" style="width:24pt;height:17.25pt" o:ole="">
                  <v:imagedata r:id="rId210" o:title=""/>
                </v:shape>
                <o:OLEObject Type="Embed" ProgID="Equation.3" ShapeID="_x0000_i1137" DrawAspect="Content" ObjectID="_1842695832" r:id="rId211"/>
              </w:object>
            </w:r>
            <w:r w:rsidRPr="00181731">
              <w:rPr>
                <w:szCs w:val="24"/>
                <w:lang w:val="ru-RU"/>
              </w:rPr>
              <w:t xml:space="preserve">поглощается 196,7 кДж теплоты. </w:t>
            </w:r>
            <w:r w:rsidRPr="00193D33">
              <w:rPr>
                <w:szCs w:val="24"/>
              </w:rPr>
              <w:t xml:space="preserve">Определить энтальпию образования </w:t>
            </w:r>
            <w:r w:rsidRPr="00193D33">
              <w:rPr>
                <w:position w:val="-10"/>
                <w:szCs w:val="24"/>
              </w:rPr>
              <w:object w:dxaOrig="480" w:dyaOrig="340">
                <v:shape id="_x0000_i1138" type="#_x0000_t75" style="width:24pt;height:17.25pt" o:ole="">
                  <v:imagedata r:id="rId212" o:title=""/>
                </v:shape>
                <o:OLEObject Type="Embed" ProgID="Equation.3" ShapeID="_x0000_i1138" DrawAspect="Content" ObjectID="_1842695833" r:id="rId213"/>
              </w:object>
            </w:r>
            <w:r w:rsidRPr="00193D33">
              <w:rPr>
                <w:szCs w:val="24"/>
              </w:rPr>
              <w:t>.</w:t>
            </w:r>
          </w:p>
          <w:p w:rsidR="00FD4A85" w:rsidRDefault="00FD4A85" w:rsidP="002264E8"/>
          <w:p w:rsidR="00FD4A85" w:rsidRPr="00181731" w:rsidRDefault="00FD4A85" w:rsidP="002264E8">
            <w:pPr>
              <w:pStyle w:val="21"/>
              <w:rPr>
                <w:rFonts w:ascii="Times New Roman" w:hAnsi="Times New Roman" w:cs="Times New Roman"/>
                <w:color w:val="auto"/>
                <w:sz w:val="22"/>
                <w:szCs w:val="22"/>
                <w:u w:val="single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Билет составил:      доцент                  ________________________                     </w:t>
            </w:r>
            <w:r w:rsidRPr="00181731">
              <w:rPr>
                <w:rFonts w:ascii="Times New Roman" w:hAnsi="Times New Roman" w:cs="Times New Roman"/>
                <w:color w:val="auto"/>
                <w:sz w:val="22"/>
                <w:szCs w:val="22"/>
                <w:u w:val="single"/>
                <w:lang w:val="ru-RU"/>
              </w:rPr>
              <w:t>Лапина С.Ф.</w:t>
            </w:r>
          </w:p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sz w:val="22"/>
                <w:lang w:val="ru-RU"/>
              </w:rPr>
              <w:t>Утверждено на заседани</w:t>
            </w:r>
            <w:r w:rsidR="00702148">
              <w:rPr>
                <w:sz w:val="22"/>
                <w:lang w:val="ru-RU"/>
              </w:rPr>
              <w:t>и кафедры: ЭБЖиФ протокол от «22</w:t>
            </w:r>
            <w:r w:rsidRPr="00181731">
              <w:rPr>
                <w:sz w:val="22"/>
                <w:lang w:val="ru-RU"/>
              </w:rPr>
              <w:t xml:space="preserve">» </w:t>
            </w:r>
            <w:r w:rsidR="00702148">
              <w:rPr>
                <w:sz w:val="22"/>
                <w:lang w:val="ru-RU"/>
              </w:rPr>
              <w:t>апреля 2026 г № 9</w:t>
            </w:r>
          </w:p>
          <w:p w:rsidR="00FD4A85" w:rsidRPr="00181731" w:rsidRDefault="00FD4A85" w:rsidP="002264E8">
            <w:pPr>
              <w:spacing w:line="240" w:lineRule="auto"/>
              <w:rPr>
                <w:szCs w:val="24"/>
                <w:lang w:val="ru-RU"/>
              </w:rPr>
            </w:pPr>
            <w:r w:rsidRPr="00181731">
              <w:rPr>
                <w:sz w:val="22"/>
                <w:lang w:val="ru-RU"/>
              </w:rPr>
              <w:t>Заведующий кафедрой   ЭБЖиФ          ________________________              Никифорова В.А.</w:t>
            </w:r>
          </w:p>
        </w:tc>
      </w:tr>
      <w:tr w:rsidR="00FD4A85" w:rsidRPr="00A4702B" w:rsidTr="00702148">
        <w:trPr>
          <w:trHeight w:val="13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Минобрнауки России </w:t>
            </w: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ФГБОУ ВО </w:t>
            </w: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>«БрГУ»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2264E8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11</w:t>
            </w:r>
          </w:p>
          <w:p w:rsidR="00FD4A85" w:rsidRPr="00181731" w:rsidRDefault="00FD4A85" w:rsidP="002264E8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FD4A85" w:rsidRPr="00181731" w:rsidRDefault="00FD4A85" w:rsidP="002264E8">
            <w:pPr>
              <w:jc w:val="center"/>
              <w:rPr>
                <w:lang w:val="ru-RU"/>
              </w:rPr>
            </w:pPr>
            <w:r w:rsidRPr="00181731">
              <w:rPr>
                <w:b/>
                <w:lang w:val="ru-RU"/>
              </w:rPr>
              <w:t xml:space="preserve">направление подготовки 15.03.05 </w:t>
            </w:r>
            <w:r w:rsidRPr="00181731">
              <w:rPr>
                <w:lang w:val="ru-RU"/>
              </w:rPr>
              <w:t>Конструкторско-технологическое обеспечение машиностроительных производств</w:t>
            </w:r>
          </w:p>
          <w:p w:rsidR="00FD4A85" w:rsidRPr="00A4702B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b/>
              </w:rPr>
              <w:t>профиль подготовки</w:t>
            </w:r>
            <w:r>
              <w:t xml:space="preserve"> Технология машиностроения</w:t>
            </w:r>
          </w:p>
        </w:tc>
      </w:tr>
      <w:tr w:rsidR="00FD4A85" w:rsidRPr="00771808" w:rsidTr="00702148">
        <w:trPr>
          <w:trHeight w:val="1370"/>
        </w:trPr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FD4A85">
            <w:pPr>
              <w:numPr>
                <w:ilvl w:val="0"/>
                <w:numId w:val="52"/>
              </w:numPr>
              <w:spacing w:line="240" w:lineRule="auto"/>
              <w:ind w:left="714" w:hanging="357"/>
              <w:jc w:val="both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Основные понятия и законы химии: закон сохранения массы, закон эквивалентов, газовые законы, закон постоянства состава вещества. </w:t>
            </w:r>
          </w:p>
          <w:p w:rsidR="00FD4A85" w:rsidRPr="00181731" w:rsidRDefault="00FD4A85" w:rsidP="002264E8">
            <w:pPr>
              <w:ind w:left="357"/>
              <w:rPr>
                <w:szCs w:val="24"/>
                <w:lang w:val="ru-RU"/>
              </w:rPr>
            </w:pPr>
          </w:p>
          <w:p w:rsidR="00FD4A85" w:rsidRPr="00181731" w:rsidRDefault="00FD4A85" w:rsidP="00FD4A85">
            <w:pPr>
              <w:numPr>
                <w:ilvl w:val="0"/>
                <w:numId w:val="52"/>
              </w:numPr>
              <w:spacing w:line="240" w:lineRule="auto"/>
              <w:ind w:left="714" w:hanging="357"/>
              <w:jc w:val="both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>Электролиз растворов, расплавов. Катодные и анодные процессы.</w:t>
            </w:r>
          </w:p>
          <w:p w:rsidR="00FD4A85" w:rsidRPr="00181731" w:rsidRDefault="00FD4A85" w:rsidP="002264E8">
            <w:pPr>
              <w:rPr>
                <w:szCs w:val="24"/>
                <w:lang w:val="ru-RU"/>
              </w:rPr>
            </w:pPr>
          </w:p>
          <w:p w:rsidR="00FD4A85" w:rsidRPr="00181731" w:rsidRDefault="00FD4A85" w:rsidP="00FD4A85">
            <w:pPr>
              <w:numPr>
                <w:ilvl w:val="0"/>
                <w:numId w:val="52"/>
              </w:numPr>
              <w:spacing w:line="240" w:lineRule="auto"/>
              <w:ind w:left="714" w:hanging="357"/>
              <w:jc w:val="both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Какой вид имеет выражение скорости прямой реакции: </w:t>
            </w:r>
            <w:r w:rsidRPr="00193D33">
              <w:rPr>
                <w:position w:val="-14"/>
                <w:szCs w:val="24"/>
              </w:rPr>
              <w:object w:dxaOrig="3140" w:dyaOrig="380">
                <v:shape id="_x0000_i1139" type="#_x0000_t75" style="width:156pt;height:18.75pt" o:ole="">
                  <v:imagedata r:id="rId214" o:title=""/>
                </v:shape>
                <o:OLEObject Type="Embed" ProgID="Equation.3" ShapeID="_x0000_i1139" DrawAspect="Content" ObjectID="_1842695834" r:id="rId215"/>
              </w:object>
            </w:r>
          </w:p>
          <w:p w:rsidR="00FD4A85" w:rsidRPr="00181731" w:rsidRDefault="00FD4A85" w:rsidP="002264E8">
            <w:pPr>
              <w:rPr>
                <w:lang w:val="ru-RU"/>
              </w:rPr>
            </w:pPr>
          </w:p>
          <w:p w:rsidR="00FD4A85" w:rsidRPr="00181731" w:rsidRDefault="00FD4A85" w:rsidP="002264E8">
            <w:pPr>
              <w:pStyle w:val="21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Билет составил:      доцент                  ________________________                     Лапина С.Ф.</w:t>
            </w:r>
          </w:p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sz w:val="22"/>
                <w:lang w:val="ru-RU"/>
              </w:rPr>
              <w:lastRenderedPageBreak/>
              <w:t>Утверждено на заседани</w:t>
            </w:r>
            <w:r w:rsidR="00702148">
              <w:rPr>
                <w:sz w:val="22"/>
                <w:lang w:val="ru-RU"/>
              </w:rPr>
              <w:t>и кафедры: ЭБЖиФ протокол от «22</w:t>
            </w:r>
            <w:r w:rsidRPr="00181731">
              <w:rPr>
                <w:sz w:val="22"/>
                <w:lang w:val="ru-RU"/>
              </w:rPr>
              <w:t xml:space="preserve">» </w:t>
            </w:r>
            <w:r w:rsidR="00702148">
              <w:rPr>
                <w:sz w:val="22"/>
                <w:lang w:val="ru-RU"/>
              </w:rPr>
              <w:t>апреля</w:t>
            </w:r>
            <w:r w:rsidRPr="00181731">
              <w:rPr>
                <w:sz w:val="22"/>
                <w:lang w:val="ru-RU"/>
              </w:rPr>
              <w:t xml:space="preserve"> 2026 г №</w:t>
            </w:r>
            <w:r w:rsidR="00702148">
              <w:rPr>
                <w:sz w:val="22"/>
                <w:lang w:val="ru-RU"/>
              </w:rPr>
              <w:t xml:space="preserve"> 9</w:t>
            </w:r>
          </w:p>
          <w:p w:rsidR="00FD4A85" w:rsidRPr="00181731" w:rsidRDefault="00FD4A85" w:rsidP="002264E8">
            <w:pPr>
              <w:pStyle w:val="5"/>
              <w:rPr>
                <w:szCs w:val="24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Заведующий кафедрой   ЭБЖиФ          ________________________              Никифорова В.А.</w:t>
            </w:r>
          </w:p>
        </w:tc>
      </w:tr>
      <w:tr w:rsidR="00FD4A85" w:rsidRPr="00A4702B" w:rsidTr="00702148">
        <w:trPr>
          <w:trHeight w:val="13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lastRenderedPageBreak/>
              <w:t xml:space="preserve">Минобрнауки России </w:t>
            </w: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ФГБОУ ВО </w:t>
            </w: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>«БрГУ»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2264E8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12</w:t>
            </w:r>
          </w:p>
          <w:p w:rsidR="00FD4A85" w:rsidRPr="00181731" w:rsidRDefault="00FD4A85" w:rsidP="002264E8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FD4A85" w:rsidRPr="00181731" w:rsidRDefault="00FD4A85" w:rsidP="002264E8">
            <w:pPr>
              <w:jc w:val="center"/>
              <w:rPr>
                <w:lang w:val="ru-RU"/>
              </w:rPr>
            </w:pPr>
            <w:r w:rsidRPr="00181731">
              <w:rPr>
                <w:b/>
                <w:lang w:val="ru-RU"/>
              </w:rPr>
              <w:t xml:space="preserve">направление подготовки 15.03.05 </w:t>
            </w:r>
            <w:r w:rsidRPr="00181731">
              <w:rPr>
                <w:lang w:val="ru-RU"/>
              </w:rPr>
              <w:t>Конструкторско-технологическое обеспечение машиностроительных производств</w:t>
            </w:r>
          </w:p>
          <w:p w:rsidR="00FD4A85" w:rsidRPr="00A4702B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b/>
              </w:rPr>
              <w:t>профиль подготовки</w:t>
            </w:r>
            <w:r>
              <w:t xml:space="preserve"> Технология машиностроения</w:t>
            </w:r>
          </w:p>
        </w:tc>
      </w:tr>
      <w:tr w:rsidR="00FD4A85" w:rsidRPr="00771808" w:rsidTr="00702148">
        <w:trPr>
          <w:trHeight w:val="1370"/>
        </w:trPr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D271E" w:rsidRDefault="00FD4A85" w:rsidP="00FD4A85">
            <w:pPr>
              <w:numPr>
                <w:ilvl w:val="0"/>
                <w:numId w:val="53"/>
              </w:numPr>
              <w:spacing w:line="240" w:lineRule="auto"/>
              <w:ind w:left="714" w:hanging="357"/>
              <w:jc w:val="both"/>
              <w:rPr>
                <w:szCs w:val="24"/>
              </w:rPr>
            </w:pPr>
            <w:r w:rsidRPr="001D271E">
              <w:rPr>
                <w:szCs w:val="24"/>
              </w:rPr>
              <w:t>Физические свойства металлов.</w:t>
            </w:r>
          </w:p>
          <w:p w:rsidR="00FD4A85" w:rsidRPr="00193D33" w:rsidRDefault="00FD4A85" w:rsidP="002264E8">
            <w:pPr>
              <w:rPr>
                <w:szCs w:val="24"/>
              </w:rPr>
            </w:pPr>
          </w:p>
          <w:p w:rsidR="00FD4A85" w:rsidRPr="00181731" w:rsidRDefault="00FD4A85" w:rsidP="00FD4A85">
            <w:pPr>
              <w:numPr>
                <w:ilvl w:val="0"/>
                <w:numId w:val="53"/>
              </w:numPr>
              <w:spacing w:line="240" w:lineRule="auto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Растворы, как гомогенные системы. Процесс растворения, растворимость. </w:t>
            </w:r>
          </w:p>
          <w:p w:rsidR="00FD4A85" w:rsidRPr="00181731" w:rsidRDefault="00FD4A85" w:rsidP="002264E8">
            <w:pPr>
              <w:ind w:left="357"/>
              <w:rPr>
                <w:szCs w:val="24"/>
                <w:lang w:val="ru-RU"/>
              </w:rPr>
            </w:pPr>
          </w:p>
          <w:p w:rsidR="00FD4A85" w:rsidRPr="00181731" w:rsidRDefault="00FD4A85" w:rsidP="00FD4A85">
            <w:pPr>
              <w:numPr>
                <w:ilvl w:val="0"/>
                <w:numId w:val="53"/>
              </w:numPr>
              <w:spacing w:line="240" w:lineRule="auto"/>
              <w:ind w:left="714" w:hanging="357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Составить уравнения процессов, протекающих при электролизе расплава </w:t>
            </w:r>
            <w:r w:rsidRPr="00193D33">
              <w:rPr>
                <w:position w:val="-6"/>
                <w:szCs w:val="24"/>
              </w:rPr>
              <w:object w:dxaOrig="740" w:dyaOrig="280">
                <v:shape id="_x0000_i1140" type="#_x0000_t75" style="width:36.75pt;height:13.5pt" o:ole="">
                  <v:imagedata r:id="rId216" o:title=""/>
                </v:shape>
                <o:OLEObject Type="Embed" ProgID="Equation.3" ShapeID="_x0000_i1140" DrawAspect="Content" ObjectID="_1842695835" r:id="rId217"/>
              </w:object>
            </w:r>
            <w:r w:rsidRPr="00181731">
              <w:rPr>
                <w:szCs w:val="24"/>
                <w:lang w:val="ru-RU"/>
              </w:rPr>
              <w:t>, с инертными электродами.</w:t>
            </w:r>
          </w:p>
          <w:p w:rsidR="00FD4A85" w:rsidRDefault="00FD4A85" w:rsidP="002264E8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</w:rPr>
            </w:pPr>
          </w:p>
          <w:p w:rsidR="00FD4A85" w:rsidRPr="00181731" w:rsidRDefault="00FD4A85" w:rsidP="002264E8">
            <w:pPr>
              <w:pStyle w:val="21"/>
              <w:rPr>
                <w:color w:val="auto"/>
                <w:sz w:val="22"/>
                <w:szCs w:val="22"/>
                <w:lang w:val="ru-RU"/>
              </w:rPr>
            </w:pPr>
            <w:r w:rsidRPr="00181731">
              <w:rPr>
                <w:color w:val="auto"/>
                <w:sz w:val="22"/>
                <w:szCs w:val="22"/>
                <w:lang w:val="ru-RU"/>
              </w:rPr>
              <w:t>Билет составил:      доцент                   ________________________                     Лапина С.Ф.</w:t>
            </w:r>
          </w:p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sz w:val="22"/>
                <w:lang w:val="ru-RU"/>
              </w:rPr>
              <w:t>Утверждено на заседани</w:t>
            </w:r>
            <w:r w:rsidR="00702148">
              <w:rPr>
                <w:sz w:val="22"/>
                <w:lang w:val="ru-RU"/>
              </w:rPr>
              <w:t>и кафедры: ЭБЖиФ протокол от «22</w:t>
            </w:r>
            <w:r w:rsidRPr="00181731">
              <w:rPr>
                <w:sz w:val="22"/>
                <w:lang w:val="ru-RU"/>
              </w:rPr>
              <w:t xml:space="preserve">» </w:t>
            </w:r>
            <w:r w:rsidR="00702148">
              <w:rPr>
                <w:sz w:val="22"/>
                <w:lang w:val="ru-RU"/>
              </w:rPr>
              <w:t>апреля</w:t>
            </w:r>
            <w:r w:rsidRPr="00181731">
              <w:rPr>
                <w:sz w:val="22"/>
                <w:lang w:val="ru-RU"/>
              </w:rPr>
              <w:t xml:space="preserve"> 2026 г № </w:t>
            </w:r>
            <w:r w:rsidR="00702148">
              <w:rPr>
                <w:sz w:val="22"/>
                <w:lang w:val="ru-RU"/>
              </w:rPr>
              <w:t>9</w:t>
            </w:r>
          </w:p>
          <w:p w:rsidR="00FD4A85" w:rsidRPr="00181731" w:rsidRDefault="00FD4A85" w:rsidP="002264E8">
            <w:pPr>
              <w:pStyle w:val="5"/>
              <w:rPr>
                <w:szCs w:val="24"/>
                <w:lang w:val="ru-RU"/>
              </w:rPr>
            </w:pPr>
            <w:r w:rsidRPr="00181731">
              <w:rPr>
                <w:color w:val="auto"/>
                <w:sz w:val="22"/>
                <w:lang w:val="ru-RU"/>
              </w:rPr>
              <w:t>Заведующий кафедрой   ЭБЖиФ          ________________________              Никифорова В.А.</w:t>
            </w:r>
          </w:p>
        </w:tc>
      </w:tr>
      <w:tr w:rsidR="00FD4A85" w:rsidRPr="00A4702B" w:rsidTr="00702148">
        <w:trPr>
          <w:trHeight w:val="13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Минобрнауки России </w:t>
            </w: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ФГБОУ ВО </w:t>
            </w: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>«БрГУ»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2264E8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13</w:t>
            </w:r>
          </w:p>
          <w:p w:rsidR="00FD4A85" w:rsidRPr="00181731" w:rsidRDefault="00FD4A85" w:rsidP="002264E8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FD4A85" w:rsidRPr="00181731" w:rsidRDefault="00FD4A85" w:rsidP="002264E8">
            <w:pPr>
              <w:jc w:val="center"/>
              <w:rPr>
                <w:lang w:val="ru-RU"/>
              </w:rPr>
            </w:pPr>
            <w:r w:rsidRPr="00181731">
              <w:rPr>
                <w:b/>
                <w:lang w:val="ru-RU"/>
              </w:rPr>
              <w:t xml:space="preserve">направление подготовки 15.03.05 </w:t>
            </w:r>
            <w:r w:rsidRPr="00181731">
              <w:rPr>
                <w:lang w:val="ru-RU"/>
              </w:rPr>
              <w:t>Конструкторско-технологическое обеспечение машиностроительных производств</w:t>
            </w:r>
          </w:p>
          <w:p w:rsidR="00FD4A85" w:rsidRPr="00A4702B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b/>
              </w:rPr>
              <w:t>профиль подготовки</w:t>
            </w:r>
            <w:r>
              <w:t xml:space="preserve"> Технология машиностроения</w:t>
            </w:r>
          </w:p>
        </w:tc>
      </w:tr>
      <w:tr w:rsidR="00FD4A85" w:rsidRPr="00771808" w:rsidTr="00702148">
        <w:trPr>
          <w:trHeight w:val="1370"/>
        </w:trPr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93D33" w:rsidRDefault="00FD4A85" w:rsidP="00FD4A85">
            <w:pPr>
              <w:numPr>
                <w:ilvl w:val="0"/>
                <w:numId w:val="56"/>
              </w:numPr>
              <w:spacing w:line="240" w:lineRule="auto"/>
              <w:ind w:left="714" w:hanging="357"/>
              <w:jc w:val="both"/>
              <w:rPr>
                <w:szCs w:val="24"/>
              </w:rPr>
            </w:pPr>
            <w:r w:rsidRPr="00181731">
              <w:rPr>
                <w:szCs w:val="24"/>
                <w:lang w:val="ru-RU"/>
              </w:rPr>
              <w:t xml:space="preserve">Растворы электролитов. Отклонения от закона Рауля и Вант-Гоффа. </w:t>
            </w:r>
            <w:r w:rsidRPr="00193D33">
              <w:rPr>
                <w:szCs w:val="24"/>
              </w:rPr>
              <w:t>Изотонический коэффициент.</w:t>
            </w:r>
          </w:p>
          <w:p w:rsidR="00FD4A85" w:rsidRPr="00193D33" w:rsidRDefault="00FD4A85" w:rsidP="002264E8">
            <w:pPr>
              <w:ind w:left="357"/>
              <w:rPr>
                <w:szCs w:val="24"/>
              </w:rPr>
            </w:pPr>
          </w:p>
          <w:p w:rsidR="00FD4A85" w:rsidRPr="00181731" w:rsidRDefault="00FD4A85" w:rsidP="00FD4A85">
            <w:pPr>
              <w:numPr>
                <w:ilvl w:val="0"/>
                <w:numId w:val="56"/>
              </w:numPr>
              <w:spacing w:line="240" w:lineRule="auto"/>
              <w:ind w:left="714" w:hanging="357"/>
              <w:jc w:val="both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>Гомогенные и гетерогенные системы. Скорость гомогенной и гетерогенной реакции.</w:t>
            </w:r>
          </w:p>
          <w:p w:rsidR="00FD4A85" w:rsidRPr="00181731" w:rsidRDefault="00FD4A85" w:rsidP="002264E8">
            <w:pPr>
              <w:rPr>
                <w:szCs w:val="24"/>
                <w:lang w:val="ru-RU"/>
              </w:rPr>
            </w:pPr>
          </w:p>
          <w:p w:rsidR="00FD4A85" w:rsidRPr="00181731" w:rsidRDefault="00FD4A85" w:rsidP="00FD4A85">
            <w:pPr>
              <w:numPr>
                <w:ilvl w:val="0"/>
                <w:numId w:val="56"/>
              </w:numPr>
              <w:spacing w:line="240" w:lineRule="auto"/>
              <w:ind w:left="714" w:hanging="357"/>
              <w:jc w:val="both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>Составить уравнения процессов, протекающих при электролизе раствора серной кислоты, с инертными электродами.</w:t>
            </w:r>
          </w:p>
          <w:p w:rsidR="00FD4A85" w:rsidRPr="00181731" w:rsidRDefault="00FD4A85" w:rsidP="002264E8">
            <w:pPr>
              <w:ind w:left="360"/>
              <w:rPr>
                <w:sz w:val="28"/>
                <w:lang w:val="ru-RU"/>
              </w:rPr>
            </w:pPr>
          </w:p>
          <w:p w:rsidR="00FD4A85" w:rsidRPr="00181731" w:rsidRDefault="00FD4A85" w:rsidP="002264E8">
            <w:pPr>
              <w:pStyle w:val="21"/>
              <w:rPr>
                <w:color w:val="auto"/>
                <w:sz w:val="22"/>
                <w:szCs w:val="22"/>
                <w:u w:val="single"/>
                <w:lang w:val="ru-RU"/>
              </w:rPr>
            </w:pPr>
            <w:r w:rsidRPr="00181731">
              <w:rPr>
                <w:color w:val="auto"/>
                <w:sz w:val="22"/>
                <w:szCs w:val="22"/>
                <w:lang w:val="ru-RU"/>
              </w:rPr>
              <w:t>Билет составил:      доцент                  ________________________                     Лапина С.Ф</w:t>
            </w:r>
          </w:p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sz w:val="22"/>
                <w:lang w:val="ru-RU"/>
              </w:rPr>
              <w:t>Утверждено на заседани</w:t>
            </w:r>
            <w:r w:rsidR="00702148">
              <w:rPr>
                <w:sz w:val="22"/>
                <w:lang w:val="ru-RU"/>
              </w:rPr>
              <w:t>и кафедры: ЭБЖиФ протокол от «22</w:t>
            </w:r>
            <w:r w:rsidRPr="00181731">
              <w:rPr>
                <w:sz w:val="22"/>
                <w:lang w:val="ru-RU"/>
              </w:rPr>
              <w:t xml:space="preserve">» </w:t>
            </w:r>
            <w:r w:rsidR="00702148">
              <w:rPr>
                <w:sz w:val="22"/>
                <w:lang w:val="ru-RU"/>
              </w:rPr>
              <w:t>апреля 2026 г № 9</w:t>
            </w:r>
          </w:p>
          <w:p w:rsidR="00FD4A85" w:rsidRPr="00181731" w:rsidRDefault="00FD4A85" w:rsidP="002264E8">
            <w:pPr>
              <w:pStyle w:val="5"/>
              <w:rPr>
                <w:szCs w:val="24"/>
                <w:lang w:val="ru-RU"/>
              </w:rPr>
            </w:pPr>
            <w:r w:rsidRPr="00181731">
              <w:rPr>
                <w:color w:val="auto"/>
                <w:sz w:val="22"/>
                <w:lang w:val="ru-RU"/>
              </w:rPr>
              <w:t>Заведующий кафедрой   ЭБЖиФ          ________________________              Никифорова В.А.</w:t>
            </w:r>
          </w:p>
        </w:tc>
      </w:tr>
      <w:tr w:rsidR="00FD4A85" w:rsidRPr="00A4702B" w:rsidTr="00702148">
        <w:trPr>
          <w:trHeight w:val="13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lastRenderedPageBreak/>
              <w:t xml:space="preserve">Минобрнауки России </w:t>
            </w: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ФГБОУ ВО </w:t>
            </w: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>«БрГУ»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2264E8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14</w:t>
            </w:r>
          </w:p>
          <w:p w:rsidR="00FD4A85" w:rsidRPr="00181731" w:rsidRDefault="00FD4A85" w:rsidP="002264E8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FD4A85" w:rsidRPr="00181731" w:rsidRDefault="00FD4A85" w:rsidP="002264E8">
            <w:pPr>
              <w:jc w:val="center"/>
              <w:rPr>
                <w:lang w:val="ru-RU"/>
              </w:rPr>
            </w:pPr>
            <w:r w:rsidRPr="00181731">
              <w:rPr>
                <w:b/>
                <w:lang w:val="ru-RU"/>
              </w:rPr>
              <w:t xml:space="preserve">направление подготовки 15.03.05 </w:t>
            </w:r>
            <w:r w:rsidRPr="00181731">
              <w:rPr>
                <w:lang w:val="ru-RU"/>
              </w:rPr>
              <w:t>Конструкторско-технологическое обеспечение машиностроительных производств</w:t>
            </w:r>
          </w:p>
          <w:p w:rsidR="00FD4A85" w:rsidRPr="00A4702B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b/>
              </w:rPr>
              <w:t>профиль подготовки</w:t>
            </w:r>
            <w:r>
              <w:t xml:space="preserve"> Технология машиностроения</w:t>
            </w:r>
          </w:p>
        </w:tc>
      </w:tr>
      <w:tr w:rsidR="00FD4A85" w:rsidRPr="00771808" w:rsidTr="00702148">
        <w:trPr>
          <w:trHeight w:val="1118"/>
        </w:trPr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FD4A85">
            <w:pPr>
              <w:numPr>
                <w:ilvl w:val="0"/>
                <w:numId w:val="54"/>
              </w:numPr>
              <w:spacing w:line="240" w:lineRule="auto"/>
              <w:ind w:left="714" w:hanging="357"/>
              <w:jc w:val="both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>Свойства коллоидных растворов (оптические, кинетические, электрические, адсорбция, поверхностное натяжение).</w:t>
            </w:r>
          </w:p>
          <w:p w:rsidR="00FD4A85" w:rsidRPr="00181731" w:rsidRDefault="00FD4A85" w:rsidP="002264E8">
            <w:pPr>
              <w:ind w:left="357"/>
              <w:rPr>
                <w:szCs w:val="24"/>
                <w:lang w:val="ru-RU"/>
              </w:rPr>
            </w:pPr>
          </w:p>
          <w:p w:rsidR="00FD4A85" w:rsidRPr="00181731" w:rsidRDefault="00FD4A85" w:rsidP="00FD4A85">
            <w:pPr>
              <w:numPr>
                <w:ilvl w:val="0"/>
                <w:numId w:val="54"/>
              </w:numPr>
              <w:spacing w:line="240" w:lineRule="auto"/>
              <w:ind w:left="714" w:hanging="357"/>
              <w:jc w:val="both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>Энергия Гиббса реакции. Направленность химических процессов.</w:t>
            </w:r>
          </w:p>
          <w:p w:rsidR="00FD4A85" w:rsidRPr="00181731" w:rsidRDefault="00FD4A85" w:rsidP="002264E8">
            <w:pPr>
              <w:rPr>
                <w:szCs w:val="24"/>
                <w:lang w:val="ru-RU"/>
              </w:rPr>
            </w:pPr>
          </w:p>
          <w:p w:rsidR="00FD4A85" w:rsidRPr="00181731" w:rsidRDefault="00FD4A85" w:rsidP="00FD4A85">
            <w:pPr>
              <w:numPr>
                <w:ilvl w:val="0"/>
                <w:numId w:val="54"/>
              </w:numPr>
              <w:spacing w:line="240" w:lineRule="auto"/>
              <w:ind w:left="714" w:hanging="357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Записать в ионно-молекулярной форме уравнения реакций между </w:t>
            </w:r>
            <w:r w:rsidRPr="00511FAF">
              <w:rPr>
                <w:position w:val="-12"/>
                <w:szCs w:val="24"/>
              </w:rPr>
              <w:object w:dxaOrig="2580" w:dyaOrig="360">
                <v:shape id="_x0000_i1141" type="#_x0000_t75" style="width:128.25pt;height:18pt" o:ole="">
                  <v:imagedata r:id="rId218" o:title=""/>
                </v:shape>
                <o:OLEObject Type="Embed" ProgID="Equation.3" ShapeID="_x0000_i1141" DrawAspect="Content" ObjectID="_1842695836" r:id="rId219"/>
              </w:object>
            </w:r>
            <w:r w:rsidRPr="00181731">
              <w:rPr>
                <w:szCs w:val="24"/>
                <w:lang w:val="ru-RU"/>
              </w:rPr>
              <w:t xml:space="preserve"> </w:t>
            </w:r>
            <w:r w:rsidRPr="00511FAF">
              <w:rPr>
                <w:position w:val="-12"/>
                <w:szCs w:val="24"/>
              </w:rPr>
              <w:object w:dxaOrig="2140" w:dyaOrig="360">
                <v:shape id="_x0000_i1142" type="#_x0000_t75" style="width:107.25pt;height:18pt" o:ole="">
                  <v:imagedata r:id="rId220" o:title=""/>
                </v:shape>
                <o:OLEObject Type="Embed" ProgID="Equation.3" ShapeID="_x0000_i1142" DrawAspect="Content" ObjectID="_1842695837" r:id="rId221"/>
              </w:object>
            </w:r>
          </w:p>
          <w:p w:rsidR="00FD4A85" w:rsidRPr="00181731" w:rsidRDefault="00FD4A85" w:rsidP="002264E8">
            <w:pPr>
              <w:pStyle w:val="21"/>
              <w:rPr>
                <w:rFonts w:ascii="Times New Roman" w:hAnsi="Times New Roman" w:cs="Times New Roman"/>
                <w:color w:val="auto"/>
                <w:sz w:val="22"/>
                <w:szCs w:val="22"/>
                <w:u w:val="single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Билет составил:      доцент                  ________________________                     Лапина С.Ф.</w:t>
            </w:r>
          </w:p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sz w:val="22"/>
                <w:lang w:val="ru-RU"/>
              </w:rPr>
              <w:t xml:space="preserve">Утверждено на заседании кафедры: ЭБЖиФ протокол </w:t>
            </w:r>
            <w:r w:rsidR="00702148">
              <w:rPr>
                <w:sz w:val="22"/>
                <w:lang w:val="ru-RU"/>
              </w:rPr>
              <w:t>от «22</w:t>
            </w:r>
            <w:r w:rsidRPr="00181731">
              <w:rPr>
                <w:sz w:val="22"/>
                <w:lang w:val="ru-RU"/>
              </w:rPr>
              <w:t xml:space="preserve">» </w:t>
            </w:r>
            <w:r w:rsidR="00702148">
              <w:rPr>
                <w:sz w:val="22"/>
                <w:lang w:val="ru-RU"/>
              </w:rPr>
              <w:t>апреля 2026 г № 9</w:t>
            </w:r>
          </w:p>
          <w:p w:rsidR="00FD4A85" w:rsidRPr="00181731" w:rsidRDefault="00FD4A85" w:rsidP="002264E8">
            <w:pPr>
              <w:pStyle w:val="5"/>
              <w:rPr>
                <w:szCs w:val="24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Заведующий кафедрой   ЭБЖиФ          ________________________              Никифорова В.А.</w:t>
            </w:r>
          </w:p>
        </w:tc>
      </w:tr>
      <w:tr w:rsidR="00FD4A85" w:rsidRPr="00A4702B" w:rsidTr="00702148">
        <w:trPr>
          <w:trHeight w:val="13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Минобрнауки России </w:t>
            </w: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ФГБОУ ВО </w:t>
            </w: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>«БрГУ»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2264E8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15</w:t>
            </w:r>
          </w:p>
          <w:p w:rsidR="00FD4A85" w:rsidRPr="00181731" w:rsidRDefault="00FD4A85" w:rsidP="002264E8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FD4A85" w:rsidRPr="00181731" w:rsidRDefault="00FD4A85" w:rsidP="002264E8">
            <w:pPr>
              <w:jc w:val="center"/>
              <w:rPr>
                <w:lang w:val="ru-RU"/>
              </w:rPr>
            </w:pPr>
            <w:r w:rsidRPr="00181731">
              <w:rPr>
                <w:b/>
                <w:lang w:val="ru-RU"/>
              </w:rPr>
              <w:t xml:space="preserve">направление подготовки 15.03.05 </w:t>
            </w:r>
            <w:r w:rsidRPr="00181731">
              <w:rPr>
                <w:lang w:val="ru-RU"/>
              </w:rPr>
              <w:t>Конструкторско-технологическое обеспечение машиностроительных производств</w:t>
            </w:r>
          </w:p>
          <w:p w:rsidR="00FD4A85" w:rsidRPr="00A4702B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b/>
              </w:rPr>
              <w:t>профиль подготовки</w:t>
            </w:r>
            <w:r>
              <w:t xml:space="preserve"> Технология машиностроения</w:t>
            </w:r>
          </w:p>
        </w:tc>
      </w:tr>
      <w:tr w:rsidR="00FD4A85" w:rsidRPr="00771808" w:rsidTr="00702148">
        <w:trPr>
          <w:trHeight w:val="1370"/>
        </w:trPr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511FAF" w:rsidRDefault="00FD4A85" w:rsidP="00FD4A85">
            <w:pPr>
              <w:numPr>
                <w:ilvl w:val="0"/>
                <w:numId w:val="55"/>
              </w:numPr>
              <w:spacing w:line="240" w:lineRule="auto"/>
              <w:ind w:left="714" w:hanging="357"/>
              <w:rPr>
                <w:szCs w:val="24"/>
              </w:rPr>
            </w:pPr>
            <w:r w:rsidRPr="00181731">
              <w:rPr>
                <w:szCs w:val="24"/>
                <w:lang w:val="ru-RU"/>
              </w:rPr>
              <w:t xml:space="preserve">Окислительно-восстановительные реакции (ОВР). Степень окисления. </w:t>
            </w:r>
            <w:r w:rsidRPr="00511FAF">
              <w:rPr>
                <w:szCs w:val="24"/>
              </w:rPr>
              <w:t>Важнейшие окислители и восстановители.</w:t>
            </w:r>
          </w:p>
          <w:p w:rsidR="00FD4A85" w:rsidRPr="00511FAF" w:rsidRDefault="00FD4A85" w:rsidP="002264E8">
            <w:pPr>
              <w:ind w:left="357"/>
              <w:rPr>
                <w:szCs w:val="24"/>
              </w:rPr>
            </w:pPr>
          </w:p>
          <w:p w:rsidR="00FD4A85" w:rsidRPr="00511FAF" w:rsidRDefault="00FD4A85" w:rsidP="00FD4A85">
            <w:pPr>
              <w:numPr>
                <w:ilvl w:val="0"/>
                <w:numId w:val="55"/>
              </w:numPr>
              <w:spacing w:line="240" w:lineRule="auto"/>
              <w:ind w:left="714" w:hanging="357"/>
              <w:jc w:val="both"/>
              <w:rPr>
                <w:szCs w:val="24"/>
              </w:rPr>
            </w:pPr>
            <w:r w:rsidRPr="00181731">
              <w:rPr>
                <w:szCs w:val="24"/>
                <w:lang w:val="ru-RU"/>
              </w:rPr>
              <w:t xml:space="preserve">Влияние температуры на скорость химической реакции. </w:t>
            </w:r>
            <w:r w:rsidRPr="00511FAF">
              <w:rPr>
                <w:szCs w:val="24"/>
              </w:rPr>
              <w:t>Правило Ватн-Гоффа.</w:t>
            </w:r>
          </w:p>
          <w:p w:rsidR="00FD4A85" w:rsidRPr="00511FAF" w:rsidRDefault="00FD4A85" w:rsidP="002264E8">
            <w:pPr>
              <w:rPr>
                <w:szCs w:val="24"/>
              </w:rPr>
            </w:pPr>
          </w:p>
          <w:p w:rsidR="00FD4A85" w:rsidRPr="00181731" w:rsidRDefault="00FD4A85" w:rsidP="00FD4A85">
            <w:pPr>
              <w:pStyle w:val="ae"/>
              <w:numPr>
                <w:ilvl w:val="0"/>
                <w:numId w:val="55"/>
              </w:num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Записать в ионно-молекулярной форме уравнения реакций между </w:t>
            </w:r>
            <w:r w:rsidRPr="00511FAF">
              <w:rPr>
                <w:position w:val="-10"/>
                <w:szCs w:val="24"/>
              </w:rPr>
              <w:object w:dxaOrig="2299" w:dyaOrig="340">
                <v:shape id="_x0000_i1143" type="#_x0000_t75" style="width:114.75pt;height:17.25pt" o:ole="">
                  <v:imagedata r:id="rId222" o:title=""/>
                </v:shape>
                <o:OLEObject Type="Embed" ProgID="Equation.3" ShapeID="_x0000_i1143" DrawAspect="Content" ObjectID="_1842695838" r:id="rId223"/>
              </w:object>
            </w:r>
            <w:r w:rsidRPr="00511FAF">
              <w:rPr>
                <w:position w:val="-12"/>
                <w:szCs w:val="24"/>
              </w:rPr>
              <w:object w:dxaOrig="2140" w:dyaOrig="360">
                <v:shape id="_x0000_i1144" type="#_x0000_t75" style="width:107.25pt;height:18pt" o:ole="">
                  <v:imagedata r:id="rId224" o:title=""/>
                </v:shape>
                <o:OLEObject Type="Embed" ProgID="Equation.3" ShapeID="_x0000_i1144" DrawAspect="Content" ObjectID="_1842695839" r:id="rId225"/>
              </w:object>
            </w:r>
          </w:p>
          <w:p w:rsidR="00FD4A85" w:rsidRPr="00181731" w:rsidRDefault="00FD4A85" w:rsidP="002264E8">
            <w:pPr>
              <w:spacing w:line="240" w:lineRule="auto"/>
              <w:rPr>
                <w:sz w:val="28"/>
                <w:lang w:val="ru-RU"/>
              </w:rPr>
            </w:pPr>
          </w:p>
          <w:p w:rsidR="00FD4A85" w:rsidRPr="00181731" w:rsidRDefault="00FD4A85" w:rsidP="002264E8">
            <w:pPr>
              <w:pStyle w:val="21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Билет составил:      доцент                  ________________________                     Лапина С.Ф.</w:t>
            </w:r>
          </w:p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sz w:val="22"/>
                <w:lang w:val="ru-RU"/>
              </w:rPr>
              <w:t>Утверждено на заседани</w:t>
            </w:r>
            <w:r w:rsidR="00702148">
              <w:rPr>
                <w:sz w:val="22"/>
                <w:lang w:val="ru-RU"/>
              </w:rPr>
              <w:t>и кафедры: ЭБЖиФ протокол от «22</w:t>
            </w:r>
            <w:r w:rsidRPr="00181731">
              <w:rPr>
                <w:sz w:val="22"/>
                <w:lang w:val="ru-RU"/>
              </w:rPr>
              <w:t xml:space="preserve">» </w:t>
            </w:r>
            <w:r w:rsidR="00702148">
              <w:rPr>
                <w:sz w:val="22"/>
                <w:lang w:val="ru-RU"/>
              </w:rPr>
              <w:t>апреля 2026 г № 9</w:t>
            </w:r>
          </w:p>
          <w:p w:rsidR="00FD4A85" w:rsidRPr="00181731" w:rsidRDefault="00FD4A85" w:rsidP="002264E8">
            <w:pPr>
              <w:pStyle w:val="5"/>
              <w:rPr>
                <w:szCs w:val="24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Заведующий кафедрой   ЭБЖиФ          ________________________              Никифорова В.А.</w:t>
            </w:r>
          </w:p>
        </w:tc>
      </w:tr>
      <w:tr w:rsidR="00FD4A85" w:rsidRPr="00A4702B" w:rsidTr="00702148">
        <w:trPr>
          <w:trHeight w:val="13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Минобрнауки России </w:t>
            </w: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ФГБОУ ВО </w:t>
            </w: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>«БрГУ»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2264E8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16</w:t>
            </w:r>
          </w:p>
          <w:p w:rsidR="00FD4A85" w:rsidRPr="00181731" w:rsidRDefault="00FD4A85" w:rsidP="002264E8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FD4A85" w:rsidRPr="00181731" w:rsidRDefault="00FD4A85" w:rsidP="002264E8">
            <w:pPr>
              <w:jc w:val="center"/>
              <w:rPr>
                <w:lang w:val="ru-RU"/>
              </w:rPr>
            </w:pPr>
            <w:r w:rsidRPr="00181731">
              <w:rPr>
                <w:b/>
                <w:lang w:val="ru-RU"/>
              </w:rPr>
              <w:t xml:space="preserve">направление подготовки 15.03.05 </w:t>
            </w:r>
            <w:r w:rsidRPr="00181731">
              <w:rPr>
                <w:lang w:val="ru-RU"/>
              </w:rPr>
              <w:t>Конструкторско-технологическое обеспечение машиностроительных производств</w:t>
            </w:r>
          </w:p>
          <w:p w:rsidR="00FD4A85" w:rsidRPr="00A4702B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b/>
              </w:rPr>
              <w:t>профиль подготовки</w:t>
            </w:r>
            <w:r>
              <w:t xml:space="preserve"> Технология машиностроения</w:t>
            </w:r>
          </w:p>
        </w:tc>
      </w:tr>
      <w:tr w:rsidR="00FD4A85" w:rsidRPr="00771808" w:rsidTr="00702148">
        <w:trPr>
          <w:trHeight w:val="1370"/>
        </w:trPr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511FAF" w:rsidRDefault="00FD4A85" w:rsidP="00FD4A85">
            <w:pPr>
              <w:numPr>
                <w:ilvl w:val="0"/>
                <w:numId w:val="57"/>
              </w:numPr>
              <w:spacing w:line="240" w:lineRule="auto"/>
              <w:jc w:val="both"/>
              <w:rPr>
                <w:szCs w:val="24"/>
              </w:rPr>
            </w:pPr>
            <w:r w:rsidRPr="00181731">
              <w:rPr>
                <w:szCs w:val="24"/>
                <w:lang w:val="ru-RU"/>
              </w:rPr>
              <w:lastRenderedPageBreak/>
              <w:t xml:space="preserve">Электролитическая диссоциация воды. Ионное произведение воды. </w:t>
            </w:r>
            <w:r w:rsidRPr="00511FAF">
              <w:rPr>
                <w:szCs w:val="24"/>
              </w:rPr>
              <w:t>Водородный показатель.</w:t>
            </w:r>
          </w:p>
          <w:p w:rsidR="00FD4A85" w:rsidRPr="00511FAF" w:rsidRDefault="00FD4A85" w:rsidP="002264E8">
            <w:pPr>
              <w:pStyle w:val="2c"/>
              <w:widowControl/>
              <w:rPr>
                <w:b/>
                <w:sz w:val="24"/>
                <w:szCs w:val="24"/>
              </w:rPr>
            </w:pPr>
          </w:p>
          <w:p w:rsidR="00FD4A85" w:rsidRPr="00181731" w:rsidRDefault="00FD4A85" w:rsidP="00FD4A85">
            <w:pPr>
              <w:numPr>
                <w:ilvl w:val="0"/>
                <w:numId w:val="57"/>
              </w:numPr>
              <w:spacing w:line="240" w:lineRule="auto"/>
              <w:jc w:val="both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>Общая характеристика и классификация металлов.</w:t>
            </w:r>
          </w:p>
          <w:p w:rsidR="00FD4A85" w:rsidRPr="00181731" w:rsidRDefault="00FD4A85" w:rsidP="002264E8">
            <w:pPr>
              <w:rPr>
                <w:szCs w:val="24"/>
                <w:lang w:val="ru-RU"/>
              </w:rPr>
            </w:pPr>
          </w:p>
          <w:p w:rsidR="00FD4A85" w:rsidRPr="00181731" w:rsidRDefault="00FD4A85" w:rsidP="00FD4A85">
            <w:pPr>
              <w:numPr>
                <w:ilvl w:val="0"/>
                <w:numId w:val="57"/>
              </w:numPr>
              <w:spacing w:line="240" w:lineRule="auto"/>
              <w:jc w:val="both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Как изменится скорость прямой реакции </w:t>
            </w:r>
            <w:r w:rsidRPr="00511FAF">
              <w:rPr>
                <w:position w:val="-14"/>
                <w:szCs w:val="24"/>
              </w:rPr>
              <w:object w:dxaOrig="2980" w:dyaOrig="380">
                <v:shape id="_x0000_i1145" type="#_x0000_t75" style="width:150.75pt;height:18.75pt" o:ole="">
                  <v:imagedata r:id="rId226" o:title=""/>
                </v:shape>
                <o:OLEObject Type="Embed" ProgID="Equation.3" ShapeID="_x0000_i1145" DrawAspect="Content" ObjectID="_1842695840" r:id="rId227"/>
              </w:object>
            </w:r>
            <w:r w:rsidRPr="00181731">
              <w:rPr>
                <w:szCs w:val="24"/>
                <w:lang w:val="ru-RU"/>
              </w:rPr>
              <w:t xml:space="preserve">, при повышении температуры на 30 </w:t>
            </w:r>
            <w:r w:rsidRPr="00511FAF">
              <w:rPr>
                <w:szCs w:val="24"/>
              </w:rPr>
              <w:sym w:font="Symbol" w:char="00B0"/>
            </w:r>
            <w:r w:rsidRPr="00181731">
              <w:rPr>
                <w:szCs w:val="24"/>
                <w:lang w:val="ru-RU"/>
              </w:rPr>
              <w:t xml:space="preserve"> С, если температурный коэффициент равен 2?</w:t>
            </w:r>
          </w:p>
          <w:p w:rsidR="00FD4A85" w:rsidRPr="00181731" w:rsidRDefault="00FD4A85" w:rsidP="002264E8">
            <w:pPr>
              <w:ind w:left="360"/>
              <w:rPr>
                <w:sz w:val="28"/>
                <w:lang w:val="ru-RU"/>
              </w:rPr>
            </w:pPr>
          </w:p>
          <w:p w:rsidR="00FD4A85" w:rsidRPr="00181731" w:rsidRDefault="00FD4A85" w:rsidP="002264E8">
            <w:pPr>
              <w:pStyle w:val="21"/>
              <w:rPr>
                <w:rFonts w:ascii="Times New Roman" w:hAnsi="Times New Roman" w:cs="Times New Roman"/>
                <w:color w:val="auto"/>
                <w:sz w:val="22"/>
                <w:szCs w:val="22"/>
                <w:u w:val="single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Билет составил:      доцент                  ________________________                     Лапина С.Ф.</w:t>
            </w:r>
          </w:p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sz w:val="22"/>
                <w:lang w:val="ru-RU"/>
              </w:rPr>
              <w:t>Утверждено на заседани</w:t>
            </w:r>
            <w:r w:rsidR="00702148">
              <w:rPr>
                <w:sz w:val="22"/>
                <w:lang w:val="ru-RU"/>
              </w:rPr>
              <w:t>и кафедры: ЭБЖиФ протокол от «22</w:t>
            </w:r>
            <w:r w:rsidRPr="00181731">
              <w:rPr>
                <w:sz w:val="22"/>
                <w:lang w:val="ru-RU"/>
              </w:rPr>
              <w:t xml:space="preserve">» </w:t>
            </w:r>
            <w:r w:rsidR="00702148">
              <w:rPr>
                <w:sz w:val="22"/>
                <w:lang w:val="ru-RU"/>
              </w:rPr>
              <w:t>апреля 2026 г № 9</w:t>
            </w:r>
          </w:p>
          <w:p w:rsidR="00FD4A85" w:rsidRPr="00181731" w:rsidRDefault="00FD4A85" w:rsidP="002264E8">
            <w:pPr>
              <w:pStyle w:val="5"/>
              <w:rPr>
                <w:szCs w:val="24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Заведующий кафедрой   ЭБЖиФ          ________________________              Никифорова В.А.</w:t>
            </w:r>
          </w:p>
        </w:tc>
      </w:tr>
      <w:tr w:rsidR="00FD4A85" w:rsidRPr="00A4702B" w:rsidTr="00702148">
        <w:trPr>
          <w:trHeight w:val="13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Минобрнауки России </w:t>
            </w: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ФГБОУ ВО </w:t>
            </w: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>«БрГУ»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2264E8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17</w:t>
            </w:r>
          </w:p>
          <w:p w:rsidR="00FD4A85" w:rsidRPr="00181731" w:rsidRDefault="00FD4A85" w:rsidP="002264E8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FD4A85" w:rsidRPr="00181731" w:rsidRDefault="00FD4A85" w:rsidP="002264E8">
            <w:pPr>
              <w:jc w:val="center"/>
              <w:rPr>
                <w:lang w:val="ru-RU"/>
              </w:rPr>
            </w:pPr>
            <w:r w:rsidRPr="00181731">
              <w:rPr>
                <w:b/>
                <w:lang w:val="ru-RU"/>
              </w:rPr>
              <w:t xml:space="preserve">направление подготовки 15.03.05 </w:t>
            </w:r>
            <w:r w:rsidRPr="00181731">
              <w:rPr>
                <w:lang w:val="ru-RU"/>
              </w:rPr>
              <w:t>Конструкторско-технологическое обеспечение машиностроительных производств</w:t>
            </w:r>
          </w:p>
          <w:p w:rsidR="00FD4A85" w:rsidRPr="00A4702B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b/>
              </w:rPr>
              <w:t>профиль подготовки</w:t>
            </w:r>
            <w:r>
              <w:t xml:space="preserve"> Технология машиностроения</w:t>
            </w:r>
          </w:p>
        </w:tc>
      </w:tr>
      <w:tr w:rsidR="00FD4A85" w:rsidRPr="00771808" w:rsidTr="00702148">
        <w:trPr>
          <w:trHeight w:val="1370"/>
        </w:trPr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511FAF" w:rsidRDefault="00FD4A85" w:rsidP="00FD4A85">
            <w:pPr>
              <w:numPr>
                <w:ilvl w:val="0"/>
                <w:numId w:val="58"/>
              </w:numPr>
              <w:spacing w:line="240" w:lineRule="auto"/>
              <w:ind w:left="714" w:hanging="357"/>
              <w:jc w:val="both"/>
              <w:rPr>
                <w:szCs w:val="24"/>
              </w:rPr>
            </w:pPr>
            <w:r w:rsidRPr="00511FAF">
              <w:rPr>
                <w:szCs w:val="24"/>
              </w:rPr>
              <w:t>Коллоидные растворы. Образование коллоидных растворов</w:t>
            </w:r>
          </w:p>
          <w:p w:rsidR="00FD4A85" w:rsidRPr="00511FAF" w:rsidRDefault="00FD4A85" w:rsidP="002264E8">
            <w:pPr>
              <w:ind w:left="357"/>
              <w:rPr>
                <w:szCs w:val="24"/>
              </w:rPr>
            </w:pPr>
          </w:p>
          <w:p w:rsidR="00FD4A85" w:rsidRPr="00181731" w:rsidRDefault="00FD4A85" w:rsidP="00FD4A85">
            <w:pPr>
              <w:pStyle w:val="33"/>
              <w:numPr>
                <w:ilvl w:val="0"/>
                <w:numId w:val="58"/>
              </w:num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81731">
              <w:rPr>
                <w:sz w:val="24"/>
                <w:szCs w:val="24"/>
                <w:lang w:val="ru-RU"/>
              </w:rPr>
              <w:t xml:space="preserve">Катализ. Гомогенный и гетерогенный катализ. </w:t>
            </w:r>
          </w:p>
          <w:p w:rsidR="00FD4A85" w:rsidRPr="00181731" w:rsidRDefault="00FD4A85" w:rsidP="002264E8">
            <w:pPr>
              <w:pStyle w:val="33"/>
              <w:spacing w:after="0"/>
              <w:rPr>
                <w:sz w:val="24"/>
                <w:szCs w:val="24"/>
                <w:lang w:val="ru-RU"/>
              </w:rPr>
            </w:pPr>
          </w:p>
          <w:p w:rsidR="00FD4A85" w:rsidRPr="00181731" w:rsidRDefault="00FD4A85" w:rsidP="00FD4A85">
            <w:pPr>
              <w:pStyle w:val="33"/>
              <w:numPr>
                <w:ilvl w:val="0"/>
                <w:numId w:val="58"/>
              </w:numPr>
              <w:spacing w:after="0" w:line="240" w:lineRule="auto"/>
              <w:ind w:left="714" w:hanging="357"/>
              <w:jc w:val="both"/>
              <w:rPr>
                <w:sz w:val="24"/>
                <w:szCs w:val="24"/>
                <w:lang w:val="ru-RU"/>
              </w:rPr>
            </w:pPr>
            <w:r w:rsidRPr="00181731">
              <w:rPr>
                <w:sz w:val="24"/>
                <w:szCs w:val="24"/>
                <w:lang w:val="ru-RU"/>
              </w:rPr>
              <w:t xml:space="preserve">Закончить уравнение реакции и представить его в ионно-молекулярной форме : </w:t>
            </w:r>
            <w:r w:rsidRPr="00511FAF">
              <w:rPr>
                <w:position w:val="-12"/>
                <w:sz w:val="24"/>
                <w:szCs w:val="24"/>
              </w:rPr>
              <w:object w:dxaOrig="1880" w:dyaOrig="360">
                <v:shape id="_x0000_i1146" type="#_x0000_t75" style="width:93.75pt;height:18pt" o:ole="">
                  <v:imagedata r:id="rId228" o:title=""/>
                </v:shape>
                <o:OLEObject Type="Embed" ProgID="Equation.3" ShapeID="_x0000_i1146" DrawAspect="Content" ObjectID="_1842695841" r:id="rId229"/>
              </w:object>
            </w:r>
          </w:p>
          <w:p w:rsidR="00FD4A85" w:rsidRPr="00181731" w:rsidRDefault="00FD4A85" w:rsidP="002264E8">
            <w:pPr>
              <w:pStyle w:val="21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  <w:p w:rsidR="00FD4A85" w:rsidRPr="00181731" w:rsidRDefault="00FD4A85" w:rsidP="002264E8">
            <w:pPr>
              <w:pStyle w:val="21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Билет составил:      доцент                  ________________________                     Лапина С.Ф.</w:t>
            </w:r>
          </w:p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sz w:val="22"/>
                <w:lang w:val="ru-RU"/>
              </w:rPr>
              <w:t>Утверждено на заседани</w:t>
            </w:r>
            <w:r w:rsidR="00702148">
              <w:rPr>
                <w:sz w:val="22"/>
                <w:lang w:val="ru-RU"/>
              </w:rPr>
              <w:t>и кафедры: ЭБЖиФ протокол от «22</w:t>
            </w:r>
            <w:r w:rsidRPr="00181731">
              <w:rPr>
                <w:sz w:val="22"/>
                <w:lang w:val="ru-RU"/>
              </w:rPr>
              <w:t xml:space="preserve">» </w:t>
            </w:r>
            <w:r w:rsidR="00702148">
              <w:rPr>
                <w:sz w:val="22"/>
                <w:lang w:val="ru-RU"/>
              </w:rPr>
              <w:t>апреля 2026 г № 9</w:t>
            </w:r>
          </w:p>
          <w:p w:rsidR="00FD4A85" w:rsidRPr="00181731" w:rsidRDefault="00FD4A85" w:rsidP="002264E8">
            <w:pPr>
              <w:pStyle w:val="5"/>
              <w:rPr>
                <w:szCs w:val="24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Заведующий кафедрой   ЭБЖиФ          ________________________              Никифорова В.А.</w:t>
            </w:r>
          </w:p>
        </w:tc>
      </w:tr>
      <w:tr w:rsidR="00FD4A85" w:rsidRPr="00A4702B" w:rsidTr="00702148">
        <w:trPr>
          <w:trHeight w:val="13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Минобрнауки России </w:t>
            </w: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ФГБОУ ВО </w:t>
            </w: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>«БрГУ»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2264E8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18</w:t>
            </w:r>
          </w:p>
          <w:p w:rsidR="00FD4A85" w:rsidRPr="00181731" w:rsidRDefault="00FD4A85" w:rsidP="002264E8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FD4A85" w:rsidRPr="00181731" w:rsidRDefault="00FD4A85" w:rsidP="002264E8">
            <w:pPr>
              <w:jc w:val="center"/>
              <w:rPr>
                <w:lang w:val="ru-RU"/>
              </w:rPr>
            </w:pPr>
            <w:r w:rsidRPr="00181731">
              <w:rPr>
                <w:b/>
                <w:lang w:val="ru-RU"/>
              </w:rPr>
              <w:t xml:space="preserve">направление подготовки 15.03.05 </w:t>
            </w:r>
            <w:r w:rsidRPr="00181731">
              <w:rPr>
                <w:lang w:val="ru-RU"/>
              </w:rPr>
              <w:t>Конструкторско-технологическое обеспечение машиностроительных производств</w:t>
            </w:r>
          </w:p>
          <w:p w:rsidR="00FD4A85" w:rsidRPr="00A4702B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b/>
              </w:rPr>
              <w:t>профиль подготовки</w:t>
            </w:r>
            <w:r>
              <w:t xml:space="preserve"> Технология машиностроения</w:t>
            </w:r>
          </w:p>
        </w:tc>
      </w:tr>
      <w:tr w:rsidR="00FD4A85" w:rsidRPr="00771808" w:rsidTr="00702148">
        <w:trPr>
          <w:trHeight w:val="1370"/>
        </w:trPr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FD4A85">
            <w:pPr>
              <w:numPr>
                <w:ilvl w:val="0"/>
                <w:numId w:val="59"/>
              </w:numPr>
              <w:spacing w:line="240" w:lineRule="auto"/>
              <w:jc w:val="both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>Понятие энтропии. Изменение энтропии при химических реакциях и фазовых переходах.</w:t>
            </w:r>
          </w:p>
          <w:p w:rsidR="00FD4A85" w:rsidRPr="00511FAF" w:rsidRDefault="00FD4A85" w:rsidP="002264E8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FD4A85" w:rsidRPr="00181731" w:rsidRDefault="00FD4A85" w:rsidP="00FD4A85">
            <w:pPr>
              <w:numPr>
                <w:ilvl w:val="0"/>
                <w:numId w:val="59"/>
              </w:numPr>
              <w:spacing w:line="240" w:lineRule="auto"/>
              <w:jc w:val="both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>Степень диссоциации. Сильные и слабые электролиты.</w:t>
            </w:r>
          </w:p>
          <w:p w:rsidR="00FD4A85" w:rsidRPr="00181731" w:rsidRDefault="00FD4A85" w:rsidP="002264E8">
            <w:pPr>
              <w:rPr>
                <w:szCs w:val="24"/>
                <w:lang w:val="ru-RU"/>
              </w:rPr>
            </w:pPr>
          </w:p>
          <w:p w:rsidR="00FD4A85" w:rsidRPr="00181731" w:rsidRDefault="00FD4A85" w:rsidP="00FD4A85">
            <w:pPr>
              <w:numPr>
                <w:ilvl w:val="0"/>
                <w:numId w:val="59"/>
              </w:numPr>
              <w:spacing w:line="240" w:lineRule="auto"/>
              <w:jc w:val="both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 Составьте электронное и молекулярное уравнение реакции: </w:t>
            </w:r>
            <w:r w:rsidRPr="00511FAF">
              <w:rPr>
                <w:position w:val="-12"/>
                <w:szCs w:val="24"/>
              </w:rPr>
              <w:object w:dxaOrig="3140" w:dyaOrig="380">
                <v:shape id="_x0000_i1147" type="#_x0000_t75" style="width:156pt;height:18.75pt" o:ole="">
                  <v:imagedata r:id="rId230" o:title=""/>
                </v:shape>
                <o:OLEObject Type="Embed" ProgID="Equation.3" ShapeID="_x0000_i1147" DrawAspect="Content" ObjectID="_1842695842" r:id="rId231"/>
              </w:object>
            </w:r>
          </w:p>
          <w:p w:rsidR="00FD4A85" w:rsidRDefault="00FD4A85" w:rsidP="002264E8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</w:rPr>
            </w:pPr>
          </w:p>
          <w:p w:rsidR="00FD4A85" w:rsidRPr="00181731" w:rsidRDefault="00FD4A85" w:rsidP="002264E8">
            <w:pPr>
              <w:pStyle w:val="21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lastRenderedPageBreak/>
              <w:t>Билет составил:      доцент                  ________________________                     Лапина С.Ф.</w:t>
            </w:r>
          </w:p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sz w:val="22"/>
                <w:lang w:val="ru-RU"/>
              </w:rPr>
              <w:t>Утверждено на заседании кафедры: ЭБЖиФ про</w:t>
            </w:r>
            <w:r w:rsidR="00702148">
              <w:rPr>
                <w:sz w:val="22"/>
                <w:lang w:val="ru-RU"/>
              </w:rPr>
              <w:t>токол от «22</w:t>
            </w:r>
            <w:r w:rsidRPr="00181731">
              <w:rPr>
                <w:sz w:val="22"/>
                <w:lang w:val="ru-RU"/>
              </w:rPr>
              <w:t xml:space="preserve">» </w:t>
            </w:r>
            <w:r w:rsidR="00702148">
              <w:rPr>
                <w:sz w:val="22"/>
                <w:lang w:val="ru-RU"/>
              </w:rPr>
              <w:t>апреля 2026 г № 9</w:t>
            </w:r>
          </w:p>
          <w:p w:rsidR="00FD4A85" w:rsidRPr="00181731" w:rsidRDefault="00FD4A85" w:rsidP="002264E8">
            <w:pPr>
              <w:pStyle w:val="5"/>
              <w:rPr>
                <w:szCs w:val="24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Заведующий кафедрой   ЭБЖиФ          ________________________              Никифорова В.А.</w:t>
            </w:r>
          </w:p>
        </w:tc>
      </w:tr>
      <w:tr w:rsidR="00FD4A85" w:rsidRPr="00A4702B" w:rsidTr="00702148">
        <w:trPr>
          <w:trHeight w:val="13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lastRenderedPageBreak/>
              <w:t xml:space="preserve">Минобрнауки России </w:t>
            </w: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ФГБОУ ВО </w:t>
            </w: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>«БрГУ»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2264E8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19</w:t>
            </w:r>
          </w:p>
          <w:p w:rsidR="00FD4A85" w:rsidRPr="00181731" w:rsidRDefault="00FD4A85" w:rsidP="002264E8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FD4A85" w:rsidRPr="00181731" w:rsidRDefault="00FD4A85" w:rsidP="002264E8">
            <w:pPr>
              <w:jc w:val="center"/>
              <w:rPr>
                <w:lang w:val="ru-RU"/>
              </w:rPr>
            </w:pPr>
            <w:r w:rsidRPr="00181731">
              <w:rPr>
                <w:b/>
                <w:lang w:val="ru-RU"/>
              </w:rPr>
              <w:t xml:space="preserve">направление подготовки 15.03.05 </w:t>
            </w:r>
            <w:r w:rsidRPr="00181731">
              <w:rPr>
                <w:lang w:val="ru-RU"/>
              </w:rPr>
              <w:t>Конструкторско-технологическое обеспечение машиностроительных производств</w:t>
            </w:r>
          </w:p>
          <w:p w:rsidR="00FD4A85" w:rsidRPr="00A4702B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b/>
              </w:rPr>
              <w:t>профиль подготовки</w:t>
            </w:r>
            <w:r>
              <w:t xml:space="preserve"> Технология машиностроения</w:t>
            </w:r>
          </w:p>
        </w:tc>
      </w:tr>
      <w:tr w:rsidR="00FD4A85" w:rsidRPr="00771808" w:rsidTr="00702148">
        <w:trPr>
          <w:trHeight w:val="1370"/>
        </w:trPr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FD4A85">
            <w:pPr>
              <w:numPr>
                <w:ilvl w:val="0"/>
                <w:numId w:val="60"/>
              </w:numPr>
              <w:spacing w:line="240" w:lineRule="auto"/>
              <w:jc w:val="both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>Электронная  конфигурация атома и периодическая система. Изменение свойств элементов в периодах  и группах.</w:t>
            </w:r>
          </w:p>
          <w:p w:rsidR="00FD4A85" w:rsidRPr="00181731" w:rsidRDefault="00FD4A85" w:rsidP="002264E8">
            <w:pPr>
              <w:ind w:left="360"/>
              <w:rPr>
                <w:szCs w:val="24"/>
                <w:lang w:val="ru-RU"/>
              </w:rPr>
            </w:pPr>
          </w:p>
          <w:p w:rsidR="00FD4A85" w:rsidRPr="00181731" w:rsidRDefault="00FD4A85" w:rsidP="00FD4A85">
            <w:pPr>
              <w:numPr>
                <w:ilvl w:val="0"/>
                <w:numId w:val="60"/>
              </w:numPr>
              <w:spacing w:line="240" w:lineRule="auto"/>
              <w:jc w:val="both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>Константа диссоциации. Закон разбавления Оствальда.</w:t>
            </w:r>
          </w:p>
          <w:p w:rsidR="00FD4A85" w:rsidRPr="00181731" w:rsidRDefault="00FD4A85" w:rsidP="002264E8">
            <w:pPr>
              <w:rPr>
                <w:szCs w:val="24"/>
                <w:lang w:val="ru-RU"/>
              </w:rPr>
            </w:pPr>
          </w:p>
          <w:p w:rsidR="00FD4A85" w:rsidRPr="00181731" w:rsidRDefault="00FD4A85" w:rsidP="00FD4A85">
            <w:pPr>
              <w:numPr>
                <w:ilvl w:val="0"/>
                <w:numId w:val="60"/>
              </w:numPr>
              <w:spacing w:line="240" w:lineRule="auto"/>
              <w:jc w:val="both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Напишите выражение константы равновесия для реакции: </w:t>
            </w:r>
            <w:r w:rsidRPr="00511FAF">
              <w:rPr>
                <w:position w:val="-14"/>
                <w:szCs w:val="24"/>
              </w:rPr>
              <w:object w:dxaOrig="3260" w:dyaOrig="380">
                <v:shape id="_x0000_i1148" type="#_x0000_t75" style="width:163.5pt;height:18.75pt" o:ole="">
                  <v:imagedata r:id="rId232" o:title=""/>
                </v:shape>
                <o:OLEObject Type="Embed" ProgID="Equation.3" ShapeID="_x0000_i1148" DrawAspect="Content" ObjectID="_1842695843" r:id="rId233"/>
              </w:object>
            </w:r>
            <w:r w:rsidRPr="00181731">
              <w:rPr>
                <w:szCs w:val="24"/>
                <w:lang w:val="ru-RU"/>
              </w:rPr>
              <w:t>.</w:t>
            </w:r>
          </w:p>
          <w:p w:rsidR="00FD4A85" w:rsidRPr="00181731" w:rsidRDefault="00FD4A85" w:rsidP="002264E8">
            <w:pPr>
              <w:rPr>
                <w:sz w:val="28"/>
                <w:lang w:val="ru-RU"/>
              </w:rPr>
            </w:pPr>
          </w:p>
          <w:p w:rsidR="00FD4A85" w:rsidRPr="00181731" w:rsidRDefault="00FD4A85" w:rsidP="002264E8">
            <w:pPr>
              <w:pStyle w:val="21"/>
              <w:spacing w:before="0" w:line="240" w:lineRule="auto"/>
              <w:rPr>
                <w:sz w:val="22"/>
                <w:szCs w:val="22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Билет составил:      </w:t>
            </w:r>
            <w:r w:rsidRPr="00181731">
              <w:rPr>
                <w:rFonts w:ascii="Times New Roman" w:hAnsi="Times New Roman" w:cs="Times New Roman"/>
                <w:color w:val="auto"/>
                <w:sz w:val="22"/>
                <w:szCs w:val="22"/>
                <w:u w:val="single"/>
                <w:lang w:val="ru-RU"/>
              </w:rPr>
              <w:t xml:space="preserve">доцент   </w:t>
            </w:r>
            <w:r w:rsidRPr="00181731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               ________________________                     Лапина С.Ф.</w:t>
            </w:r>
            <w:r w:rsidRPr="00181731">
              <w:rPr>
                <w:sz w:val="22"/>
                <w:szCs w:val="22"/>
                <w:lang w:val="ru-RU"/>
              </w:rPr>
              <w:t xml:space="preserve">                                                                  </w:t>
            </w:r>
          </w:p>
          <w:p w:rsidR="00FD4A85" w:rsidRPr="00181731" w:rsidRDefault="00FD4A85" w:rsidP="002264E8">
            <w:pPr>
              <w:pStyle w:val="5"/>
              <w:spacing w:before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Утверждено на заседани</w:t>
            </w:r>
            <w:r w:rsidR="00702148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и кафедры: ЭБЖиФ протокол от «22</w:t>
            </w:r>
            <w:r w:rsidRPr="00181731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 xml:space="preserve">» </w:t>
            </w:r>
            <w:r w:rsidR="00702148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апреля 2026 г № 9</w:t>
            </w:r>
          </w:p>
          <w:p w:rsidR="00FD4A85" w:rsidRPr="00181731" w:rsidRDefault="00FD4A85" w:rsidP="002264E8">
            <w:pPr>
              <w:pStyle w:val="5"/>
              <w:spacing w:before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Заведующий кафедрой   ЭБЖиФ          ________________________              Никифорова В.А.</w:t>
            </w:r>
          </w:p>
          <w:p w:rsidR="00FD4A85" w:rsidRPr="00181731" w:rsidRDefault="00FD4A85" w:rsidP="002264E8">
            <w:pPr>
              <w:spacing w:line="240" w:lineRule="auto"/>
              <w:rPr>
                <w:szCs w:val="24"/>
                <w:lang w:val="ru-RU"/>
              </w:rPr>
            </w:pPr>
          </w:p>
        </w:tc>
      </w:tr>
      <w:tr w:rsidR="00FD4A85" w:rsidRPr="00771808" w:rsidTr="00702148">
        <w:trPr>
          <w:trHeight w:val="13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Минобрнауки России </w:t>
            </w: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ФГБОУ ВО </w:t>
            </w: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>«БрГУ»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2264E8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20</w:t>
            </w:r>
          </w:p>
          <w:p w:rsidR="00FD4A85" w:rsidRPr="00181731" w:rsidRDefault="00FD4A85" w:rsidP="002264E8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b/>
                <w:lang w:val="ru-RU"/>
              </w:rPr>
              <w:t xml:space="preserve">направление подготовки 15.03.02 </w:t>
            </w:r>
            <w:r w:rsidRPr="00181731">
              <w:rPr>
                <w:lang w:val="ru-RU"/>
              </w:rPr>
              <w:t>Технологические машины и оборудование</w:t>
            </w: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b/>
                <w:lang w:val="ru-RU"/>
              </w:rPr>
              <w:t>профиль подготовки</w:t>
            </w:r>
            <w:r w:rsidRPr="00181731">
              <w:rPr>
                <w:lang w:val="ru-RU"/>
              </w:rPr>
              <w:t xml:space="preserve"> Машины и оборудование лесного комплекса</w:t>
            </w:r>
          </w:p>
        </w:tc>
      </w:tr>
      <w:tr w:rsidR="00FD4A85" w:rsidRPr="00771808" w:rsidTr="00702148">
        <w:trPr>
          <w:trHeight w:val="1370"/>
        </w:trPr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002C7D" w:rsidRDefault="00FD4A85" w:rsidP="00FD4A85">
            <w:pPr>
              <w:numPr>
                <w:ilvl w:val="0"/>
                <w:numId w:val="61"/>
              </w:numPr>
              <w:spacing w:line="240" w:lineRule="auto"/>
              <w:jc w:val="both"/>
              <w:rPr>
                <w:szCs w:val="24"/>
              </w:rPr>
            </w:pPr>
            <w:r w:rsidRPr="00002C7D">
              <w:rPr>
                <w:szCs w:val="24"/>
              </w:rPr>
              <w:t xml:space="preserve">Теория электролитической диссоциации. </w:t>
            </w:r>
          </w:p>
          <w:p w:rsidR="00FD4A85" w:rsidRPr="00002C7D" w:rsidRDefault="00FD4A85" w:rsidP="002264E8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FD4A85" w:rsidRPr="00181731" w:rsidRDefault="00FD4A85" w:rsidP="00FD4A85">
            <w:pPr>
              <w:numPr>
                <w:ilvl w:val="0"/>
                <w:numId w:val="61"/>
              </w:numPr>
              <w:spacing w:line="240" w:lineRule="auto"/>
              <w:jc w:val="both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>Составление уравнений ОВР. Метод электронного баланса.</w:t>
            </w:r>
          </w:p>
          <w:p w:rsidR="00FD4A85" w:rsidRPr="00181731" w:rsidRDefault="00FD4A85" w:rsidP="002264E8">
            <w:pPr>
              <w:rPr>
                <w:szCs w:val="24"/>
                <w:lang w:val="ru-RU"/>
              </w:rPr>
            </w:pPr>
          </w:p>
          <w:p w:rsidR="00FD4A85" w:rsidRPr="00181731" w:rsidRDefault="00FD4A85" w:rsidP="00FD4A85">
            <w:pPr>
              <w:numPr>
                <w:ilvl w:val="0"/>
                <w:numId w:val="61"/>
              </w:numPr>
              <w:spacing w:line="240" w:lineRule="auto"/>
              <w:jc w:val="both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Составьте уравнения реакций, осуществляющих следующие превращения: </w:t>
            </w:r>
            <w:r w:rsidRPr="00002C7D">
              <w:rPr>
                <w:position w:val="-10"/>
                <w:szCs w:val="24"/>
              </w:rPr>
              <w:object w:dxaOrig="4300" w:dyaOrig="340">
                <v:shape id="_x0000_i1149" type="#_x0000_t75" style="width:215.25pt;height:17.25pt" o:ole="">
                  <v:imagedata r:id="rId234" o:title=""/>
                </v:shape>
                <o:OLEObject Type="Embed" ProgID="Equation.3" ShapeID="_x0000_i1149" DrawAspect="Content" ObjectID="_1842695844" r:id="rId235"/>
              </w:object>
            </w:r>
            <w:r w:rsidRPr="00181731">
              <w:rPr>
                <w:szCs w:val="24"/>
                <w:lang w:val="ru-RU"/>
              </w:rPr>
              <w:t>.</w:t>
            </w:r>
          </w:p>
          <w:p w:rsidR="00FD4A85" w:rsidRDefault="00FD4A85" w:rsidP="002264E8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</w:rPr>
            </w:pPr>
          </w:p>
          <w:p w:rsidR="00FD4A85" w:rsidRPr="00181731" w:rsidRDefault="00FD4A85" w:rsidP="002264E8">
            <w:pPr>
              <w:pStyle w:val="21"/>
              <w:spacing w:before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  <w:u w:val="single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Билет составил:      доцент                  ________________________                     Лапина С.Ф.</w:t>
            </w:r>
          </w:p>
          <w:p w:rsidR="00FD4A85" w:rsidRPr="00181731" w:rsidRDefault="00FD4A85" w:rsidP="002264E8">
            <w:pPr>
              <w:spacing w:line="240" w:lineRule="auto"/>
              <w:rPr>
                <w:lang w:val="ru-RU"/>
              </w:rPr>
            </w:pPr>
            <w:r w:rsidRPr="00181731">
              <w:rPr>
                <w:sz w:val="22"/>
                <w:lang w:val="ru-RU"/>
              </w:rPr>
              <w:t xml:space="preserve">Утверждено на заседании </w:t>
            </w:r>
            <w:r w:rsidR="00702148">
              <w:rPr>
                <w:sz w:val="22"/>
                <w:lang w:val="ru-RU"/>
              </w:rPr>
              <w:t>кафедры: ЭБЖиФ протокол от «22</w:t>
            </w:r>
            <w:r w:rsidRPr="00181731">
              <w:rPr>
                <w:sz w:val="22"/>
                <w:lang w:val="ru-RU"/>
              </w:rPr>
              <w:t xml:space="preserve">» </w:t>
            </w:r>
            <w:r w:rsidR="00702148">
              <w:rPr>
                <w:sz w:val="22"/>
                <w:lang w:val="ru-RU"/>
              </w:rPr>
              <w:t>апреля 2026 г № 9</w:t>
            </w:r>
          </w:p>
          <w:p w:rsidR="00FD4A85" w:rsidRPr="00181731" w:rsidRDefault="00FD4A85" w:rsidP="002264E8">
            <w:pPr>
              <w:pStyle w:val="5"/>
              <w:spacing w:before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Заведующий кафедрой   ЭБЖиФ          ________________________              Никифорова В.А.</w:t>
            </w:r>
          </w:p>
          <w:p w:rsidR="00FD4A85" w:rsidRPr="00181731" w:rsidRDefault="00FD4A85" w:rsidP="002264E8">
            <w:pPr>
              <w:spacing w:line="240" w:lineRule="auto"/>
              <w:rPr>
                <w:szCs w:val="24"/>
                <w:lang w:val="ru-RU"/>
              </w:rPr>
            </w:pPr>
          </w:p>
        </w:tc>
      </w:tr>
      <w:tr w:rsidR="00FD4A85" w:rsidRPr="00A4702B" w:rsidTr="00702148">
        <w:trPr>
          <w:trHeight w:val="13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Минобрнауки России </w:t>
            </w: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ФГБОУ ВО </w:t>
            </w: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>«БрГУ»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2264E8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21</w:t>
            </w:r>
          </w:p>
          <w:p w:rsidR="00FD4A85" w:rsidRPr="00181731" w:rsidRDefault="00FD4A85" w:rsidP="002264E8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FD4A85" w:rsidRPr="00181731" w:rsidRDefault="00FD4A85" w:rsidP="002264E8">
            <w:pPr>
              <w:jc w:val="center"/>
              <w:rPr>
                <w:lang w:val="ru-RU"/>
              </w:rPr>
            </w:pPr>
            <w:r w:rsidRPr="00181731">
              <w:rPr>
                <w:b/>
                <w:lang w:val="ru-RU"/>
              </w:rPr>
              <w:t xml:space="preserve">направление подготовки 15.03.05 </w:t>
            </w:r>
            <w:r w:rsidRPr="00181731">
              <w:rPr>
                <w:lang w:val="ru-RU"/>
              </w:rPr>
              <w:t>Конструкторско-технологическое обеспечение машиностроительных производств</w:t>
            </w:r>
          </w:p>
          <w:p w:rsidR="00FD4A85" w:rsidRPr="00A4702B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b/>
              </w:rPr>
              <w:t>профиль подготовки</w:t>
            </w:r>
            <w:r>
              <w:t xml:space="preserve"> Технология машиностроения</w:t>
            </w:r>
          </w:p>
        </w:tc>
      </w:tr>
      <w:tr w:rsidR="00FD4A85" w:rsidRPr="00771808" w:rsidTr="00702148">
        <w:trPr>
          <w:trHeight w:val="1370"/>
        </w:trPr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FD4A85">
            <w:pPr>
              <w:numPr>
                <w:ilvl w:val="0"/>
                <w:numId w:val="62"/>
              </w:numPr>
              <w:spacing w:line="240" w:lineRule="auto"/>
              <w:jc w:val="both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lastRenderedPageBreak/>
              <w:t>Скорость химической реакции. Закон действия масс для гомогенной и гетерогенной реакции.</w:t>
            </w:r>
          </w:p>
          <w:p w:rsidR="00FD4A85" w:rsidRPr="00002C7D" w:rsidRDefault="00FD4A85" w:rsidP="002264E8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FD4A85" w:rsidRPr="00181731" w:rsidRDefault="00FD4A85" w:rsidP="00FD4A85">
            <w:pPr>
              <w:numPr>
                <w:ilvl w:val="0"/>
                <w:numId w:val="62"/>
              </w:numPr>
              <w:spacing w:line="240" w:lineRule="auto"/>
              <w:jc w:val="both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>Природа химической связи в металлах.</w:t>
            </w:r>
          </w:p>
          <w:p w:rsidR="00FD4A85" w:rsidRPr="00181731" w:rsidRDefault="00FD4A85" w:rsidP="002264E8">
            <w:pPr>
              <w:ind w:left="720"/>
              <w:rPr>
                <w:color w:val="FF0000"/>
                <w:szCs w:val="24"/>
                <w:lang w:val="ru-RU"/>
              </w:rPr>
            </w:pPr>
          </w:p>
          <w:p w:rsidR="00FD4A85" w:rsidRPr="00181731" w:rsidRDefault="00FD4A85" w:rsidP="00FD4A85">
            <w:pPr>
              <w:numPr>
                <w:ilvl w:val="0"/>
                <w:numId w:val="62"/>
              </w:numPr>
              <w:spacing w:line="240" w:lineRule="auto"/>
              <w:jc w:val="both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Составить в молекулярной форме уравнения реакций, которые выражаются следующими ионно-молекулярными уравнениями: </w:t>
            </w:r>
            <w:r w:rsidRPr="00002C7D">
              <w:rPr>
                <w:position w:val="-10"/>
                <w:szCs w:val="24"/>
              </w:rPr>
              <w:object w:dxaOrig="2040" w:dyaOrig="360">
                <v:shape id="_x0000_i1150" type="#_x0000_t75" style="width:102pt;height:18pt" o:ole="">
                  <v:imagedata r:id="rId236" o:title=""/>
                </v:shape>
                <o:OLEObject Type="Embed" ProgID="Equation.3" ShapeID="_x0000_i1150" DrawAspect="Content" ObjectID="_1842695845" r:id="rId237"/>
              </w:object>
            </w:r>
            <w:r w:rsidRPr="00181731">
              <w:rPr>
                <w:szCs w:val="24"/>
                <w:lang w:val="ru-RU"/>
              </w:rPr>
              <w:t xml:space="preserve"> </w:t>
            </w:r>
            <w:r w:rsidRPr="00002C7D">
              <w:rPr>
                <w:position w:val="-10"/>
                <w:szCs w:val="24"/>
              </w:rPr>
              <w:object w:dxaOrig="3300" w:dyaOrig="360">
                <v:shape id="_x0000_i1151" type="#_x0000_t75" style="width:164.25pt;height:18pt" o:ole="">
                  <v:imagedata r:id="rId238" o:title=""/>
                </v:shape>
                <o:OLEObject Type="Embed" ProgID="Equation.3" ShapeID="_x0000_i1151" DrawAspect="Content" ObjectID="_1842695846" r:id="rId239"/>
              </w:object>
            </w:r>
            <w:r w:rsidRPr="00181731">
              <w:rPr>
                <w:szCs w:val="24"/>
                <w:lang w:val="ru-RU"/>
              </w:rPr>
              <w:t>.</w:t>
            </w:r>
          </w:p>
          <w:p w:rsidR="00FD4A85" w:rsidRDefault="00FD4A85" w:rsidP="002264E8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</w:rPr>
            </w:pPr>
          </w:p>
          <w:p w:rsidR="00FD4A85" w:rsidRPr="00181731" w:rsidRDefault="00FD4A85" w:rsidP="002264E8">
            <w:pPr>
              <w:pStyle w:val="21"/>
              <w:spacing w:before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  <w:u w:val="single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Билет составил:      доцент                 ________________________                     Лапина С.Ф.</w:t>
            </w:r>
          </w:p>
          <w:p w:rsidR="00FD4A85" w:rsidRPr="00181731" w:rsidRDefault="00FD4A85" w:rsidP="002264E8">
            <w:pPr>
              <w:spacing w:line="240" w:lineRule="auto"/>
              <w:rPr>
                <w:lang w:val="ru-RU"/>
              </w:rPr>
            </w:pPr>
            <w:r w:rsidRPr="00181731">
              <w:rPr>
                <w:sz w:val="22"/>
                <w:lang w:val="ru-RU"/>
              </w:rPr>
              <w:t>Утверждено на заседани</w:t>
            </w:r>
            <w:r w:rsidR="00702148">
              <w:rPr>
                <w:sz w:val="22"/>
                <w:lang w:val="ru-RU"/>
              </w:rPr>
              <w:t>и кафедры: ЭБЖиФ протокол от «22» апреля 2026 г № 9</w:t>
            </w:r>
          </w:p>
          <w:p w:rsidR="00FD4A85" w:rsidRPr="00181731" w:rsidRDefault="00FD4A85" w:rsidP="002264E8">
            <w:pPr>
              <w:pStyle w:val="5"/>
              <w:spacing w:before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Заведующий кафедрой   ЭБЖиФ          ________________________              Никифорова В.А.</w:t>
            </w:r>
          </w:p>
          <w:p w:rsidR="00FD4A85" w:rsidRPr="00181731" w:rsidRDefault="00FD4A85" w:rsidP="002264E8">
            <w:pPr>
              <w:spacing w:line="240" w:lineRule="auto"/>
              <w:rPr>
                <w:szCs w:val="24"/>
                <w:lang w:val="ru-RU"/>
              </w:rPr>
            </w:pPr>
          </w:p>
        </w:tc>
      </w:tr>
      <w:tr w:rsidR="00FD4A85" w:rsidRPr="00A4702B" w:rsidTr="00702148">
        <w:trPr>
          <w:trHeight w:val="13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Минобрнауки России </w:t>
            </w: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ФГБОУ ВО </w:t>
            </w: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>«БрГУ»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2264E8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22</w:t>
            </w:r>
          </w:p>
          <w:p w:rsidR="00FD4A85" w:rsidRPr="00181731" w:rsidRDefault="00FD4A85" w:rsidP="002264E8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FD4A85" w:rsidRPr="00181731" w:rsidRDefault="00FD4A85" w:rsidP="002264E8">
            <w:pPr>
              <w:jc w:val="center"/>
              <w:rPr>
                <w:lang w:val="ru-RU"/>
              </w:rPr>
            </w:pPr>
            <w:r w:rsidRPr="00181731">
              <w:rPr>
                <w:b/>
                <w:lang w:val="ru-RU"/>
              </w:rPr>
              <w:t xml:space="preserve">направление подготовки 15.03.05 </w:t>
            </w:r>
            <w:r w:rsidRPr="00181731">
              <w:rPr>
                <w:lang w:val="ru-RU"/>
              </w:rPr>
              <w:t>Конструкторско-технологическое обеспечение машиностроительных производств</w:t>
            </w:r>
          </w:p>
          <w:p w:rsidR="00FD4A85" w:rsidRPr="00A4702B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b/>
              </w:rPr>
              <w:t>профиль подготовки</w:t>
            </w:r>
            <w:r>
              <w:t xml:space="preserve"> Технология машиностроения</w:t>
            </w:r>
          </w:p>
        </w:tc>
      </w:tr>
      <w:tr w:rsidR="00FD4A85" w:rsidRPr="00771808" w:rsidTr="00702148">
        <w:trPr>
          <w:trHeight w:val="1370"/>
        </w:trPr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Default="00FD4A85" w:rsidP="00FD4A85">
            <w:pPr>
              <w:numPr>
                <w:ilvl w:val="0"/>
                <w:numId w:val="63"/>
              </w:numPr>
              <w:spacing w:line="240" w:lineRule="auto"/>
              <w:jc w:val="both"/>
              <w:rPr>
                <w:szCs w:val="24"/>
              </w:rPr>
            </w:pPr>
            <w:r w:rsidRPr="00181731">
              <w:rPr>
                <w:szCs w:val="24"/>
                <w:lang w:val="ru-RU"/>
              </w:rPr>
              <w:t xml:space="preserve">Свойства идеальных растворов. Давление насыщенного пара над раствором. </w:t>
            </w:r>
            <w:r w:rsidRPr="00267864">
              <w:rPr>
                <w:szCs w:val="24"/>
              </w:rPr>
              <w:t>Закон Рауля. Следствия из закона Рауля</w:t>
            </w:r>
            <w:r w:rsidRPr="00CC3A4E">
              <w:rPr>
                <w:szCs w:val="24"/>
              </w:rPr>
              <w:t xml:space="preserve"> </w:t>
            </w:r>
          </w:p>
          <w:p w:rsidR="00FD4A85" w:rsidRDefault="00FD4A85" w:rsidP="002264E8">
            <w:pPr>
              <w:spacing w:line="240" w:lineRule="auto"/>
              <w:ind w:left="720"/>
              <w:rPr>
                <w:szCs w:val="24"/>
              </w:rPr>
            </w:pPr>
          </w:p>
          <w:p w:rsidR="00FD4A85" w:rsidRPr="00CC3A4E" w:rsidRDefault="00FD4A85" w:rsidP="00FD4A85">
            <w:pPr>
              <w:numPr>
                <w:ilvl w:val="0"/>
                <w:numId w:val="63"/>
              </w:numPr>
              <w:spacing w:line="240" w:lineRule="auto"/>
              <w:jc w:val="both"/>
              <w:rPr>
                <w:szCs w:val="24"/>
              </w:rPr>
            </w:pPr>
            <w:r w:rsidRPr="00CC3A4E">
              <w:rPr>
                <w:szCs w:val="24"/>
              </w:rPr>
              <w:t xml:space="preserve">Способы защиты от коррозии. </w:t>
            </w:r>
          </w:p>
          <w:p w:rsidR="00FD4A85" w:rsidRPr="00B77B36" w:rsidRDefault="00FD4A85" w:rsidP="002264E8">
            <w:pPr>
              <w:rPr>
                <w:szCs w:val="24"/>
              </w:rPr>
            </w:pPr>
          </w:p>
          <w:p w:rsidR="00FD4A85" w:rsidRPr="00181731" w:rsidRDefault="00FD4A85" w:rsidP="00FD4A85">
            <w:pPr>
              <w:numPr>
                <w:ilvl w:val="0"/>
                <w:numId w:val="63"/>
              </w:numPr>
              <w:spacing w:line="240" w:lineRule="auto"/>
              <w:jc w:val="both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Составить в молекулярной форме уравнения реакций, которые выражаются следующими ионно-молекулярными уравнениями: </w:t>
            </w:r>
            <w:r w:rsidRPr="00B77B36">
              <w:rPr>
                <w:position w:val="-10"/>
                <w:szCs w:val="24"/>
              </w:rPr>
              <w:object w:dxaOrig="2060" w:dyaOrig="360">
                <v:shape id="_x0000_i1152" type="#_x0000_t75" style="width:102pt;height:18pt" o:ole="">
                  <v:imagedata r:id="rId240" o:title=""/>
                </v:shape>
                <o:OLEObject Type="Embed" ProgID="Equation.3" ShapeID="_x0000_i1152" DrawAspect="Content" ObjectID="_1842695847" r:id="rId241"/>
              </w:object>
            </w:r>
            <w:r w:rsidRPr="00181731">
              <w:rPr>
                <w:szCs w:val="24"/>
                <w:lang w:val="ru-RU"/>
              </w:rPr>
              <w:t xml:space="preserve"> </w:t>
            </w:r>
            <w:r w:rsidRPr="00B77B36">
              <w:rPr>
                <w:position w:val="-10"/>
                <w:szCs w:val="24"/>
              </w:rPr>
              <w:object w:dxaOrig="3340" w:dyaOrig="360">
                <v:shape id="_x0000_i1153" type="#_x0000_t75" style="width:167.25pt;height:18pt" o:ole="">
                  <v:imagedata r:id="rId242" o:title=""/>
                </v:shape>
                <o:OLEObject Type="Embed" ProgID="Equation.3" ShapeID="_x0000_i1153" DrawAspect="Content" ObjectID="_1842695848" r:id="rId243"/>
              </w:object>
            </w:r>
            <w:r w:rsidRPr="00181731">
              <w:rPr>
                <w:szCs w:val="24"/>
                <w:lang w:val="ru-RU"/>
              </w:rPr>
              <w:t>.</w:t>
            </w:r>
          </w:p>
          <w:p w:rsidR="00FD4A85" w:rsidRDefault="00FD4A85" w:rsidP="002264E8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</w:rPr>
            </w:pPr>
          </w:p>
          <w:p w:rsidR="00FD4A85" w:rsidRPr="00181731" w:rsidRDefault="00FD4A85" w:rsidP="002264E8">
            <w:pPr>
              <w:pStyle w:val="21"/>
              <w:spacing w:before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Билет составил:      доцент                  ________________________                     Лапина С.Ф.                                                                   </w:t>
            </w:r>
          </w:p>
          <w:p w:rsidR="00FD4A85" w:rsidRPr="00181731" w:rsidRDefault="00FD4A85" w:rsidP="002264E8">
            <w:pPr>
              <w:pStyle w:val="5"/>
              <w:spacing w:before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Утверждено на заседани</w:t>
            </w:r>
            <w:r w:rsidR="00702148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и кафедры: ЭБЖиФ протокол от «22</w:t>
            </w:r>
            <w:r w:rsidRPr="00181731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 xml:space="preserve">» </w:t>
            </w:r>
            <w:r w:rsidR="00702148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апреля 2026 г № 9</w:t>
            </w:r>
          </w:p>
          <w:p w:rsidR="00FD4A85" w:rsidRPr="00181731" w:rsidRDefault="00FD4A85" w:rsidP="002264E8">
            <w:pPr>
              <w:pStyle w:val="5"/>
              <w:spacing w:before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Заведующий кафедрой   ЭБЖиФ          ________________________              Никифорова В.А.</w:t>
            </w:r>
          </w:p>
          <w:p w:rsidR="00FD4A85" w:rsidRPr="00181731" w:rsidRDefault="00FD4A85" w:rsidP="002264E8">
            <w:pPr>
              <w:spacing w:line="240" w:lineRule="auto"/>
              <w:rPr>
                <w:szCs w:val="24"/>
                <w:lang w:val="ru-RU"/>
              </w:rPr>
            </w:pPr>
          </w:p>
        </w:tc>
      </w:tr>
      <w:tr w:rsidR="00FD4A85" w:rsidRPr="00A4702B" w:rsidTr="00702148">
        <w:trPr>
          <w:trHeight w:val="13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Минобрнауки России </w:t>
            </w: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ФГБОУ ВО </w:t>
            </w: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>«БрГУ»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2264E8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23</w:t>
            </w:r>
          </w:p>
          <w:p w:rsidR="00FD4A85" w:rsidRPr="00181731" w:rsidRDefault="00FD4A85" w:rsidP="002264E8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FD4A85" w:rsidRPr="00181731" w:rsidRDefault="00FD4A85" w:rsidP="002264E8">
            <w:pPr>
              <w:jc w:val="center"/>
              <w:rPr>
                <w:lang w:val="ru-RU"/>
              </w:rPr>
            </w:pPr>
            <w:r w:rsidRPr="00181731">
              <w:rPr>
                <w:b/>
                <w:lang w:val="ru-RU"/>
              </w:rPr>
              <w:t xml:space="preserve">направление подготовки 15.03.05 </w:t>
            </w:r>
            <w:r w:rsidRPr="00181731">
              <w:rPr>
                <w:lang w:val="ru-RU"/>
              </w:rPr>
              <w:t>Конструкторско-технологическое обеспечение машиностроительных производств</w:t>
            </w:r>
          </w:p>
          <w:p w:rsidR="00FD4A85" w:rsidRPr="00A4702B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b/>
              </w:rPr>
              <w:t>профиль подготовки</w:t>
            </w:r>
            <w:r>
              <w:t xml:space="preserve"> Технология машиностроения</w:t>
            </w:r>
          </w:p>
        </w:tc>
      </w:tr>
      <w:tr w:rsidR="00FD4A85" w:rsidRPr="00771808" w:rsidTr="00702148">
        <w:trPr>
          <w:trHeight w:val="1370"/>
        </w:trPr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E18D2" w:rsidRDefault="00FD4A85" w:rsidP="00FD4A85">
            <w:pPr>
              <w:numPr>
                <w:ilvl w:val="0"/>
                <w:numId w:val="64"/>
              </w:numPr>
              <w:spacing w:line="240" w:lineRule="auto"/>
              <w:jc w:val="both"/>
              <w:rPr>
                <w:szCs w:val="24"/>
              </w:rPr>
            </w:pPr>
            <w:r w:rsidRPr="00EE18D2">
              <w:rPr>
                <w:szCs w:val="24"/>
              </w:rPr>
              <w:t>Химические системы. Термодинамические функции.</w:t>
            </w:r>
          </w:p>
          <w:p w:rsidR="00FD4A85" w:rsidRPr="00EE18D2" w:rsidRDefault="00FD4A85" w:rsidP="002264E8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FD4A85" w:rsidRPr="00181731" w:rsidRDefault="00FD4A85" w:rsidP="00FD4A85">
            <w:pPr>
              <w:numPr>
                <w:ilvl w:val="0"/>
                <w:numId w:val="64"/>
              </w:numPr>
              <w:spacing w:line="240" w:lineRule="auto"/>
              <w:jc w:val="both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>Окислительно-восстановительные реакции. Типы ОВР.</w:t>
            </w:r>
          </w:p>
          <w:p w:rsidR="00FD4A85" w:rsidRPr="00181731" w:rsidRDefault="00FD4A85" w:rsidP="002264E8">
            <w:pPr>
              <w:ind w:left="360"/>
              <w:rPr>
                <w:szCs w:val="24"/>
                <w:lang w:val="ru-RU"/>
              </w:rPr>
            </w:pPr>
          </w:p>
          <w:p w:rsidR="00FD4A85" w:rsidRPr="00EE18D2" w:rsidRDefault="00FD4A85" w:rsidP="00FD4A85">
            <w:pPr>
              <w:numPr>
                <w:ilvl w:val="0"/>
                <w:numId w:val="64"/>
              </w:numPr>
              <w:spacing w:line="240" w:lineRule="auto"/>
              <w:jc w:val="both"/>
              <w:rPr>
                <w:szCs w:val="24"/>
              </w:rPr>
            </w:pPr>
            <w:r w:rsidRPr="00181731">
              <w:rPr>
                <w:szCs w:val="24"/>
                <w:lang w:val="ru-RU"/>
              </w:rPr>
              <w:t xml:space="preserve">При электролизе водного раствора </w:t>
            </w:r>
            <w:r w:rsidRPr="00EE18D2">
              <w:rPr>
                <w:position w:val="-10"/>
                <w:szCs w:val="24"/>
              </w:rPr>
              <w:object w:dxaOrig="660" w:dyaOrig="340">
                <v:shape id="_x0000_i1154" type="#_x0000_t75" style="width:33pt;height:17.25pt" o:ole="">
                  <v:imagedata r:id="rId244" o:title=""/>
                </v:shape>
                <o:OLEObject Type="Embed" ProgID="Equation.3" ShapeID="_x0000_i1154" DrawAspect="Content" ObjectID="_1842695849" r:id="rId245"/>
              </w:object>
            </w:r>
            <w:r w:rsidRPr="00181731">
              <w:rPr>
                <w:szCs w:val="24"/>
                <w:lang w:val="ru-RU"/>
              </w:rPr>
              <w:t xml:space="preserve">, на аноде выделилось </w:t>
            </w:r>
            <w:smartTag w:uri="urn:schemas-microsoft-com:office:smarttags" w:element="metricconverter">
              <w:smartTagPr>
                <w:attr w:name="ProductID" w:val="5,6 л"/>
              </w:smartTagPr>
              <w:r w:rsidRPr="00181731">
                <w:rPr>
                  <w:szCs w:val="24"/>
                  <w:lang w:val="ru-RU"/>
                </w:rPr>
                <w:t>5,6 л</w:t>
              </w:r>
            </w:smartTag>
            <w:r w:rsidRPr="00181731">
              <w:rPr>
                <w:szCs w:val="24"/>
                <w:lang w:val="ru-RU"/>
              </w:rPr>
              <w:t xml:space="preserve"> хлора (н.у.). </w:t>
            </w:r>
            <w:r w:rsidRPr="00EE18D2">
              <w:rPr>
                <w:szCs w:val="24"/>
              </w:rPr>
              <w:t>Сколько меди выделилось на катоде?</w:t>
            </w:r>
          </w:p>
          <w:p w:rsidR="00FD4A85" w:rsidRDefault="00FD4A85" w:rsidP="002264E8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</w:rPr>
            </w:pPr>
          </w:p>
          <w:p w:rsidR="00FD4A85" w:rsidRPr="00181731" w:rsidRDefault="00FD4A85" w:rsidP="002264E8">
            <w:pPr>
              <w:pStyle w:val="21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Билет составил:      </w:t>
            </w:r>
            <w:r w:rsidRPr="00181731">
              <w:rPr>
                <w:rFonts w:ascii="Times New Roman" w:hAnsi="Times New Roman" w:cs="Times New Roman"/>
                <w:color w:val="auto"/>
                <w:sz w:val="22"/>
                <w:szCs w:val="22"/>
                <w:u w:val="single"/>
                <w:lang w:val="ru-RU"/>
              </w:rPr>
              <w:t xml:space="preserve">доцент   </w:t>
            </w:r>
            <w:r w:rsidRPr="00181731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               ________________________                     Лапина С.Ф.</w:t>
            </w:r>
          </w:p>
          <w:p w:rsidR="00FD4A85" w:rsidRPr="00181731" w:rsidRDefault="00FD4A85" w:rsidP="002264E8">
            <w:pPr>
              <w:pStyle w:val="5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lastRenderedPageBreak/>
              <w:t>Утверждено на заседани</w:t>
            </w:r>
            <w:r w:rsidR="00702148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и кафедры: ЭБЖиФ протокол от «22» апреля 2026 г № 9</w:t>
            </w:r>
          </w:p>
          <w:p w:rsidR="00FD4A85" w:rsidRPr="00181731" w:rsidRDefault="00FD4A85" w:rsidP="00702148">
            <w:pPr>
              <w:pStyle w:val="5"/>
              <w:rPr>
                <w:szCs w:val="24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Заведующий кафедрой   ЭБЖиФ          ________________________              Никифорова В.А.</w:t>
            </w:r>
          </w:p>
        </w:tc>
      </w:tr>
      <w:tr w:rsidR="00FD4A85" w:rsidRPr="00A4702B" w:rsidTr="00702148">
        <w:trPr>
          <w:trHeight w:val="13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lastRenderedPageBreak/>
              <w:t xml:space="preserve">Минобрнауки России </w:t>
            </w: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ФГБОУ ВО </w:t>
            </w: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>«БрГУ»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2264E8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24</w:t>
            </w:r>
          </w:p>
          <w:p w:rsidR="00FD4A85" w:rsidRPr="00181731" w:rsidRDefault="00FD4A85" w:rsidP="002264E8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FD4A85" w:rsidRPr="00181731" w:rsidRDefault="00FD4A85" w:rsidP="002264E8">
            <w:pPr>
              <w:jc w:val="center"/>
              <w:rPr>
                <w:lang w:val="ru-RU"/>
              </w:rPr>
            </w:pPr>
            <w:r w:rsidRPr="00181731">
              <w:rPr>
                <w:b/>
                <w:lang w:val="ru-RU"/>
              </w:rPr>
              <w:t xml:space="preserve">направление подготовки 15.03.05 </w:t>
            </w:r>
            <w:r w:rsidRPr="00181731">
              <w:rPr>
                <w:lang w:val="ru-RU"/>
              </w:rPr>
              <w:t>Конструкторско-технологическое обеспечение машиностроительных производств</w:t>
            </w:r>
          </w:p>
          <w:p w:rsidR="00FD4A85" w:rsidRPr="00A4702B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b/>
              </w:rPr>
              <w:t>профиль подготовки</w:t>
            </w:r>
            <w:r>
              <w:t xml:space="preserve"> Технология машиностроения</w:t>
            </w:r>
          </w:p>
        </w:tc>
      </w:tr>
      <w:tr w:rsidR="00FD4A85" w:rsidRPr="00771808" w:rsidTr="00702148">
        <w:trPr>
          <w:trHeight w:val="1370"/>
        </w:trPr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EE18D2" w:rsidRDefault="00FD4A85" w:rsidP="00FD4A85">
            <w:pPr>
              <w:numPr>
                <w:ilvl w:val="0"/>
                <w:numId w:val="65"/>
              </w:numPr>
              <w:spacing w:line="240" w:lineRule="auto"/>
              <w:jc w:val="both"/>
              <w:rPr>
                <w:szCs w:val="24"/>
              </w:rPr>
            </w:pPr>
            <w:r w:rsidRPr="00EE18D2">
              <w:rPr>
                <w:szCs w:val="24"/>
              </w:rPr>
              <w:t xml:space="preserve">Основные классы неорганических соединений. </w:t>
            </w:r>
          </w:p>
          <w:p w:rsidR="00FD4A85" w:rsidRPr="00EE18D2" w:rsidRDefault="00FD4A85" w:rsidP="002264E8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FD4A85" w:rsidRPr="00181731" w:rsidRDefault="00FD4A85" w:rsidP="00FD4A85">
            <w:pPr>
              <w:numPr>
                <w:ilvl w:val="0"/>
                <w:numId w:val="65"/>
              </w:numPr>
              <w:spacing w:line="240" w:lineRule="auto"/>
              <w:jc w:val="both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>Ионная связь. Структура ионных соединений.</w:t>
            </w:r>
          </w:p>
          <w:p w:rsidR="00FD4A85" w:rsidRPr="00181731" w:rsidRDefault="00FD4A85" w:rsidP="002264E8">
            <w:pPr>
              <w:ind w:left="360"/>
              <w:rPr>
                <w:szCs w:val="24"/>
                <w:lang w:val="ru-RU"/>
              </w:rPr>
            </w:pPr>
          </w:p>
          <w:p w:rsidR="00FD4A85" w:rsidRPr="00EE18D2" w:rsidRDefault="00FD4A85" w:rsidP="00FD4A85">
            <w:pPr>
              <w:numPr>
                <w:ilvl w:val="0"/>
                <w:numId w:val="65"/>
              </w:numPr>
              <w:spacing w:line="240" w:lineRule="auto"/>
              <w:jc w:val="both"/>
              <w:rPr>
                <w:szCs w:val="24"/>
              </w:rPr>
            </w:pPr>
            <w:r w:rsidRPr="00181731">
              <w:rPr>
                <w:szCs w:val="24"/>
                <w:lang w:val="ru-RU"/>
              </w:rPr>
              <w:t xml:space="preserve">При электролизе водного раствора </w:t>
            </w:r>
            <w:r w:rsidRPr="00EE18D2">
              <w:rPr>
                <w:position w:val="-6"/>
                <w:szCs w:val="24"/>
              </w:rPr>
              <w:object w:dxaOrig="740" w:dyaOrig="280">
                <v:shape id="_x0000_i1155" type="#_x0000_t75" style="width:36.75pt;height:13.5pt" o:ole="">
                  <v:imagedata r:id="rId246" o:title=""/>
                </v:shape>
                <o:OLEObject Type="Embed" ProgID="Equation.3" ShapeID="_x0000_i1155" DrawAspect="Content" ObjectID="_1842695850" r:id="rId247"/>
              </w:object>
            </w:r>
            <w:r w:rsidRPr="00181731">
              <w:rPr>
                <w:szCs w:val="24"/>
                <w:lang w:val="ru-RU"/>
              </w:rPr>
              <w:t xml:space="preserve">, на аноде выделилось </w:t>
            </w:r>
            <w:smartTag w:uri="urn:schemas-microsoft-com:office:smarttags" w:element="metricconverter">
              <w:smartTagPr>
                <w:attr w:name="ProductID" w:val="2,8 л"/>
              </w:smartTagPr>
              <w:r w:rsidRPr="00181731">
                <w:rPr>
                  <w:szCs w:val="24"/>
                  <w:lang w:val="ru-RU"/>
                </w:rPr>
                <w:t>2,8 л</w:t>
              </w:r>
            </w:smartTag>
            <w:r w:rsidRPr="00181731">
              <w:rPr>
                <w:szCs w:val="24"/>
                <w:lang w:val="ru-RU"/>
              </w:rPr>
              <w:t xml:space="preserve"> кислорода (н.у.). </w:t>
            </w:r>
            <w:r w:rsidRPr="00EE18D2">
              <w:rPr>
                <w:szCs w:val="24"/>
              </w:rPr>
              <w:t>Сколько водорода выделилось на катоде?</w:t>
            </w:r>
          </w:p>
          <w:p w:rsidR="00FD4A85" w:rsidRPr="00EE18D2" w:rsidRDefault="00FD4A85" w:rsidP="002264E8">
            <w:pPr>
              <w:pStyle w:val="ae"/>
              <w:rPr>
                <w:szCs w:val="24"/>
              </w:rPr>
            </w:pPr>
          </w:p>
          <w:p w:rsidR="00FD4A85" w:rsidRPr="00181731" w:rsidRDefault="00FD4A85" w:rsidP="002264E8">
            <w:pPr>
              <w:pStyle w:val="21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Билет составил:      доцент                  ________________________                     Лапина С.Ф.                                                     </w:t>
            </w:r>
          </w:p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sz w:val="22"/>
                <w:lang w:val="ru-RU"/>
              </w:rPr>
              <w:t>Утверждено на заседани</w:t>
            </w:r>
            <w:r w:rsidR="00702148">
              <w:rPr>
                <w:sz w:val="22"/>
                <w:lang w:val="ru-RU"/>
              </w:rPr>
              <w:t>и кафедры: ЭБЖиФ протокол от «22</w:t>
            </w:r>
            <w:r w:rsidRPr="00181731">
              <w:rPr>
                <w:sz w:val="22"/>
                <w:lang w:val="ru-RU"/>
              </w:rPr>
              <w:t xml:space="preserve">» </w:t>
            </w:r>
            <w:r w:rsidR="00702148">
              <w:rPr>
                <w:sz w:val="22"/>
                <w:lang w:val="ru-RU"/>
              </w:rPr>
              <w:t>апреля 2026 г № 9</w:t>
            </w:r>
          </w:p>
          <w:p w:rsidR="00FD4A85" w:rsidRPr="00181731" w:rsidRDefault="00FD4A85" w:rsidP="002264E8">
            <w:pPr>
              <w:pStyle w:val="5"/>
              <w:rPr>
                <w:color w:val="auto"/>
                <w:szCs w:val="24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Заведующий кафедрой   ЭБЖиФ          ________________________              Никифорова В.А.</w:t>
            </w:r>
          </w:p>
        </w:tc>
      </w:tr>
      <w:tr w:rsidR="00FD4A85" w:rsidRPr="00A4702B" w:rsidTr="00702148">
        <w:trPr>
          <w:trHeight w:val="13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Минобрнауки России </w:t>
            </w: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 xml:space="preserve">ФГБОУ ВО </w:t>
            </w:r>
          </w:p>
          <w:p w:rsidR="00FD4A85" w:rsidRPr="00181731" w:rsidRDefault="00FD4A85" w:rsidP="002264E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>«БрГУ»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2264E8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25</w:t>
            </w:r>
          </w:p>
          <w:p w:rsidR="00FD4A85" w:rsidRPr="00181731" w:rsidRDefault="00FD4A85" w:rsidP="002264E8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18173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FD4A85" w:rsidRPr="00181731" w:rsidRDefault="00FD4A85" w:rsidP="002264E8">
            <w:pPr>
              <w:jc w:val="center"/>
              <w:rPr>
                <w:lang w:val="ru-RU"/>
              </w:rPr>
            </w:pPr>
            <w:r w:rsidRPr="00181731">
              <w:rPr>
                <w:b/>
                <w:lang w:val="ru-RU"/>
              </w:rPr>
              <w:t xml:space="preserve">направление подготовки 15.03.05 </w:t>
            </w:r>
            <w:r w:rsidRPr="00181731">
              <w:rPr>
                <w:lang w:val="ru-RU"/>
              </w:rPr>
              <w:t>Конструкторско-технологическое обеспечение машиностроительных производств</w:t>
            </w:r>
          </w:p>
          <w:p w:rsidR="00FD4A85" w:rsidRPr="00A4702B" w:rsidRDefault="00FD4A85" w:rsidP="002264E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b/>
              </w:rPr>
              <w:t>профиль подготовки</w:t>
            </w:r>
            <w:r>
              <w:t xml:space="preserve"> Технология машиностроения</w:t>
            </w:r>
          </w:p>
        </w:tc>
      </w:tr>
      <w:tr w:rsidR="00FD4A85" w:rsidRPr="00771808" w:rsidTr="00702148">
        <w:trPr>
          <w:trHeight w:val="1370"/>
        </w:trPr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FD4A85">
            <w:pPr>
              <w:numPr>
                <w:ilvl w:val="0"/>
                <w:numId w:val="66"/>
              </w:numPr>
              <w:spacing w:line="240" w:lineRule="auto"/>
              <w:jc w:val="both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>Внутренняя энергия. Первый закон термодинамики. Энтальпия. Изменение энтальпии в эндо- и экзотермических реакциях.</w:t>
            </w:r>
          </w:p>
          <w:p w:rsidR="00FD4A85" w:rsidRPr="00EE18D2" w:rsidRDefault="00FD4A85" w:rsidP="002264E8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FD4A85" w:rsidRPr="00181731" w:rsidRDefault="00FD4A85" w:rsidP="00FD4A85">
            <w:pPr>
              <w:numPr>
                <w:ilvl w:val="0"/>
                <w:numId w:val="66"/>
              </w:numPr>
              <w:spacing w:line="240" w:lineRule="auto"/>
              <w:jc w:val="both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>Ковалентная связь. Свойства ковалентной связи: полярность, направленность насыщаемость.</w:t>
            </w:r>
          </w:p>
          <w:p w:rsidR="00FD4A85" w:rsidRPr="00181731" w:rsidRDefault="00FD4A85" w:rsidP="002264E8">
            <w:pPr>
              <w:rPr>
                <w:szCs w:val="24"/>
                <w:lang w:val="ru-RU"/>
              </w:rPr>
            </w:pPr>
          </w:p>
          <w:p w:rsidR="00FD4A85" w:rsidRPr="00EE18D2" w:rsidRDefault="00FD4A85" w:rsidP="00FD4A85">
            <w:pPr>
              <w:numPr>
                <w:ilvl w:val="0"/>
                <w:numId w:val="66"/>
              </w:numPr>
              <w:spacing w:line="240" w:lineRule="auto"/>
              <w:jc w:val="both"/>
              <w:rPr>
                <w:szCs w:val="24"/>
              </w:rPr>
            </w:pPr>
            <w:r w:rsidRPr="00181731">
              <w:rPr>
                <w:szCs w:val="24"/>
                <w:lang w:val="ru-RU"/>
              </w:rPr>
              <w:t xml:space="preserve">При электролизе водного раствора </w:t>
            </w:r>
            <w:r w:rsidRPr="00EE18D2">
              <w:rPr>
                <w:position w:val="-10"/>
                <w:szCs w:val="24"/>
              </w:rPr>
              <w:object w:dxaOrig="639" w:dyaOrig="340">
                <v:shape id="_x0000_i1156" type="#_x0000_t75" style="width:32.25pt;height:17.25pt" o:ole="">
                  <v:imagedata r:id="rId248" o:title=""/>
                </v:shape>
                <o:OLEObject Type="Embed" ProgID="Equation.3" ShapeID="_x0000_i1156" DrawAspect="Content" ObjectID="_1842695851" r:id="rId249"/>
              </w:object>
            </w:r>
            <w:r w:rsidRPr="00181731">
              <w:rPr>
                <w:szCs w:val="24"/>
                <w:lang w:val="ru-RU"/>
              </w:rPr>
              <w:t xml:space="preserve">, на аноде выделилось 4,48л хлора(н.у.). </w:t>
            </w:r>
            <w:r w:rsidRPr="00EE18D2">
              <w:rPr>
                <w:szCs w:val="24"/>
              </w:rPr>
              <w:t>Сколько олова выделилось на катоде?</w:t>
            </w:r>
          </w:p>
          <w:p w:rsidR="00FD4A85" w:rsidRPr="00EE18D2" w:rsidRDefault="00FD4A85" w:rsidP="002264E8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FD4A85" w:rsidRPr="00181731" w:rsidRDefault="00FD4A85" w:rsidP="002264E8">
            <w:pPr>
              <w:pStyle w:val="21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Билет составил:      доцент                  ________________________                 Лапина С.Ф.</w:t>
            </w:r>
          </w:p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sz w:val="22"/>
                <w:lang w:val="ru-RU"/>
              </w:rPr>
              <w:t>Утверждено на заседани</w:t>
            </w:r>
            <w:r w:rsidR="00702148">
              <w:rPr>
                <w:sz w:val="22"/>
                <w:lang w:val="ru-RU"/>
              </w:rPr>
              <w:t>и кафедры: ЭБЖиФ протокол от «22</w:t>
            </w:r>
            <w:r w:rsidRPr="00181731">
              <w:rPr>
                <w:sz w:val="22"/>
                <w:lang w:val="ru-RU"/>
              </w:rPr>
              <w:t xml:space="preserve">» </w:t>
            </w:r>
            <w:r w:rsidR="00702148">
              <w:rPr>
                <w:sz w:val="22"/>
                <w:lang w:val="ru-RU"/>
              </w:rPr>
              <w:t>апреля 2026 г № 9</w:t>
            </w:r>
          </w:p>
          <w:p w:rsidR="00FD4A85" w:rsidRPr="00181731" w:rsidRDefault="00FD4A85" w:rsidP="002264E8">
            <w:pPr>
              <w:pStyle w:val="5"/>
              <w:rPr>
                <w:szCs w:val="24"/>
                <w:lang w:val="ru-RU"/>
              </w:rPr>
            </w:pPr>
            <w:r w:rsidRPr="00181731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Заведующий кафедрой   ЭБЖиФ          ________________________              Никифорова В.А.</w:t>
            </w:r>
          </w:p>
        </w:tc>
      </w:tr>
    </w:tbl>
    <w:p w:rsidR="00FD4A85" w:rsidRPr="00181731" w:rsidRDefault="00FD4A85" w:rsidP="00FD4A85">
      <w:pPr>
        <w:rPr>
          <w:lang w:val="ru-RU"/>
        </w:rPr>
      </w:pPr>
    </w:p>
    <w:p w:rsidR="00FD4A85" w:rsidRPr="00181731" w:rsidRDefault="00FD4A85" w:rsidP="00FD4A85">
      <w:pPr>
        <w:ind w:firstLine="360"/>
        <w:jc w:val="center"/>
        <w:rPr>
          <w:b/>
          <w:szCs w:val="24"/>
          <w:lang w:val="ru-RU"/>
        </w:rPr>
      </w:pPr>
    </w:p>
    <w:p w:rsidR="00FD4A85" w:rsidRPr="00181731" w:rsidRDefault="00FD4A85" w:rsidP="00FD4A85">
      <w:pPr>
        <w:ind w:firstLine="360"/>
        <w:jc w:val="center"/>
        <w:rPr>
          <w:b/>
          <w:szCs w:val="24"/>
          <w:lang w:val="ru-RU"/>
        </w:rPr>
      </w:pPr>
      <w:r w:rsidRPr="00181731">
        <w:rPr>
          <w:b/>
          <w:szCs w:val="24"/>
          <w:lang w:val="ru-RU"/>
        </w:rPr>
        <w:t>Критерии оценки экзамена по дисциплине Химия</w:t>
      </w:r>
    </w:p>
    <w:p w:rsidR="00FD4A85" w:rsidRPr="00181731" w:rsidRDefault="00FD4A85" w:rsidP="00FD4A85">
      <w:pPr>
        <w:ind w:firstLine="360"/>
        <w:jc w:val="center"/>
        <w:rPr>
          <w:b/>
          <w:szCs w:val="24"/>
          <w:lang w:val="ru-RU"/>
        </w:rPr>
      </w:pPr>
    </w:p>
    <w:tbl>
      <w:tblPr>
        <w:tblW w:w="10168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7"/>
        <w:gridCol w:w="7471"/>
      </w:tblGrid>
      <w:tr w:rsidR="00FD4A85" w:rsidRPr="008E5BD7" w:rsidTr="002264E8">
        <w:tc>
          <w:tcPr>
            <w:tcW w:w="2697" w:type="dxa"/>
            <w:shd w:val="clear" w:color="auto" w:fill="auto"/>
            <w:vAlign w:val="center"/>
          </w:tcPr>
          <w:p w:rsidR="00FD4A85" w:rsidRPr="008E5BD7" w:rsidRDefault="00FD4A85" w:rsidP="002264E8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r w:rsidRPr="008E5BD7">
              <w:rPr>
                <w:b/>
                <w:szCs w:val="24"/>
              </w:rPr>
              <w:t>Оценка</w:t>
            </w:r>
          </w:p>
        </w:tc>
        <w:tc>
          <w:tcPr>
            <w:tcW w:w="7471" w:type="dxa"/>
            <w:vAlign w:val="center"/>
          </w:tcPr>
          <w:p w:rsidR="00FD4A85" w:rsidRPr="008E5BD7" w:rsidRDefault="00FD4A85" w:rsidP="002264E8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r w:rsidRPr="008E5BD7">
              <w:rPr>
                <w:b/>
                <w:szCs w:val="24"/>
              </w:rPr>
              <w:t>Критерии</w:t>
            </w:r>
          </w:p>
        </w:tc>
      </w:tr>
      <w:tr w:rsidR="00FD4A85" w:rsidRPr="00771808" w:rsidTr="002264E8">
        <w:trPr>
          <w:trHeight w:val="1140"/>
        </w:trPr>
        <w:tc>
          <w:tcPr>
            <w:tcW w:w="2697" w:type="dxa"/>
            <w:shd w:val="clear" w:color="auto" w:fill="auto"/>
            <w:vAlign w:val="center"/>
          </w:tcPr>
          <w:p w:rsidR="00FD4A85" w:rsidRPr="008E5BD7" w:rsidRDefault="00FD4A85" w:rsidP="002264E8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r w:rsidRPr="008E5BD7">
              <w:rPr>
                <w:b/>
                <w:szCs w:val="24"/>
              </w:rPr>
              <w:t>отлично</w:t>
            </w:r>
          </w:p>
          <w:p w:rsidR="00FD4A85" w:rsidRPr="008E5BD7" w:rsidRDefault="00FD4A85" w:rsidP="002264E8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7471" w:type="dxa"/>
            <w:shd w:val="clear" w:color="auto" w:fill="auto"/>
          </w:tcPr>
          <w:p w:rsidR="00FD4A85" w:rsidRPr="00181731" w:rsidRDefault="00FD4A85" w:rsidP="002264E8">
            <w:pPr>
              <w:spacing w:line="240" w:lineRule="auto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>Обучающийся показывает всесторонние и глубокие знания программного материала, знание основной и дополнительной литературы; последовательно и четко отвечает на вопросы билета и дополнительные вопросы; уверенно ориентируется в проблемных ситуациях; демонстрирует способность применять теоретические знания для анализа практических ситуаций</w:t>
            </w:r>
          </w:p>
        </w:tc>
      </w:tr>
      <w:tr w:rsidR="00FD4A85" w:rsidRPr="00771808" w:rsidTr="002264E8">
        <w:trPr>
          <w:trHeight w:val="1140"/>
        </w:trPr>
        <w:tc>
          <w:tcPr>
            <w:tcW w:w="2697" w:type="dxa"/>
            <w:shd w:val="clear" w:color="auto" w:fill="auto"/>
            <w:vAlign w:val="center"/>
          </w:tcPr>
          <w:p w:rsidR="00FD4A85" w:rsidRPr="008E5BD7" w:rsidRDefault="00FD4A85" w:rsidP="002264E8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r w:rsidRPr="008E5BD7">
              <w:rPr>
                <w:b/>
                <w:szCs w:val="24"/>
              </w:rPr>
              <w:t>хорошо</w:t>
            </w:r>
          </w:p>
          <w:p w:rsidR="00FD4A85" w:rsidRPr="008E5BD7" w:rsidRDefault="00FD4A85" w:rsidP="002264E8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7471" w:type="dxa"/>
            <w:shd w:val="clear" w:color="auto" w:fill="auto"/>
          </w:tcPr>
          <w:p w:rsidR="00FD4A85" w:rsidRPr="00181731" w:rsidRDefault="00FD4A85" w:rsidP="002264E8">
            <w:pPr>
              <w:spacing w:line="240" w:lineRule="auto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>Обучающийся показывает полное знание программного материала, основной и дополнительной литературы; дает полные ответы на теоретические вопросы билета и дополнительные вопросы, допуская некоторые неточности; правильно применяет теоретические положения к оценке практических ситуаций; демонстрирует хороший уровень освоения материала и в целом подтверждает освоение компетенций, предусмотренных программой</w:t>
            </w:r>
          </w:p>
        </w:tc>
      </w:tr>
      <w:tr w:rsidR="00FD4A85" w:rsidRPr="00771808" w:rsidTr="002264E8">
        <w:trPr>
          <w:trHeight w:val="1140"/>
        </w:trPr>
        <w:tc>
          <w:tcPr>
            <w:tcW w:w="2697" w:type="dxa"/>
            <w:shd w:val="clear" w:color="auto" w:fill="auto"/>
            <w:vAlign w:val="center"/>
          </w:tcPr>
          <w:p w:rsidR="00FD4A85" w:rsidRPr="008E5BD7" w:rsidRDefault="00FD4A85" w:rsidP="002264E8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r w:rsidRPr="008E5BD7">
              <w:rPr>
                <w:b/>
                <w:szCs w:val="24"/>
              </w:rPr>
              <w:t>удовлетворительно</w:t>
            </w:r>
          </w:p>
          <w:p w:rsidR="00FD4A85" w:rsidRPr="008E5BD7" w:rsidRDefault="00FD4A85" w:rsidP="002264E8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7471" w:type="dxa"/>
            <w:shd w:val="clear" w:color="auto" w:fill="auto"/>
          </w:tcPr>
          <w:p w:rsidR="00FD4A85" w:rsidRPr="00181731" w:rsidRDefault="00FD4A85" w:rsidP="002264E8">
            <w:pPr>
              <w:spacing w:line="240" w:lineRule="auto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>Обучающийся показывает знание основного материала в объеме, необходимом для предстоящей профессиональной деятельности; при ответе на вопросы билета и дополнительные вопросы не допускает грубых ошибок, но испытывает затруднения в последовательности их изложения; не в полной мере демонстрирует способность применять теоретические знания для анализа практических ситуаций</w:t>
            </w:r>
          </w:p>
        </w:tc>
      </w:tr>
      <w:tr w:rsidR="00FD4A85" w:rsidRPr="00771808" w:rsidTr="002264E8">
        <w:trPr>
          <w:trHeight w:val="1140"/>
        </w:trPr>
        <w:tc>
          <w:tcPr>
            <w:tcW w:w="2697" w:type="dxa"/>
            <w:shd w:val="clear" w:color="auto" w:fill="auto"/>
            <w:vAlign w:val="center"/>
          </w:tcPr>
          <w:p w:rsidR="00FD4A85" w:rsidRPr="008E5BD7" w:rsidRDefault="00FD4A85" w:rsidP="002264E8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r w:rsidRPr="008E5BD7">
              <w:rPr>
                <w:b/>
                <w:szCs w:val="24"/>
              </w:rPr>
              <w:t>неудовлетворительно</w:t>
            </w:r>
          </w:p>
          <w:p w:rsidR="00FD4A85" w:rsidRPr="008E5BD7" w:rsidRDefault="00FD4A85" w:rsidP="002264E8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7471" w:type="dxa"/>
            <w:shd w:val="clear" w:color="auto" w:fill="auto"/>
          </w:tcPr>
          <w:p w:rsidR="00FD4A85" w:rsidRPr="00181731" w:rsidRDefault="00FD4A85" w:rsidP="002264E8">
            <w:pPr>
              <w:spacing w:line="240" w:lineRule="auto"/>
              <w:rPr>
                <w:szCs w:val="24"/>
                <w:lang w:val="ru-RU"/>
              </w:rPr>
            </w:pPr>
            <w:r w:rsidRPr="00181731">
              <w:rPr>
                <w:szCs w:val="24"/>
                <w:lang w:val="ru-RU"/>
              </w:rPr>
              <w:t>Обучающийся имеет существенные пробелы в знаниях основного учебного материала по дисциплине; не способен аргументированно и последовательно его излагать, допускает грубые ошибки в ответах, неправильно отвечает на задаваемые комиссией вопросы или затрудняется с ответом; не подтверждает освоение компетенций, предусмотренных программой</w:t>
            </w:r>
          </w:p>
        </w:tc>
      </w:tr>
    </w:tbl>
    <w:p w:rsidR="00FD4A85" w:rsidRPr="00181731" w:rsidRDefault="00FD4A85" w:rsidP="00FD4A85">
      <w:pPr>
        <w:rPr>
          <w:szCs w:val="24"/>
          <w:lang w:val="ru-RU"/>
        </w:rPr>
      </w:pPr>
    </w:p>
    <w:p w:rsidR="00FD4A85" w:rsidRPr="00181731" w:rsidRDefault="00FD4A85" w:rsidP="00FD4A85">
      <w:pPr>
        <w:rPr>
          <w:szCs w:val="24"/>
          <w:lang w:val="ru-RU"/>
        </w:rPr>
      </w:pPr>
    </w:p>
    <w:p w:rsidR="00FD4A85" w:rsidRPr="00181731" w:rsidRDefault="00FD4A85" w:rsidP="00FD4A85">
      <w:pPr>
        <w:rPr>
          <w:lang w:val="ru-RU"/>
        </w:rPr>
      </w:pP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94"/>
        <w:gridCol w:w="7654"/>
      </w:tblGrid>
      <w:tr w:rsidR="00FD4A85" w:rsidTr="00702148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702148">
            <w:pPr>
              <w:spacing w:line="240" w:lineRule="auto"/>
              <w:jc w:val="center"/>
              <w:rPr>
                <w:lang w:val="ru-RU"/>
              </w:rPr>
            </w:pPr>
            <w:r w:rsidRPr="00181731">
              <w:rPr>
                <w:lang w:val="ru-RU"/>
              </w:rPr>
              <w:t xml:space="preserve">Минобрнауки России </w:t>
            </w:r>
          </w:p>
          <w:p w:rsidR="00FD4A85" w:rsidRPr="00181731" w:rsidRDefault="00FD4A85" w:rsidP="00702148">
            <w:pPr>
              <w:spacing w:line="240" w:lineRule="auto"/>
              <w:jc w:val="center"/>
              <w:rPr>
                <w:lang w:val="ru-RU"/>
              </w:rPr>
            </w:pPr>
          </w:p>
          <w:p w:rsidR="00FD4A85" w:rsidRPr="00181731" w:rsidRDefault="00FD4A85" w:rsidP="00702148">
            <w:pPr>
              <w:spacing w:line="240" w:lineRule="auto"/>
              <w:jc w:val="center"/>
              <w:rPr>
                <w:lang w:val="ru-RU"/>
              </w:rPr>
            </w:pPr>
            <w:r w:rsidRPr="00181731">
              <w:rPr>
                <w:lang w:val="ru-RU"/>
              </w:rPr>
              <w:t xml:space="preserve">ФГБОУ ВО </w:t>
            </w:r>
          </w:p>
          <w:p w:rsidR="00FD4A85" w:rsidRPr="00181731" w:rsidRDefault="00FD4A85" w:rsidP="00702148">
            <w:pPr>
              <w:spacing w:line="240" w:lineRule="auto"/>
              <w:jc w:val="center"/>
              <w:rPr>
                <w:lang w:val="ru-RU"/>
              </w:rPr>
            </w:pPr>
          </w:p>
          <w:p w:rsidR="00FD4A85" w:rsidRPr="00181731" w:rsidRDefault="00FD4A85" w:rsidP="00702148">
            <w:pPr>
              <w:spacing w:line="240" w:lineRule="auto"/>
              <w:jc w:val="center"/>
              <w:rPr>
                <w:b/>
                <w:bCs/>
                <w:i/>
                <w:iCs/>
                <w:sz w:val="20"/>
                <w:lang w:val="ru-RU"/>
              </w:rPr>
            </w:pPr>
            <w:r w:rsidRPr="00181731">
              <w:rPr>
                <w:lang w:val="ru-RU"/>
              </w:rPr>
              <w:t>«БрГУ»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4A85" w:rsidRPr="00181731" w:rsidRDefault="00FD4A85" w:rsidP="00702148">
            <w:pPr>
              <w:spacing w:line="240" w:lineRule="auto"/>
              <w:jc w:val="center"/>
              <w:rPr>
                <w:b/>
                <w:lang w:val="ru-RU"/>
              </w:rPr>
            </w:pPr>
            <w:r w:rsidRPr="00181731">
              <w:rPr>
                <w:b/>
                <w:lang w:val="ru-RU"/>
              </w:rPr>
              <w:t>Экзаменационный тест</w:t>
            </w:r>
          </w:p>
          <w:p w:rsidR="00FD4A85" w:rsidRPr="00181731" w:rsidRDefault="00FD4A85" w:rsidP="00702148">
            <w:pPr>
              <w:spacing w:line="240" w:lineRule="auto"/>
              <w:jc w:val="center"/>
              <w:rPr>
                <w:lang w:val="ru-RU"/>
              </w:rPr>
            </w:pPr>
            <w:r w:rsidRPr="00181731">
              <w:rPr>
                <w:b/>
                <w:lang w:val="ru-RU"/>
              </w:rPr>
              <w:t>Вариант № 1</w:t>
            </w:r>
          </w:p>
          <w:p w:rsidR="00FD4A85" w:rsidRPr="00181731" w:rsidRDefault="00FD4A85" w:rsidP="00702148">
            <w:pPr>
              <w:pStyle w:val="1"/>
              <w:spacing w:before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181731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181731">
              <w:rPr>
                <w:rFonts w:ascii="Times New Roman" w:hAnsi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FD4A85" w:rsidRPr="00181731" w:rsidRDefault="00FD4A85" w:rsidP="00702148">
            <w:pPr>
              <w:spacing w:line="240" w:lineRule="auto"/>
              <w:jc w:val="center"/>
              <w:rPr>
                <w:lang w:val="ru-RU"/>
              </w:rPr>
            </w:pPr>
            <w:r w:rsidRPr="00181731">
              <w:rPr>
                <w:b/>
                <w:lang w:val="ru-RU"/>
              </w:rPr>
              <w:t xml:space="preserve">направление подготовки 15.03.05 </w:t>
            </w:r>
            <w:r w:rsidRPr="00181731">
              <w:rPr>
                <w:lang w:val="ru-RU"/>
              </w:rPr>
              <w:t>Конструкторско-технологическое обеспечение машиностроительных производств</w:t>
            </w:r>
          </w:p>
          <w:p w:rsidR="00FD4A85" w:rsidRPr="00D66C8A" w:rsidRDefault="00FD4A85" w:rsidP="00702148">
            <w:pPr>
              <w:spacing w:line="240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</w:rPr>
              <w:t>профиль подготовки</w:t>
            </w:r>
            <w:r>
              <w:t xml:space="preserve"> Технология машиностроения</w:t>
            </w:r>
          </w:p>
        </w:tc>
      </w:tr>
      <w:tr w:rsidR="00FD4A85" w:rsidTr="00702148">
        <w:tc>
          <w:tcPr>
            <w:tcW w:w="10348" w:type="dxa"/>
            <w:gridSpan w:val="2"/>
            <w:tcBorders>
              <w:top w:val="single" w:sz="4" w:space="0" w:color="auto"/>
            </w:tcBorders>
          </w:tcPr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b/>
                <w:bCs/>
                <w:i/>
                <w:iCs/>
                <w:lang w:val="ru-RU"/>
              </w:rPr>
              <w:t xml:space="preserve">1. </w:t>
            </w:r>
            <w:r w:rsidRPr="00181731">
              <w:rPr>
                <w:lang w:val="ru-RU"/>
              </w:rPr>
              <w:t xml:space="preserve">Число, каких элементарных частиц является определяющим для понятия «химический элемент»:    </w:t>
            </w:r>
          </w:p>
          <w:p w:rsidR="00FD4A85" w:rsidRDefault="00FD4A85" w:rsidP="002264E8">
            <w:r w:rsidRPr="00181731">
              <w:rPr>
                <w:lang w:val="ru-RU"/>
              </w:rPr>
              <w:t xml:space="preserve"> </w:t>
            </w:r>
            <w:r w:rsidRPr="009778F3">
              <w:t>1)</w:t>
            </w:r>
            <w:proofErr w:type="gramStart"/>
            <w:r w:rsidRPr="009778F3">
              <w:t>протоны;  2</w:t>
            </w:r>
            <w:proofErr w:type="gramEnd"/>
            <w:r w:rsidRPr="009778F3">
              <w:t>)нейтроны;  3)электроны.</w:t>
            </w:r>
          </w:p>
          <w:p w:rsidR="00FD4A85" w:rsidRDefault="00FD4A85" w:rsidP="002264E8">
            <w:pPr>
              <w:rPr>
                <w:b/>
                <w:bCs/>
                <w:i/>
                <w:iCs/>
              </w:rPr>
            </w:pPr>
          </w:p>
        </w:tc>
      </w:tr>
      <w:tr w:rsidR="00FD4A85" w:rsidTr="00702148">
        <w:tc>
          <w:tcPr>
            <w:tcW w:w="10348" w:type="dxa"/>
            <w:gridSpan w:val="2"/>
          </w:tcPr>
          <w:p w:rsidR="00FD4A85" w:rsidRPr="00181731" w:rsidRDefault="00FD4A85" w:rsidP="002264E8">
            <w:pPr>
              <w:tabs>
                <w:tab w:val="left" w:pos="540"/>
              </w:tabs>
              <w:rPr>
                <w:lang w:val="ru-RU"/>
              </w:rPr>
            </w:pPr>
            <w:r w:rsidRPr="00181731">
              <w:rPr>
                <w:b/>
                <w:bCs/>
                <w:i/>
                <w:iCs/>
                <w:lang w:val="ru-RU"/>
              </w:rPr>
              <w:t xml:space="preserve">2. </w:t>
            </w:r>
            <w:r w:rsidRPr="00181731">
              <w:rPr>
                <w:lang w:val="ru-RU"/>
              </w:rPr>
              <w:t xml:space="preserve">Восемь электронов на внешней электронной оболочке имеет:  </w:t>
            </w:r>
          </w:p>
          <w:p w:rsidR="00FD4A85" w:rsidRPr="009778F3" w:rsidRDefault="00FD4A85" w:rsidP="002264E8">
            <w:pPr>
              <w:tabs>
                <w:tab w:val="left" w:pos="540"/>
              </w:tabs>
            </w:pPr>
            <w:r w:rsidRPr="009778F3">
              <w:t>1)</w:t>
            </w:r>
            <w:proofErr w:type="gramStart"/>
            <w:r w:rsidRPr="009778F3">
              <w:t xml:space="preserve">Si;   </w:t>
            </w:r>
            <w:proofErr w:type="gramEnd"/>
            <w:r w:rsidRPr="009778F3">
              <w:t xml:space="preserve">    2)O</w:t>
            </w:r>
            <w:r w:rsidRPr="009778F3">
              <w:rPr>
                <w:vertAlign w:val="superscript"/>
              </w:rPr>
              <w:t>2-</w:t>
            </w:r>
            <w:r w:rsidRPr="009778F3">
              <w:t>;       3)Nе</w:t>
            </w:r>
            <w:r w:rsidRPr="009778F3">
              <w:rPr>
                <w:vertAlign w:val="superscript"/>
              </w:rPr>
              <w:t>+</w:t>
            </w:r>
            <w:r w:rsidRPr="009778F3">
              <w:t>.</w:t>
            </w:r>
          </w:p>
          <w:p w:rsidR="00FD4A85" w:rsidRDefault="00FD4A85" w:rsidP="002264E8">
            <w:pPr>
              <w:rPr>
                <w:b/>
                <w:bCs/>
                <w:i/>
                <w:iCs/>
              </w:rPr>
            </w:pPr>
          </w:p>
        </w:tc>
      </w:tr>
      <w:tr w:rsidR="00FD4A85" w:rsidTr="00702148">
        <w:tc>
          <w:tcPr>
            <w:tcW w:w="10348" w:type="dxa"/>
            <w:gridSpan w:val="2"/>
          </w:tcPr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b/>
                <w:bCs/>
                <w:i/>
                <w:iCs/>
                <w:lang w:val="ru-RU"/>
              </w:rPr>
              <w:t xml:space="preserve">3. </w:t>
            </w:r>
            <w:r w:rsidRPr="00181731">
              <w:rPr>
                <w:lang w:val="ru-RU"/>
              </w:rPr>
              <w:t>Оксид углерода (</w:t>
            </w:r>
            <w:r>
              <w:t>IV</w:t>
            </w:r>
            <w:r w:rsidRPr="00181731">
              <w:rPr>
                <w:lang w:val="ru-RU"/>
              </w:rPr>
              <w:t>) реагирует с каждым из веществ:</w:t>
            </w:r>
          </w:p>
          <w:p w:rsidR="00FD4A85" w:rsidRDefault="00FD4A85" w:rsidP="00FD4A85">
            <w:pPr>
              <w:numPr>
                <w:ilvl w:val="0"/>
                <w:numId w:val="16"/>
              </w:numPr>
              <w:tabs>
                <w:tab w:val="clear" w:pos="786"/>
                <w:tab w:val="num" w:pos="720"/>
              </w:tabs>
              <w:spacing w:line="240" w:lineRule="auto"/>
              <w:ind w:left="720"/>
            </w:pPr>
            <w:r>
              <w:lastRenderedPageBreak/>
              <w:t>водой и оксидом кальция;</w:t>
            </w:r>
          </w:p>
          <w:p w:rsidR="00FD4A85" w:rsidRDefault="00FD4A85" w:rsidP="00FD4A85">
            <w:pPr>
              <w:numPr>
                <w:ilvl w:val="0"/>
                <w:numId w:val="16"/>
              </w:numPr>
              <w:tabs>
                <w:tab w:val="clear" w:pos="786"/>
                <w:tab w:val="num" w:pos="720"/>
              </w:tabs>
              <w:spacing w:line="240" w:lineRule="auto"/>
              <w:ind w:left="720"/>
            </w:pPr>
            <w:r>
              <w:t>кислородом и оксидом серы;</w:t>
            </w:r>
          </w:p>
          <w:p w:rsidR="00FD4A85" w:rsidRPr="00181731" w:rsidRDefault="00FD4A85" w:rsidP="00FD4A85">
            <w:pPr>
              <w:numPr>
                <w:ilvl w:val="0"/>
                <w:numId w:val="16"/>
              </w:numPr>
              <w:tabs>
                <w:tab w:val="clear" w:pos="786"/>
                <w:tab w:val="num" w:pos="720"/>
              </w:tabs>
              <w:spacing w:line="240" w:lineRule="auto"/>
              <w:ind w:left="720"/>
              <w:rPr>
                <w:lang w:val="ru-RU"/>
              </w:rPr>
            </w:pPr>
            <w:r w:rsidRPr="00181731">
              <w:rPr>
                <w:lang w:val="ru-RU"/>
              </w:rPr>
              <w:t>сульфатом калия и гидроксидом натрия;</w:t>
            </w:r>
          </w:p>
          <w:p w:rsidR="00FD4A85" w:rsidRDefault="00FD4A85" w:rsidP="00FD4A85">
            <w:pPr>
              <w:numPr>
                <w:ilvl w:val="0"/>
                <w:numId w:val="16"/>
              </w:numPr>
              <w:tabs>
                <w:tab w:val="clear" w:pos="786"/>
                <w:tab w:val="num" w:pos="720"/>
              </w:tabs>
              <w:spacing w:line="240" w:lineRule="auto"/>
              <w:ind w:left="720"/>
            </w:pPr>
            <w:r>
              <w:t>фосфорной кислотой и водородом.</w:t>
            </w:r>
          </w:p>
          <w:p w:rsidR="00FD4A85" w:rsidRDefault="00FD4A85" w:rsidP="002264E8">
            <w:r w:rsidRPr="00504B36">
              <w:t>Составьте уравнение реакций</w:t>
            </w:r>
            <w:r>
              <w:t xml:space="preserve">: </w:t>
            </w:r>
          </w:p>
          <w:p w:rsidR="00FD4A85" w:rsidRDefault="00FD4A85" w:rsidP="002264E8">
            <w:r w:rsidRPr="00183723">
              <w:t>1)</w:t>
            </w:r>
          </w:p>
          <w:p w:rsidR="00FD4A85" w:rsidRDefault="00FD4A85" w:rsidP="002264E8">
            <w:pPr>
              <w:rPr>
                <w:sz w:val="28"/>
              </w:rPr>
            </w:pPr>
            <w:r w:rsidRPr="00183723">
              <w:t>2)</w:t>
            </w:r>
          </w:p>
        </w:tc>
      </w:tr>
      <w:tr w:rsidR="00FD4A85" w:rsidTr="00702148">
        <w:tc>
          <w:tcPr>
            <w:tcW w:w="10348" w:type="dxa"/>
            <w:gridSpan w:val="2"/>
          </w:tcPr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b/>
                <w:bCs/>
                <w:i/>
                <w:iCs/>
                <w:lang w:val="ru-RU"/>
              </w:rPr>
              <w:lastRenderedPageBreak/>
              <w:t>4.</w:t>
            </w:r>
            <w:r w:rsidRPr="00181731">
              <w:rPr>
                <w:sz w:val="28"/>
                <w:lang w:val="ru-RU"/>
              </w:rPr>
              <w:t xml:space="preserve">       </w:t>
            </w:r>
            <w:r w:rsidRPr="00181731">
              <w:rPr>
                <w:lang w:val="ru-RU"/>
              </w:rPr>
              <w:t xml:space="preserve">Различить гидроксиды магния и цинка можно с помощью: </w:t>
            </w:r>
          </w:p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lang w:val="ru-RU"/>
              </w:rPr>
              <w:t xml:space="preserve">1) </w:t>
            </w:r>
            <w:r w:rsidRPr="009778F3">
              <w:t>H</w:t>
            </w:r>
            <w:r w:rsidRPr="00181731">
              <w:rPr>
                <w:vertAlign w:val="subscript"/>
                <w:lang w:val="ru-RU"/>
              </w:rPr>
              <w:t>2</w:t>
            </w:r>
            <w:r w:rsidRPr="009778F3">
              <w:t>O</w:t>
            </w:r>
            <w:r w:rsidRPr="00181731">
              <w:rPr>
                <w:lang w:val="ru-RU"/>
              </w:rPr>
              <w:t xml:space="preserve">            2) </w:t>
            </w:r>
            <w:r w:rsidRPr="009778F3">
              <w:t>KOH</w:t>
            </w:r>
            <w:r w:rsidRPr="00181731">
              <w:rPr>
                <w:lang w:val="ru-RU"/>
              </w:rPr>
              <w:t xml:space="preserve">           </w:t>
            </w:r>
            <w:proofErr w:type="gramStart"/>
            <w:r w:rsidRPr="00181731">
              <w:rPr>
                <w:lang w:val="ru-RU"/>
              </w:rPr>
              <w:t>3)</w:t>
            </w:r>
            <w:r w:rsidRPr="009778F3">
              <w:t>HC</w:t>
            </w:r>
            <w:r>
              <w:t>l</w:t>
            </w:r>
            <w:proofErr w:type="gramEnd"/>
          </w:p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lang w:val="ru-RU"/>
              </w:rPr>
              <w:t xml:space="preserve">Составьте уравнение реакций: </w:t>
            </w:r>
          </w:p>
          <w:p w:rsidR="00FD4A85" w:rsidRDefault="00FD4A85" w:rsidP="002264E8">
            <w:r>
              <w:t>1)</w:t>
            </w:r>
          </w:p>
          <w:p w:rsidR="00FD4A85" w:rsidRPr="00D72AAE" w:rsidRDefault="00FD4A85" w:rsidP="002264E8">
            <w:pPr>
              <w:rPr>
                <w:sz w:val="28"/>
              </w:rPr>
            </w:pPr>
            <w:r>
              <w:t xml:space="preserve">2) </w:t>
            </w:r>
          </w:p>
        </w:tc>
      </w:tr>
      <w:tr w:rsidR="00FD4A85" w:rsidTr="00702148">
        <w:tc>
          <w:tcPr>
            <w:tcW w:w="10348" w:type="dxa"/>
            <w:gridSpan w:val="2"/>
          </w:tcPr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b/>
                <w:bCs/>
                <w:i/>
                <w:iCs/>
                <w:lang w:val="ru-RU"/>
              </w:rPr>
              <w:t xml:space="preserve">5. </w:t>
            </w:r>
            <w:r w:rsidRPr="00181731">
              <w:rPr>
                <w:lang w:val="ru-RU"/>
              </w:rPr>
              <w:t xml:space="preserve">Какое пространственное строение может иметь молекула, центральный атом, которой находится в </w:t>
            </w:r>
            <w:r>
              <w:t>sp</w:t>
            </w:r>
            <w:r w:rsidRPr="00181731">
              <w:rPr>
                <w:vertAlign w:val="superscript"/>
                <w:lang w:val="ru-RU"/>
              </w:rPr>
              <w:t>2</w:t>
            </w:r>
            <w:r w:rsidRPr="00181731">
              <w:rPr>
                <w:lang w:val="ru-RU"/>
              </w:rPr>
              <w:t>-гибридном состоянии?</w:t>
            </w:r>
          </w:p>
          <w:p w:rsidR="00FD4A85" w:rsidRDefault="00FD4A85" w:rsidP="00FD4A85">
            <w:pPr>
              <w:numPr>
                <w:ilvl w:val="0"/>
                <w:numId w:val="38"/>
              </w:numPr>
              <w:spacing w:line="240" w:lineRule="auto"/>
            </w:pPr>
            <w:r>
              <w:t>Равносторонний или равнобедренный треугольник;</w:t>
            </w:r>
          </w:p>
          <w:p w:rsidR="00FD4A85" w:rsidRPr="00181731" w:rsidRDefault="00FD4A85" w:rsidP="00FD4A85">
            <w:pPr>
              <w:numPr>
                <w:ilvl w:val="0"/>
                <w:numId w:val="38"/>
              </w:numPr>
              <w:spacing w:line="240" w:lineRule="auto"/>
              <w:rPr>
                <w:lang w:val="ru-RU"/>
              </w:rPr>
            </w:pPr>
            <w:r w:rsidRPr="00181731">
              <w:rPr>
                <w:lang w:val="ru-RU"/>
              </w:rPr>
              <w:t>Тэтраэдр или выпуклая треугольная пирамида.</w:t>
            </w:r>
          </w:p>
          <w:p w:rsidR="00FD4A85" w:rsidRDefault="00FD4A85" w:rsidP="00FD4A85">
            <w:pPr>
              <w:numPr>
                <w:ilvl w:val="0"/>
                <w:numId w:val="38"/>
              </w:numPr>
              <w:spacing w:line="240" w:lineRule="auto"/>
            </w:pPr>
            <w:r>
              <w:t>Октаэдр или равнобедренный треугольник</w:t>
            </w:r>
          </w:p>
          <w:p w:rsidR="00FD4A85" w:rsidRDefault="00FD4A85" w:rsidP="002264E8"/>
        </w:tc>
      </w:tr>
      <w:tr w:rsidR="00FD4A85" w:rsidRPr="00771808" w:rsidTr="00702148">
        <w:tc>
          <w:tcPr>
            <w:tcW w:w="10348" w:type="dxa"/>
            <w:gridSpan w:val="2"/>
          </w:tcPr>
          <w:p w:rsidR="00FD4A85" w:rsidRDefault="00FD4A85" w:rsidP="002264E8">
            <w:r w:rsidRPr="00181731">
              <w:rPr>
                <w:b/>
                <w:bCs/>
                <w:i/>
                <w:iCs/>
                <w:lang w:val="ru-RU"/>
              </w:rPr>
              <w:t xml:space="preserve">6. </w:t>
            </w:r>
            <w:r w:rsidRPr="00181731">
              <w:rPr>
                <w:lang w:val="ru-RU"/>
              </w:rPr>
              <w:t xml:space="preserve">В зависимости от способности химической системы к обмену энергией и веществом с окружающей средой, различают три типа систем: открытые, закрытые, изолированные. </w:t>
            </w:r>
            <w:r>
              <w:t>Изолированная система с окружающей ее средой …</w:t>
            </w:r>
          </w:p>
          <w:p w:rsidR="00FD4A85" w:rsidRPr="00181731" w:rsidRDefault="00FD4A85" w:rsidP="00FD4A85">
            <w:pPr>
              <w:numPr>
                <w:ilvl w:val="0"/>
                <w:numId w:val="39"/>
              </w:numPr>
              <w:spacing w:line="240" w:lineRule="auto"/>
              <w:rPr>
                <w:lang w:val="ru-RU"/>
              </w:rPr>
            </w:pPr>
            <w:r w:rsidRPr="00181731">
              <w:rPr>
                <w:lang w:val="ru-RU"/>
              </w:rPr>
              <w:t>Не обменивается энергией, но не обменивается веществом</w:t>
            </w:r>
          </w:p>
          <w:p w:rsidR="00FD4A85" w:rsidRPr="00181731" w:rsidRDefault="00FD4A85" w:rsidP="00FD4A85">
            <w:pPr>
              <w:numPr>
                <w:ilvl w:val="0"/>
                <w:numId w:val="39"/>
              </w:numPr>
              <w:spacing w:line="240" w:lineRule="auto"/>
              <w:rPr>
                <w:lang w:val="ru-RU"/>
              </w:rPr>
            </w:pPr>
            <w:r w:rsidRPr="00181731">
              <w:rPr>
                <w:lang w:val="ru-RU"/>
              </w:rPr>
              <w:t>Не обменивается ни веществом, ни энергией</w:t>
            </w:r>
          </w:p>
          <w:p w:rsidR="00FD4A85" w:rsidRPr="00181731" w:rsidRDefault="00FD4A85" w:rsidP="00FD4A85">
            <w:pPr>
              <w:numPr>
                <w:ilvl w:val="0"/>
                <w:numId w:val="39"/>
              </w:numPr>
              <w:spacing w:line="240" w:lineRule="auto"/>
              <w:rPr>
                <w:lang w:val="ru-RU"/>
              </w:rPr>
            </w:pPr>
            <w:r w:rsidRPr="00181731">
              <w:rPr>
                <w:lang w:val="ru-RU"/>
              </w:rPr>
              <w:t xml:space="preserve">Не обменивается веществом, </w:t>
            </w:r>
            <w:proofErr w:type="gramStart"/>
            <w:r w:rsidRPr="00181731">
              <w:rPr>
                <w:lang w:val="ru-RU"/>
              </w:rPr>
              <w:t>но  обменивается</w:t>
            </w:r>
            <w:proofErr w:type="gramEnd"/>
            <w:r w:rsidRPr="00181731">
              <w:rPr>
                <w:lang w:val="ru-RU"/>
              </w:rPr>
              <w:t xml:space="preserve"> энергией</w:t>
            </w:r>
          </w:p>
          <w:p w:rsidR="00FD4A85" w:rsidRPr="00181731" w:rsidRDefault="00FD4A85" w:rsidP="002264E8">
            <w:pPr>
              <w:rPr>
                <w:lang w:val="ru-RU"/>
              </w:rPr>
            </w:pPr>
          </w:p>
        </w:tc>
      </w:tr>
      <w:tr w:rsidR="00FD4A85" w:rsidRPr="00771808" w:rsidTr="00702148">
        <w:tc>
          <w:tcPr>
            <w:tcW w:w="10348" w:type="dxa"/>
            <w:gridSpan w:val="2"/>
          </w:tcPr>
          <w:p w:rsidR="00FD4A85" w:rsidRDefault="00FD4A85" w:rsidP="002264E8">
            <w:r>
              <w:rPr>
                <w:b/>
                <w:bCs/>
                <w:i/>
                <w:iCs/>
              </w:rPr>
              <w:t xml:space="preserve">7. </w:t>
            </w:r>
            <w:r>
              <w:t>Энергией называется …</w:t>
            </w:r>
          </w:p>
          <w:p w:rsidR="00FD4A85" w:rsidRPr="00181731" w:rsidRDefault="00FD4A85" w:rsidP="00FD4A85">
            <w:pPr>
              <w:numPr>
                <w:ilvl w:val="0"/>
                <w:numId w:val="17"/>
              </w:numPr>
              <w:spacing w:line="240" w:lineRule="auto"/>
              <w:rPr>
                <w:lang w:val="ru-RU"/>
              </w:rPr>
            </w:pPr>
            <w:r w:rsidRPr="00181731">
              <w:rPr>
                <w:lang w:val="ru-RU"/>
              </w:rPr>
              <w:t>Физическая величина, характеризующая направление теплообмена между системами</w:t>
            </w:r>
          </w:p>
          <w:p w:rsidR="00FD4A85" w:rsidRPr="00181731" w:rsidRDefault="00FD4A85" w:rsidP="00FD4A85">
            <w:pPr>
              <w:numPr>
                <w:ilvl w:val="0"/>
                <w:numId w:val="17"/>
              </w:numPr>
              <w:spacing w:line="240" w:lineRule="auto"/>
              <w:rPr>
                <w:lang w:val="ru-RU"/>
              </w:rPr>
            </w:pPr>
            <w:r w:rsidRPr="00181731">
              <w:rPr>
                <w:lang w:val="ru-RU"/>
              </w:rPr>
              <w:t>Физическая величина, характеризующая способность переходить из одного состояния в другое.</w:t>
            </w:r>
          </w:p>
          <w:p w:rsidR="00FD4A85" w:rsidRPr="00181731" w:rsidRDefault="00FD4A85" w:rsidP="00FD4A85">
            <w:pPr>
              <w:numPr>
                <w:ilvl w:val="0"/>
                <w:numId w:val="17"/>
              </w:numPr>
              <w:spacing w:line="240" w:lineRule="auto"/>
              <w:rPr>
                <w:lang w:val="ru-RU"/>
              </w:rPr>
            </w:pPr>
            <w:r w:rsidRPr="00181731">
              <w:rPr>
                <w:lang w:val="ru-RU"/>
              </w:rPr>
              <w:t>Физическая величина, являющаяся мерой взаимодействия и движения материальных частиц</w:t>
            </w:r>
          </w:p>
          <w:p w:rsidR="00FD4A85" w:rsidRPr="00181731" w:rsidRDefault="00FD4A85" w:rsidP="002264E8">
            <w:pPr>
              <w:ind w:left="720"/>
              <w:rPr>
                <w:lang w:val="ru-RU"/>
              </w:rPr>
            </w:pPr>
          </w:p>
        </w:tc>
      </w:tr>
      <w:tr w:rsidR="00FD4A85" w:rsidTr="00702148">
        <w:tc>
          <w:tcPr>
            <w:tcW w:w="10348" w:type="dxa"/>
            <w:gridSpan w:val="2"/>
          </w:tcPr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b/>
                <w:bCs/>
                <w:i/>
                <w:iCs/>
                <w:lang w:val="ru-RU"/>
              </w:rPr>
              <w:t xml:space="preserve">8. </w:t>
            </w:r>
            <w:r w:rsidRPr="00181731">
              <w:rPr>
                <w:lang w:val="ru-RU"/>
              </w:rPr>
              <w:t xml:space="preserve">Не производя вычислений, установить значение </w:t>
            </w:r>
            <w:r>
              <w:rPr>
                <w:position w:val="-6"/>
              </w:rPr>
              <w:object w:dxaOrig="460" w:dyaOrig="320">
                <v:shape id="_x0000_i1157" type="#_x0000_t75" style="width:23.25pt;height:15.75pt" o:ole="">
                  <v:imagedata r:id="rId76" o:title=""/>
                </v:shape>
                <o:OLEObject Type="Embed" ProgID="Equation.3" ShapeID="_x0000_i1157" DrawAspect="Content" ObjectID="_1842695852" r:id="rId250"/>
              </w:object>
            </w:r>
            <w:r w:rsidRPr="00181731">
              <w:rPr>
                <w:lang w:val="ru-RU"/>
              </w:rPr>
              <w:t xml:space="preserve">для следующего процесса: </w:t>
            </w:r>
            <w:r>
              <w:rPr>
                <w:position w:val="-14"/>
              </w:rPr>
              <w:object w:dxaOrig="2520" w:dyaOrig="380">
                <v:shape id="_x0000_i1158" type="#_x0000_t75" style="width:126pt;height:18.75pt" o:ole="">
                  <v:imagedata r:id="rId81" o:title=""/>
                </v:shape>
                <o:OLEObject Type="Embed" ProgID="Equation.3" ShapeID="_x0000_i1158" DrawAspect="Content" ObjectID="_1842695853" r:id="rId251"/>
              </w:object>
            </w:r>
          </w:p>
          <w:p w:rsidR="00FD4A85" w:rsidRDefault="00FD4A85" w:rsidP="002264E8">
            <w:pPr>
              <w:ind w:left="360"/>
            </w:pPr>
            <w:r>
              <w:t xml:space="preserve">1)  </w:t>
            </w:r>
            <w:r>
              <w:rPr>
                <w:position w:val="-6"/>
              </w:rPr>
              <w:object w:dxaOrig="740" w:dyaOrig="279">
                <v:shape id="_x0000_i1159" type="#_x0000_t75" style="width:36.75pt;height:13.5pt" o:ole="">
                  <v:imagedata r:id="rId252" o:title=""/>
                </v:shape>
                <o:OLEObject Type="Embed" ProgID="Equation.3" ShapeID="_x0000_i1159" DrawAspect="Content" ObjectID="_1842695854" r:id="rId253"/>
              </w:object>
            </w:r>
            <w:r>
              <w:t xml:space="preserve">;    2) </w:t>
            </w:r>
            <w:r>
              <w:rPr>
                <w:position w:val="-6"/>
              </w:rPr>
              <w:object w:dxaOrig="740" w:dyaOrig="279">
                <v:shape id="_x0000_i1160" type="#_x0000_t75" style="width:36.75pt;height:13.5pt" o:ole="">
                  <v:imagedata r:id="rId254" o:title=""/>
                </v:shape>
                <o:OLEObject Type="Embed" ProgID="Equation.3" ShapeID="_x0000_i1160" DrawAspect="Content" ObjectID="_1842695855" r:id="rId255"/>
              </w:object>
            </w:r>
            <w:r>
              <w:t>;     3)</w:t>
            </w:r>
            <w:r>
              <w:rPr>
                <w:position w:val="-6"/>
              </w:rPr>
              <w:object w:dxaOrig="740" w:dyaOrig="279">
                <v:shape id="_x0000_i1161" type="#_x0000_t75" style="width:36.75pt;height:13.5pt" o:ole="">
                  <v:imagedata r:id="rId256" o:title=""/>
                </v:shape>
                <o:OLEObject Type="Embed" ProgID="Equation.3" ShapeID="_x0000_i1161" DrawAspect="Content" ObjectID="_1842695856" r:id="rId257"/>
              </w:object>
            </w:r>
          </w:p>
          <w:p w:rsidR="00FD4A85" w:rsidRPr="00D5570B" w:rsidRDefault="00FD4A85" w:rsidP="002264E8">
            <w:pPr>
              <w:ind w:left="360"/>
            </w:pPr>
          </w:p>
        </w:tc>
      </w:tr>
      <w:tr w:rsidR="00FD4A85" w:rsidTr="00702148">
        <w:tc>
          <w:tcPr>
            <w:tcW w:w="10348" w:type="dxa"/>
            <w:gridSpan w:val="2"/>
          </w:tcPr>
          <w:p w:rsidR="00FD4A85" w:rsidRDefault="00FD4A85" w:rsidP="002264E8">
            <w:r w:rsidRPr="00181731">
              <w:rPr>
                <w:b/>
                <w:bCs/>
                <w:i/>
                <w:iCs/>
                <w:lang w:val="ru-RU"/>
              </w:rPr>
              <w:t xml:space="preserve">9. </w:t>
            </w:r>
            <w:r w:rsidRPr="00181731">
              <w:rPr>
                <w:lang w:val="ru-RU"/>
              </w:rPr>
              <w:t xml:space="preserve">При образовании 1 моль </w:t>
            </w:r>
            <w:r>
              <w:rPr>
                <w:position w:val="-12"/>
              </w:rPr>
              <w:object w:dxaOrig="520" w:dyaOrig="360">
                <v:shape id="_x0000_i1162" type="#_x0000_t75" style="width:27pt;height:18pt" o:ole="">
                  <v:imagedata r:id="rId42" o:title=""/>
                </v:shape>
                <o:OLEObject Type="Embed" ProgID="Equation.3" ShapeID="_x0000_i1162" DrawAspect="Content" ObjectID="_1842695857" r:id="rId258"/>
              </w:object>
            </w:r>
            <w:r w:rsidRPr="00181731">
              <w:rPr>
                <w:lang w:val="ru-RU"/>
              </w:rPr>
              <w:t xml:space="preserve">, из простых веществ выделилось 46,4 кДж тепла. </w:t>
            </w:r>
            <w:r>
              <w:t xml:space="preserve">Сколько выделилось теплоты, если образовалось </w:t>
            </w:r>
            <w:smartTag w:uri="urn:schemas-microsoft-com:office:smarttags" w:element="metricconverter">
              <w:smartTagPr>
                <w:attr w:name="ProductID" w:val="44,8 л"/>
              </w:smartTagPr>
              <w:r>
                <w:t>44,8 л</w:t>
              </w:r>
            </w:smartTag>
            <w:r>
              <w:t xml:space="preserve"> </w:t>
            </w:r>
            <w:r>
              <w:rPr>
                <w:position w:val="-12"/>
              </w:rPr>
              <w:object w:dxaOrig="520" w:dyaOrig="360">
                <v:shape id="_x0000_i1163" type="#_x0000_t75" style="width:27pt;height:18pt" o:ole="">
                  <v:imagedata r:id="rId42" o:title=""/>
                </v:shape>
                <o:OLEObject Type="Embed" ProgID="Equation.3" ShapeID="_x0000_i1163" DrawAspect="Content" ObjectID="_1842695858" r:id="rId259"/>
              </w:object>
            </w:r>
            <w:r>
              <w:t>.</w:t>
            </w:r>
          </w:p>
          <w:p w:rsidR="00FD4A85" w:rsidRPr="009B3B0E" w:rsidRDefault="00FD4A85" w:rsidP="002264E8"/>
        </w:tc>
      </w:tr>
      <w:tr w:rsidR="00FD4A85" w:rsidRPr="00771808" w:rsidTr="00702148">
        <w:tc>
          <w:tcPr>
            <w:tcW w:w="10348" w:type="dxa"/>
            <w:gridSpan w:val="2"/>
          </w:tcPr>
          <w:p w:rsidR="00FD4A85" w:rsidRPr="00181731" w:rsidRDefault="00FD4A85" w:rsidP="002264E8">
            <w:pPr>
              <w:rPr>
                <w:szCs w:val="28"/>
                <w:lang w:val="ru-RU"/>
              </w:rPr>
            </w:pPr>
            <w:r w:rsidRPr="00181731">
              <w:rPr>
                <w:b/>
                <w:bCs/>
                <w:i/>
                <w:iCs/>
                <w:lang w:val="ru-RU"/>
              </w:rPr>
              <w:lastRenderedPageBreak/>
              <w:t xml:space="preserve">10. </w:t>
            </w:r>
            <w:r w:rsidRPr="00181731">
              <w:rPr>
                <w:szCs w:val="28"/>
                <w:lang w:val="ru-RU"/>
              </w:rPr>
              <w:t>Через определенный промежуток времени после начала реакции, уравнение которой</w:t>
            </w:r>
          </w:p>
          <w:p w:rsidR="00FD4A85" w:rsidRPr="00181731" w:rsidRDefault="00FD4A85" w:rsidP="002264E8">
            <w:pPr>
              <w:rPr>
                <w:szCs w:val="28"/>
                <w:lang w:val="ru-RU"/>
              </w:rPr>
            </w:pPr>
            <w:r w:rsidRPr="00181731">
              <w:rPr>
                <w:szCs w:val="28"/>
                <w:lang w:val="ru-RU"/>
              </w:rPr>
              <w:tab/>
            </w:r>
            <w:r w:rsidRPr="00181731">
              <w:rPr>
                <w:szCs w:val="28"/>
                <w:lang w:val="ru-RU"/>
              </w:rPr>
              <w:tab/>
              <w:t>2</w:t>
            </w:r>
            <w:r>
              <w:rPr>
                <w:szCs w:val="28"/>
              </w:rPr>
              <w:t>NH</w:t>
            </w:r>
            <w:r w:rsidRPr="00181731">
              <w:rPr>
                <w:szCs w:val="28"/>
                <w:vertAlign w:val="subscript"/>
                <w:lang w:val="ru-RU"/>
              </w:rPr>
              <w:t>3</w:t>
            </w:r>
            <w:r w:rsidRPr="00181731">
              <w:rPr>
                <w:szCs w:val="28"/>
                <w:lang w:val="ru-RU"/>
              </w:rPr>
              <w:t xml:space="preserve"> + 3</w:t>
            </w:r>
            <w:r>
              <w:rPr>
                <w:szCs w:val="28"/>
              </w:rPr>
              <w:t>CuO</w:t>
            </w:r>
            <w:r w:rsidRPr="00181731">
              <w:rPr>
                <w:szCs w:val="28"/>
                <w:lang w:val="ru-RU"/>
              </w:rPr>
              <w:t xml:space="preserve"> = </w:t>
            </w:r>
            <w:r>
              <w:rPr>
                <w:szCs w:val="28"/>
              </w:rPr>
              <w:t>N</w:t>
            </w:r>
            <w:r w:rsidRPr="00181731">
              <w:rPr>
                <w:szCs w:val="28"/>
                <w:vertAlign w:val="subscript"/>
                <w:lang w:val="ru-RU"/>
              </w:rPr>
              <w:t>2</w:t>
            </w:r>
            <w:r w:rsidRPr="00181731">
              <w:rPr>
                <w:szCs w:val="28"/>
                <w:lang w:val="ru-RU"/>
              </w:rPr>
              <w:t xml:space="preserve"> + 3</w:t>
            </w:r>
            <w:r>
              <w:rPr>
                <w:szCs w:val="28"/>
              </w:rPr>
              <w:t>H</w:t>
            </w:r>
            <w:r w:rsidRPr="00181731">
              <w:rPr>
                <w:szCs w:val="28"/>
                <w:vertAlign w:val="subscript"/>
                <w:lang w:val="ru-RU"/>
              </w:rPr>
              <w:t>2</w:t>
            </w:r>
            <w:r>
              <w:rPr>
                <w:szCs w:val="28"/>
              </w:rPr>
              <w:t>O</w:t>
            </w:r>
            <w:r w:rsidRPr="00181731">
              <w:rPr>
                <w:szCs w:val="28"/>
                <w:lang w:val="ru-RU"/>
              </w:rPr>
              <w:t xml:space="preserve"> + 3</w:t>
            </w:r>
            <w:r>
              <w:rPr>
                <w:szCs w:val="28"/>
              </w:rPr>
              <w:t>Cu</w:t>
            </w:r>
          </w:p>
          <w:p w:rsidR="00FD4A85" w:rsidRPr="00181731" w:rsidRDefault="00FD4A85" w:rsidP="002264E8">
            <w:pPr>
              <w:rPr>
                <w:szCs w:val="28"/>
                <w:lang w:val="ru-RU"/>
              </w:rPr>
            </w:pPr>
            <w:r w:rsidRPr="00181731">
              <w:rPr>
                <w:szCs w:val="28"/>
                <w:lang w:val="ru-RU"/>
              </w:rPr>
              <w:t>концентрация аммиака уменьшилась в 3 раза. Во сколько раз при этом уменьшится скорость реакции по сравнению с начальной скоростью?</w:t>
            </w:r>
          </w:p>
          <w:p w:rsidR="00FD4A85" w:rsidRPr="00181731" w:rsidRDefault="00FD4A85" w:rsidP="002264E8">
            <w:pPr>
              <w:rPr>
                <w:lang w:val="ru-RU"/>
              </w:rPr>
            </w:pPr>
          </w:p>
        </w:tc>
      </w:tr>
      <w:tr w:rsidR="00FD4A85" w:rsidTr="00702148">
        <w:tc>
          <w:tcPr>
            <w:tcW w:w="10348" w:type="dxa"/>
            <w:gridSpan w:val="2"/>
          </w:tcPr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b/>
                <w:bCs/>
                <w:i/>
                <w:iCs/>
                <w:lang w:val="ru-RU"/>
              </w:rPr>
              <w:t xml:space="preserve">11. </w:t>
            </w:r>
            <w:r w:rsidRPr="00181731">
              <w:rPr>
                <w:lang w:val="ru-RU"/>
              </w:rPr>
              <w:t xml:space="preserve"> Какой вид имеет выражение скорости прямой </w:t>
            </w:r>
            <w:proofErr w:type="gramStart"/>
            <w:r w:rsidRPr="00181731">
              <w:rPr>
                <w:lang w:val="ru-RU"/>
              </w:rPr>
              <w:t xml:space="preserve">реакции:  </w:t>
            </w:r>
            <w:r>
              <w:t>FeO</w:t>
            </w:r>
            <w:proofErr w:type="gramEnd"/>
            <w:r w:rsidRPr="00181731">
              <w:rPr>
                <w:lang w:val="ru-RU"/>
              </w:rPr>
              <w:t>(т)+</w:t>
            </w:r>
            <w:r>
              <w:t>CO</w:t>
            </w:r>
            <w:r w:rsidRPr="00181731">
              <w:rPr>
                <w:lang w:val="ru-RU"/>
              </w:rPr>
              <w:t xml:space="preserve">(г)   →  </w:t>
            </w:r>
            <w:r>
              <w:t>Fe</w:t>
            </w:r>
            <w:r w:rsidRPr="00181731">
              <w:rPr>
                <w:lang w:val="ru-RU"/>
              </w:rPr>
              <w:t>(т)+</w:t>
            </w:r>
            <w:r>
              <w:t>CO</w:t>
            </w:r>
            <w:r w:rsidRPr="00181731">
              <w:rPr>
                <w:vertAlign w:val="subscript"/>
                <w:lang w:val="ru-RU"/>
              </w:rPr>
              <w:t>2</w:t>
            </w:r>
            <w:r w:rsidRPr="00181731">
              <w:rPr>
                <w:lang w:val="ru-RU"/>
              </w:rPr>
              <w:t>(г).</w:t>
            </w:r>
          </w:p>
          <w:p w:rsidR="00FD4A85" w:rsidRDefault="00FD4A85" w:rsidP="002264E8">
            <w:pPr>
              <w:ind w:left="360"/>
            </w:pPr>
            <w:r w:rsidRPr="00412A53">
              <w:t xml:space="preserve">1) </w:t>
            </w:r>
            <w:r>
              <w:t xml:space="preserve">V=K[CO];  </w:t>
            </w:r>
          </w:p>
          <w:p w:rsidR="00FD4A85" w:rsidRDefault="00FD4A85" w:rsidP="002264E8">
            <w:pPr>
              <w:ind w:left="360"/>
            </w:pPr>
            <w:r w:rsidRPr="00412A53">
              <w:t xml:space="preserve">2) </w:t>
            </w:r>
            <w:r>
              <w:t xml:space="preserve">V=K[FeO][CO];   </w:t>
            </w:r>
          </w:p>
          <w:p w:rsidR="00FD4A85" w:rsidRDefault="00FD4A85" w:rsidP="002264E8">
            <w:pPr>
              <w:ind w:left="360"/>
              <w:rPr>
                <w:szCs w:val="28"/>
              </w:rPr>
            </w:pPr>
            <w:r w:rsidRPr="00412A53">
              <w:t xml:space="preserve">3) </w:t>
            </w:r>
            <w:r>
              <w:t>V=K[CО</w:t>
            </w:r>
            <w:r>
              <w:rPr>
                <w:vertAlign w:val="subscript"/>
              </w:rPr>
              <w:t>2</w:t>
            </w:r>
            <w:r>
              <w:t>].</w:t>
            </w:r>
          </w:p>
          <w:p w:rsidR="00FD4A85" w:rsidRDefault="00FD4A85" w:rsidP="002264E8"/>
        </w:tc>
      </w:tr>
      <w:tr w:rsidR="00FD4A85" w:rsidTr="00702148">
        <w:tc>
          <w:tcPr>
            <w:tcW w:w="10348" w:type="dxa"/>
            <w:gridSpan w:val="2"/>
          </w:tcPr>
          <w:p w:rsidR="00FD4A85" w:rsidRPr="00181731" w:rsidRDefault="00FD4A85" w:rsidP="002264E8">
            <w:pPr>
              <w:rPr>
                <w:szCs w:val="28"/>
                <w:lang w:val="ru-RU"/>
              </w:rPr>
            </w:pPr>
            <w:r w:rsidRPr="00181731">
              <w:rPr>
                <w:b/>
                <w:bCs/>
                <w:i/>
                <w:iCs/>
                <w:lang w:val="ru-RU"/>
              </w:rPr>
              <w:t xml:space="preserve">12. </w:t>
            </w:r>
            <w:r w:rsidRPr="00181731">
              <w:rPr>
                <w:sz w:val="28"/>
                <w:szCs w:val="28"/>
                <w:lang w:val="ru-RU"/>
              </w:rPr>
              <w:t xml:space="preserve"> </w:t>
            </w:r>
            <w:r w:rsidRPr="00181731">
              <w:rPr>
                <w:szCs w:val="28"/>
                <w:lang w:val="ru-RU"/>
              </w:rPr>
              <w:t xml:space="preserve">Как повлияет на находящуюся в равновесии систему, уравнение которой </w:t>
            </w:r>
          </w:p>
          <w:p w:rsidR="00FD4A85" w:rsidRPr="00181731" w:rsidRDefault="00FD4A85" w:rsidP="002264E8">
            <w:pPr>
              <w:ind w:left="708" w:firstLine="708"/>
              <w:rPr>
                <w:szCs w:val="28"/>
                <w:lang w:val="ru-RU"/>
              </w:rPr>
            </w:pPr>
            <w:r w:rsidRPr="00181731">
              <w:rPr>
                <w:szCs w:val="28"/>
                <w:lang w:val="ru-RU"/>
              </w:rPr>
              <w:t>С</w:t>
            </w:r>
            <w:r w:rsidRPr="00181731">
              <w:rPr>
                <w:szCs w:val="28"/>
                <w:vertAlign w:val="subscript"/>
                <w:lang w:val="ru-RU"/>
              </w:rPr>
              <w:t xml:space="preserve">(т) </w:t>
            </w:r>
            <w:r w:rsidRPr="00181731">
              <w:rPr>
                <w:szCs w:val="28"/>
                <w:lang w:val="ru-RU"/>
              </w:rPr>
              <w:t>+ 2</w:t>
            </w:r>
            <w:r>
              <w:rPr>
                <w:szCs w:val="28"/>
              </w:rPr>
              <w:t>F</w:t>
            </w:r>
            <w:r w:rsidRPr="00181731">
              <w:rPr>
                <w:szCs w:val="28"/>
                <w:vertAlign w:val="subscript"/>
                <w:lang w:val="ru-RU"/>
              </w:rPr>
              <w:t xml:space="preserve">2(г) </w:t>
            </w:r>
            <w:r w:rsidRPr="00181731">
              <w:rPr>
                <w:szCs w:val="28"/>
                <w:lang w:val="ru-RU"/>
              </w:rPr>
              <w:t>↔ С</w:t>
            </w:r>
            <w:r>
              <w:rPr>
                <w:szCs w:val="28"/>
              </w:rPr>
              <w:t>F</w:t>
            </w:r>
            <w:r w:rsidRPr="00181731">
              <w:rPr>
                <w:szCs w:val="28"/>
                <w:vertAlign w:val="subscript"/>
                <w:lang w:val="ru-RU"/>
              </w:rPr>
              <w:t xml:space="preserve">4(г) </w:t>
            </w:r>
            <w:r w:rsidRPr="00181731">
              <w:rPr>
                <w:szCs w:val="28"/>
                <w:lang w:val="ru-RU"/>
              </w:rPr>
              <w:t xml:space="preserve">+ </w:t>
            </w:r>
            <w:r>
              <w:rPr>
                <w:szCs w:val="28"/>
              </w:rPr>
              <w:t>Q</w:t>
            </w:r>
            <w:r w:rsidRPr="00181731">
              <w:rPr>
                <w:szCs w:val="28"/>
                <w:lang w:val="ru-RU"/>
              </w:rPr>
              <w:t>, уменьшение температуры?</w:t>
            </w:r>
          </w:p>
          <w:p w:rsidR="00FD4A85" w:rsidRDefault="00FD4A85" w:rsidP="00FD4A85">
            <w:pPr>
              <w:numPr>
                <w:ilvl w:val="0"/>
                <w:numId w:val="42"/>
              </w:numPr>
              <w:spacing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равновесие сместится влево</w:t>
            </w:r>
          </w:p>
          <w:p w:rsidR="00FD4A85" w:rsidRDefault="00FD4A85" w:rsidP="00FD4A85">
            <w:pPr>
              <w:numPr>
                <w:ilvl w:val="0"/>
                <w:numId w:val="42"/>
              </w:numPr>
              <w:spacing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равновесие сместится вправо</w:t>
            </w:r>
          </w:p>
          <w:p w:rsidR="00FD4A85" w:rsidRDefault="00FD4A85" w:rsidP="00FD4A85">
            <w:pPr>
              <w:numPr>
                <w:ilvl w:val="0"/>
                <w:numId w:val="42"/>
              </w:numPr>
              <w:spacing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равновесие не сместится</w:t>
            </w:r>
          </w:p>
          <w:p w:rsidR="00FD4A85" w:rsidRDefault="00FD4A85" w:rsidP="002264E8">
            <w:pPr>
              <w:ind w:left="360"/>
            </w:pPr>
          </w:p>
        </w:tc>
      </w:tr>
      <w:tr w:rsidR="00FD4A85" w:rsidTr="00702148">
        <w:tc>
          <w:tcPr>
            <w:tcW w:w="10348" w:type="dxa"/>
            <w:gridSpan w:val="2"/>
          </w:tcPr>
          <w:p w:rsidR="00FD4A85" w:rsidRDefault="00FD4A85" w:rsidP="002264E8">
            <w:r>
              <w:rPr>
                <w:b/>
                <w:bCs/>
                <w:i/>
                <w:iCs/>
              </w:rPr>
              <w:t xml:space="preserve">13. </w:t>
            </w:r>
            <w:r>
              <w:t>К сильным электролитам относится:</w:t>
            </w:r>
          </w:p>
          <w:p w:rsidR="00FD4A85" w:rsidRDefault="00FD4A85" w:rsidP="002264E8">
            <w:pPr>
              <w:ind w:left="360"/>
            </w:pPr>
            <w:r>
              <w:t>1) Fe</w:t>
            </w:r>
            <w:r w:rsidRPr="00412A53">
              <w:t>(</w:t>
            </w:r>
            <w:r>
              <w:t>OH</w:t>
            </w:r>
            <w:r w:rsidRPr="00412A53">
              <w:t>)</w:t>
            </w:r>
            <w:r w:rsidRPr="00412A53">
              <w:rPr>
                <w:vertAlign w:val="subscript"/>
              </w:rPr>
              <w:t>3</w:t>
            </w:r>
            <w:r w:rsidRPr="00412A53">
              <w:t>;</w:t>
            </w:r>
            <w:r>
              <w:t xml:space="preserve">  </w:t>
            </w:r>
          </w:p>
          <w:p w:rsidR="00FD4A85" w:rsidRDefault="00FD4A85" w:rsidP="002264E8">
            <w:pPr>
              <w:ind w:left="360"/>
            </w:pPr>
            <w:r>
              <w:t>2) H</w:t>
            </w:r>
            <w:r w:rsidRPr="00412A53">
              <w:rPr>
                <w:vertAlign w:val="subscript"/>
              </w:rPr>
              <w:t>2</w:t>
            </w:r>
            <w:r>
              <w:t>SiO</w:t>
            </w:r>
            <w:r w:rsidRPr="00412A53">
              <w:rPr>
                <w:vertAlign w:val="subscript"/>
              </w:rPr>
              <w:t>3</w:t>
            </w:r>
            <w:r w:rsidRPr="00412A53">
              <w:t>;</w:t>
            </w:r>
            <w:r>
              <w:t xml:space="preserve">    </w:t>
            </w:r>
          </w:p>
          <w:p w:rsidR="00FD4A85" w:rsidRPr="00412A53" w:rsidRDefault="00FD4A85" w:rsidP="002264E8">
            <w:pPr>
              <w:ind w:left="360"/>
            </w:pPr>
            <w:r>
              <w:t>3) H</w:t>
            </w:r>
            <w:r w:rsidRPr="00412A53">
              <w:rPr>
                <w:vertAlign w:val="subscript"/>
              </w:rPr>
              <w:t>2</w:t>
            </w:r>
            <w:r>
              <w:t>SO</w:t>
            </w:r>
            <w:r w:rsidRPr="00412A53">
              <w:rPr>
                <w:vertAlign w:val="subscript"/>
              </w:rPr>
              <w:t>4.</w:t>
            </w:r>
          </w:p>
          <w:p w:rsidR="00FD4A85" w:rsidRPr="00412A53" w:rsidRDefault="00FD4A85" w:rsidP="002264E8">
            <w:pPr>
              <w:ind w:left="360"/>
            </w:pPr>
          </w:p>
        </w:tc>
      </w:tr>
      <w:tr w:rsidR="00FD4A85" w:rsidTr="00702148">
        <w:tc>
          <w:tcPr>
            <w:tcW w:w="10348" w:type="dxa"/>
            <w:gridSpan w:val="2"/>
          </w:tcPr>
          <w:p w:rsidR="00FD4A85" w:rsidRPr="00183723" w:rsidRDefault="00FD4A85" w:rsidP="002264E8">
            <w:r w:rsidRPr="00181731">
              <w:rPr>
                <w:b/>
                <w:bCs/>
                <w:i/>
                <w:iCs/>
                <w:lang w:val="ru-RU"/>
              </w:rPr>
              <w:t xml:space="preserve">14. </w:t>
            </w:r>
            <w:r w:rsidRPr="00181731">
              <w:rPr>
                <w:lang w:val="ru-RU"/>
              </w:rPr>
              <w:t xml:space="preserve">Раствор, содержащий </w:t>
            </w:r>
            <w:smartTag w:uri="urn:schemas-microsoft-com:office:smarttags" w:element="metricconverter">
              <w:smartTagPr>
                <w:attr w:name="ProductID" w:val="2,3 г"/>
              </w:smartTagPr>
              <w:r w:rsidRPr="00181731">
                <w:rPr>
                  <w:lang w:val="ru-RU"/>
                </w:rPr>
                <w:t>2,3 г</w:t>
              </w:r>
            </w:smartTag>
            <w:r w:rsidRPr="00181731">
              <w:rPr>
                <w:lang w:val="ru-RU"/>
              </w:rPr>
              <w:t xml:space="preserve"> неэлектролита в 250 мл при 27</w:t>
            </w:r>
            <w:r w:rsidRPr="00181731">
              <w:rPr>
                <w:vertAlign w:val="superscript"/>
                <w:lang w:val="ru-RU"/>
              </w:rPr>
              <w:t>о</w:t>
            </w:r>
            <w:r w:rsidRPr="00181731">
              <w:rPr>
                <w:lang w:val="ru-RU"/>
              </w:rPr>
              <w:t xml:space="preserve">С имеет осмотическое давление 249 кПа. </w:t>
            </w:r>
            <w:r>
              <w:t xml:space="preserve">Молярная масса </w:t>
            </w:r>
            <w:proofErr w:type="gramStart"/>
            <w:r>
              <w:t>неэлектролита  (</w:t>
            </w:r>
            <w:proofErr w:type="gramEnd"/>
            <w:r>
              <w:t>г/моль)  равна…</w:t>
            </w:r>
          </w:p>
          <w:p w:rsidR="00FD4A85" w:rsidRPr="00183723" w:rsidRDefault="00FD4A85" w:rsidP="002264E8">
            <w:pPr>
              <w:ind w:left="360"/>
              <w:rPr>
                <w:b/>
                <w:bCs/>
                <w:i/>
                <w:iCs/>
              </w:rPr>
            </w:pPr>
          </w:p>
        </w:tc>
      </w:tr>
      <w:tr w:rsidR="00FD4A85" w:rsidTr="00702148">
        <w:tc>
          <w:tcPr>
            <w:tcW w:w="10348" w:type="dxa"/>
            <w:gridSpan w:val="2"/>
          </w:tcPr>
          <w:p w:rsidR="00FD4A85" w:rsidRPr="00183723" w:rsidRDefault="00FD4A85" w:rsidP="002264E8">
            <w:pPr>
              <w:rPr>
                <w:b/>
                <w:bCs/>
                <w:i/>
                <w:iCs/>
              </w:rPr>
            </w:pPr>
            <w:r w:rsidRPr="00181731">
              <w:rPr>
                <w:b/>
                <w:bCs/>
                <w:i/>
                <w:iCs/>
                <w:lang w:val="ru-RU"/>
              </w:rPr>
              <w:t xml:space="preserve">15. </w:t>
            </w:r>
            <w:r w:rsidRPr="00181731">
              <w:rPr>
                <w:lang w:val="ru-RU"/>
              </w:rPr>
              <w:t>Раствор, содержащий 0,4</w:t>
            </w:r>
            <w:r>
              <w:t> </w:t>
            </w:r>
            <w:r w:rsidRPr="00181731">
              <w:rPr>
                <w:lang w:val="ru-RU"/>
              </w:rPr>
              <w:t xml:space="preserve">г вещества в </w:t>
            </w:r>
            <w:smartTag w:uri="urn:schemas-microsoft-com:office:smarttags" w:element="metricconverter">
              <w:smartTagPr>
                <w:attr w:name="ProductID" w:val="10 г"/>
              </w:smartTagPr>
              <w:r w:rsidRPr="00181731">
                <w:rPr>
                  <w:lang w:val="ru-RU"/>
                </w:rPr>
                <w:t>10</w:t>
              </w:r>
              <w:r>
                <w:t> </w:t>
              </w:r>
              <w:r w:rsidRPr="00181731">
                <w:rPr>
                  <w:lang w:val="ru-RU"/>
                </w:rPr>
                <w:t>г</w:t>
              </w:r>
            </w:smartTag>
            <w:r w:rsidRPr="00181731">
              <w:rPr>
                <w:lang w:val="ru-RU"/>
              </w:rPr>
              <w:t xml:space="preserve"> воды, замерзает при -1,24</w:t>
            </w:r>
            <w:r w:rsidRPr="00181731">
              <w:rPr>
                <w:vertAlign w:val="superscript"/>
                <w:lang w:val="ru-RU"/>
              </w:rPr>
              <w:t>о</w:t>
            </w:r>
            <w:r w:rsidRPr="00181731">
              <w:rPr>
                <w:lang w:val="ru-RU"/>
              </w:rPr>
              <w:t xml:space="preserve">С. </w:t>
            </w:r>
            <w:r>
              <w:t>(</w:t>
            </w:r>
            <w:r>
              <w:rPr>
                <w:sz w:val="22"/>
              </w:rPr>
              <w:t>К</w:t>
            </w:r>
            <w:r>
              <w:rPr>
                <w:sz w:val="22"/>
                <w:vertAlign w:val="subscript"/>
              </w:rPr>
              <w:t>H</w:t>
            </w:r>
            <w:r>
              <w:rPr>
                <w:position w:val="-4"/>
                <w:sz w:val="22"/>
                <w:vertAlign w:val="subscript"/>
              </w:rPr>
              <w:t>2</w:t>
            </w:r>
            <w:r>
              <w:rPr>
                <w:sz w:val="22"/>
                <w:vertAlign w:val="subscript"/>
              </w:rPr>
              <w:t>O</w:t>
            </w:r>
            <w:r>
              <w:rPr>
                <w:sz w:val="22"/>
              </w:rPr>
              <w:t> = 1,86</w:t>
            </w:r>
            <w:r>
              <w:rPr>
                <w:position w:val="-24"/>
                <w:sz w:val="22"/>
              </w:rPr>
              <w:object w:dxaOrig="1020" w:dyaOrig="620">
                <v:shape id="_x0000_i1164" type="#_x0000_t75" style="width:51.75pt;height:30pt" o:ole="">
                  <v:imagedata r:id="rId260" o:title=""/>
                </v:shape>
                <o:OLEObject Type="Embed" ProgID="Equation.3" ShapeID="_x0000_i1164" DrawAspect="Content" ObjectID="_1842695859" r:id="rId261"/>
              </w:object>
            </w:r>
            <w:r>
              <w:rPr>
                <w:position w:val="-10"/>
                <w:sz w:val="22"/>
              </w:rPr>
              <w:object w:dxaOrig="180" w:dyaOrig="340">
                <v:shape id="_x0000_i1165" type="#_x0000_t75" style="width:9pt;height:17.25pt" o:ole="">
                  <v:imagedata r:id="rId108" o:title=""/>
                </v:shape>
                <o:OLEObject Type="Embed" ProgID="Equation.3" ShapeID="_x0000_i1165" DrawAspect="Content" ObjectID="_1842695860" r:id="rId262"/>
              </w:object>
            </w:r>
            <w:r>
              <w:rPr>
                <w:sz w:val="22"/>
              </w:rPr>
              <w:t>)</w:t>
            </w:r>
            <w:r>
              <w:t>. Молярная масса  вещества   равна…, г/моль.</w:t>
            </w:r>
          </w:p>
        </w:tc>
      </w:tr>
      <w:tr w:rsidR="00FD4A85" w:rsidRPr="00771808" w:rsidTr="00702148">
        <w:tc>
          <w:tcPr>
            <w:tcW w:w="10348" w:type="dxa"/>
            <w:gridSpan w:val="2"/>
          </w:tcPr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b/>
                <w:bCs/>
                <w:i/>
                <w:iCs/>
                <w:lang w:val="ru-RU"/>
              </w:rPr>
              <w:t xml:space="preserve">16. </w:t>
            </w:r>
            <w:r w:rsidRPr="00181731">
              <w:rPr>
                <w:lang w:val="ru-RU"/>
              </w:rPr>
              <w:t>Щелочной раствор получают при растворении в воде:</w:t>
            </w:r>
          </w:p>
          <w:p w:rsidR="00FD4A85" w:rsidRPr="00181731" w:rsidRDefault="00FD4A85" w:rsidP="002264E8">
            <w:pPr>
              <w:ind w:left="360"/>
              <w:rPr>
                <w:lang w:val="ru-RU"/>
              </w:rPr>
            </w:pPr>
            <w:r w:rsidRPr="00181731">
              <w:rPr>
                <w:lang w:val="ru-RU"/>
              </w:rPr>
              <w:t xml:space="preserve">1) </w:t>
            </w:r>
            <w:r>
              <w:t>Na</w:t>
            </w:r>
            <w:r w:rsidRPr="00181731">
              <w:rPr>
                <w:szCs w:val="14"/>
                <w:vertAlign w:val="subscript"/>
                <w:lang w:val="ru-RU"/>
              </w:rPr>
              <w:t>2</w:t>
            </w:r>
            <w:r>
              <w:t>SO</w:t>
            </w:r>
            <w:r w:rsidRPr="00181731">
              <w:rPr>
                <w:szCs w:val="14"/>
                <w:vertAlign w:val="subscript"/>
                <w:lang w:val="ru-RU"/>
              </w:rPr>
              <w:t>3</w:t>
            </w:r>
            <w:r w:rsidRPr="00181731">
              <w:rPr>
                <w:lang w:val="ru-RU"/>
              </w:rPr>
              <w:t xml:space="preserve">                        </w:t>
            </w:r>
          </w:p>
          <w:p w:rsidR="00FD4A85" w:rsidRPr="00181731" w:rsidRDefault="00FD4A85" w:rsidP="002264E8">
            <w:pPr>
              <w:ind w:left="360"/>
              <w:rPr>
                <w:lang w:val="ru-RU"/>
              </w:rPr>
            </w:pPr>
            <w:r w:rsidRPr="00181731">
              <w:rPr>
                <w:lang w:val="ru-RU"/>
              </w:rPr>
              <w:t xml:space="preserve">2)  </w:t>
            </w:r>
            <w:r>
              <w:t>Na</w:t>
            </w:r>
            <w:r w:rsidRPr="00181731">
              <w:rPr>
                <w:szCs w:val="16"/>
                <w:vertAlign w:val="subscript"/>
                <w:lang w:val="ru-RU"/>
              </w:rPr>
              <w:t>2</w:t>
            </w:r>
            <w:r>
              <w:t>SO</w:t>
            </w:r>
            <w:r w:rsidRPr="00181731">
              <w:rPr>
                <w:szCs w:val="16"/>
                <w:vertAlign w:val="subscript"/>
                <w:lang w:val="ru-RU"/>
              </w:rPr>
              <w:t>4</w:t>
            </w:r>
            <w:r w:rsidRPr="00181731">
              <w:rPr>
                <w:lang w:val="ru-RU"/>
              </w:rPr>
              <w:t xml:space="preserve">                               </w:t>
            </w:r>
          </w:p>
          <w:p w:rsidR="00FD4A85" w:rsidRPr="00181731" w:rsidRDefault="00FD4A85" w:rsidP="002264E8">
            <w:pPr>
              <w:ind w:left="360"/>
              <w:rPr>
                <w:lang w:val="ru-RU"/>
              </w:rPr>
            </w:pPr>
            <w:r w:rsidRPr="00181731">
              <w:rPr>
                <w:lang w:val="ru-RU"/>
              </w:rPr>
              <w:t xml:space="preserve">3) </w:t>
            </w:r>
            <w:r>
              <w:t>Fe</w:t>
            </w:r>
            <w:r w:rsidRPr="00181731">
              <w:rPr>
                <w:szCs w:val="14"/>
                <w:vertAlign w:val="subscript"/>
                <w:lang w:val="ru-RU"/>
              </w:rPr>
              <w:t>2</w:t>
            </w:r>
            <w:r w:rsidRPr="00181731">
              <w:rPr>
                <w:lang w:val="ru-RU"/>
              </w:rPr>
              <w:t>(</w:t>
            </w:r>
            <w:r>
              <w:t>SO</w:t>
            </w:r>
            <w:r w:rsidRPr="00181731">
              <w:rPr>
                <w:szCs w:val="16"/>
                <w:vertAlign w:val="subscript"/>
                <w:lang w:val="ru-RU"/>
              </w:rPr>
              <w:t>4</w:t>
            </w:r>
            <w:r w:rsidRPr="00181731">
              <w:rPr>
                <w:lang w:val="ru-RU"/>
              </w:rPr>
              <w:t>)</w:t>
            </w:r>
            <w:r w:rsidRPr="00181731">
              <w:rPr>
                <w:szCs w:val="14"/>
                <w:vertAlign w:val="subscript"/>
                <w:lang w:val="ru-RU"/>
              </w:rPr>
              <w:t>3</w:t>
            </w:r>
          </w:p>
          <w:p w:rsidR="00FD4A85" w:rsidRPr="00181731" w:rsidRDefault="00FD4A85" w:rsidP="002264E8">
            <w:pPr>
              <w:ind w:left="360"/>
              <w:rPr>
                <w:bCs/>
                <w:iCs/>
                <w:lang w:val="ru-RU"/>
              </w:rPr>
            </w:pPr>
            <w:r w:rsidRPr="00181731">
              <w:rPr>
                <w:bCs/>
                <w:iCs/>
                <w:lang w:val="ru-RU"/>
              </w:rPr>
              <w:t xml:space="preserve">Ответ </w:t>
            </w:r>
            <w:proofErr w:type="gramStart"/>
            <w:r w:rsidRPr="00181731">
              <w:rPr>
                <w:bCs/>
                <w:iCs/>
                <w:lang w:val="ru-RU"/>
              </w:rPr>
              <w:t>поясните,  составив</w:t>
            </w:r>
            <w:proofErr w:type="gramEnd"/>
            <w:r w:rsidRPr="00181731">
              <w:rPr>
                <w:bCs/>
                <w:iCs/>
                <w:lang w:val="ru-RU"/>
              </w:rPr>
              <w:t xml:space="preserve">  уравнение реакции:</w:t>
            </w:r>
          </w:p>
          <w:p w:rsidR="00FD4A85" w:rsidRPr="00181731" w:rsidRDefault="00FD4A85" w:rsidP="002264E8">
            <w:pPr>
              <w:ind w:left="360"/>
              <w:rPr>
                <w:b/>
                <w:bCs/>
                <w:i/>
                <w:iCs/>
                <w:lang w:val="ru-RU"/>
              </w:rPr>
            </w:pPr>
          </w:p>
        </w:tc>
      </w:tr>
      <w:tr w:rsidR="00FD4A85" w:rsidRPr="00771808" w:rsidTr="00702148">
        <w:tc>
          <w:tcPr>
            <w:tcW w:w="10348" w:type="dxa"/>
            <w:gridSpan w:val="2"/>
          </w:tcPr>
          <w:p w:rsidR="00FD4A85" w:rsidRPr="00181731" w:rsidRDefault="00FD4A85" w:rsidP="002264E8">
            <w:pPr>
              <w:rPr>
                <w:szCs w:val="28"/>
                <w:lang w:val="ru-RU"/>
              </w:rPr>
            </w:pPr>
            <w:r w:rsidRPr="00181731">
              <w:rPr>
                <w:b/>
                <w:bCs/>
                <w:i/>
                <w:iCs/>
                <w:lang w:val="ru-RU"/>
              </w:rPr>
              <w:t xml:space="preserve">17. </w:t>
            </w:r>
            <w:r w:rsidRPr="00181731">
              <w:rPr>
                <w:szCs w:val="28"/>
                <w:lang w:val="ru-RU"/>
              </w:rPr>
              <w:t xml:space="preserve">Чему равна </w:t>
            </w:r>
            <w:proofErr w:type="gramStart"/>
            <w:r w:rsidRPr="00181731">
              <w:rPr>
                <w:szCs w:val="28"/>
                <w:lang w:val="ru-RU"/>
              </w:rPr>
              <w:t>концентрация  ионов</w:t>
            </w:r>
            <w:proofErr w:type="gramEnd"/>
            <w:r w:rsidRPr="00181731">
              <w:rPr>
                <w:szCs w:val="28"/>
                <w:lang w:val="ru-RU"/>
              </w:rPr>
              <w:t xml:space="preserve"> </w:t>
            </w:r>
            <w:r>
              <w:rPr>
                <w:szCs w:val="28"/>
              </w:rPr>
              <w:t>OH</w:t>
            </w:r>
            <w:r w:rsidRPr="00181731">
              <w:rPr>
                <w:szCs w:val="28"/>
                <w:vertAlign w:val="superscript"/>
                <w:lang w:val="ru-RU"/>
              </w:rPr>
              <w:t>-</w:t>
            </w:r>
            <w:r w:rsidRPr="00181731">
              <w:rPr>
                <w:szCs w:val="28"/>
                <w:lang w:val="ru-RU"/>
              </w:rPr>
              <w:t xml:space="preserve"> в растворе, если концентрация ионов Н</w:t>
            </w:r>
            <w:r w:rsidRPr="00181731">
              <w:rPr>
                <w:szCs w:val="28"/>
                <w:vertAlign w:val="superscript"/>
                <w:lang w:val="ru-RU"/>
              </w:rPr>
              <w:t>+</w:t>
            </w:r>
            <w:r w:rsidRPr="00181731">
              <w:rPr>
                <w:szCs w:val="28"/>
                <w:lang w:val="ru-RU"/>
              </w:rPr>
              <w:t xml:space="preserve">  равна 10</w:t>
            </w:r>
            <w:r w:rsidRPr="00181731">
              <w:rPr>
                <w:szCs w:val="28"/>
                <w:vertAlign w:val="superscript"/>
                <w:lang w:val="ru-RU"/>
              </w:rPr>
              <w:t>-1</w:t>
            </w:r>
            <w:r w:rsidRPr="00181731">
              <w:rPr>
                <w:szCs w:val="28"/>
                <w:lang w:val="ru-RU"/>
              </w:rPr>
              <w:t xml:space="preserve"> </w:t>
            </w:r>
            <w:r w:rsidRPr="00181731">
              <w:rPr>
                <w:szCs w:val="28"/>
                <w:lang w:val="ru-RU"/>
              </w:rPr>
              <w:lastRenderedPageBreak/>
              <w:t>моль/л?</w:t>
            </w:r>
          </w:p>
          <w:p w:rsidR="00FD4A85" w:rsidRPr="00181731" w:rsidRDefault="00FD4A85" w:rsidP="002264E8">
            <w:pPr>
              <w:ind w:left="360"/>
              <w:rPr>
                <w:b/>
                <w:bCs/>
                <w:i/>
                <w:iCs/>
                <w:lang w:val="ru-RU"/>
              </w:rPr>
            </w:pPr>
          </w:p>
        </w:tc>
      </w:tr>
      <w:tr w:rsidR="00FD4A85" w:rsidRPr="00771808" w:rsidTr="00702148">
        <w:tc>
          <w:tcPr>
            <w:tcW w:w="10348" w:type="dxa"/>
            <w:gridSpan w:val="2"/>
          </w:tcPr>
          <w:p w:rsidR="00FD4A85" w:rsidRPr="00181731" w:rsidRDefault="00FD4A85" w:rsidP="002264E8">
            <w:pPr>
              <w:rPr>
                <w:szCs w:val="28"/>
                <w:lang w:val="ru-RU"/>
              </w:rPr>
            </w:pPr>
            <w:r w:rsidRPr="00181731">
              <w:rPr>
                <w:b/>
                <w:bCs/>
                <w:i/>
                <w:iCs/>
                <w:lang w:val="ru-RU"/>
              </w:rPr>
              <w:lastRenderedPageBreak/>
              <w:t xml:space="preserve">18. </w:t>
            </w:r>
            <w:r w:rsidRPr="00181731">
              <w:rPr>
                <w:szCs w:val="28"/>
                <w:lang w:val="ru-RU"/>
              </w:rPr>
              <w:t xml:space="preserve">Масса </w:t>
            </w:r>
            <w:r>
              <w:rPr>
                <w:szCs w:val="28"/>
              </w:rPr>
              <w:t>NaNO</w:t>
            </w:r>
            <w:proofErr w:type="gramStart"/>
            <w:r w:rsidRPr="00181731">
              <w:rPr>
                <w:szCs w:val="28"/>
                <w:vertAlign w:val="subscript"/>
                <w:lang w:val="ru-RU"/>
              </w:rPr>
              <w:t xml:space="preserve">3 </w:t>
            </w:r>
            <w:r w:rsidRPr="00181731">
              <w:rPr>
                <w:szCs w:val="28"/>
                <w:lang w:val="ru-RU"/>
              </w:rPr>
              <w:t>,</w:t>
            </w:r>
            <w:proofErr w:type="gramEnd"/>
            <w:r w:rsidRPr="00181731">
              <w:rPr>
                <w:szCs w:val="28"/>
                <w:lang w:val="ru-RU"/>
              </w:rPr>
              <w:t xml:space="preserve"> необходимая для приготовления 300 мл </w:t>
            </w:r>
            <w:smartTag w:uri="urn:schemas-microsoft-com:office:smarttags" w:element="metricconverter">
              <w:smartTagPr>
                <w:attr w:name="ProductID" w:val="0,2 М"/>
              </w:smartTagPr>
              <w:r w:rsidRPr="00181731">
                <w:rPr>
                  <w:szCs w:val="28"/>
                  <w:lang w:val="ru-RU"/>
                </w:rPr>
                <w:t>0,2 М</w:t>
              </w:r>
            </w:smartTag>
            <w:r w:rsidRPr="00181731">
              <w:rPr>
                <w:szCs w:val="28"/>
                <w:lang w:val="ru-RU"/>
              </w:rPr>
              <w:t xml:space="preserve"> раствора   равна…, г</w:t>
            </w:r>
          </w:p>
          <w:p w:rsidR="00FD4A85" w:rsidRPr="00181731" w:rsidRDefault="00FD4A85" w:rsidP="002264E8">
            <w:pPr>
              <w:ind w:left="360"/>
              <w:rPr>
                <w:b/>
                <w:bCs/>
                <w:i/>
                <w:iCs/>
                <w:lang w:val="ru-RU"/>
              </w:rPr>
            </w:pPr>
          </w:p>
        </w:tc>
      </w:tr>
      <w:tr w:rsidR="00FD4A85" w:rsidRPr="00771808" w:rsidTr="00702148">
        <w:tc>
          <w:tcPr>
            <w:tcW w:w="10348" w:type="dxa"/>
            <w:gridSpan w:val="2"/>
          </w:tcPr>
          <w:p w:rsidR="00FD4A85" w:rsidRPr="00181731" w:rsidRDefault="00FD4A85" w:rsidP="002264E8">
            <w:pPr>
              <w:rPr>
                <w:szCs w:val="28"/>
                <w:lang w:val="ru-RU"/>
              </w:rPr>
            </w:pPr>
            <w:r w:rsidRPr="00181731">
              <w:rPr>
                <w:b/>
                <w:bCs/>
                <w:i/>
                <w:iCs/>
                <w:lang w:val="ru-RU"/>
              </w:rPr>
              <w:t xml:space="preserve"> 19. </w:t>
            </w:r>
            <w:r w:rsidRPr="00181731">
              <w:rPr>
                <w:szCs w:val="28"/>
                <w:lang w:val="ru-RU"/>
              </w:rPr>
              <w:t xml:space="preserve">В </w:t>
            </w:r>
            <w:smartTag w:uri="urn:schemas-microsoft-com:office:smarttags" w:element="metricconverter">
              <w:smartTagPr>
                <w:attr w:name="ProductID" w:val="240 г"/>
              </w:smartTagPr>
              <w:r w:rsidRPr="00181731">
                <w:rPr>
                  <w:szCs w:val="28"/>
                  <w:lang w:val="ru-RU"/>
                </w:rPr>
                <w:t>240 г</w:t>
              </w:r>
            </w:smartTag>
            <w:r w:rsidRPr="00181731">
              <w:rPr>
                <w:szCs w:val="28"/>
                <w:lang w:val="ru-RU"/>
              </w:rPr>
              <w:t xml:space="preserve"> воды растворили </w:t>
            </w:r>
            <w:smartTag w:uri="urn:schemas-microsoft-com:office:smarttags" w:element="metricconverter">
              <w:smartTagPr>
                <w:attr w:name="ProductID" w:val="60 г"/>
              </w:smartTagPr>
              <w:r w:rsidRPr="00181731">
                <w:rPr>
                  <w:szCs w:val="28"/>
                  <w:lang w:val="ru-RU"/>
                </w:rPr>
                <w:t>60 г</w:t>
              </w:r>
            </w:smartTag>
            <w:r w:rsidRPr="00181731">
              <w:rPr>
                <w:szCs w:val="28"/>
                <w:lang w:val="ru-RU"/>
              </w:rPr>
              <w:t xml:space="preserve"> соли. Массовая доля </w:t>
            </w:r>
            <w:proofErr w:type="gramStart"/>
            <w:r w:rsidRPr="00181731">
              <w:rPr>
                <w:szCs w:val="28"/>
                <w:lang w:val="ru-RU"/>
              </w:rPr>
              <w:t>соли  в</w:t>
            </w:r>
            <w:proofErr w:type="gramEnd"/>
            <w:r w:rsidRPr="00181731">
              <w:rPr>
                <w:szCs w:val="28"/>
                <w:lang w:val="ru-RU"/>
              </w:rPr>
              <w:t xml:space="preserve"> полученном растворе равна…, %.</w:t>
            </w:r>
          </w:p>
          <w:p w:rsidR="00FD4A85" w:rsidRPr="00181731" w:rsidRDefault="00FD4A85" w:rsidP="002264E8">
            <w:pPr>
              <w:rPr>
                <w:b/>
                <w:bCs/>
                <w:i/>
                <w:iCs/>
                <w:lang w:val="ru-RU"/>
              </w:rPr>
            </w:pPr>
          </w:p>
        </w:tc>
      </w:tr>
      <w:tr w:rsidR="00FD4A85" w:rsidTr="00702148">
        <w:tc>
          <w:tcPr>
            <w:tcW w:w="10348" w:type="dxa"/>
            <w:gridSpan w:val="2"/>
          </w:tcPr>
          <w:p w:rsidR="00FD4A85" w:rsidRPr="00181731" w:rsidRDefault="00FD4A85" w:rsidP="002264E8">
            <w:pPr>
              <w:rPr>
                <w:lang w:val="ru-RU"/>
              </w:rPr>
            </w:pPr>
            <w:proofErr w:type="gramStart"/>
            <w:r w:rsidRPr="00181731">
              <w:rPr>
                <w:b/>
                <w:bCs/>
                <w:i/>
                <w:iCs/>
                <w:lang w:val="ru-RU"/>
              </w:rPr>
              <w:t>20</w:t>
            </w:r>
            <w:r w:rsidRPr="00181731">
              <w:rPr>
                <w:lang w:val="ru-RU"/>
              </w:rPr>
              <w:t xml:space="preserve"> .</w:t>
            </w:r>
            <w:proofErr w:type="gramEnd"/>
            <w:r w:rsidRPr="00181731">
              <w:rPr>
                <w:lang w:val="ru-RU"/>
              </w:rPr>
              <w:t xml:space="preserve"> </w:t>
            </w:r>
            <w:proofErr w:type="gramStart"/>
            <w:r w:rsidRPr="00181731">
              <w:rPr>
                <w:lang w:val="ru-RU"/>
              </w:rPr>
              <w:t>Агрегативная  устойчивость</w:t>
            </w:r>
            <w:proofErr w:type="gramEnd"/>
            <w:r w:rsidRPr="00181731">
              <w:rPr>
                <w:lang w:val="ru-RU"/>
              </w:rPr>
              <w:t xml:space="preserve"> дисперсных систем возрастает…</w:t>
            </w:r>
          </w:p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lang w:val="ru-RU"/>
              </w:rPr>
              <w:t>1) с увеличением размера частиц;</w:t>
            </w:r>
            <w:r w:rsidRPr="00181731">
              <w:rPr>
                <w:lang w:val="ru-RU"/>
              </w:rPr>
              <w:tab/>
            </w:r>
          </w:p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lang w:val="ru-RU"/>
              </w:rPr>
              <w:t xml:space="preserve">2) с уменьшением размера частиц; </w:t>
            </w:r>
          </w:p>
          <w:p w:rsidR="00FD4A85" w:rsidRDefault="00FD4A85" w:rsidP="002264E8">
            <w:pPr>
              <w:rPr>
                <w:b/>
                <w:bCs/>
                <w:i/>
                <w:iCs/>
              </w:rPr>
            </w:pPr>
            <w:r>
              <w:t>3) с повышением температуры</w:t>
            </w:r>
            <w:r>
              <w:tab/>
            </w:r>
          </w:p>
        </w:tc>
      </w:tr>
      <w:tr w:rsidR="00FD4A85" w:rsidTr="00702148">
        <w:tc>
          <w:tcPr>
            <w:tcW w:w="10348" w:type="dxa"/>
            <w:gridSpan w:val="2"/>
          </w:tcPr>
          <w:p w:rsidR="00FD4A85" w:rsidRPr="00D75D4A" w:rsidRDefault="00FD4A85" w:rsidP="002264E8">
            <w:pPr>
              <w:ind w:left="360"/>
              <w:rPr>
                <w:b/>
                <w:bCs/>
                <w:i/>
                <w:iCs/>
              </w:rPr>
            </w:pPr>
          </w:p>
        </w:tc>
      </w:tr>
      <w:tr w:rsidR="00FD4A85" w:rsidRPr="00771808" w:rsidTr="00702148">
        <w:tc>
          <w:tcPr>
            <w:tcW w:w="10348" w:type="dxa"/>
            <w:gridSpan w:val="2"/>
          </w:tcPr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b/>
                <w:bCs/>
                <w:i/>
                <w:iCs/>
                <w:lang w:val="ru-RU"/>
              </w:rPr>
              <w:t xml:space="preserve">21. </w:t>
            </w:r>
            <w:r w:rsidRPr="00181731">
              <w:rPr>
                <w:lang w:val="ru-RU"/>
              </w:rPr>
              <w:t xml:space="preserve">Вычислить Е (ЭДС) гальванического элемента в (В), состоящего из железного электрода, погруженного в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181731">
                <w:rPr>
                  <w:lang w:val="ru-RU"/>
                </w:rPr>
                <w:t>1 М</w:t>
              </w:r>
            </w:smartTag>
            <w:r w:rsidRPr="00181731">
              <w:rPr>
                <w:lang w:val="ru-RU"/>
              </w:rPr>
              <w:t xml:space="preserve"> раствор соли </w:t>
            </w:r>
            <w:r>
              <w:t>Fe</w:t>
            </w:r>
            <w:r w:rsidRPr="00181731">
              <w:rPr>
                <w:lang w:val="ru-RU"/>
              </w:rPr>
              <w:t>(</w:t>
            </w:r>
            <w:r>
              <w:t>NO</w:t>
            </w:r>
            <w:r w:rsidRPr="00181731">
              <w:rPr>
                <w:vertAlign w:val="subscript"/>
                <w:lang w:val="ru-RU"/>
              </w:rPr>
              <w:t>3</w:t>
            </w:r>
            <w:r w:rsidRPr="00181731">
              <w:rPr>
                <w:lang w:val="ru-RU"/>
              </w:rPr>
              <w:t>)</w:t>
            </w:r>
            <w:r w:rsidRPr="00181731">
              <w:rPr>
                <w:vertAlign w:val="subscript"/>
                <w:lang w:val="ru-RU"/>
              </w:rPr>
              <w:t>2</w:t>
            </w:r>
            <w:r w:rsidRPr="00181731">
              <w:rPr>
                <w:lang w:val="ru-RU"/>
              </w:rPr>
              <w:t xml:space="preserve">, и серебряного электрода, погруженного в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181731">
                <w:rPr>
                  <w:lang w:val="ru-RU"/>
                </w:rPr>
                <w:t>1 М</w:t>
              </w:r>
            </w:smartTag>
            <w:r w:rsidRPr="00181731">
              <w:rPr>
                <w:lang w:val="ru-RU"/>
              </w:rPr>
              <w:t xml:space="preserve"> раствор соли азотнокислого серебра, если </w:t>
            </w:r>
            <w:r>
              <w:rPr>
                <w:position w:val="-10"/>
              </w:rPr>
              <w:object w:dxaOrig="2120" w:dyaOrig="360">
                <v:shape id="_x0000_i1166" type="#_x0000_t75" style="width:105.75pt;height:18pt" o:ole="" fillcolor="window">
                  <v:imagedata r:id="rId136" o:title=""/>
                </v:shape>
                <o:OLEObject Type="Embed" ProgID="Equation.3" ShapeID="_x0000_i1166" DrawAspect="Content" ObjectID="_1842695861" r:id="rId263"/>
              </w:object>
            </w:r>
            <w:r w:rsidRPr="00181731">
              <w:rPr>
                <w:lang w:val="ru-RU"/>
              </w:rPr>
              <w:t xml:space="preserve">; </w:t>
            </w:r>
            <w:r>
              <w:rPr>
                <w:position w:val="-10"/>
              </w:rPr>
              <w:object w:dxaOrig="2100" w:dyaOrig="360">
                <v:shape id="_x0000_i1167" type="#_x0000_t75" style="width:105pt;height:18pt" o:ole="" fillcolor="window">
                  <v:imagedata r:id="rId138" o:title=""/>
                </v:shape>
                <o:OLEObject Type="Embed" ProgID="Equation.3" ShapeID="_x0000_i1167" DrawAspect="Content" ObjectID="_1842695862" r:id="rId264"/>
              </w:object>
            </w:r>
          </w:p>
          <w:p w:rsidR="00FD4A85" w:rsidRPr="00181731" w:rsidRDefault="00FD4A85" w:rsidP="002264E8">
            <w:pPr>
              <w:ind w:left="360"/>
              <w:rPr>
                <w:b/>
                <w:bCs/>
                <w:i/>
                <w:iCs/>
                <w:lang w:val="ru-RU"/>
              </w:rPr>
            </w:pPr>
          </w:p>
        </w:tc>
      </w:tr>
      <w:tr w:rsidR="00FD4A85" w:rsidTr="00702148">
        <w:tc>
          <w:tcPr>
            <w:tcW w:w="10348" w:type="dxa"/>
            <w:gridSpan w:val="2"/>
          </w:tcPr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b/>
                <w:bCs/>
                <w:i/>
                <w:iCs/>
                <w:lang w:val="ru-RU"/>
              </w:rPr>
              <w:t xml:space="preserve"> 22. </w:t>
            </w:r>
            <w:r w:rsidRPr="00181731">
              <w:rPr>
                <w:lang w:val="ru-RU"/>
              </w:rPr>
              <w:t>Какой из перечисленных ионов может быть только восстановителем?</w:t>
            </w:r>
          </w:p>
          <w:p w:rsidR="00FD4A85" w:rsidRPr="004F49A1" w:rsidRDefault="00FD4A85" w:rsidP="002264E8">
            <w:pPr>
              <w:ind w:left="360"/>
              <w:rPr>
                <w:szCs w:val="24"/>
              </w:rPr>
            </w:pPr>
            <w:r>
              <w:rPr>
                <w:szCs w:val="24"/>
              </w:rPr>
              <w:t>1</w:t>
            </w:r>
            <w:r w:rsidRPr="004F49A1">
              <w:rPr>
                <w:szCs w:val="24"/>
              </w:rPr>
              <w:t>) Cu</w:t>
            </w:r>
            <w:r w:rsidRPr="004F49A1">
              <w:rPr>
                <w:szCs w:val="24"/>
                <w:vertAlign w:val="superscript"/>
              </w:rPr>
              <w:t>2+</w:t>
            </w:r>
            <w:r w:rsidRPr="004F49A1">
              <w:rPr>
                <w:szCs w:val="24"/>
              </w:rPr>
              <w:t xml:space="preserve">      </w:t>
            </w:r>
            <w:r>
              <w:rPr>
                <w:szCs w:val="24"/>
              </w:rPr>
              <w:t>2</w:t>
            </w:r>
            <w:r w:rsidRPr="004F49A1">
              <w:rPr>
                <w:szCs w:val="24"/>
              </w:rPr>
              <w:t>) Cl</w:t>
            </w:r>
            <w:r w:rsidRPr="004F49A1">
              <w:rPr>
                <w:szCs w:val="24"/>
                <w:vertAlign w:val="superscript"/>
              </w:rPr>
              <w:t>-</w:t>
            </w:r>
            <w:r w:rsidRPr="004F49A1">
              <w:rPr>
                <w:szCs w:val="24"/>
              </w:rPr>
              <w:t xml:space="preserve">      </w:t>
            </w:r>
            <w:r>
              <w:rPr>
                <w:szCs w:val="24"/>
              </w:rPr>
              <w:t>3</w:t>
            </w:r>
            <w:r w:rsidRPr="004F49A1">
              <w:rPr>
                <w:szCs w:val="24"/>
              </w:rPr>
              <w:t>) (VO</w:t>
            </w:r>
            <w:r w:rsidRPr="004F49A1">
              <w:rPr>
                <w:szCs w:val="24"/>
                <w:vertAlign w:val="subscript"/>
              </w:rPr>
              <w:t>3</w:t>
            </w:r>
            <w:r w:rsidRPr="004F49A1">
              <w:rPr>
                <w:szCs w:val="24"/>
              </w:rPr>
              <w:t>)</w:t>
            </w:r>
            <w:r w:rsidRPr="004F49A1">
              <w:rPr>
                <w:szCs w:val="24"/>
                <w:vertAlign w:val="superscript"/>
              </w:rPr>
              <w:t>-</w:t>
            </w:r>
            <w:r w:rsidRPr="004F49A1">
              <w:rPr>
                <w:szCs w:val="24"/>
              </w:rPr>
              <w:t xml:space="preserve">      </w:t>
            </w:r>
          </w:p>
          <w:p w:rsidR="00FD4A85" w:rsidRDefault="00FD4A85" w:rsidP="002264E8">
            <w:pPr>
              <w:ind w:left="360"/>
              <w:rPr>
                <w:b/>
                <w:bCs/>
                <w:i/>
                <w:iCs/>
              </w:rPr>
            </w:pPr>
          </w:p>
        </w:tc>
      </w:tr>
      <w:tr w:rsidR="00FD4A85" w:rsidRPr="00BB13D5" w:rsidTr="00702148">
        <w:tc>
          <w:tcPr>
            <w:tcW w:w="10348" w:type="dxa"/>
            <w:gridSpan w:val="2"/>
          </w:tcPr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b/>
                <w:bCs/>
                <w:i/>
                <w:iCs/>
                <w:lang w:val="ru-RU"/>
              </w:rPr>
              <w:t xml:space="preserve"> 23. </w:t>
            </w:r>
            <w:r w:rsidRPr="00181731">
              <w:rPr>
                <w:lang w:val="ru-RU"/>
              </w:rPr>
              <w:t>Составьте электронные уравнения и расставьте коэффициеты:</w:t>
            </w:r>
          </w:p>
          <w:p w:rsidR="00FD4A85" w:rsidRPr="00A4702B" w:rsidRDefault="00FD4A85" w:rsidP="002264E8">
            <w:r w:rsidRPr="004F49A1">
              <w:t>Mn</w:t>
            </w:r>
            <w:r w:rsidRPr="00A4702B">
              <w:t>(</w:t>
            </w:r>
            <w:r w:rsidRPr="004F49A1">
              <w:t>OH</w:t>
            </w:r>
            <w:r w:rsidRPr="00A4702B">
              <w:t>)</w:t>
            </w:r>
            <w:r w:rsidRPr="00A4702B">
              <w:rPr>
                <w:vertAlign w:val="subscript"/>
              </w:rPr>
              <w:t>2</w:t>
            </w:r>
            <w:r w:rsidRPr="00A4702B">
              <w:t>+</w:t>
            </w:r>
            <w:r w:rsidRPr="004F49A1">
              <w:t>Cl</w:t>
            </w:r>
            <w:r w:rsidRPr="00A4702B">
              <w:rPr>
                <w:vertAlign w:val="subscript"/>
              </w:rPr>
              <w:t>2</w:t>
            </w:r>
            <w:r w:rsidRPr="00A4702B">
              <w:t>+</w:t>
            </w:r>
            <w:r w:rsidRPr="004F49A1">
              <w:t>KOH</w:t>
            </w:r>
            <w:r w:rsidRPr="00A4702B">
              <w:t>=</w:t>
            </w:r>
            <w:r w:rsidRPr="004F49A1">
              <w:t>MnO</w:t>
            </w:r>
            <w:r w:rsidRPr="00A4702B">
              <w:rPr>
                <w:vertAlign w:val="subscript"/>
              </w:rPr>
              <w:t xml:space="preserve">2 </w:t>
            </w:r>
            <w:r w:rsidRPr="00A4702B">
              <w:t>+…</w:t>
            </w:r>
            <w:proofErr w:type="gramStart"/>
            <w:r w:rsidRPr="00A4702B">
              <w:t>….</w:t>
            </w:r>
            <w:r w:rsidRPr="004F49A1">
              <w:t>Cl</w:t>
            </w:r>
            <w:proofErr w:type="gramEnd"/>
            <w:r w:rsidRPr="00A4702B">
              <w:rPr>
                <w:vertAlign w:val="superscript"/>
              </w:rPr>
              <w:t xml:space="preserve">- </w:t>
            </w:r>
            <w:r w:rsidRPr="00A4702B">
              <w:t>+…</w:t>
            </w:r>
          </w:p>
          <w:p w:rsidR="00FD4A85" w:rsidRPr="00A4702B" w:rsidRDefault="00FD4A85" w:rsidP="002264E8">
            <w:pPr>
              <w:rPr>
                <w:b/>
                <w:bCs/>
                <w:i/>
                <w:iCs/>
              </w:rPr>
            </w:pPr>
          </w:p>
        </w:tc>
      </w:tr>
      <w:tr w:rsidR="00FD4A85" w:rsidRPr="00771808" w:rsidTr="00702148">
        <w:tc>
          <w:tcPr>
            <w:tcW w:w="10348" w:type="dxa"/>
            <w:gridSpan w:val="2"/>
          </w:tcPr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b/>
                <w:bCs/>
                <w:i/>
                <w:iCs/>
                <w:lang w:val="ru-RU"/>
              </w:rPr>
              <w:t xml:space="preserve">24. </w:t>
            </w:r>
            <w:r w:rsidRPr="00181731">
              <w:rPr>
                <w:lang w:val="ru-RU"/>
              </w:rPr>
              <w:t xml:space="preserve">Величина </w:t>
            </w:r>
            <w:r>
              <w:t>F</w:t>
            </w:r>
            <w:r w:rsidRPr="00181731">
              <w:rPr>
                <w:lang w:val="ru-RU"/>
              </w:rPr>
              <w:t>=96500 Кл/моль – это …</w:t>
            </w:r>
          </w:p>
          <w:p w:rsidR="00FD4A85" w:rsidRPr="00181731" w:rsidRDefault="00FD4A85" w:rsidP="00FD4A85">
            <w:pPr>
              <w:numPr>
                <w:ilvl w:val="0"/>
                <w:numId w:val="41"/>
              </w:numPr>
              <w:spacing w:line="240" w:lineRule="auto"/>
              <w:rPr>
                <w:b/>
                <w:bCs/>
                <w:i/>
                <w:iCs/>
                <w:lang w:val="ru-RU"/>
              </w:rPr>
            </w:pPr>
            <w:r w:rsidRPr="00181731">
              <w:rPr>
                <w:lang w:val="ru-RU"/>
              </w:rPr>
              <w:t>Постоянная, Планка равная заряду одного моля катионов;</w:t>
            </w:r>
          </w:p>
          <w:p w:rsidR="00FD4A85" w:rsidRPr="00181731" w:rsidRDefault="00FD4A85" w:rsidP="00FD4A85">
            <w:pPr>
              <w:numPr>
                <w:ilvl w:val="0"/>
                <w:numId w:val="41"/>
              </w:numPr>
              <w:spacing w:line="240" w:lineRule="auto"/>
              <w:rPr>
                <w:b/>
                <w:bCs/>
                <w:i/>
                <w:iCs/>
                <w:lang w:val="ru-RU"/>
              </w:rPr>
            </w:pPr>
            <w:r w:rsidRPr="00181731">
              <w:rPr>
                <w:lang w:val="ru-RU"/>
              </w:rPr>
              <w:t>Постоянная Авогадро, равная заряду одного моль анионов;</w:t>
            </w:r>
          </w:p>
          <w:p w:rsidR="00FD4A85" w:rsidRPr="00181731" w:rsidRDefault="00FD4A85" w:rsidP="00FD4A85">
            <w:pPr>
              <w:numPr>
                <w:ilvl w:val="0"/>
                <w:numId w:val="41"/>
              </w:numPr>
              <w:spacing w:line="240" w:lineRule="auto"/>
              <w:rPr>
                <w:b/>
                <w:bCs/>
                <w:i/>
                <w:iCs/>
                <w:lang w:val="ru-RU"/>
              </w:rPr>
            </w:pPr>
            <w:r w:rsidRPr="00181731">
              <w:rPr>
                <w:lang w:val="ru-RU"/>
              </w:rPr>
              <w:t>Постоянная Фарадея, равная заряду оного моль электронов.</w:t>
            </w:r>
          </w:p>
          <w:p w:rsidR="00FD4A85" w:rsidRPr="00181731" w:rsidRDefault="00FD4A85" w:rsidP="002264E8">
            <w:pPr>
              <w:ind w:left="720"/>
              <w:rPr>
                <w:b/>
                <w:bCs/>
                <w:i/>
                <w:iCs/>
                <w:lang w:val="ru-RU"/>
              </w:rPr>
            </w:pPr>
          </w:p>
        </w:tc>
      </w:tr>
      <w:tr w:rsidR="00FD4A85" w:rsidRPr="00771808" w:rsidTr="00702148">
        <w:tc>
          <w:tcPr>
            <w:tcW w:w="10348" w:type="dxa"/>
            <w:gridSpan w:val="2"/>
          </w:tcPr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b/>
                <w:bCs/>
                <w:i/>
                <w:iCs/>
                <w:lang w:val="ru-RU"/>
              </w:rPr>
              <w:t xml:space="preserve">25. </w:t>
            </w:r>
            <w:r w:rsidRPr="00181731">
              <w:rPr>
                <w:lang w:val="ru-RU"/>
              </w:rPr>
              <w:t xml:space="preserve">Вычислите массу меди, выделившейся на катоде при пропускании тока силой в 5 </w:t>
            </w:r>
            <w:proofErr w:type="gramStart"/>
            <w:r w:rsidRPr="00181731">
              <w:rPr>
                <w:lang w:val="ru-RU"/>
              </w:rPr>
              <w:t>А</w:t>
            </w:r>
            <w:proofErr w:type="gramEnd"/>
            <w:r w:rsidRPr="00181731">
              <w:rPr>
                <w:lang w:val="ru-RU"/>
              </w:rPr>
              <w:t xml:space="preserve"> через раствор хлорида меди (</w:t>
            </w:r>
            <w:r>
              <w:t>II</w:t>
            </w:r>
            <w:r w:rsidRPr="00181731">
              <w:rPr>
                <w:lang w:val="ru-RU"/>
              </w:rPr>
              <w:t>) в течении 25 с.</w:t>
            </w:r>
          </w:p>
          <w:p w:rsidR="00FD4A85" w:rsidRPr="00181731" w:rsidRDefault="00FD4A85" w:rsidP="002264E8">
            <w:pPr>
              <w:rPr>
                <w:b/>
                <w:bCs/>
                <w:i/>
                <w:iCs/>
                <w:lang w:val="ru-RU"/>
              </w:rPr>
            </w:pPr>
          </w:p>
        </w:tc>
      </w:tr>
      <w:tr w:rsidR="00FD4A85" w:rsidTr="00702148">
        <w:tc>
          <w:tcPr>
            <w:tcW w:w="10348" w:type="dxa"/>
            <w:gridSpan w:val="2"/>
          </w:tcPr>
          <w:p w:rsidR="00FD4A85" w:rsidRPr="00181731" w:rsidRDefault="00FD4A85" w:rsidP="002264E8">
            <w:pPr>
              <w:rPr>
                <w:lang w:val="ru-RU"/>
              </w:rPr>
            </w:pPr>
            <w:proofErr w:type="gramStart"/>
            <w:r w:rsidRPr="00181731">
              <w:rPr>
                <w:b/>
                <w:bCs/>
                <w:i/>
                <w:iCs/>
                <w:lang w:val="ru-RU"/>
              </w:rPr>
              <w:t>26 .</w:t>
            </w:r>
            <w:proofErr w:type="gramEnd"/>
            <w:r w:rsidRPr="0018173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181731">
              <w:rPr>
                <w:lang w:val="ru-RU"/>
              </w:rPr>
              <w:t>Какие процессы будут протекать на платиновом катоде при электролизе водного раствора нитрата калия?</w:t>
            </w:r>
          </w:p>
          <w:p w:rsidR="00FD4A85" w:rsidRDefault="00FD4A85" w:rsidP="00FD4A85">
            <w:pPr>
              <w:numPr>
                <w:ilvl w:val="0"/>
                <w:numId w:val="40"/>
              </w:numPr>
              <w:spacing w:line="240" w:lineRule="auto"/>
            </w:pPr>
            <w:r>
              <w:rPr>
                <w:position w:val="-6"/>
              </w:rPr>
              <w:object w:dxaOrig="1460" w:dyaOrig="320">
                <v:shape id="_x0000_i1168" type="#_x0000_t75" style="width:72.75pt;height:15.75pt" o:ole="">
                  <v:imagedata r:id="rId153" o:title=""/>
                </v:shape>
                <o:OLEObject Type="Embed" ProgID="Equation.3" ShapeID="_x0000_i1168" DrawAspect="Content" ObjectID="_1842695863" r:id="rId265"/>
              </w:object>
            </w:r>
          </w:p>
          <w:p w:rsidR="00FD4A85" w:rsidRDefault="00FD4A85" w:rsidP="00FD4A85">
            <w:pPr>
              <w:numPr>
                <w:ilvl w:val="0"/>
                <w:numId w:val="40"/>
              </w:numPr>
              <w:spacing w:line="240" w:lineRule="auto"/>
            </w:pPr>
            <w:r>
              <w:rPr>
                <w:position w:val="-14"/>
              </w:rPr>
              <w:object w:dxaOrig="3400" w:dyaOrig="400">
                <v:shape id="_x0000_i1169" type="#_x0000_t75" style="width:169.5pt;height:20.25pt" o:ole="">
                  <v:imagedata r:id="rId155" o:title=""/>
                </v:shape>
                <o:OLEObject Type="Embed" ProgID="Equation.3" ShapeID="_x0000_i1169" DrawAspect="Content" ObjectID="_1842695864" r:id="rId266"/>
              </w:object>
            </w:r>
          </w:p>
          <w:p w:rsidR="00FD4A85" w:rsidRDefault="00FD4A85" w:rsidP="00FD4A85">
            <w:pPr>
              <w:numPr>
                <w:ilvl w:val="0"/>
                <w:numId w:val="40"/>
              </w:numPr>
              <w:spacing w:line="240" w:lineRule="auto"/>
              <w:rPr>
                <w:b/>
                <w:bCs/>
                <w:i/>
                <w:iCs/>
              </w:rPr>
            </w:pPr>
            <w:r>
              <w:rPr>
                <w:position w:val="-10"/>
              </w:rPr>
              <w:object w:dxaOrig="2620" w:dyaOrig="360">
                <v:shape id="_x0000_i1170" type="#_x0000_t75" style="width:131.25pt;height:18pt" o:ole="">
                  <v:imagedata r:id="rId157" o:title=""/>
                </v:shape>
                <o:OLEObject Type="Embed" ProgID="Equation.3" ShapeID="_x0000_i1170" DrawAspect="Content" ObjectID="_1842695865" r:id="rId267"/>
              </w:object>
            </w:r>
          </w:p>
        </w:tc>
      </w:tr>
      <w:tr w:rsidR="00FD4A85" w:rsidRPr="00771808" w:rsidTr="00702148">
        <w:tc>
          <w:tcPr>
            <w:tcW w:w="10348" w:type="dxa"/>
            <w:gridSpan w:val="2"/>
          </w:tcPr>
          <w:p w:rsidR="00FD4A85" w:rsidRDefault="00FD4A85" w:rsidP="002264E8">
            <w:pPr>
              <w:pStyle w:val="affd"/>
              <w:spacing w:before="0" w:beforeAutospacing="0" w:after="0" w:afterAutospacing="0"/>
              <w:rPr>
                <w:rFonts w:ascii="Times New Roman" w:eastAsia="Times New Roman" w:hAnsi="Times New Roman" w:cs="Times New Roman" w:hint="default"/>
              </w:rPr>
            </w:pPr>
            <w:r w:rsidRPr="007B0A30">
              <w:rPr>
                <w:rFonts w:ascii="Times New Roman" w:hAnsi="Times New Roman" w:cs="Times New Roman" w:hint="default"/>
                <w:b/>
                <w:bCs/>
                <w:i/>
                <w:iCs/>
              </w:rPr>
              <w:t>2</w:t>
            </w:r>
            <w:r>
              <w:rPr>
                <w:rFonts w:ascii="Times New Roman" w:hAnsi="Times New Roman" w:cs="Times New Roman" w:hint="default"/>
                <w:b/>
                <w:bCs/>
                <w:i/>
                <w:iCs/>
              </w:rPr>
              <w:t>7</w:t>
            </w:r>
            <w:r>
              <w:rPr>
                <w:b/>
                <w:bCs/>
                <w:i/>
                <w:iCs/>
              </w:rPr>
              <w:t xml:space="preserve">. </w:t>
            </w:r>
            <w:r>
              <w:rPr>
                <w:rFonts w:ascii="Times New Roman" w:eastAsia="Times New Roman" w:hAnsi="Times New Roman" w:cs="Times New Roman" w:hint="default"/>
              </w:rPr>
              <w:t>Са + ….→ Са(ОН)</w:t>
            </w:r>
            <w:r>
              <w:rPr>
                <w:rFonts w:ascii="Times New Roman" w:eastAsia="Times New Roman" w:hAnsi="Times New Roman" w:cs="Times New Roman" w:hint="default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 w:hint="default"/>
              </w:rPr>
              <w:t xml:space="preserve"> + … Пропущенными веществами в схеме химической реакции являются…</w:t>
            </w:r>
          </w:p>
          <w:p w:rsidR="00FD4A85" w:rsidRPr="00181731" w:rsidRDefault="00FD4A85" w:rsidP="002264E8">
            <w:pPr>
              <w:rPr>
                <w:b/>
                <w:bCs/>
                <w:i/>
                <w:iCs/>
                <w:lang w:val="ru-RU"/>
              </w:rPr>
            </w:pPr>
          </w:p>
        </w:tc>
      </w:tr>
      <w:tr w:rsidR="00FD4A85" w:rsidTr="00702148">
        <w:tc>
          <w:tcPr>
            <w:tcW w:w="10348" w:type="dxa"/>
            <w:gridSpan w:val="2"/>
          </w:tcPr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b/>
                <w:bCs/>
                <w:i/>
                <w:iCs/>
                <w:lang w:val="ru-RU"/>
              </w:rPr>
              <w:lastRenderedPageBreak/>
              <w:t xml:space="preserve">28. </w:t>
            </w:r>
            <w:r w:rsidRPr="00181731">
              <w:rPr>
                <w:lang w:val="ru-RU"/>
              </w:rPr>
              <w:t>Присутствие, ионов бария в водном растворе можно обнаружить с помощью раствора, содержащего ионы</w:t>
            </w:r>
          </w:p>
          <w:p w:rsidR="00FD4A85" w:rsidRDefault="00FD4A85" w:rsidP="002264E8">
            <w:pPr>
              <w:pStyle w:val="23"/>
            </w:pPr>
            <w:r w:rsidRPr="00181731">
              <w:rPr>
                <w:lang w:val="ru-RU"/>
              </w:rPr>
              <w:t xml:space="preserve">                       </w:t>
            </w:r>
            <w:r>
              <w:t>1) NO</w:t>
            </w:r>
            <w:r>
              <w:rPr>
                <w:vertAlign w:val="subscript"/>
              </w:rPr>
              <w:t>3</w:t>
            </w:r>
            <w:r>
              <w:rPr>
                <w:vertAlign w:val="superscript"/>
              </w:rPr>
              <w:t>-</w:t>
            </w:r>
            <w:r>
              <w:t xml:space="preserve"> ;                2) SO</w:t>
            </w:r>
            <w:r>
              <w:rPr>
                <w:vertAlign w:val="subscript"/>
              </w:rPr>
              <w:t>4</w:t>
            </w:r>
            <w:r>
              <w:rPr>
                <w:vertAlign w:val="superscript"/>
              </w:rPr>
              <w:t>2-</w:t>
            </w:r>
            <w:r>
              <w:t>;          3) OH</w:t>
            </w:r>
            <w:r>
              <w:rPr>
                <w:vertAlign w:val="superscript"/>
              </w:rPr>
              <w:t>-</w:t>
            </w:r>
          </w:p>
          <w:p w:rsidR="00FD4A85" w:rsidRDefault="00FD4A85" w:rsidP="002264E8">
            <w:pPr>
              <w:rPr>
                <w:b/>
                <w:bCs/>
                <w:i/>
                <w:iCs/>
              </w:rPr>
            </w:pPr>
          </w:p>
        </w:tc>
      </w:tr>
      <w:tr w:rsidR="00FD4A85" w:rsidTr="00702148">
        <w:tc>
          <w:tcPr>
            <w:tcW w:w="10348" w:type="dxa"/>
            <w:gridSpan w:val="2"/>
            <w:tcBorders>
              <w:bottom w:val="single" w:sz="4" w:space="0" w:color="auto"/>
            </w:tcBorders>
          </w:tcPr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b/>
                <w:bCs/>
                <w:i/>
                <w:iCs/>
                <w:lang w:val="ru-RU"/>
              </w:rPr>
              <w:t xml:space="preserve">29 . </w:t>
            </w:r>
            <w:r w:rsidRPr="00181731">
              <w:rPr>
                <w:lang w:val="ru-RU"/>
              </w:rPr>
              <w:t xml:space="preserve">Ион какого элемент имеет на предпоследнем энергетическом уровне </w:t>
            </w:r>
            <w:r>
              <w:rPr>
                <w:position w:val="-10"/>
              </w:rPr>
              <w:object w:dxaOrig="1140" w:dyaOrig="360">
                <v:shape id="_x0000_i1171" type="#_x0000_t75" style="width:56.25pt;height:18pt" o:ole="">
                  <v:imagedata r:id="rId268" o:title=""/>
                </v:shape>
                <o:OLEObject Type="Embed" ProgID="Equation.3" ShapeID="_x0000_i1171" DrawAspect="Content" ObjectID="_1842695866" r:id="rId269"/>
              </w:object>
            </w:r>
            <w:r w:rsidRPr="00181731">
              <w:rPr>
                <w:lang w:val="ru-RU"/>
              </w:rPr>
              <w:t>- электроны?</w:t>
            </w:r>
          </w:p>
          <w:p w:rsidR="00FD4A85" w:rsidRDefault="00FD4A85" w:rsidP="002264E8">
            <w:r>
              <w:rPr>
                <w:position w:val="-6"/>
              </w:rPr>
              <w:object w:dxaOrig="440" w:dyaOrig="320">
                <v:shape id="_x0000_i1172" type="#_x0000_t75" style="width:21.75pt;height:15.75pt" o:ole="">
                  <v:imagedata r:id="rId270" o:title=""/>
                </v:shape>
                <o:OLEObject Type="Embed" ProgID="Equation.3" ShapeID="_x0000_i1172" DrawAspect="Content" ObjectID="_1842695867" r:id="rId271"/>
              </w:object>
            </w:r>
            <w:r>
              <w:t xml:space="preserve">  </w:t>
            </w:r>
            <w:r>
              <w:rPr>
                <w:position w:val="-6"/>
              </w:rPr>
              <w:object w:dxaOrig="580" w:dyaOrig="320">
                <v:shape id="_x0000_i1173" type="#_x0000_t75" style="width:29.25pt;height:15.75pt" o:ole="">
                  <v:imagedata r:id="rId272" o:title=""/>
                </v:shape>
                <o:OLEObject Type="Embed" ProgID="Equation.3" ShapeID="_x0000_i1173" DrawAspect="Content" ObjectID="_1842695868" r:id="rId273"/>
              </w:object>
            </w:r>
            <w:r>
              <w:t xml:space="preserve">     </w:t>
            </w:r>
            <w:r>
              <w:rPr>
                <w:position w:val="-6"/>
              </w:rPr>
              <w:object w:dxaOrig="480" w:dyaOrig="320">
                <v:shape id="_x0000_i1174" type="#_x0000_t75" style="width:24pt;height:15.75pt" o:ole="">
                  <v:imagedata r:id="rId274" o:title=""/>
                </v:shape>
                <o:OLEObject Type="Embed" ProgID="Equation.3" ShapeID="_x0000_i1174" DrawAspect="Content" ObjectID="_1842695869" r:id="rId275"/>
              </w:object>
            </w:r>
            <w:r>
              <w:t xml:space="preserve">      </w:t>
            </w:r>
            <w:r>
              <w:rPr>
                <w:position w:val="-6"/>
              </w:rPr>
              <w:object w:dxaOrig="400" w:dyaOrig="320">
                <v:shape id="_x0000_i1175" type="#_x0000_t75" style="width:20.25pt;height:15.75pt" o:ole="">
                  <v:imagedata r:id="rId276" o:title=""/>
                </v:shape>
                <o:OLEObject Type="Embed" ProgID="Equation.3" ShapeID="_x0000_i1175" DrawAspect="Content" ObjectID="_1842695870" r:id="rId277"/>
              </w:object>
            </w:r>
          </w:p>
          <w:p w:rsidR="00FD4A85" w:rsidRDefault="00FD4A85" w:rsidP="002264E8">
            <w:pPr>
              <w:rPr>
                <w:b/>
                <w:bCs/>
                <w:i/>
                <w:iCs/>
              </w:rPr>
            </w:pPr>
          </w:p>
          <w:p w:rsidR="00FD4A85" w:rsidRDefault="00FD4A85" w:rsidP="002264E8">
            <w:pPr>
              <w:ind w:left="360"/>
              <w:rPr>
                <w:b/>
                <w:bCs/>
                <w:i/>
                <w:iCs/>
              </w:rPr>
            </w:pPr>
          </w:p>
        </w:tc>
      </w:tr>
      <w:tr w:rsidR="00FD4A85" w:rsidRPr="00771808" w:rsidTr="00702148">
        <w:tc>
          <w:tcPr>
            <w:tcW w:w="1034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D4A85" w:rsidRPr="00181731" w:rsidRDefault="00FD4A85" w:rsidP="002264E8">
            <w:pPr>
              <w:pStyle w:val="21"/>
              <w:spacing w:before="0" w:line="240" w:lineRule="auto"/>
              <w:rPr>
                <w:rFonts w:ascii="Times New Roman" w:hAnsi="Times New Roman"/>
                <w:b w:val="0"/>
                <w:i/>
                <w:color w:val="auto"/>
                <w:sz w:val="24"/>
                <w:szCs w:val="24"/>
                <w:lang w:val="ru-RU"/>
              </w:rPr>
            </w:pPr>
          </w:p>
          <w:p w:rsidR="00FD4A85" w:rsidRPr="00181731" w:rsidRDefault="00FD4A85" w:rsidP="002264E8">
            <w:pPr>
              <w:pStyle w:val="21"/>
              <w:spacing w:before="0"/>
              <w:rPr>
                <w:rFonts w:ascii="Times New Roman" w:hAnsi="Times New Roman"/>
                <w:b w:val="0"/>
                <w:i/>
                <w:color w:val="auto"/>
                <w:sz w:val="24"/>
                <w:szCs w:val="24"/>
                <w:lang w:val="ru-RU"/>
              </w:rPr>
            </w:pPr>
            <w:r w:rsidRPr="00181731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>Тест составил:</w:t>
            </w:r>
            <w:r w:rsidRPr="00181731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 </w:t>
            </w:r>
            <w:r w:rsidRPr="00181731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 xml:space="preserve">доцент </w:t>
            </w:r>
            <w:r w:rsidRPr="00181731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     ____________________   </w:t>
            </w:r>
            <w:r w:rsidRPr="00181731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>Лапина С.</w:t>
            </w:r>
          </w:p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lang w:val="ru-RU"/>
              </w:rPr>
              <w:t>Утверждено на заседани</w:t>
            </w:r>
            <w:r w:rsidR="00702148">
              <w:rPr>
                <w:lang w:val="ru-RU"/>
              </w:rPr>
              <w:t>и кафедры: ЭБЖиФ протокол от «22» апреля 2026 г. № 9</w:t>
            </w:r>
          </w:p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lang w:val="ru-RU"/>
              </w:rPr>
              <w:t xml:space="preserve">Заведующий кафедрой   ЭБЖиФ             ________________________              Никифорова В.А </w:t>
            </w:r>
          </w:p>
          <w:p w:rsidR="00FD4A85" w:rsidRPr="00181731" w:rsidRDefault="00FD4A85" w:rsidP="002264E8">
            <w:pPr>
              <w:rPr>
                <w:lang w:val="ru-RU"/>
              </w:rPr>
            </w:pPr>
          </w:p>
        </w:tc>
      </w:tr>
      <w:tr w:rsidR="00FD4A85" w:rsidRPr="00D018F0" w:rsidTr="00702148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702148">
            <w:pPr>
              <w:spacing w:line="240" w:lineRule="auto"/>
              <w:jc w:val="center"/>
              <w:rPr>
                <w:lang w:val="ru-RU"/>
              </w:rPr>
            </w:pPr>
            <w:r w:rsidRPr="00181731">
              <w:rPr>
                <w:lang w:val="ru-RU"/>
              </w:rPr>
              <w:t xml:space="preserve">Минобрнауки России </w:t>
            </w:r>
          </w:p>
          <w:p w:rsidR="00FD4A85" w:rsidRPr="00181731" w:rsidRDefault="00FD4A85" w:rsidP="00702148">
            <w:pPr>
              <w:spacing w:line="240" w:lineRule="auto"/>
              <w:jc w:val="center"/>
              <w:rPr>
                <w:lang w:val="ru-RU"/>
              </w:rPr>
            </w:pPr>
          </w:p>
          <w:p w:rsidR="00FD4A85" w:rsidRPr="00181731" w:rsidRDefault="00FD4A85" w:rsidP="00702148">
            <w:pPr>
              <w:spacing w:line="240" w:lineRule="auto"/>
              <w:jc w:val="center"/>
              <w:rPr>
                <w:lang w:val="ru-RU"/>
              </w:rPr>
            </w:pPr>
            <w:r w:rsidRPr="00181731">
              <w:rPr>
                <w:lang w:val="ru-RU"/>
              </w:rPr>
              <w:t xml:space="preserve">ФГБОУ ВО </w:t>
            </w:r>
          </w:p>
          <w:p w:rsidR="00FD4A85" w:rsidRPr="00181731" w:rsidRDefault="00FD4A85" w:rsidP="00702148">
            <w:pPr>
              <w:spacing w:line="240" w:lineRule="auto"/>
              <w:jc w:val="center"/>
              <w:rPr>
                <w:b/>
                <w:bCs/>
                <w:i/>
                <w:iCs/>
                <w:sz w:val="20"/>
                <w:lang w:val="ru-RU"/>
              </w:rPr>
            </w:pPr>
            <w:r w:rsidRPr="00181731">
              <w:rPr>
                <w:lang w:val="ru-RU"/>
              </w:rPr>
              <w:t>«БрГУ»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4A85" w:rsidRPr="00181731" w:rsidRDefault="00FD4A85" w:rsidP="00702148">
            <w:pPr>
              <w:spacing w:line="240" w:lineRule="auto"/>
              <w:jc w:val="center"/>
              <w:rPr>
                <w:b/>
                <w:lang w:val="ru-RU"/>
              </w:rPr>
            </w:pPr>
            <w:r w:rsidRPr="00181731">
              <w:rPr>
                <w:b/>
                <w:lang w:val="ru-RU"/>
              </w:rPr>
              <w:t>Экзаменационный тест</w:t>
            </w:r>
          </w:p>
          <w:p w:rsidR="00FD4A85" w:rsidRPr="00181731" w:rsidRDefault="00FD4A85" w:rsidP="00702148">
            <w:pPr>
              <w:spacing w:line="240" w:lineRule="auto"/>
              <w:jc w:val="center"/>
              <w:rPr>
                <w:lang w:val="ru-RU"/>
              </w:rPr>
            </w:pPr>
            <w:r w:rsidRPr="00181731">
              <w:rPr>
                <w:b/>
                <w:lang w:val="ru-RU"/>
              </w:rPr>
              <w:t>Вариант № 2</w:t>
            </w:r>
          </w:p>
          <w:p w:rsidR="00FD4A85" w:rsidRPr="00181731" w:rsidRDefault="00FD4A85" w:rsidP="00702148">
            <w:pPr>
              <w:pStyle w:val="1"/>
              <w:spacing w:before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181731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181731">
              <w:rPr>
                <w:rFonts w:ascii="Times New Roman" w:hAnsi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FD4A85" w:rsidRPr="00181731" w:rsidRDefault="00FD4A85" w:rsidP="00702148">
            <w:pPr>
              <w:spacing w:line="240" w:lineRule="auto"/>
              <w:jc w:val="center"/>
              <w:rPr>
                <w:lang w:val="ru-RU"/>
              </w:rPr>
            </w:pPr>
            <w:r w:rsidRPr="00181731">
              <w:rPr>
                <w:b/>
                <w:lang w:val="ru-RU"/>
              </w:rPr>
              <w:t xml:space="preserve">направление подготовки 15.03.05 </w:t>
            </w:r>
            <w:r w:rsidRPr="00181731">
              <w:rPr>
                <w:lang w:val="ru-RU"/>
              </w:rPr>
              <w:t>Конструкторско-технологическое обеспечение машиностроительных производств</w:t>
            </w:r>
          </w:p>
          <w:p w:rsidR="00FD4A85" w:rsidRPr="00D018F0" w:rsidRDefault="00FD4A85" w:rsidP="00702148">
            <w:pPr>
              <w:spacing w:line="240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</w:rPr>
              <w:t>профиль подготовки</w:t>
            </w:r>
            <w:r>
              <w:t xml:space="preserve"> Технология машиностроения</w:t>
            </w:r>
          </w:p>
        </w:tc>
      </w:tr>
      <w:tr w:rsidR="00FD4A85" w:rsidTr="00702148">
        <w:tc>
          <w:tcPr>
            <w:tcW w:w="10348" w:type="dxa"/>
            <w:gridSpan w:val="2"/>
            <w:tcBorders>
              <w:top w:val="single" w:sz="4" w:space="0" w:color="auto"/>
              <w:bottom w:val="nil"/>
            </w:tcBorders>
          </w:tcPr>
          <w:p w:rsidR="00FD4A85" w:rsidRPr="00181731" w:rsidRDefault="00FD4A85" w:rsidP="002264E8">
            <w:pPr>
              <w:tabs>
                <w:tab w:val="left" w:pos="540"/>
              </w:tabs>
              <w:rPr>
                <w:lang w:val="ru-RU"/>
              </w:rPr>
            </w:pPr>
            <w:r w:rsidRPr="00181731">
              <w:rPr>
                <w:b/>
                <w:bCs/>
                <w:i/>
                <w:iCs/>
                <w:lang w:val="ru-RU"/>
              </w:rPr>
              <w:t>1.</w:t>
            </w:r>
            <w:r w:rsidRPr="00181731">
              <w:rPr>
                <w:lang w:val="ru-RU"/>
              </w:rPr>
              <w:t xml:space="preserve"> Число каких элементарных частиц является  определяющим для понятия «изотоп»:</w:t>
            </w:r>
          </w:p>
          <w:p w:rsidR="00FD4A85" w:rsidRDefault="00FD4A85" w:rsidP="002264E8">
            <w:pPr>
              <w:tabs>
                <w:tab w:val="left" w:pos="540"/>
              </w:tabs>
              <w:ind w:left="360"/>
            </w:pPr>
            <w:r>
              <w:t xml:space="preserve">1)протоны          </w:t>
            </w:r>
          </w:p>
          <w:p w:rsidR="00FD4A85" w:rsidRDefault="00FD4A85" w:rsidP="002264E8">
            <w:pPr>
              <w:tabs>
                <w:tab w:val="left" w:pos="540"/>
              </w:tabs>
              <w:ind w:left="360"/>
            </w:pPr>
            <w:r>
              <w:t xml:space="preserve">2)нейтроны           </w:t>
            </w:r>
          </w:p>
          <w:p w:rsidR="00FD4A85" w:rsidRDefault="00FD4A85" w:rsidP="002264E8">
            <w:pPr>
              <w:tabs>
                <w:tab w:val="left" w:pos="540"/>
              </w:tabs>
              <w:ind w:left="360"/>
            </w:pPr>
            <w:r>
              <w:t>3)электроны.</w:t>
            </w:r>
          </w:p>
          <w:p w:rsidR="00FD4A85" w:rsidRDefault="00FD4A85" w:rsidP="002264E8">
            <w:pPr>
              <w:rPr>
                <w:b/>
                <w:bCs/>
                <w:i/>
                <w:iCs/>
              </w:rPr>
            </w:pPr>
          </w:p>
        </w:tc>
      </w:tr>
      <w:tr w:rsidR="00FD4A85" w:rsidRPr="00771808" w:rsidTr="00702148">
        <w:tc>
          <w:tcPr>
            <w:tcW w:w="10348" w:type="dxa"/>
            <w:gridSpan w:val="2"/>
            <w:tcBorders>
              <w:top w:val="nil"/>
            </w:tcBorders>
          </w:tcPr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b/>
                <w:bCs/>
                <w:i/>
                <w:iCs/>
                <w:lang w:val="ru-RU"/>
              </w:rPr>
              <w:t xml:space="preserve">2. </w:t>
            </w:r>
            <w:r w:rsidRPr="00181731">
              <w:rPr>
                <w:lang w:val="ru-RU"/>
              </w:rPr>
              <w:t>Атомы элементов, имеющие одинаковое число электронных уровней, расположены:</w:t>
            </w:r>
          </w:p>
          <w:p w:rsidR="00FD4A85" w:rsidRPr="00181731" w:rsidRDefault="00FD4A85" w:rsidP="00FD4A85">
            <w:pPr>
              <w:numPr>
                <w:ilvl w:val="0"/>
                <w:numId w:val="68"/>
              </w:numPr>
              <w:tabs>
                <w:tab w:val="clear" w:pos="720"/>
                <w:tab w:val="num" w:pos="2340"/>
              </w:tabs>
              <w:spacing w:line="240" w:lineRule="auto"/>
              <w:ind w:firstLine="1260"/>
              <w:rPr>
                <w:lang w:val="ru-RU"/>
              </w:rPr>
            </w:pPr>
            <w:r w:rsidRPr="00181731">
              <w:rPr>
                <w:lang w:val="ru-RU"/>
              </w:rPr>
              <w:t>в одной группе периодической системы;</w:t>
            </w:r>
          </w:p>
          <w:p w:rsidR="00FD4A85" w:rsidRPr="00181731" w:rsidRDefault="00FD4A85" w:rsidP="00FD4A85">
            <w:pPr>
              <w:numPr>
                <w:ilvl w:val="0"/>
                <w:numId w:val="68"/>
              </w:numPr>
              <w:tabs>
                <w:tab w:val="clear" w:pos="720"/>
                <w:tab w:val="num" w:pos="2340"/>
              </w:tabs>
              <w:spacing w:line="240" w:lineRule="auto"/>
              <w:ind w:firstLine="1260"/>
              <w:rPr>
                <w:lang w:val="ru-RU"/>
              </w:rPr>
            </w:pPr>
            <w:r w:rsidRPr="00181731">
              <w:rPr>
                <w:lang w:val="ru-RU"/>
              </w:rPr>
              <w:t>в одном периоде периодической системы;</w:t>
            </w:r>
          </w:p>
          <w:p w:rsidR="00FD4A85" w:rsidRPr="00181731" w:rsidRDefault="00FD4A85" w:rsidP="00FD4A85">
            <w:pPr>
              <w:numPr>
                <w:ilvl w:val="0"/>
                <w:numId w:val="68"/>
              </w:numPr>
              <w:tabs>
                <w:tab w:val="clear" w:pos="720"/>
                <w:tab w:val="num" w:pos="2340"/>
              </w:tabs>
              <w:spacing w:line="240" w:lineRule="auto"/>
              <w:ind w:firstLine="1260"/>
              <w:rPr>
                <w:lang w:val="ru-RU"/>
              </w:rPr>
            </w:pPr>
            <w:r w:rsidRPr="00181731">
              <w:rPr>
                <w:lang w:val="ru-RU"/>
              </w:rPr>
              <w:t>в одной подгруппе периодической системы.</w:t>
            </w:r>
          </w:p>
          <w:p w:rsidR="00FD4A85" w:rsidRPr="00181731" w:rsidRDefault="00FD4A85" w:rsidP="002264E8">
            <w:pPr>
              <w:rPr>
                <w:b/>
                <w:bCs/>
                <w:i/>
                <w:iCs/>
                <w:lang w:val="ru-RU"/>
              </w:rPr>
            </w:pPr>
          </w:p>
        </w:tc>
      </w:tr>
      <w:tr w:rsidR="00FD4A85" w:rsidRPr="00460173" w:rsidTr="00702148">
        <w:tc>
          <w:tcPr>
            <w:tcW w:w="10348" w:type="dxa"/>
            <w:gridSpan w:val="2"/>
          </w:tcPr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b/>
                <w:bCs/>
                <w:i/>
                <w:iCs/>
                <w:lang w:val="ru-RU"/>
              </w:rPr>
              <w:t xml:space="preserve">3. </w:t>
            </w:r>
            <w:r w:rsidRPr="00181731">
              <w:rPr>
                <w:lang w:val="ru-RU"/>
              </w:rPr>
              <w:t>Раствор гидроксида натрия реагирует с каждым из веществ, указанных в паре:</w:t>
            </w:r>
          </w:p>
          <w:p w:rsidR="00FD4A85" w:rsidRPr="00181731" w:rsidRDefault="00FD4A85" w:rsidP="002264E8">
            <w:pPr>
              <w:jc w:val="center"/>
              <w:rPr>
                <w:lang w:val="ru-RU"/>
              </w:rPr>
            </w:pPr>
            <w:r w:rsidRPr="00181731">
              <w:rPr>
                <w:lang w:val="ru-RU"/>
              </w:rPr>
              <w:t>1) оксид железа (</w:t>
            </w:r>
            <w:r>
              <w:t>II</w:t>
            </w:r>
            <w:r w:rsidRPr="00181731">
              <w:rPr>
                <w:lang w:val="ru-RU"/>
              </w:rPr>
              <w:t>) и соляная кислота;</w:t>
            </w:r>
          </w:p>
          <w:p w:rsidR="00FD4A85" w:rsidRPr="00181731" w:rsidRDefault="00FD4A85" w:rsidP="002264E8">
            <w:pPr>
              <w:jc w:val="center"/>
              <w:rPr>
                <w:lang w:val="ru-RU"/>
              </w:rPr>
            </w:pPr>
            <w:r w:rsidRPr="00181731">
              <w:rPr>
                <w:lang w:val="ru-RU"/>
              </w:rPr>
              <w:t>2) нитрат железа и углекислый газ;</w:t>
            </w:r>
          </w:p>
          <w:p w:rsidR="00FD4A85" w:rsidRPr="00181731" w:rsidRDefault="00FD4A85" w:rsidP="002264E8">
            <w:pPr>
              <w:jc w:val="center"/>
              <w:rPr>
                <w:lang w:val="ru-RU"/>
              </w:rPr>
            </w:pPr>
            <w:r w:rsidRPr="00181731">
              <w:rPr>
                <w:lang w:val="ru-RU"/>
              </w:rPr>
              <w:t>3) серная кислота и оксид азота(</w:t>
            </w:r>
            <w:r>
              <w:t>II</w:t>
            </w:r>
            <w:r w:rsidRPr="00181731">
              <w:rPr>
                <w:lang w:val="ru-RU"/>
              </w:rPr>
              <w:t>).</w:t>
            </w:r>
          </w:p>
          <w:p w:rsidR="00FD4A85" w:rsidRDefault="00FD4A85" w:rsidP="002264E8">
            <w:r w:rsidRPr="00504B36">
              <w:t>Составьте уравнение реакций</w:t>
            </w:r>
            <w:r>
              <w:t>:</w:t>
            </w:r>
          </w:p>
          <w:p w:rsidR="00FD4A85" w:rsidRDefault="00FD4A85" w:rsidP="002264E8">
            <w:r>
              <w:t>1)</w:t>
            </w:r>
          </w:p>
          <w:p w:rsidR="00FD4A85" w:rsidRDefault="00FD4A85" w:rsidP="002264E8">
            <w:r>
              <w:lastRenderedPageBreak/>
              <w:t>2)</w:t>
            </w:r>
          </w:p>
          <w:p w:rsidR="00FD4A85" w:rsidRPr="00460173" w:rsidRDefault="00FD4A85" w:rsidP="002264E8">
            <w:pPr>
              <w:rPr>
                <w:b/>
                <w:bCs/>
                <w:i/>
                <w:iCs/>
              </w:rPr>
            </w:pPr>
          </w:p>
        </w:tc>
      </w:tr>
      <w:tr w:rsidR="00FD4A85" w:rsidRPr="00460173" w:rsidTr="00702148">
        <w:tc>
          <w:tcPr>
            <w:tcW w:w="10348" w:type="dxa"/>
            <w:gridSpan w:val="2"/>
          </w:tcPr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b/>
                <w:bCs/>
                <w:i/>
                <w:iCs/>
                <w:lang w:val="ru-RU"/>
              </w:rPr>
              <w:lastRenderedPageBreak/>
              <w:t xml:space="preserve"> 4. </w:t>
            </w:r>
            <w:r w:rsidRPr="00181731">
              <w:rPr>
                <w:lang w:val="ru-RU"/>
              </w:rPr>
              <w:t>Кислотным и основным оксидом являются соответственно:</w:t>
            </w:r>
          </w:p>
          <w:p w:rsidR="00FD4A85" w:rsidRPr="00181731" w:rsidRDefault="00FD4A85" w:rsidP="002264E8">
            <w:pPr>
              <w:jc w:val="center"/>
              <w:rPr>
                <w:lang w:val="ru-RU"/>
              </w:rPr>
            </w:pPr>
            <w:r w:rsidRPr="00181731">
              <w:rPr>
                <w:lang w:val="ru-RU"/>
              </w:rPr>
              <w:t xml:space="preserve">1) </w:t>
            </w:r>
            <w:r w:rsidRPr="009778F3">
              <w:t>SO</w:t>
            </w:r>
            <w:r w:rsidRPr="00181731">
              <w:rPr>
                <w:vertAlign w:val="subscript"/>
                <w:lang w:val="ru-RU"/>
              </w:rPr>
              <w:t>2</w:t>
            </w:r>
            <w:r w:rsidRPr="00181731">
              <w:rPr>
                <w:lang w:val="ru-RU"/>
              </w:rPr>
              <w:t xml:space="preserve"> и </w:t>
            </w:r>
            <w:r w:rsidRPr="009778F3">
              <w:t>Fe</w:t>
            </w:r>
            <w:r w:rsidRPr="00181731">
              <w:rPr>
                <w:vertAlign w:val="subscript"/>
                <w:lang w:val="ru-RU"/>
              </w:rPr>
              <w:t>2</w:t>
            </w:r>
            <w:r w:rsidRPr="009778F3">
              <w:t>O</w:t>
            </w:r>
            <w:r w:rsidRPr="00181731">
              <w:rPr>
                <w:vertAlign w:val="subscript"/>
                <w:lang w:val="ru-RU"/>
              </w:rPr>
              <w:t>3</w:t>
            </w:r>
            <w:r w:rsidRPr="00181731">
              <w:rPr>
                <w:vertAlign w:val="subscript"/>
                <w:lang w:val="ru-RU"/>
              </w:rPr>
              <w:tab/>
            </w:r>
            <w:r w:rsidRPr="00181731">
              <w:rPr>
                <w:lang w:val="ru-RU"/>
              </w:rPr>
              <w:t xml:space="preserve">2) </w:t>
            </w:r>
            <w:r w:rsidRPr="009778F3">
              <w:t>Al</w:t>
            </w:r>
            <w:r w:rsidRPr="00181731">
              <w:rPr>
                <w:vertAlign w:val="subscript"/>
                <w:lang w:val="ru-RU"/>
              </w:rPr>
              <w:t>2</w:t>
            </w:r>
            <w:r w:rsidRPr="00181731">
              <w:rPr>
                <w:lang w:val="ru-RU"/>
              </w:rPr>
              <w:t>О</w:t>
            </w:r>
            <w:r w:rsidRPr="00181731">
              <w:rPr>
                <w:vertAlign w:val="subscript"/>
                <w:lang w:val="ru-RU"/>
              </w:rPr>
              <w:t xml:space="preserve">3  </w:t>
            </w:r>
            <w:r w:rsidRPr="00181731">
              <w:rPr>
                <w:lang w:val="ru-RU"/>
              </w:rPr>
              <w:t xml:space="preserve"> и </w:t>
            </w:r>
            <w:r w:rsidRPr="009778F3">
              <w:t>FeO</w:t>
            </w:r>
            <w:r w:rsidRPr="00181731">
              <w:rPr>
                <w:lang w:val="ru-RU"/>
              </w:rPr>
              <w:tab/>
              <w:t xml:space="preserve">3) </w:t>
            </w:r>
            <w:r w:rsidRPr="009778F3">
              <w:t>CO</w:t>
            </w:r>
            <w:r w:rsidRPr="00181731">
              <w:rPr>
                <w:vertAlign w:val="subscript"/>
                <w:lang w:val="ru-RU"/>
              </w:rPr>
              <w:t>2</w:t>
            </w:r>
            <w:r w:rsidRPr="00181731">
              <w:rPr>
                <w:lang w:val="ru-RU"/>
              </w:rPr>
              <w:t xml:space="preserve"> и </w:t>
            </w:r>
            <w:r w:rsidRPr="009778F3">
              <w:t>FeO</w:t>
            </w:r>
          </w:p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lang w:val="ru-RU"/>
              </w:rPr>
              <w:t>Составьте уравнение реакций подтверждающие эти свойства:</w:t>
            </w:r>
          </w:p>
          <w:p w:rsidR="00FD4A85" w:rsidRPr="00504B36" w:rsidRDefault="00FD4A85" w:rsidP="002264E8">
            <w:r w:rsidRPr="00504B36">
              <w:t>1)</w:t>
            </w:r>
          </w:p>
          <w:p w:rsidR="00FD4A85" w:rsidRDefault="00FD4A85" w:rsidP="002264E8">
            <w:r w:rsidRPr="00504B36">
              <w:t>2)</w:t>
            </w:r>
          </w:p>
          <w:p w:rsidR="00FD4A85" w:rsidRPr="00460173" w:rsidRDefault="00FD4A85" w:rsidP="002264E8">
            <w:pPr>
              <w:rPr>
                <w:b/>
                <w:bCs/>
                <w:i/>
                <w:iCs/>
              </w:rPr>
            </w:pPr>
          </w:p>
        </w:tc>
      </w:tr>
      <w:tr w:rsidR="00FD4A85" w:rsidRPr="00771808" w:rsidTr="00702148">
        <w:tc>
          <w:tcPr>
            <w:tcW w:w="10348" w:type="dxa"/>
            <w:gridSpan w:val="2"/>
          </w:tcPr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b/>
                <w:bCs/>
                <w:i/>
                <w:iCs/>
                <w:lang w:val="ru-RU"/>
              </w:rPr>
              <w:t xml:space="preserve">5.  </w:t>
            </w:r>
            <w:r w:rsidRPr="00181731">
              <w:rPr>
                <w:lang w:val="ru-RU"/>
              </w:rPr>
              <w:t xml:space="preserve">Валентный угол </w:t>
            </w:r>
            <w:r>
              <w:rPr>
                <w:position w:val="-4"/>
              </w:rPr>
              <w:object w:dxaOrig="540" w:dyaOrig="260">
                <v:shape id="_x0000_i1176" type="#_x0000_t75" style="width:27pt;height:12pt" o:ole="">
                  <v:imagedata r:id="rId16" o:title=""/>
                </v:shape>
                <o:OLEObject Type="Embed" ProgID="Equation.3" ShapeID="_x0000_i1176" DrawAspect="Content" ObjectID="_1842695871" r:id="rId278"/>
              </w:object>
            </w:r>
            <w:r w:rsidRPr="00181731">
              <w:rPr>
                <w:lang w:val="ru-RU"/>
              </w:rPr>
              <w:t xml:space="preserve">в ионе </w:t>
            </w:r>
            <w:r>
              <w:rPr>
                <w:position w:val="-10"/>
              </w:rPr>
              <w:object w:dxaOrig="499" w:dyaOrig="360">
                <v:shape id="_x0000_i1177" type="#_x0000_t75" style="width:25.5pt;height:18pt" o:ole="">
                  <v:imagedata r:id="rId18" o:title=""/>
                </v:shape>
                <o:OLEObject Type="Embed" ProgID="Equation.3" ShapeID="_x0000_i1177" DrawAspect="Content" ObjectID="_1842695872" r:id="rId279"/>
              </w:object>
            </w:r>
            <w:r w:rsidRPr="00181731">
              <w:rPr>
                <w:lang w:val="ru-RU"/>
              </w:rPr>
              <w:t xml:space="preserve"> равен</w:t>
            </w:r>
          </w:p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lang w:val="ru-RU"/>
              </w:rPr>
              <w:t>1) 120º ;   2)   109º 28´;     3) 90º</w:t>
            </w:r>
          </w:p>
          <w:p w:rsidR="00FD4A85" w:rsidRPr="00181731" w:rsidRDefault="00FD4A85" w:rsidP="002264E8">
            <w:pPr>
              <w:ind w:left="360"/>
              <w:rPr>
                <w:lang w:val="ru-RU"/>
              </w:rPr>
            </w:pPr>
          </w:p>
        </w:tc>
      </w:tr>
      <w:tr w:rsidR="00FD4A85" w:rsidTr="00702148">
        <w:tc>
          <w:tcPr>
            <w:tcW w:w="10348" w:type="dxa"/>
            <w:gridSpan w:val="2"/>
          </w:tcPr>
          <w:p w:rsidR="00FD4A85" w:rsidRDefault="00FD4A85" w:rsidP="002264E8">
            <w:r w:rsidRPr="00181731">
              <w:rPr>
                <w:b/>
                <w:bCs/>
                <w:i/>
                <w:iCs/>
                <w:lang w:val="ru-RU"/>
              </w:rPr>
              <w:t xml:space="preserve">6. </w:t>
            </w:r>
            <w:r w:rsidRPr="00181731">
              <w:rPr>
                <w:lang w:val="ru-RU"/>
              </w:rPr>
              <w:t xml:space="preserve">В зависимости от способности химической системы к обмену энергией и веществом с окружающей средой, различают три типа систем: открытые, закрытые, изолированные. </w:t>
            </w:r>
            <w:r>
              <w:t>Открытая система с окружающей ее средой …</w:t>
            </w:r>
          </w:p>
          <w:p w:rsidR="00FD4A85" w:rsidRPr="00181731" w:rsidRDefault="00FD4A85" w:rsidP="00FD4A85">
            <w:pPr>
              <w:numPr>
                <w:ilvl w:val="0"/>
                <w:numId w:val="69"/>
              </w:numPr>
              <w:spacing w:line="240" w:lineRule="auto"/>
              <w:rPr>
                <w:lang w:val="ru-RU"/>
              </w:rPr>
            </w:pPr>
            <w:r w:rsidRPr="00181731">
              <w:rPr>
                <w:lang w:val="ru-RU"/>
              </w:rPr>
              <w:t>Обменивается энергией, но не обменивается веществом</w:t>
            </w:r>
          </w:p>
          <w:p w:rsidR="00FD4A85" w:rsidRPr="00181731" w:rsidRDefault="00FD4A85" w:rsidP="00FD4A85">
            <w:pPr>
              <w:numPr>
                <w:ilvl w:val="0"/>
                <w:numId w:val="69"/>
              </w:numPr>
              <w:spacing w:line="240" w:lineRule="auto"/>
              <w:rPr>
                <w:lang w:val="ru-RU"/>
              </w:rPr>
            </w:pPr>
            <w:r w:rsidRPr="00181731">
              <w:rPr>
                <w:lang w:val="ru-RU"/>
              </w:rPr>
              <w:t>Обменивается веществом, но не обменивается энергией</w:t>
            </w:r>
          </w:p>
          <w:p w:rsidR="00FD4A85" w:rsidRDefault="00FD4A85" w:rsidP="00FD4A85">
            <w:pPr>
              <w:numPr>
                <w:ilvl w:val="0"/>
                <w:numId w:val="69"/>
              </w:numPr>
              <w:spacing w:line="240" w:lineRule="auto"/>
            </w:pPr>
            <w:r>
              <w:t>Обменивается энергией и веществом</w:t>
            </w:r>
          </w:p>
          <w:p w:rsidR="00FD4A85" w:rsidRDefault="00FD4A85" w:rsidP="002264E8">
            <w:pPr>
              <w:ind w:left="720"/>
            </w:pPr>
          </w:p>
        </w:tc>
      </w:tr>
      <w:tr w:rsidR="00FD4A85" w:rsidTr="00702148">
        <w:tc>
          <w:tcPr>
            <w:tcW w:w="10348" w:type="dxa"/>
            <w:gridSpan w:val="2"/>
          </w:tcPr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b/>
                <w:bCs/>
                <w:i/>
                <w:iCs/>
                <w:lang w:val="ru-RU"/>
              </w:rPr>
              <w:t xml:space="preserve">7.  </w:t>
            </w:r>
            <w:r w:rsidRPr="00181731">
              <w:rPr>
                <w:lang w:val="ru-RU"/>
              </w:rPr>
              <w:t>Какие из перечисленных функций, являются функциями состояния.</w:t>
            </w:r>
          </w:p>
          <w:p w:rsidR="00FD4A85" w:rsidRDefault="00FD4A85" w:rsidP="00FD4A85">
            <w:pPr>
              <w:numPr>
                <w:ilvl w:val="0"/>
                <w:numId w:val="70"/>
              </w:numPr>
              <w:spacing w:line="240" w:lineRule="auto"/>
            </w:pPr>
            <w:r>
              <w:t>Внутренняя энергия и работа</w:t>
            </w:r>
          </w:p>
          <w:p w:rsidR="00FD4A85" w:rsidRDefault="00FD4A85" w:rsidP="00FD4A85">
            <w:pPr>
              <w:numPr>
                <w:ilvl w:val="0"/>
                <w:numId w:val="70"/>
              </w:numPr>
              <w:spacing w:line="240" w:lineRule="auto"/>
            </w:pPr>
            <w:r>
              <w:t>Энтропия и внутренняя энергия</w:t>
            </w:r>
          </w:p>
          <w:p w:rsidR="00FD4A85" w:rsidRDefault="00FD4A85" w:rsidP="00FD4A85">
            <w:pPr>
              <w:numPr>
                <w:ilvl w:val="0"/>
                <w:numId w:val="70"/>
              </w:numPr>
              <w:spacing w:line="240" w:lineRule="auto"/>
            </w:pPr>
            <w:r>
              <w:t>Теплота и работа</w:t>
            </w:r>
          </w:p>
          <w:p w:rsidR="00FD4A85" w:rsidRDefault="00FD4A85" w:rsidP="002264E8">
            <w:pPr>
              <w:ind w:left="720"/>
            </w:pPr>
          </w:p>
        </w:tc>
      </w:tr>
      <w:tr w:rsidR="00FD4A85" w:rsidTr="00702148">
        <w:tc>
          <w:tcPr>
            <w:tcW w:w="10348" w:type="dxa"/>
            <w:gridSpan w:val="2"/>
          </w:tcPr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b/>
                <w:bCs/>
                <w:i/>
                <w:iCs/>
                <w:lang w:val="ru-RU"/>
              </w:rPr>
              <w:t xml:space="preserve">8. </w:t>
            </w:r>
            <w:r w:rsidRPr="00181731">
              <w:rPr>
                <w:lang w:val="ru-RU"/>
              </w:rPr>
              <w:t xml:space="preserve">Не производя вычислений, установить значение </w:t>
            </w:r>
            <w:r>
              <w:rPr>
                <w:position w:val="-6"/>
              </w:rPr>
              <w:object w:dxaOrig="460" w:dyaOrig="320">
                <v:shape id="_x0000_i1178" type="#_x0000_t75" style="width:23.25pt;height:15.75pt" o:ole="">
                  <v:imagedata r:id="rId76" o:title=""/>
                </v:shape>
                <o:OLEObject Type="Embed" ProgID="Equation.3" ShapeID="_x0000_i1178" DrawAspect="Content" ObjectID="_1842695873" r:id="rId280"/>
              </w:object>
            </w:r>
            <w:r w:rsidRPr="00181731">
              <w:rPr>
                <w:lang w:val="ru-RU"/>
              </w:rPr>
              <w:t xml:space="preserve">для следующего процесса: </w:t>
            </w:r>
            <w:r>
              <w:rPr>
                <w:position w:val="-14"/>
              </w:rPr>
              <w:object w:dxaOrig="1620" w:dyaOrig="380">
                <v:shape id="_x0000_i1179" type="#_x0000_t75" style="width:81pt;height:18.75pt" o:ole="">
                  <v:imagedata r:id="rId84" o:title=""/>
                </v:shape>
                <o:OLEObject Type="Embed" ProgID="Equation.3" ShapeID="_x0000_i1179" DrawAspect="Content" ObjectID="_1842695874" r:id="rId281"/>
              </w:object>
            </w:r>
          </w:p>
          <w:p w:rsidR="00FD4A85" w:rsidRDefault="00FD4A85" w:rsidP="002264E8">
            <w:pPr>
              <w:ind w:left="360"/>
            </w:pPr>
            <w:r>
              <w:rPr>
                <w:position w:val="-6"/>
              </w:rPr>
              <w:t>1)</w:t>
            </w:r>
            <w:r>
              <w:rPr>
                <w:position w:val="-6"/>
              </w:rPr>
              <w:object w:dxaOrig="740" w:dyaOrig="280">
                <v:shape id="_x0000_i1180" type="#_x0000_t75" style="width:36.75pt;height:13.5pt" o:ole="">
                  <v:imagedata r:id="rId252" o:title=""/>
                </v:shape>
                <o:OLEObject Type="Embed" ProgID="Equation.3" ShapeID="_x0000_i1180" DrawAspect="Content" ObjectID="_1842695875" r:id="rId282"/>
              </w:object>
            </w:r>
            <w:r>
              <w:rPr>
                <w:position w:val="-6"/>
              </w:rPr>
              <w:t xml:space="preserve">;    2) </w:t>
            </w:r>
            <w:r>
              <w:rPr>
                <w:position w:val="-6"/>
              </w:rPr>
              <w:object w:dxaOrig="740" w:dyaOrig="280">
                <v:shape id="_x0000_i1181" type="#_x0000_t75" style="width:36.75pt;height:13.5pt" o:ole="">
                  <v:imagedata r:id="rId254" o:title=""/>
                </v:shape>
                <o:OLEObject Type="Embed" ProgID="Equation.3" ShapeID="_x0000_i1181" DrawAspect="Content" ObjectID="_1842695876" r:id="rId283"/>
              </w:object>
            </w:r>
            <w:r>
              <w:rPr>
                <w:position w:val="-6"/>
              </w:rPr>
              <w:t>;  3)</w:t>
            </w:r>
            <w:r>
              <w:rPr>
                <w:position w:val="-6"/>
              </w:rPr>
              <w:object w:dxaOrig="740" w:dyaOrig="280">
                <v:shape id="_x0000_i1182" type="#_x0000_t75" style="width:36.75pt;height:13.5pt" o:ole="">
                  <v:imagedata r:id="rId284" o:title=""/>
                </v:shape>
                <o:OLEObject Type="Embed" ProgID="Equation.3" ShapeID="_x0000_i1182" DrawAspect="Content" ObjectID="_1842695877" r:id="rId285"/>
              </w:object>
            </w:r>
          </w:p>
          <w:p w:rsidR="00FD4A85" w:rsidRDefault="00FD4A85" w:rsidP="002264E8">
            <w:pPr>
              <w:ind w:left="360"/>
            </w:pPr>
          </w:p>
        </w:tc>
      </w:tr>
      <w:tr w:rsidR="00FD4A85" w:rsidRPr="00D018F0" w:rsidTr="00702148">
        <w:tc>
          <w:tcPr>
            <w:tcW w:w="10348" w:type="dxa"/>
            <w:gridSpan w:val="2"/>
          </w:tcPr>
          <w:p w:rsidR="00FD4A85" w:rsidRDefault="00FD4A85" w:rsidP="002264E8">
            <w:r w:rsidRPr="00181731">
              <w:rPr>
                <w:b/>
                <w:bCs/>
                <w:i/>
                <w:iCs/>
                <w:lang w:val="ru-RU"/>
              </w:rPr>
              <w:t xml:space="preserve">9. </w:t>
            </w:r>
            <w:r w:rsidRPr="00181731">
              <w:rPr>
                <w:lang w:val="ru-RU"/>
              </w:rPr>
              <w:t xml:space="preserve">При сгорании 1 моль углерода до углекислого газа выделяется 395 кДж теплоты. </w:t>
            </w:r>
            <w:r>
              <w:t>Сколько углерода (г) было сожжено, если выделилось 1975 кДж тепла?</w:t>
            </w:r>
          </w:p>
          <w:p w:rsidR="00FD4A85" w:rsidRDefault="00FD4A85" w:rsidP="002264E8"/>
          <w:p w:rsidR="00FD4A85" w:rsidRDefault="00FD4A85" w:rsidP="002264E8"/>
          <w:p w:rsidR="00FD4A85" w:rsidRPr="00D018F0" w:rsidRDefault="00FD4A85" w:rsidP="002264E8"/>
        </w:tc>
      </w:tr>
      <w:tr w:rsidR="00FD4A85" w:rsidTr="00702148">
        <w:tc>
          <w:tcPr>
            <w:tcW w:w="10348" w:type="dxa"/>
            <w:gridSpan w:val="2"/>
          </w:tcPr>
          <w:p w:rsidR="00FD4A85" w:rsidRPr="00181731" w:rsidRDefault="00FD4A85" w:rsidP="002264E8">
            <w:pPr>
              <w:tabs>
                <w:tab w:val="left" w:pos="-142"/>
              </w:tabs>
              <w:ind w:left="284" w:hanging="284"/>
              <w:jc w:val="both"/>
              <w:rPr>
                <w:lang w:val="ru-RU"/>
              </w:rPr>
            </w:pPr>
            <w:r w:rsidRPr="00181731">
              <w:rPr>
                <w:b/>
                <w:bCs/>
                <w:i/>
                <w:iCs/>
                <w:lang w:val="ru-RU"/>
              </w:rPr>
              <w:t xml:space="preserve">10. </w:t>
            </w:r>
            <w:r w:rsidRPr="00181731">
              <w:rPr>
                <w:lang w:val="ru-RU"/>
              </w:rPr>
              <w:t xml:space="preserve"> Какой вид имеет выражение константы равновесия данной реакции:  2</w:t>
            </w:r>
            <w:r>
              <w:t>NO</w:t>
            </w:r>
            <w:r w:rsidRPr="00181731">
              <w:rPr>
                <w:lang w:val="ru-RU"/>
              </w:rPr>
              <w:t>(г) +</w:t>
            </w:r>
            <w:r>
              <w:t>O</w:t>
            </w:r>
            <w:r w:rsidRPr="00181731">
              <w:rPr>
                <w:vertAlign w:val="subscript"/>
                <w:lang w:val="ru-RU"/>
              </w:rPr>
              <w:t>2</w:t>
            </w:r>
            <w:r w:rsidRPr="00181731">
              <w:rPr>
                <w:lang w:val="ru-RU"/>
              </w:rPr>
              <w:t xml:space="preserve">(г)  </w:t>
            </w:r>
            <w:r w:rsidRPr="00181731">
              <w:rPr>
                <w:rFonts w:ascii="Lucida Sans Unicode" w:hAnsi="Lucida Sans Unicode"/>
                <w:lang w:val="ru-RU"/>
              </w:rPr>
              <w:t>⇄</w:t>
            </w:r>
            <w:r w:rsidRPr="00181731">
              <w:rPr>
                <w:lang w:val="ru-RU"/>
              </w:rPr>
              <w:t xml:space="preserve">   2</w:t>
            </w:r>
            <w:r>
              <w:t>NO</w:t>
            </w:r>
            <w:r w:rsidRPr="00181731">
              <w:rPr>
                <w:vertAlign w:val="subscript"/>
                <w:lang w:val="ru-RU"/>
              </w:rPr>
              <w:t>2</w:t>
            </w:r>
            <w:r w:rsidRPr="00181731">
              <w:rPr>
                <w:lang w:val="ru-RU"/>
              </w:rPr>
              <w:t>(г)+</w:t>
            </w:r>
            <w:r>
              <w:t>Q</w:t>
            </w:r>
          </w:p>
          <w:p w:rsidR="00FD4A85" w:rsidRPr="00181731" w:rsidRDefault="00FD4A85" w:rsidP="002264E8">
            <w:pPr>
              <w:tabs>
                <w:tab w:val="left" w:pos="-142"/>
              </w:tabs>
              <w:ind w:left="284" w:hanging="284"/>
              <w:rPr>
                <w:lang w:val="ru-RU"/>
              </w:rPr>
            </w:pPr>
          </w:p>
          <w:p w:rsidR="00FD4A85" w:rsidRDefault="00FD4A85" w:rsidP="002264E8">
            <w:pPr>
              <w:tabs>
                <w:tab w:val="left" w:pos="-142"/>
              </w:tabs>
              <w:ind w:left="284"/>
              <w:jc w:val="both"/>
              <w:rPr>
                <w:b/>
                <w:bCs/>
                <w:i/>
                <w:iCs/>
              </w:rPr>
            </w:pPr>
            <w:r w:rsidRPr="00951425">
              <w:rPr>
                <w:szCs w:val="24"/>
              </w:rPr>
              <w:lastRenderedPageBreak/>
              <w:t>1)</w:t>
            </w:r>
            <w:r w:rsidRPr="007017B6">
              <w:t xml:space="preserve"> </w:t>
            </w:r>
            <w:r w:rsidRPr="007017B6">
              <w:rPr>
                <w:position w:val="-32"/>
              </w:rPr>
              <w:object w:dxaOrig="1540" w:dyaOrig="760">
                <v:shape id="_x0000_i1183" type="#_x0000_t75" style="width:78.75pt;height:38.25pt" o:ole="">
                  <v:imagedata r:id="rId92" o:title=""/>
                </v:shape>
                <o:OLEObject Type="Embed" ProgID="Equation.3" ShapeID="_x0000_i1183" DrawAspect="Content" ObjectID="_1842695878" r:id="rId286"/>
              </w:object>
            </w:r>
            <w:r>
              <w:t xml:space="preserve">;       </w:t>
            </w:r>
            <w:r w:rsidRPr="00951425">
              <w:rPr>
                <w:szCs w:val="24"/>
              </w:rPr>
              <w:t>2)</w:t>
            </w:r>
            <w:r>
              <w:t xml:space="preserve"> </w:t>
            </w:r>
            <w:r w:rsidRPr="007017B6">
              <w:rPr>
                <w:position w:val="-32"/>
              </w:rPr>
              <w:object w:dxaOrig="1540" w:dyaOrig="760">
                <v:shape id="_x0000_i1184" type="#_x0000_t75" style="width:78.75pt;height:38.25pt" o:ole="">
                  <v:imagedata r:id="rId94" o:title=""/>
                </v:shape>
                <o:OLEObject Type="Embed" ProgID="Equation.3" ShapeID="_x0000_i1184" DrawAspect="Content" ObjectID="_1842695879" r:id="rId287"/>
              </w:object>
            </w:r>
            <w:r>
              <w:t xml:space="preserve">;      </w:t>
            </w:r>
            <w:r w:rsidRPr="00951425">
              <w:rPr>
                <w:szCs w:val="24"/>
              </w:rPr>
              <w:t>3)</w:t>
            </w:r>
            <w:r>
              <w:t xml:space="preserve">  </w:t>
            </w:r>
            <w:r w:rsidRPr="007017B6">
              <w:rPr>
                <w:position w:val="-30"/>
              </w:rPr>
              <w:object w:dxaOrig="1420" w:dyaOrig="700">
                <v:shape id="_x0000_i1185" type="#_x0000_t75" style="width:71.25pt;height:35.25pt" o:ole="">
                  <v:imagedata r:id="rId96" o:title=""/>
                </v:shape>
                <o:OLEObject Type="Embed" ProgID="Equation.3" ShapeID="_x0000_i1185" DrawAspect="Content" ObjectID="_1842695880" r:id="rId288"/>
              </w:object>
            </w:r>
          </w:p>
          <w:p w:rsidR="00FD4A85" w:rsidRDefault="00FD4A85" w:rsidP="002264E8"/>
        </w:tc>
      </w:tr>
      <w:tr w:rsidR="00FD4A85" w:rsidTr="00702148">
        <w:tc>
          <w:tcPr>
            <w:tcW w:w="10348" w:type="dxa"/>
            <w:gridSpan w:val="2"/>
          </w:tcPr>
          <w:p w:rsidR="00FD4A85" w:rsidRPr="00181731" w:rsidRDefault="00FD4A85" w:rsidP="002264E8">
            <w:pPr>
              <w:rPr>
                <w:szCs w:val="28"/>
                <w:lang w:val="ru-RU"/>
              </w:rPr>
            </w:pPr>
            <w:r w:rsidRPr="00181731">
              <w:rPr>
                <w:b/>
                <w:bCs/>
                <w:i/>
                <w:iCs/>
                <w:lang w:val="ru-RU"/>
              </w:rPr>
              <w:lastRenderedPageBreak/>
              <w:t xml:space="preserve">11. </w:t>
            </w:r>
            <w:r w:rsidRPr="00181731">
              <w:rPr>
                <w:szCs w:val="28"/>
                <w:lang w:val="ru-RU"/>
              </w:rPr>
              <w:t>Как повлияет на находящуюся в равновесии систему, уравнение которой С</w:t>
            </w:r>
            <w:r w:rsidRPr="00181731">
              <w:rPr>
                <w:szCs w:val="28"/>
                <w:vertAlign w:val="subscript"/>
                <w:lang w:val="ru-RU"/>
              </w:rPr>
              <w:t xml:space="preserve">(т) </w:t>
            </w:r>
            <w:r w:rsidRPr="00181731">
              <w:rPr>
                <w:szCs w:val="28"/>
                <w:lang w:val="ru-RU"/>
              </w:rPr>
              <w:t>+ 2</w:t>
            </w:r>
            <w:r>
              <w:rPr>
                <w:szCs w:val="28"/>
              </w:rPr>
              <w:t>F</w:t>
            </w:r>
            <w:r w:rsidRPr="00181731">
              <w:rPr>
                <w:szCs w:val="28"/>
                <w:vertAlign w:val="subscript"/>
                <w:lang w:val="ru-RU"/>
              </w:rPr>
              <w:t xml:space="preserve">2(г) </w:t>
            </w:r>
            <w:r w:rsidRPr="00181731">
              <w:rPr>
                <w:szCs w:val="28"/>
                <w:lang w:val="ru-RU"/>
              </w:rPr>
              <w:t>↔ С</w:t>
            </w:r>
            <w:r>
              <w:rPr>
                <w:szCs w:val="28"/>
              </w:rPr>
              <w:t>F</w:t>
            </w:r>
            <w:r w:rsidRPr="00181731">
              <w:rPr>
                <w:szCs w:val="28"/>
                <w:vertAlign w:val="subscript"/>
                <w:lang w:val="ru-RU"/>
              </w:rPr>
              <w:t xml:space="preserve">4(г) </w:t>
            </w:r>
            <w:r w:rsidRPr="00181731">
              <w:rPr>
                <w:szCs w:val="28"/>
                <w:lang w:val="ru-RU"/>
              </w:rPr>
              <w:t xml:space="preserve">+ </w:t>
            </w:r>
            <w:r>
              <w:rPr>
                <w:szCs w:val="28"/>
              </w:rPr>
              <w:t>Q</w:t>
            </w:r>
            <w:r w:rsidRPr="00181731">
              <w:rPr>
                <w:szCs w:val="28"/>
                <w:lang w:val="ru-RU"/>
              </w:rPr>
              <w:t>, увеличение давления?</w:t>
            </w:r>
          </w:p>
          <w:p w:rsidR="00FD4A85" w:rsidRPr="00181731" w:rsidRDefault="00FD4A85" w:rsidP="002264E8">
            <w:pPr>
              <w:tabs>
                <w:tab w:val="num" w:pos="1514"/>
              </w:tabs>
              <w:rPr>
                <w:szCs w:val="28"/>
                <w:lang w:val="ru-RU"/>
              </w:rPr>
            </w:pPr>
            <w:r w:rsidRPr="00181731">
              <w:rPr>
                <w:szCs w:val="28"/>
                <w:lang w:val="ru-RU"/>
              </w:rPr>
              <w:t xml:space="preserve">1)равновесие сместится влево;   </w:t>
            </w:r>
          </w:p>
          <w:p w:rsidR="00FD4A85" w:rsidRPr="00181731" w:rsidRDefault="00FD4A85" w:rsidP="002264E8">
            <w:pPr>
              <w:tabs>
                <w:tab w:val="num" w:pos="1514"/>
              </w:tabs>
              <w:rPr>
                <w:szCs w:val="28"/>
                <w:lang w:val="ru-RU"/>
              </w:rPr>
            </w:pPr>
            <w:r w:rsidRPr="00181731">
              <w:rPr>
                <w:szCs w:val="28"/>
                <w:lang w:val="ru-RU"/>
              </w:rPr>
              <w:t xml:space="preserve">2)равновесие сместится вправо; </w:t>
            </w:r>
          </w:p>
          <w:p w:rsidR="00FD4A85" w:rsidRDefault="00FD4A85" w:rsidP="002264E8">
            <w:pPr>
              <w:tabs>
                <w:tab w:val="num" w:pos="1514"/>
              </w:tabs>
              <w:rPr>
                <w:szCs w:val="28"/>
              </w:rPr>
            </w:pPr>
            <w:r>
              <w:rPr>
                <w:szCs w:val="28"/>
              </w:rPr>
              <w:t>3) равновесие не сместится</w:t>
            </w:r>
          </w:p>
          <w:p w:rsidR="00FD4A85" w:rsidRDefault="00FD4A85" w:rsidP="002264E8">
            <w:pPr>
              <w:ind w:left="360"/>
            </w:pPr>
          </w:p>
        </w:tc>
      </w:tr>
      <w:tr w:rsidR="00FD4A85" w:rsidRPr="00771808" w:rsidTr="00702148">
        <w:tc>
          <w:tcPr>
            <w:tcW w:w="10348" w:type="dxa"/>
            <w:gridSpan w:val="2"/>
          </w:tcPr>
          <w:p w:rsidR="00FD4A85" w:rsidRPr="00181731" w:rsidRDefault="00FD4A85" w:rsidP="002264E8">
            <w:pPr>
              <w:rPr>
                <w:rFonts w:cs="Times New Roman CYR"/>
                <w:szCs w:val="28"/>
                <w:lang w:val="ru-RU"/>
              </w:rPr>
            </w:pPr>
            <w:r w:rsidRPr="00181731">
              <w:rPr>
                <w:b/>
                <w:bCs/>
                <w:i/>
                <w:iCs/>
                <w:lang w:val="ru-RU"/>
              </w:rPr>
              <w:t xml:space="preserve">12. </w:t>
            </w:r>
            <w:r w:rsidRPr="00181731">
              <w:rPr>
                <w:rFonts w:cs="Times New Roman CYR"/>
                <w:sz w:val="28"/>
                <w:szCs w:val="28"/>
                <w:lang w:val="ru-RU"/>
              </w:rPr>
              <w:t xml:space="preserve"> </w:t>
            </w:r>
            <w:r w:rsidRPr="00181731">
              <w:rPr>
                <w:rFonts w:cs="Times New Roman CYR"/>
                <w:szCs w:val="28"/>
                <w:lang w:val="ru-RU"/>
              </w:rPr>
              <w:t>В системе протекает реакция между газообразными веществами: А + В → С. Во сколько раз увеличится скорость химической реакции, если концентрацию вещества А увеличить в 4 раза?</w:t>
            </w:r>
          </w:p>
          <w:p w:rsidR="00FD4A85" w:rsidRPr="00181731" w:rsidRDefault="00FD4A85" w:rsidP="002264E8">
            <w:pPr>
              <w:rPr>
                <w:lang w:val="ru-RU"/>
              </w:rPr>
            </w:pPr>
          </w:p>
        </w:tc>
      </w:tr>
      <w:tr w:rsidR="00FD4A85" w:rsidRPr="00E36725" w:rsidTr="00702148">
        <w:tc>
          <w:tcPr>
            <w:tcW w:w="10348" w:type="dxa"/>
            <w:gridSpan w:val="2"/>
          </w:tcPr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b/>
                <w:i/>
                <w:lang w:val="ru-RU"/>
              </w:rPr>
              <w:t xml:space="preserve">13. </w:t>
            </w:r>
            <w:r w:rsidRPr="00181731">
              <w:rPr>
                <w:lang w:val="ru-RU"/>
              </w:rPr>
              <w:t>Из трёх групп веществ выберите ту, которая содержит только сильные электролиты:</w:t>
            </w:r>
          </w:p>
          <w:p w:rsidR="00FD4A85" w:rsidRDefault="00FD4A85" w:rsidP="00FD4A85">
            <w:pPr>
              <w:numPr>
                <w:ilvl w:val="0"/>
                <w:numId w:val="72"/>
              </w:numPr>
              <w:spacing w:line="240" w:lineRule="auto"/>
            </w:pPr>
            <w:r>
              <w:t>NaCl ,Cu(OH)</w:t>
            </w:r>
            <w:r>
              <w:rPr>
                <w:vertAlign w:val="subscript"/>
              </w:rPr>
              <w:t>2</w:t>
            </w:r>
            <w:r>
              <w:t>, HNO</w:t>
            </w:r>
            <w:r>
              <w:rPr>
                <w:vertAlign w:val="subscript"/>
              </w:rPr>
              <w:t>3</w:t>
            </w:r>
            <w:r>
              <w:t>;</w:t>
            </w:r>
          </w:p>
          <w:p w:rsidR="00FD4A85" w:rsidRDefault="00FD4A85" w:rsidP="00FD4A85">
            <w:pPr>
              <w:numPr>
                <w:ilvl w:val="0"/>
                <w:numId w:val="72"/>
              </w:numPr>
              <w:spacing w:line="240" w:lineRule="auto"/>
            </w:pPr>
            <w:r>
              <w:t>BaCl</w:t>
            </w:r>
            <w:r>
              <w:rPr>
                <w:vertAlign w:val="subscript"/>
              </w:rPr>
              <w:t>2</w:t>
            </w:r>
            <w:r>
              <w:t xml:space="preserve"> , H </w:t>
            </w:r>
            <w:r>
              <w:rPr>
                <w:vertAlign w:val="subscript"/>
              </w:rPr>
              <w:t>2</w:t>
            </w:r>
            <w:r>
              <w:t>CO</w:t>
            </w:r>
            <w:r>
              <w:rPr>
                <w:vertAlign w:val="subscript"/>
              </w:rPr>
              <w:t xml:space="preserve">3 </w:t>
            </w:r>
            <w:r>
              <w:t>, NaOH;</w:t>
            </w:r>
          </w:p>
          <w:p w:rsidR="00FD4A85" w:rsidRDefault="00FD4A85" w:rsidP="00FD4A85">
            <w:pPr>
              <w:numPr>
                <w:ilvl w:val="0"/>
                <w:numId w:val="72"/>
              </w:numPr>
              <w:spacing w:line="240" w:lineRule="auto"/>
            </w:pPr>
            <w:r>
              <w:t>K</w:t>
            </w:r>
            <w:r>
              <w:rPr>
                <w:vertAlign w:val="subscript"/>
              </w:rPr>
              <w:t>2</w:t>
            </w:r>
            <w:r>
              <w:t>SO</w:t>
            </w:r>
            <w:r>
              <w:rPr>
                <w:vertAlign w:val="subscript"/>
              </w:rPr>
              <w:t>4</w:t>
            </w:r>
            <w:r>
              <w:t>, HNO</w:t>
            </w:r>
            <w:r>
              <w:rPr>
                <w:vertAlign w:val="subscript"/>
              </w:rPr>
              <w:t>3</w:t>
            </w:r>
            <w:r>
              <w:t>, Ba(OH)</w:t>
            </w:r>
            <w:r>
              <w:rPr>
                <w:vertAlign w:val="subscript"/>
              </w:rPr>
              <w:t>2.</w:t>
            </w:r>
          </w:p>
          <w:p w:rsidR="00FD4A85" w:rsidRPr="00E36725" w:rsidRDefault="00FD4A85" w:rsidP="002264E8">
            <w:pPr>
              <w:rPr>
                <w:b/>
                <w:i/>
              </w:rPr>
            </w:pPr>
          </w:p>
        </w:tc>
      </w:tr>
      <w:tr w:rsidR="00FD4A85" w:rsidTr="00702148">
        <w:tc>
          <w:tcPr>
            <w:tcW w:w="10348" w:type="dxa"/>
            <w:gridSpan w:val="2"/>
          </w:tcPr>
          <w:p w:rsidR="00FD4A85" w:rsidRDefault="00FD4A85" w:rsidP="002264E8">
            <w:r w:rsidRPr="00181731">
              <w:rPr>
                <w:b/>
                <w:i/>
                <w:lang w:val="ru-RU"/>
              </w:rPr>
              <w:t xml:space="preserve">14. </w:t>
            </w:r>
            <w:r w:rsidRPr="00181731">
              <w:rPr>
                <w:lang w:val="ru-RU"/>
              </w:rPr>
              <w:t xml:space="preserve">Раствор, содержащий </w:t>
            </w:r>
            <w:smartTag w:uri="urn:schemas-microsoft-com:office:smarttags" w:element="metricconverter">
              <w:smartTagPr>
                <w:attr w:name="ProductID" w:val="72 г"/>
              </w:smartTagPr>
              <w:r w:rsidRPr="00181731">
                <w:rPr>
                  <w:lang w:val="ru-RU"/>
                </w:rPr>
                <w:t>72 г</w:t>
              </w:r>
            </w:smartTag>
            <w:r w:rsidRPr="00181731">
              <w:rPr>
                <w:lang w:val="ru-RU"/>
              </w:rPr>
              <w:t xml:space="preserve"> сахарозы(</w:t>
            </w:r>
            <w:r>
              <w:t>C</w:t>
            </w:r>
            <w:r w:rsidRPr="00181731">
              <w:rPr>
                <w:vertAlign w:val="subscript"/>
                <w:lang w:val="ru-RU"/>
              </w:rPr>
              <w:t>12</w:t>
            </w:r>
            <w:r>
              <w:t>H</w:t>
            </w:r>
            <w:r w:rsidRPr="00181731">
              <w:rPr>
                <w:vertAlign w:val="subscript"/>
                <w:lang w:val="ru-RU"/>
              </w:rPr>
              <w:t>22</w:t>
            </w:r>
            <w:r>
              <w:t>O</w:t>
            </w:r>
            <w:r w:rsidRPr="00181731">
              <w:rPr>
                <w:vertAlign w:val="subscript"/>
                <w:lang w:val="ru-RU"/>
              </w:rPr>
              <w:t>11</w:t>
            </w:r>
            <w:r w:rsidRPr="00181731">
              <w:rPr>
                <w:lang w:val="ru-RU"/>
              </w:rPr>
              <w:t xml:space="preserve">) в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181731">
                <w:rPr>
                  <w:lang w:val="ru-RU"/>
                </w:rPr>
                <w:t>1 л</w:t>
              </w:r>
            </w:smartTag>
            <w:r w:rsidRPr="00181731">
              <w:rPr>
                <w:lang w:val="ru-RU"/>
              </w:rPr>
              <w:t xml:space="preserve"> раствора при 20</w:t>
            </w:r>
            <w:r w:rsidRPr="00181731">
              <w:rPr>
                <w:vertAlign w:val="superscript"/>
                <w:lang w:val="ru-RU"/>
              </w:rPr>
              <w:t>о</w:t>
            </w:r>
            <w:r w:rsidRPr="00181731">
              <w:rPr>
                <w:lang w:val="ru-RU"/>
              </w:rPr>
              <w:t xml:space="preserve">С имеет осмотическое давление… </w:t>
            </w:r>
            <w:r>
              <w:t xml:space="preserve">(кПа) </w:t>
            </w:r>
          </w:p>
          <w:p w:rsidR="00FD4A85" w:rsidRDefault="00FD4A85" w:rsidP="002264E8"/>
        </w:tc>
      </w:tr>
      <w:tr w:rsidR="00FD4A85" w:rsidRPr="00B9477B" w:rsidTr="00702148">
        <w:tc>
          <w:tcPr>
            <w:tcW w:w="10348" w:type="dxa"/>
            <w:gridSpan w:val="2"/>
          </w:tcPr>
          <w:p w:rsidR="00FD4A85" w:rsidRDefault="00FD4A85" w:rsidP="002264E8">
            <w:r w:rsidRPr="00181731">
              <w:rPr>
                <w:b/>
                <w:i/>
                <w:lang w:val="ru-RU"/>
              </w:rPr>
              <w:t xml:space="preserve">15.  </w:t>
            </w:r>
            <w:r w:rsidRPr="00181731">
              <w:rPr>
                <w:lang w:val="ru-RU"/>
              </w:rPr>
              <w:t xml:space="preserve">При растворении </w:t>
            </w:r>
            <w:smartTag w:uri="urn:schemas-microsoft-com:office:smarttags" w:element="metricconverter">
              <w:smartTagPr>
                <w:attr w:name="ProductID" w:val="60 г"/>
              </w:smartTagPr>
              <w:r w:rsidRPr="00181731">
                <w:rPr>
                  <w:lang w:val="ru-RU"/>
                </w:rPr>
                <w:t>60 г</w:t>
              </w:r>
            </w:smartTag>
            <w:r w:rsidRPr="00181731">
              <w:rPr>
                <w:lang w:val="ru-RU"/>
              </w:rPr>
              <w:t xml:space="preserve"> сахарозы в </w:t>
            </w:r>
            <w:smartTag w:uri="urn:schemas-microsoft-com:office:smarttags" w:element="metricconverter">
              <w:smartTagPr>
                <w:attr w:name="ProductID" w:val="100 г"/>
              </w:smartTagPr>
              <w:r w:rsidRPr="00181731">
                <w:rPr>
                  <w:lang w:val="ru-RU"/>
                </w:rPr>
                <w:t>100 г</w:t>
              </w:r>
            </w:smartTag>
            <w:r w:rsidRPr="00181731">
              <w:rPr>
                <w:lang w:val="ru-RU"/>
              </w:rPr>
              <w:t xml:space="preserve"> воды температура замерзания понизится, на ______ град. </w:t>
            </w:r>
            <w:r>
              <w:t>(К=1,86ºС )</w:t>
            </w:r>
          </w:p>
          <w:p w:rsidR="00FD4A85" w:rsidRPr="00B9477B" w:rsidRDefault="00FD4A85" w:rsidP="002264E8"/>
        </w:tc>
      </w:tr>
      <w:tr w:rsidR="00FD4A85" w:rsidRPr="00771808" w:rsidTr="00702148">
        <w:tc>
          <w:tcPr>
            <w:tcW w:w="10348" w:type="dxa"/>
            <w:gridSpan w:val="2"/>
          </w:tcPr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b/>
                <w:i/>
                <w:lang w:val="ru-RU"/>
              </w:rPr>
              <w:t>16.</w:t>
            </w:r>
            <w:r w:rsidRPr="0018173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181731">
              <w:rPr>
                <w:lang w:val="ru-RU"/>
              </w:rPr>
              <w:t>Кислый раствор получают при растворении в воде:</w:t>
            </w:r>
          </w:p>
          <w:p w:rsidR="00FD4A85" w:rsidRPr="00181731" w:rsidRDefault="00FD4A85" w:rsidP="002264E8">
            <w:pPr>
              <w:rPr>
                <w:szCs w:val="14"/>
                <w:vertAlign w:val="subscript"/>
                <w:lang w:val="ru-RU"/>
              </w:rPr>
            </w:pPr>
            <w:r w:rsidRPr="00181731">
              <w:rPr>
                <w:lang w:val="ru-RU"/>
              </w:rPr>
              <w:t>1)</w:t>
            </w:r>
            <w:r>
              <w:t>CrCl</w:t>
            </w:r>
            <w:r w:rsidRPr="00181731">
              <w:rPr>
                <w:szCs w:val="14"/>
                <w:vertAlign w:val="subscript"/>
                <w:lang w:val="ru-RU"/>
              </w:rPr>
              <w:t>3</w:t>
            </w:r>
            <w:r w:rsidRPr="00181731">
              <w:rPr>
                <w:lang w:val="ru-RU"/>
              </w:rPr>
              <w:t xml:space="preserve">                                  2)  </w:t>
            </w:r>
            <w:r>
              <w:t>CaCl</w:t>
            </w:r>
            <w:r w:rsidRPr="00181731">
              <w:rPr>
                <w:szCs w:val="14"/>
                <w:vertAlign w:val="subscript"/>
                <w:lang w:val="ru-RU"/>
              </w:rPr>
              <w:t>2</w:t>
            </w:r>
            <w:r w:rsidRPr="00181731">
              <w:rPr>
                <w:lang w:val="ru-RU"/>
              </w:rPr>
              <w:t xml:space="preserve">                               3) </w:t>
            </w:r>
            <w:r>
              <w:t>NaNO</w:t>
            </w:r>
            <w:r w:rsidRPr="00181731">
              <w:rPr>
                <w:szCs w:val="14"/>
                <w:vertAlign w:val="subscript"/>
                <w:lang w:val="ru-RU"/>
              </w:rPr>
              <w:t>2</w:t>
            </w:r>
          </w:p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sz w:val="28"/>
                <w:lang w:val="ru-RU"/>
              </w:rPr>
              <w:t xml:space="preserve">      </w:t>
            </w:r>
            <w:r w:rsidRPr="00181731">
              <w:rPr>
                <w:lang w:val="ru-RU"/>
              </w:rPr>
              <w:t>Составьте уравнение реакций:</w:t>
            </w:r>
          </w:p>
          <w:p w:rsidR="00FD4A85" w:rsidRPr="00181731" w:rsidRDefault="00FD4A85" w:rsidP="002264E8">
            <w:pPr>
              <w:rPr>
                <w:lang w:val="ru-RU"/>
              </w:rPr>
            </w:pPr>
          </w:p>
          <w:p w:rsidR="00FD4A85" w:rsidRPr="00181731" w:rsidRDefault="00FD4A85" w:rsidP="002264E8">
            <w:pPr>
              <w:rPr>
                <w:lang w:val="ru-RU"/>
              </w:rPr>
            </w:pPr>
          </w:p>
        </w:tc>
      </w:tr>
      <w:tr w:rsidR="00FD4A85" w:rsidRPr="00771808" w:rsidTr="00702148">
        <w:tc>
          <w:tcPr>
            <w:tcW w:w="10348" w:type="dxa"/>
            <w:gridSpan w:val="2"/>
          </w:tcPr>
          <w:p w:rsidR="00FD4A85" w:rsidRPr="00181731" w:rsidRDefault="00FD4A85" w:rsidP="002264E8">
            <w:pPr>
              <w:rPr>
                <w:szCs w:val="28"/>
                <w:lang w:val="ru-RU"/>
              </w:rPr>
            </w:pPr>
            <w:r w:rsidRPr="00181731">
              <w:rPr>
                <w:b/>
                <w:i/>
                <w:lang w:val="ru-RU"/>
              </w:rPr>
              <w:t xml:space="preserve">17. </w:t>
            </w:r>
            <w:r w:rsidRPr="00181731">
              <w:rPr>
                <w:szCs w:val="28"/>
                <w:lang w:val="ru-RU"/>
              </w:rPr>
              <w:t xml:space="preserve">Чему равна концентрация ионов </w:t>
            </w:r>
            <w:r>
              <w:rPr>
                <w:szCs w:val="28"/>
              </w:rPr>
              <w:t>H</w:t>
            </w:r>
            <w:r w:rsidRPr="00181731">
              <w:rPr>
                <w:szCs w:val="28"/>
                <w:vertAlign w:val="superscript"/>
                <w:lang w:val="ru-RU"/>
              </w:rPr>
              <w:t>+</w:t>
            </w:r>
            <w:r w:rsidRPr="00181731">
              <w:rPr>
                <w:szCs w:val="28"/>
                <w:lang w:val="ru-RU"/>
              </w:rPr>
              <w:t xml:space="preserve"> в растворе (моль/л), если концентрация </w:t>
            </w:r>
            <w:proofErr w:type="gramStart"/>
            <w:r w:rsidRPr="00181731">
              <w:rPr>
                <w:szCs w:val="28"/>
                <w:lang w:val="ru-RU"/>
              </w:rPr>
              <w:t xml:space="preserve">ионов  </w:t>
            </w:r>
            <w:r>
              <w:rPr>
                <w:szCs w:val="28"/>
              </w:rPr>
              <w:t>OH</w:t>
            </w:r>
            <w:proofErr w:type="gramEnd"/>
            <w:r w:rsidRPr="00181731">
              <w:rPr>
                <w:szCs w:val="28"/>
                <w:vertAlign w:val="superscript"/>
                <w:lang w:val="ru-RU"/>
              </w:rPr>
              <w:t>-</w:t>
            </w:r>
            <w:r w:rsidRPr="00181731">
              <w:rPr>
                <w:szCs w:val="28"/>
                <w:lang w:val="ru-RU"/>
              </w:rPr>
              <w:t xml:space="preserve"> равна 0,01 моль/л:  _____ . </w:t>
            </w:r>
          </w:p>
          <w:p w:rsidR="00FD4A85" w:rsidRPr="00181731" w:rsidRDefault="00FD4A85" w:rsidP="002264E8">
            <w:pPr>
              <w:rPr>
                <w:lang w:val="ru-RU"/>
              </w:rPr>
            </w:pPr>
          </w:p>
        </w:tc>
      </w:tr>
      <w:tr w:rsidR="00FD4A85" w:rsidRPr="00E963BB" w:rsidTr="00702148">
        <w:tc>
          <w:tcPr>
            <w:tcW w:w="10348" w:type="dxa"/>
            <w:gridSpan w:val="2"/>
          </w:tcPr>
          <w:p w:rsidR="00FD4A85" w:rsidRPr="00181731" w:rsidRDefault="00FD4A85" w:rsidP="002264E8">
            <w:pPr>
              <w:rPr>
                <w:b/>
                <w:i/>
                <w:lang w:val="ru-RU"/>
              </w:rPr>
            </w:pPr>
            <w:r w:rsidRPr="00181731">
              <w:rPr>
                <w:b/>
                <w:i/>
                <w:lang w:val="ru-RU"/>
              </w:rPr>
              <w:t xml:space="preserve">18. </w:t>
            </w:r>
          </w:p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lang w:val="ru-RU"/>
              </w:rPr>
              <w:t>Для коллоидных растворов размер частиц равен   __________  см.</w:t>
            </w:r>
          </w:p>
          <w:p w:rsidR="00FD4A85" w:rsidRPr="00181731" w:rsidRDefault="00FD4A85" w:rsidP="002264E8">
            <w:pPr>
              <w:rPr>
                <w:lang w:val="ru-RU"/>
              </w:rPr>
            </w:pPr>
          </w:p>
          <w:p w:rsidR="00FD4A85" w:rsidRDefault="00FD4A85" w:rsidP="002264E8">
            <w:r>
              <w:lastRenderedPageBreak/>
              <w:t>1) d&lt;10</w:t>
            </w:r>
            <w:r>
              <w:rPr>
                <w:vertAlign w:val="superscript"/>
              </w:rPr>
              <w:t>-7</w:t>
            </w:r>
            <w:r>
              <w:tab/>
              <w:t xml:space="preserve">       2) d=10</w:t>
            </w:r>
            <w:r>
              <w:rPr>
                <w:vertAlign w:val="superscript"/>
              </w:rPr>
              <w:t>-7</w:t>
            </w:r>
            <w:r>
              <w:t xml:space="preserve"> – 10</w:t>
            </w:r>
            <w:r>
              <w:rPr>
                <w:vertAlign w:val="superscript"/>
              </w:rPr>
              <w:t>-5</w:t>
            </w:r>
            <w:r>
              <w:tab/>
              <w:t xml:space="preserve">            3) d=10</w:t>
            </w:r>
            <w:r>
              <w:rPr>
                <w:vertAlign w:val="superscript"/>
              </w:rPr>
              <w:t>-5</w:t>
            </w:r>
            <w:r>
              <w:t xml:space="preserve"> – 10</w:t>
            </w:r>
            <w:r>
              <w:rPr>
                <w:vertAlign w:val="superscript"/>
              </w:rPr>
              <w:t>-4</w:t>
            </w:r>
            <w:r>
              <w:tab/>
            </w:r>
          </w:p>
          <w:p w:rsidR="00FD4A85" w:rsidRPr="00E963BB" w:rsidRDefault="00FD4A85" w:rsidP="002264E8"/>
        </w:tc>
      </w:tr>
      <w:tr w:rsidR="00FD4A85" w:rsidRPr="00771808" w:rsidTr="00702148">
        <w:tc>
          <w:tcPr>
            <w:tcW w:w="10348" w:type="dxa"/>
            <w:gridSpan w:val="2"/>
          </w:tcPr>
          <w:p w:rsidR="00FD4A85" w:rsidRPr="00181731" w:rsidRDefault="00FD4A85" w:rsidP="002264E8">
            <w:pPr>
              <w:rPr>
                <w:szCs w:val="28"/>
                <w:lang w:val="ru-RU"/>
              </w:rPr>
            </w:pPr>
            <w:r w:rsidRPr="00181731">
              <w:rPr>
                <w:b/>
                <w:i/>
                <w:lang w:val="ru-RU"/>
              </w:rPr>
              <w:lastRenderedPageBreak/>
              <w:t xml:space="preserve">19. </w:t>
            </w:r>
            <w:r w:rsidRPr="00181731">
              <w:rPr>
                <w:szCs w:val="28"/>
                <w:lang w:val="ru-RU"/>
              </w:rPr>
              <w:t xml:space="preserve">Масса соли, содержащейся  в </w:t>
            </w:r>
            <w:smartTag w:uri="urn:schemas-microsoft-com:office:smarttags" w:element="metricconverter">
              <w:smartTagPr>
                <w:attr w:name="ProductID" w:val="150 г"/>
              </w:smartTagPr>
              <w:r w:rsidRPr="00181731">
                <w:rPr>
                  <w:szCs w:val="28"/>
                  <w:lang w:val="ru-RU"/>
                </w:rPr>
                <w:t>150 г</w:t>
              </w:r>
            </w:smartTag>
            <w:r w:rsidRPr="00181731">
              <w:rPr>
                <w:szCs w:val="28"/>
                <w:lang w:val="ru-RU"/>
              </w:rPr>
              <w:t xml:space="preserve"> 5%-го раствора соли, равна  _______г.</w:t>
            </w:r>
          </w:p>
          <w:p w:rsidR="00FD4A85" w:rsidRPr="00181731" w:rsidRDefault="00FD4A85" w:rsidP="002264E8">
            <w:pPr>
              <w:rPr>
                <w:lang w:val="ru-RU"/>
              </w:rPr>
            </w:pPr>
          </w:p>
        </w:tc>
      </w:tr>
      <w:tr w:rsidR="00FD4A85" w:rsidRPr="00771808" w:rsidTr="00702148">
        <w:tc>
          <w:tcPr>
            <w:tcW w:w="10348" w:type="dxa"/>
            <w:gridSpan w:val="2"/>
          </w:tcPr>
          <w:p w:rsidR="00FD4A85" w:rsidRPr="00181731" w:rsidRDefault="00FD4A85" w:rsidP="002264E8">
            <w:pPr>
              <w:rPr>
                <w:szCs w:val="28"/>
                <w:lang w:val="ru-RU"/>
              </w:rPr>
            </w:pPr>
            <w:r w:rsidRPr="00181731">
              <w:rPr>
                <w:b/>
                <w:i/>
                <w:lang w:val="ru-RU"/>
              </w:rPr>
              <w:t xml:space="preserve">20.  </w:t>
            </w:r>
            <w:r w:rsidRPr="00181731">
              <w:rPr>
                <w:szCs w:val="28"/>
                <w:lang w:val="ru-RU"/>
              </w:rPr>
              <w:t xml:space="preserve">Масса соли </w:t>
            </w:r>
            <w:r>
              <w:rPr>
                <w:szCs w:val="28"/>
              </w:rPr>
              <w:t>Na</w:t>
            </w:r>
            <w:r w:rsidRPr="00181731">
              <w:rPr>
                <w:szCs w:val="28"/>
                <w:vertAlign w:val="subscript"/>
                <w:lang w:val="ru-RU"/>
              </w:rPr>
              <w:t>2</w:t>
            </w:r>
            <w:r>
              <w:rPr>
                <w:szCs w:val="28"/>
              </w:rPr>
              <w:t>CO</w:t>
            </w:r>
            <w:r w:rsidRPr="00181731">
              <w:rPr>
                <w:szCs w:val="28"/>
                <w:vertAlign w:val="subscript"/>
                <w:lang w:val="ru-RU"/>
              </w:rPr>
              <w:t>3</w:t>
            </w:r>
            <w:r w:rsidRPr="00181731">
              <w:rPr>
                <w:szCs w:val="28"/>
                <w:lang w:val="ru-RU"/>
              </w:rPr>
              <w:t xml:space="preserve"> в 500 мл раствора С</w:t>
            </w:r>
            <w:r w:rsidRPr="00181731">
              <w:rPr>
                <w:szCs w:val="32"/>
                <w:vertAlign w:val="subscript"/>
                <w:lang w:val="ru-RU"/>
              </w:rPr>
              <w:t>н</w:t>
            </w:r>
            <w:r w:rsidRPr="00181731">
              <w:rPr>
                <w:szCs w:val="28"/>
                <w:lang w:val="ru-RU"/>
              </w:rPr>
              <w:t xml:space="preserve">= 0,25 Н равна…, г. </w:t>
            </w:r>
          </w:p>
          <w:p w:rsidR="00FD4A85" w:rsidRPr="00181731" w:rsidRDefault="00FD4A85" w:rsidP="002264E8">
            <w:pPr>
              <w:rPr>
                <w:lang w:val="ru-RU"/>
              </w:rPr>
            </w:pPr>
          </w:p>
        </w:tc>
      </w:tr>
      <w:tr w:rsidR="00FD4A85" w:rsidRPr="00F026BD" w:rsidTr="00702148">
        <w:tc>
          <w:tcPr>
            <w:tcW w:w="10348" w:type="dxa"/>
            <w:gridSpan w:val="2"/>
          </w:tcPr>
          <w:p w:rsidR="00FD4A85" w:rsidRPr="00181731" w:rsidRDefault="00FD4A85" w:rsidP="002264E8">
            <w:pPr>
              <w:rPr>
                <w:szCs w:val="28"/>
                <w:lang w:val="ru-RU"/>
              </w:rPr>
            </w:pPr>
            <w:r w:rsidRPr="00181731">
              <w:rPr>
                <w:b/>
                <w:i/>
                <w:lang w:val="ru-RU"/>
              </w:rPr>
              <w:t xml:space="preserve">21. </w:t>
            </w:r>
            <w:r w:rsidRPr="00181731">
              <w:rPr>
                <w:szCs w:val="28"/>
                <w:lang w:val="ru-RU"/>
              </w:rPr>
              <w:t>Какая реакция не относится к окислительно-восстановительным:</w:t>
            </w:r>
          </w:p>
          <w:p w:rsidR="00FD4A85" w:rsidRDefault="00FD4A85" w:rsidP="00FD4A85">
            <w:pPr>
              <w:numPr>
                <w:ilvl w:val="0"/>
                <w:numId w:val="71"/>
              </w:num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>2NaNO</w:t>
            </w:r>
            <w:r>
              <w:rPr>
                <w:szCs w:val="28"/>
                <w:vertAlign w:val="subscript"/>
              </w:rPr>
              <w:t>3</w:t>
            </w:r>
            <w:r>
              <w:rPr>
                <w:szCs w:val="28"/>
              </w:rPr>
              <w:t>→ NaNO</w:t>
            </w:r>
            <w:r>
              <w:rPr>
                <w:szCs w:val="28"/>
                <w:vertAlign w:val="subscript"/>
              </w:rPr>
              <w:t xml:space="preserve">2 </w:t>
            </w:r>
            <w:r>
              <w:rPr>
                <w:szCs w:val="28"/>
              </w:rPr>
              <w:t>+O</w:t>
            </w:r>
            <w:r>
              <w:rPr>
                <w:szCs w:val="28"/>
                <w:vertAlign w:val="subscript"/>
              </w:rPr>
              <w:t>2</w:t>
            </w:r>
          </w:p>
          <w:p w:rsidR="00FD4A85" w:rsidRDefault="00FD4A85" w:rsidP="00FD4A85">
            <w:pPr>
              <w:numPr>
                <w:ilvl w:val="0"/>
                <w:numId w:val="71"/>
              </w:numPr>
              <w:spacing w:line="240" w:lineRule="auto"/>
              <w:rPr>
                <w:bCs/>
                <w:szCs w:val="28"/>
              </w:rPr>
            </w:pPr>
            <w:r>
              <w:rPr>
                <w:bCs/>
                <w:szCs w:val="28"/>
              </w:rPr>
              <w:t>CaCO</w:t>
            </w:r>
            <w:r>
              <w:rPr>
                <w:bCs/>
                <w:szCs w:val="28"/>
                <w:vertAlign w:val="subscript"/>
              </w:rPr>
              <w:t>3</w:t>
            </w:r>
            <w:r>
              <w:rPr>
                <w:bCs/>
                <w:szCs w:val="28"/>
              </w:rPr>
              <w:t xml:space="preserve">  → CaO + CO</w:t>
            </w:r>
            <w:r>
              <w:rPr>
                <w:bCs/>
                <w:szCs w:val="28"/>
                <w:vertAlign w:val="subscript"/>
              </w:rPr>
              <w:t>2</w:t>
            </w:r>
          </w:p>
          <w:p w:rsidR="00FD4A85" w:rsidRDefault="00FD4A85" w:rsidP="00FD4A85">
            <w:pPr>
              <w:numPr>
                <w:ilvl w:val="0"/>
                <w:numId w:val="71"/>
              </w:num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>2Pb(NO</w:t>
            </w:r>
            <w:r>
              <w:rPr>
                <w:szCs w:val="28"/>
                <w:vertAlign w:val="subscript"/>
              </w:rPr>
              <w:t>3</w:t>
            </w:r>
            <w:r>
              <w:rPr>
                <w:szCs w:val="28"/>
              </w:rPr>
              <w:t>)</w:t>
            </w:r>
            <w:r>
              <w:rPr>
                <w:szCs w:val="28"/>
                <w:vertAlign w:val="subscript"/>
              </w:rPr>
              <w:t xml:space="preserve"> 2</w:t>
            </w:r>
            <w:r>
              <w:rPr>
                <w:szCs w:val="28"/>
              </w:rPr>
              <w:t xml:space="preserve"> → 2PbO+4NO</w:t>
            </w:r>
            <w:r>
              <w:rPr>
                <w:szCs w:val="28"/>
                <w:vertAlign w:val="subscript"/>
              </w:rPr>
              <w:t>2</w:t>
            </w:r>
            <w:r>
              <w:rPr>
                <w:szCs w:val="28"/>
              </w:rPr>
              <w:t xml:space="preserve"> +O</w:t>
            </w:r>
            <w:r>
              <w:rPr>
                <w:szCs w:val="28"/>
                <w:vertAlign w:val="subscript"/>
              </w:rPr>
              <w:t>2</w:t>
            </w:r>
          </w:p>
          <w:p w:rsidR="00FD4A85" w:rsidRPr="00F026BD" w:rsidRDefault="00FD4A85" w:rsidP="002264E8">
            <w:pPr>
              <w:ind w:left="1117"/>
              <w:rPr>
                <w:b/>
                <w:i/>
              </w:rPr>
            </w:pPr>
          </w:p>
        </w:tc>
      </w:tr>
      <w:tr w:rsidR="00FD4A85" w:rsidRPr="00771808" w:rsidTr="00702148">
        <w:tc>
          <w:tcPr>
            <w:tcW w:w="10348" w:type="dxa"/>
            <w:gridSpan w:val="2"/>
          </w:tcPr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b/>
                <w:i/>
                <w:lang w:val="ru-RU"/>
              </w:rPr>
              <w:t xml:space="preserve">22. </w:t>
            </w:r>
            <w:r w:rsidRPr="00181731">
              <w:rPr>
                <w:lang w:val="ru-RU"/>
              </w:rPr>
              <w:t xml:space="preserve">Из предложенных соединений </w:t>
            </w:r>
            <w:r w:rsidRPr="00951425">
              <w:t>KMnO</w:t>
            </w:r>
            <w:r w:rsidRPr="00181731">
              <w:rPr>
                <w:vertAlign w:val="subscript"/>
                <w:lang w:val="ru-RU"/>
              </w:rPr>
              <w:t>4</w:t>
            </w:r>
            <w:r w:rsidRPr="00181731">
              <w:rPr>
                <w:lang w:val="ru-RU"/>
              </w:rPr>
              <w:t xml:space="preserve">, </w:t>
            </w:r>
            <w:r w:rsidRPr="00951425">
              <w:t>H</w:t>
            </w:r>
            <w:r w:rsidRPr="00181731">
              <w:rPr>
                <w:vertAlign w:val="subscript"/>
                <w:lang w:val="ru-RU"/>
              </w:rPr>
              <w:t>3</w:t>
            </w:r>
            <w:r w:rsidRPr="00951425">
              <w:t>PO</w:t>
            </w:r>
            <w:r w:rsidRPr="00181731">
              <w:rPr>
                <w:vertAlign w:val="subscript"/>
                <w:lang w:val="ru-RU"/>
              </w:rPr>
              <w:t>4</w:t>
            </w:r>
            <w:r w:rsidRPr="00181731">
              <w:rPr>
                <w:lang w:val="ru-RU"/>
              </w:rPr>
              <w:t xml:space="preserve">, </w:t>
            </w:r>
            <w:r w:rsidRPr="00951425">
              <w:t>SnCl</w:t>
            </w:r>
            <w:r w:rsidRPr="00181731">
              <w:rPr>
                <w:vertAlign w:val="subscript"/>
                <w:lang w:val="ru-RU"/>
              </w:rPr>
              <w:t>4</w:t>
            </w:r>
            <w:r w:rsidRPr="00181731">
              <w:rPr>
                <w:lang w:val="ru-RU"/>
              </w:rPr>
              <w:t xml:space="preserve"> выберите окислитель для окисления </w:t>
            </w:r>
            <w:r w:rsidRPr="00951425">
              <w:t>K</w:t>
            </w:r>
            <w:r w:rsidRPr="00181731">
              <w:rPr>
                <w:vertAlign w:val="subscript"/>
                <w:lang w:val="ru-RU"/>
              </w:rPr>
              <w:t>2</w:t>
            </w:r>
            <w:r w:rsidRPr="00951425">
              <w:t>SO</w:t>
            </w:r>
            <w:r w:rsidRPr="00181731">
              <w:rPr>
                <w:vertAlign w:val="subscript"/>
                <w:lang w:val="ru-RU"/>
              </w:rPr>
              <w:t>3</w:t>
            </w:r>
            <w:r w:rsidRPr="00181731">
              <w:rPr>
                <w:lang w:val="ru-RU"/>
              </w:rPr>
              <w:t xml:space="preserve"> до </w:t>
            </w:r>
            <w:r w:rsidRPr="00951425">
              <w:t>K</w:t>
            </w:r>
            <w:r w:rsidRPr="00181731">
              <w:rPr>
                <w:vertAlign w:val="subscript"/>
                <w:lang w:val="ru-RU"/>
              </w:rPr>
              <w:t>2</w:t>
            </w:r>
            <w:r w:rsidRPr="00951425">
              <w:t>SO</w:t>
            </w:r>
            <w:r w:rsidRPr="00181731">
              <w:rPr>
                <w:vertAlign w:val="subscript"/>
                <w:lang w:val="ru-RU"/>
              </w:rPr>
              <w:t>4</w:t>
            </w:r>
            <w:r w:rsidRPr="00181731">
              <w:rPr>
                <w:lang w:val="ru-RU"/>
              </w:rPr>
              <w:t xml:space="preserve"> , если </w:t>
            </w:r>
            <w:r>
              <w:rPr>
                <w:position w:val="-12"/>
              </w:rPr>
              <w:object w:dxaOrig="2260" w:dyaOrig="380">
                <v:shape id="_x0000_i1186" type="#_x0000_t75" style="width:114pt;height:18.75pt" o:ole="" fillcolor="window">
                  <v:imagedata r:id="rId121" o:title=""/>
                </v:shape>
                <o:OLEObject Type="Embed" ProgID="Equation.3" ShapeID="_x0000_i1186" DrawAspect="Content" ObjectID="_1842695881" r:id="rId289"/>
              </w:object>
            </w:r>
            <w:r w:rsidRPr="00181731">
              <w:rPr>
                <w:lang w:val="ru-RU"/>
              </w:rPr>
              <w:t xml:space="preserve">   </w:t>
            </w:r>
            <w:r>
              <w:rPr>
                <w:position w:val="-10"/>
              </w:rPr>
              <w:object w:dxaOrig="2420" w:dyaOrig="360">
                <v:shape id="_x0000_i1187" type="#_x0000_t75" style="width:120.75pt;height:18pt" o:ole="" fillcolor="window">
                  <v:imagedata r:id="rId123" o:title=""/>
                </v:shape>
                <o:OLEObject Type="Embed" ProgID="Equation.3" ShapeID="_x0000_i1187" DrawAspect="Content" ObjectID="_1842695882" r:id="rId290"/>
              </w:object>
            </w:r>
            <w:r w:rsidRPr="00181731">
              <w:rPr>
                <w:lang w:val="ru-RU"/>
              </w:rPr>
              <w:t xml:space="preserve">  </w:t>
            </w:r>
            <w:r>
              <w:rPr>
                <w:position w:val="-10"/>
              </w:rPr>
              <w:object w:dxaOrig="2020" w:dyaOrig="360">
                <v:shape id="_x0000_i1188" type="#_x0000_t75" style="width:101.25pt;height:18pt" o:ole="" fillcolor="window">
                  <v:imagedata r:id="rId125" o:title=""/>
                </v:shape>
                <o:OLEObject Type="Embed" ProgID="Equation.3" ShapeID="_x0000_i1188" DrawAspect="Content" ObjectID="_1842695883" r:id="rId291"/>
              </w:object>
            </w:r>
            <w:r w:rsidRPr="00181731">
              <w:rPr>
                <w:lang w:val="ru-RU"/>
              </w:rPr>
              <w:t xml:space="preserve">  </w:t>
            </w:r>
            <w:r>
              <w:rPr>
                <w:position w:val="-10"/>
              </w:rPr>
              <w:object w:dxaOrig="1800" w:dyaOrig="360">
                <v:shape id="_x0000_i1189" type="#_x0000_t75" style="width:90pt;height:18pt" o:ole="" fillcolor="window">
                  <v:imagedata r:id="rId127" o:title=""/>
                </v:shape>
                <o:OLEObject Type="Embed" ProgID="Equation.3" ShapeID="_x0000_i1189" DrawAspect="Content" ObjectID="_1842695884" r:id="rId292"/>
              </w:object>
            </w:r>
            <w:r w:rsidRPr="00181731">
              <w:rPr>
                <w:lang w:val="ru-RU"/>
              </w:rPr>
              <w:t xml:space="preserve">  </w:t>
            </w:r>
            <w:r>
              <w:rPr>
                <w:position w:val="-10"/>
              </w:rPr>
              <w:object w:dxaOrig="2180" w:dyaOrig="360">
                <v:shape id="_x0000_i1190" type="#_x0000_t75" style="width:108.75pt;height:18pt" o:ole="" fillcolor="window">
                  <v:imagedata r:id="rId129" o:title=""/>
                </v:shape>
                <o:OLEObject Type="Embed" ProgID="Equation.3" ShapeID="_x0000_i1190" DrawAspect="Content" ObjectID="_1842695885" r:id="rId293"/>
              </w:object>
            </w:r>
          </w:p>
          <w:p w:rsidR="00FD4A85" w:rsidRPr="00181731" w:rsidRDefault="00FD4A85" w:rsidP="002264E8">
            <w:pPr>
              <w:ind w:left="757"/>
              <w:rPr>
                <w:b/>
                <w:i/>
                <w:lang w:val="ru-RU"/>
              </w:rPr>
            </w:pPr>
          </w:p>
        </w:tc>
      </w:tr>
      <w:tr w:rsidR="00FD4A85" w:rsidRPr="00771808" w:rsidTr="00702148">
        <w:tc>
          <w:tcPr>
            <w:tcW w:w="10348" w:type="dxa"/>
            <w:gridSpan w:val="2"/>
          </w:tcPr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b/>
                <w:i/>
                <w:lang w:val="ru-RU"/>
              </w:rPr>
              <w:t xml:space="preserve"> 23. </w:t>
            </w:r>
            <w:r w:rsidRPr="00181731">
              <w:rPr>
                <w:lang w:val="ru-RU"/>
              </w:rPr>
              <w:t xml:space="preserve">Вычислить Е (ЭДС) гальванического элемента в (В), состоящего из никелевого электрода, погруженного в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181731">
                <w:rPr>
                  <w:lang w:val="ru-RU"/>
                </w:rPr>
                <w:t>1 М</w:t>
              </w:r>
            </w:smartTag>
            <w:r w:rsidRPr="00181731">
              <w:rPr>
                <w:lang w:val="ru-RU"/>
              </w:rPr>
              <w:t xml:space="preserve"> раствор соли </w:t>
            </w:r>
            <w:r>
              <w:t>NiCl</w:t>
            </w:r>
            <w:r w:rsidRPr="00181731">
              <w:rPr>
                <w:vertAlign w:val="subscript"/>
                <w:lang w:val="ru-RU"/>
              </w:rPr>
              <w:t>2</w:t>
            </w:r>
            <w:r w:rsidRPr="00181731">
              <w:rPr>
                <w:lang w:val="ru-RU"/>
              </w:rPr>
              <w:t xml:space="preserve"> и золотого электрода, погруженного в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181731">
                <w:rPr>
                  <w:lang w:val="ru-RU"/>
                </w:rPr>
                <w:t>1 М</w:t>
              </w:r>
            </w:smartTag>
            <w:r w:rsidRPr="00181731">
              <w:rPr>
                <w:lang w:val="ru-RU"/>
              </w:rPr>
              <w:t xml:space="preserve"> раствор соли </w:t>
            </w:r>
            <w:r>
              <w:t>Au</w:t>
            </w:r>
            <w:r w:rsidRPr="00181731">
              <w:rPr>
                <w:vertAlign w:val="subscript"/>
                <w:lang w:val="ru-RU"/>
              </w:rPr>
              <w:t>2</w:t>
            </w:r>
            <w:r w:rsidRPr="00181731">
              <w:rPr>
                <w:lang w:val="ru-RU"/>
              </w:rPr>
              <w:t>(</w:t>
            </w:r>
            <w:r>
              <w:t>SO</w:t>
            </w:r>
            <w:r w:rsidRPr="00181731">
              <w:rPr>
                <w:vertAlign w:val="subscript"/>
                <w:lang w:val="ru-RU"/>
              </w:rPr>
              <w:t>4</w:t>
            </w:r>
            <w:r w:rsidRPr="00181731">
              <w:rPr>
                <w:lang w:val="ru-RU"/>
              </w:rPr>
              <w:t>)</w:t>
            </w:r>
            <w:r w:rsidRPr="00181731">
              <w:rPr>
                <w:vertAlign w:val="subscript"/>
                <w:lang w:val="ru-RU"/>
              </w:rPr>
              <w:t>3</w:t>
            </w:r>
            <w:r w:rsidRPr="00181731">
              <w:rPr>
                <w:lang w:val="ru-RU"/>
              </w:rPr>
              <w:t xml:space="preserve">, если  </w:t>
            </w:r>
            <w:r>
              <w:rPr>
                <w:position w:val="-10"/>
              </w:rPr>
              <w:object w:dxaOrig="300" w:dyaOrig="360">
                <v:shape id="_x0000_i1191" type="#_x0000_t75" style="width:15.75pt;height:18pt" o:ole="" fillcolor="window">
                  <v:imagedata r:id="rId131" o:title=""/>
                </v:shape>
                <o:OLEObject Type="Embed" ProgID="Equation.3" ShapeID="_x0000_i1191" DrawAspect="Content" ObjectID="_1842695886" r:id="rId294"/>
              </w:object>
            </w:r>
            <w:r w:rsidRPr="00181731">
              <w:rPr>
                <w:lang w:val="ru-RU"/>
              </w:rPr>
              <w:t xml:space="preserve"> </w:t>
            </w:r>
            <w:r>
              <w:rPr>
                <w:szCs w:val="28"/>
              </w:rPr>
              <w:t>Au</w:t>
            </w:r>
            <w:r w:rsidRPr="00181731">
              <w:rPr>
                <w:szCs w:val="28"/>
                <w:lang w:val="ru-RU"/>
              </w:rPr>
              <w:t>/</w:t>
            </w:r>
            <w:r>
              <w:rPr>
                <w:szCs w:val="28"/>
              </w:rPr>
              <w:t>Au</w:t>
            </w:r>
            <w:r w:rsidRPr="00181731">
              <w:rPr>
                <w:szCs w:val="28"/>
                <w:vertAlign w:val="superscript"/>
                <w:lang w:val="ru-RU"/>
              </w:rPr>
              <w:t xml:space="preserve">+3 </w:t>
            </w:r>
            <w:r w:rsidRPr="00181731">
              <w:rPr>
                <w:lang w:val="ru-RU"/>
              </w:rPr>
              <w:t xml:space="preserve">= </w:t>
            </w:r>
            <w:r w:rsidRPr="00181731">
              <w:rPr>
                <w:szCs w:val="28"/>
                <w:lang w:val="ru-RU"/>
              </w:rPr>
              <w:t>+1,50</w:t>
            </w:r>
            <w:r>
              <w:rPr>
                <w:szCs w:val="28"/>
              </w:rPr>
              <w:t>B</w:t>
            </w:r>
            <w:r w:rsidRPr="00181731">
              <w:rPr>
                <w:szCs w:val="28"/>
                <w:lang w:val="ru-RU"/>
              </w:rPr>
              <w:t xml:space="preserve">; </w:t>
            </w:r>
            <w:r>
              <w:rPr>
                <w:position w:val="-10"/>
              </w:rPr>
              <w:object w:dxaOrig="300" w:dyaOrig="360">
                <v:shape id="_x0000_i1192" type="#_x0000_t75" style="width:15.75pt;height:18pt" o:ole="" fillcolor="window">
                  <v:imagedata r:id="rId131" o:title=""/>
                </v:shape>
                <o:OLEObject Type="Embed" ProgID="Equation.3" ShapeID="_x0000_i1192" DrawAspect="Content" ObjectID="_1842695887" r:id="rId295"/>
              </w:object>
            </w:r>
            <w:r w:rsidRPr="00181731">
              <w:rPr>
                <w:lang w:val="ru-RU"/>
              </w:rPr>
              <w:t xml:space="preserve"> </w:t>
            </w:r>
            <w:r>
              <w:t>Ni</w:t>
            </w:r>
            <w:r w:rsidRPr="00181731">
              <w:rPr>
                <w:lang w:val="ru-RU"/>
              </w:rPr>
              <w:t>/</w:t>
            </w:r>
            <w:r>
              <w:t>Ni</w:t>
            </w:r>
            <w:r w:rsidRPr="00181731">
              <w:rPr>
                <w:vertAlign w:val="superscript"/>
                <w:lang w:val="ru-RU"/>
              </w:rPr>
              <w:t xml:space="preserve">+2 </w:t>
            </w:r>
            <w:r w:rsidRPr="00181731">
              <w:rPr>
                <w:lang w:val="ru-RU"/>
              </w:rPr>
              <w:t>= -0,25</w:t>
            </w:r>
            <w:r>
              <w:t>B</w:t>
            </w:r>
          </w:p>
          <w:p w:rsidR="00FD4A85" w:rsidRPr="00181731" w:rsidRDefault="00FD4A85" w:rsidP="002264E8">
            <w:pPr>
              <w:rPr>
                <w:b/>
                <w:i/>
                <w:lang w:val="ru-RU"/>
              </w:rPr>
            </w:pPr>
          </w:p>
        </w:tc>
      </w:tr>
      <w:tr w:rsidR="00FD4A85" w:rsidRPr="00771808" w:rsidTr="00702148">
        <w:tc>
          <w:tcPr>
            <w:tcW w:w="10348" w:type="dxa"/>
            <w:gridSpan w:val="2"/>
          </w:tcPr>
          <w:p w:rsidR="00FD4A85" w:rsidRDefault="00FD4A85" w:rsidP="002264E8">
            <w:r w:rsidRPr="00181731">
              <w:rPr>
                <w:b/>
                <w:i/>
                <w:lang w:val="ru-RU"/>
              </w:rPr>
              <w:t xml:space="preserve"> </w:t>
            </w:r>
            <w:r>
              <w:rPr>
                <w:b/>
                <w:i/>
              </w:rPr>
              <w:t xml:space="preserve">24. </w:t>
            </w:r>
            <w:r>
              <w:t>Электролиз – это:</w:t>
            </w:r>
          </w:p>
          <w:p w:rsidR="00FD4A85" w:rsidRPr="00181731" w:rsidRDefault="00FD4A85" w:rsidP="00FD4A85">
            <w:pPr>
              <w:numPr>
                <w:ilvl w:val="0"/>
                <w:numId w:val="18"/>
              </w:numPr>
              <w:spacing w:line="240" w:lineRule="auto"/>
              <w:rPr>
                <w:lang w:val="ru-RU"/>
              </w:rPr>
            </w:pPr>
            <w:r w:rsidRPr="00181731">
              <w:rPr>
                <w:lang w:val="ru-RU"/>
              </w:rPr>
              <w:t>Окислительно-восстановительные процессы, проходящие в растворах и расплавах электролитов во время прохождения электрического тока;</w:t>
            </w:r>
          </w:p>
          <w:p w:rsidR="00FD4A85" w:rsidRPr="00181731" w:rsidRDefault="00FD4A85" w:rsidP="00FD4A85">
            <w:pPr>
              <w:numPr>
                <w:ilvl w:val="0"/>
                <w:numId w:val="18"/>
              </w:numPr>
              <w:spacing w:line="240" w:lineRule="auto"/>
              <w:rPr>
                <w:lang w:val="ru-RU"/>
              </w:rPr>
            </w:pPr>
            <w:r w:rsidRPr="00181731">
              <w:rPr>
                <w:lang w:val="ru-RU"/>
              </w:rPr>
              <w:t>Окислительно-восстановительные процессы, протекающие в растворах между ионами;</w:t>
            </w:r>
          </w:p>
          <w:p w:rsidR="00FD4A85" w:rsidRPr="00181731" w:rsidRDefault="00FD4A85" w:rsidP="00FD4A85">
            <w:pPr>
              <w:numPr>
                <w:ilvl w:val="0"/>
                <w:numId w:val="18"/>
              </w:numPr>
              <w:spacing w:line="240" w:lineRule="auto"/>
              <w:rPr>
                <w:b/>
                <w:i/>
                <w:lang w:val="ru-RU"/>
              </w:rPr>
            </w:pPr>
            <w:r w:rsidRPr="00181731">
              <w:rPr>
                <w:lang w:val="ru-RU"/>
              </w:rPr>
              <w:t>Окислительно-восстановительные процессы, протекающие в растворах или расплавах электролитов, под действием молекул растворителя</w:t>
            </w:r>
          </w:p>
          <w:p w:rsidR="00FD4A85" w:rsidRPr="00181731" w:rsidRDefault="00FD4A85" w:rsidP="002264E8">
            <w:pPr>
              <w:rPr>
                <w:b/>
                <w:i/>
                <w:lang w:val="ru-RU"/>
              </w:rPr>
            </w:pPr>
          </w:p>
        </w:tc>
      </w:tr>
      <w:tr w:rsidR="00FD4A85" w:rsidRPr="00771808" w:rsidTr="00702148">
        <w:tc>
          <w:tcPr>
            <w:tcW w:w="10348" w:type="dxa"/>
            <w:gridSpan w:val="2"/>
          </w:tcPr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b/>
                <w:i/>
                <w:lang w:val="ru-RU"/>
              </w:rPr>
              <w:t xml:space="preserve">25. </w:t>
            </w:r>
            <w:r w:rsidRPr="00181731">
              <w:rPr>
                <w:lang w:val="ru-RU"/>
              </w:rPr>
              <w:t>Какое количество электричества надо пропустить через раствор сульфата меди (</w:t>
            </w:r>
            <w:r>
              <w:t>II</w:t>
            </w:r>
            <w:r w:rsidRPr="00181731">
              <w:rPr>
                <w:lang w:val="ru-RU"/>
              </w:rPr>
              <w:t xml:space="preserve">), чтобы на аноде выделилось </w:t>
            </w:r>
            <w:smartTag w:uri="urn:schemas-microsoft-com:office:smarttags" w:element="metricconverter">
              <w:smartTagPr>
                <w:attr w:name="ProductID" w:val="22,4 л"/>
              </w:smartTagPr>
              <w:r w:rsidRPr="00181731">
                <w:rPr>
                  <w:lang w:val="ru-RU"/>
                </w:rPr>
                <w:t>22,4 л</w:t>
              </w:r>
            </w:smartTag>
            <w:r w:rsidRPr="00181731">
              <w:rPr>
                <w:lang w:val="ru-RU"/>
              </w:rPr>
              <w:t xml:space="preserve"> кислорода (н.у)?</w:t>
            </w:r>
          </w:p>
          <w:p w:rsidR="00FD4A85" w:rsidRPr="00181731" w:rsidRDefault="00FD4A85" w:rsidP="002264E8">
            <w:pPr>
              <w:rPr>
                <w:b/>
                <w:i/>
                <w:lang w:val="ru-RU"/>
              </w:rPr>
            </w:pPr>
          </w:p>
        </w:tc>
      </w:tr>
      <w:tr w:rsidR="00FD4A85" w:rsidRPr="00F026BD" w:rsidTr="00702148">
        <w:tc>
          <w:tcPr>
            <w:tcW w:w="10348" w:type="dxa"/>
            <w:gridSpan w:val="2"/>
          </w:tcPr>
          <w:p w:rsidR="00FD4A85" w:rsidRDefault="00FD4A85" w:rsidP="002264E8">
            <w:r w:rsidRPr="00181731">
              <w:rPr>
                <w:b/>
                <w:i/>
                <w:lang w:val="ru-RU"/>
              </w:rPr>
              <w:t xml:space="preserve">26. </w:t>
            </w:r>
            <w:r w:rsidRPr="00181731">
              <w:rPr>
                <w:lang w:val="ru-RU"/>
              </w:rPr>
              <w:t xml:space="preserve">При электролизе водного раствора соли значение рН в приэлектродном пространстве одного из электродов возросло. </w:t>
            </w:r>
            <w:r>
              <w:t>Раствор, какой соли подвергался электролизу?</w:t>
            </w:r>
          </w:p>
          <w:p w:rsidR="00FD4A85" w:rsidRDefault="00FD4A85" w:rsidP="002264E8">
            <w:pPr>
              <w:rPr>
                <w:position w:val="-12"/>
              </w:rPr>
            </w:pPr>
            <w:r>
              <w:rPr>
                <w:position w:val="-6"/>
              </w:rPr>
              <w:t xml:space="preserve">1) </w:t>
            </w:r>
            <w:r>
              <w:rPr>
                <w:position w:val="-6"/>
              </w:rPr>
              <w:object w:dxaOrig="479" w:dyaOrig="280">
                <v:shape id="_x0000_i1193" type="#_x0000_t75" style="width:24pt;height:13.5pt" o:ole="">
                  <v:imagedata r:id="rId159" o:title=""/>
                </v:shape>
                <o:OLEObject Type="Embed" ProgID="Equation.3" ShapeID="_x0000_i1193" DrawAspect="Content" ObjectID="_1842695888" r:id="rId296"/>
              </w:object>
            </w:r>
            <w:r>
              <w:rPr>
                <w:position w:val="-6"/>
              </w:rPr>
              <w:t xml:space="preserve">;      2) </w:t>
            </w:r>
            <w:r>
              <w:rPr>
                <w:position w:val="-10"/>
              </w:rPr>
              <w:object w:dxaOrig="660" w:dyaOrig="340">
                <v:shape id="_x0000_i1194" type="#_x0000_t75" style="width:33pt;height:17.25pt" o:ole="">
                  <v:imagedata r:id="rId161" o:title=""/>
                </v:shape>
                <o:OLEObject Type="Embed" ProgID="Equation.3" ShapeID="_x0000_i1194" DrawAspect="Content" ObjectID="_1842695889" r:id="rId297"/>
              </w:object>
            </w:r>
            <w:r>
              <w:rPr>
                <w:position w:val="-10"/>
              </w:rPr>
              <w:t xml:space="preserve">;   3)  </w:t>
            </w:r>
            <w:r>
              <w:rPr>
                <w:position w:val="-12"/>
              </w:rPr>
              <w:object w:dxaOrig="1060" w:dyaOrig="360">
                <v:shape id="_x0000_i1195" type="#_x0000_t75" style="width:53.25pt;height:18pt" o:ole="">
                  <v:imagedata r:id="rId163" o:title=""/>
                </v:shape>
                <o:OLEObject Type="Embed" ProgID="Equation.3" ShapeID="_x0000_i1195" DrawAspect="Content" ObjectID="_1842695890" r:id="rId298"/>
              </w:object>
            </w:r>
          </w:p>
          <w:p w:rsidR="00FD4A85" w:rsidRPr="00F026BD" w:rsidRDefault="00FD4A85" w:rsidP="002264E8">
            <w:pPr>
              <w:rPr>
                <w:b/>
                <w:i/>
              </w:rPr>
            </w:pPr>
          </w:p>
        </w:tc>
      </w:tr>
      <w:tr w:rsidR="00FD4A85" w:rsidRPr="00951425" w:rsidTr="00702148">
        <w:tc>
          <w:tcPr>
            <w:tcW w:w="10348" w:type="dxa"/>
            <w:gridSpan w:val="2"/>
          </w:tcPr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b/>
                <w:i/>
                <w:lang w:val="ru-RU"/>
              </w:rPr>
              <w:t xml:space="preserve">27. </w:t>
            </w:r>
            <w:r w:rsidRPr="00181731">
              <w:rPr>
                <w:lang w:val="ru-RU"/>
              </w:rPr>
              <w:t xml:space="preserve">Какие продукты образуются при растворении олова в растворе щелочи? </w:t>
            </w:r>
          </w:p>
          <w:p w:rsidR="00FD4A85" w:rsidRPr="00D81F18" w:rsidRDefault="00FD4A85" w:rsidP="00FD4A85">
            <w:pPr>
              <w:numPr>
                <w:ilvl w:val="0"/>
                <w:numId w:val="73"/>
              </w:numPr>
              <w:spacing w:line="240" w:lineRule="auto"/>
              <w:jc w:val="both"/>
            </w:pPr>
            <w:r w:rsidRPr="00D81F18">
              <w:t>Na</w:t>
            </w:r>
            <w:r w:rsidRPr="00D81F18">
              <w:rPr>
                <w:vertAlign w:val="subscript"/>
              </w:rPr>
              <w:t>2</w:t>
            </w:r>
            <w:r w:rsidRPr="00D81F18">
              <w:t>[Sn(OH)</w:t>
            </w:r>
            <w:r w:rsidRPr="00D81F18">
              <w:rPr>
                <w:vertAlign w:val="subscript"/>
              </w:rPr>
              <w:t>6</w:t>
            </w:r>
            <w:r w:rsidRPr="00D81F18">
              <w:t>] + H</w:t>
            </w:r>
            <w:r w:rsidRPr="00D81F18">
              <w:rPr>
                <w:vertAlign w:val="subscript"/>
              </w:rPr>
              <w:t>2</w:t>
            </w:r>
            <w:r w:rsidRPr="00D81F18">
              <w:t>O;</w:t>
            </w:r>
            <w:r w:rsidRPr="00D81F18">
              <w:tab/>
            </w:r>
            <w:r w:rsidRPr="00D81F18">
              <w:tab/>
            </w:r>
          </w:p>
          <w:p w:rsidR="00FD4A85" w:rsidRPr="00D81F18" w:rsidRDefault="00FD4A85" w:rsidP="00FD4A85">
            <w:pPr>
              <w:numPr>
                <w:ilvl w:val="0"/>
                <w:numId w:val="73"/>
              </w:numPr>
              <w:spacing w:line="240" w:lineRule="auto"/>
              <w:jc w:val="both"/>
            </w:pPr>
            <w:r w:rsidRPr="00D81F18">
              <w:t>Na</w:t>
            </w:r>
            <w:r w:rsidRPr="00D81F18">
              <w:rPr>
                <w:vertAlign w:val="subscript"/>
              </w:rPr>
              <w:t>2</w:t>
            </w:r>
            <w:r w:rsidRPr="00D81F18">
              <w:t>[Sn(OH)</w:t>
            </w:r>
            <w:r w:rsidRPr="00D81F18">
              <w:rPr>
                <w:vertAlign w:val="subscript"/>
              </w:rPr>
              <w:t>4</w:t>
            </w:r>
            <w:r w:rsidRPr="00D81F18">
              <w:t>] + H</w:t>
            </w:r>
            <w:r w:rsidRPr="00D81F18">
              <w:rPr>
                <w:vertAlign w:val="subscript"/>
              </w:rPr>
              <w:t>2</w:t>
            </w:r>
            <w:r w:rsidRPr="00D81F18">
              <w:t xml:space="preserve"> ;</w:t>
            </w:r>
            <w:r w:rsidRPr="00D81F18">
              <w:tab/>
            </w:r>
            <w:r w:rsidRPr="00D81F18">
              <w:tab/>
            </w:r>
          </w:p>
          <w:p w:rsidR="00FD4A85" w:rsidRPr="00D81F18" w:rsidRDefault="00FD4A85" w:rsidP="00FD4A85">
            <w:pPr>
              <w:numPr>
                <w:ilvl w:val="0"/>
                <w:numId w:val="73"/>
              </w:numPr>
              <w:spacing w:line="240" w:lineRule="auto"/>
              <w:jc w:val="both"/>
            </w:pPr>
            <w:r w:rsidRPr="00D81F18">
              <w:lastRenderedPageBreak/>
              <w:t>Na</w:t>
            </w:r>
            <w:r w:rsidRPr="00D81F18">
              <w:rPr>
                <w:vertAlign w:val="subscript"/>
              </w:rPr>
              <w:t>2</w:t>
            </w:r>
            <w:r w:rsidRPr="00D81F18">
              <w:t>SnO</w:t>
            </w:r>
            <w:r w:rsidRPr="00D81F18">
              <w:rPr>
                <w:vertAlign w:val="subscript"/>
              </w:rPr>
              <w:t>3</w:t>
            </w:r>
            <w:r w:rsidRPr="00D81F18">
              <w:t xml:space="preserve"> + H</w:t>
            </w:r>
            <w:r w:rsidRPr="00D81F18">
              <w:rPr>
                <w:vertAlign w:val="subscript"/>
              </w:rPr>
              <w:t>2</w:t>
            </w:r>
            <w:r w:rsidRPr="00D81F18">
              <w:t xml:space="preserve"> ;</w:t>
            </w:r>
            <w:r w:rsidRPr="00D81F18">
              <w:tab/>
            </w:r>
            <w:r w:rsidRPr="00D81F18">
              <w:tab/>
            </w:r>
            <w:r w:rsidRPr="00D81F18">
              <w:tab/>
            </w:r>
          </w:p>
          <w:p w:rsidR="00FD4A85" w:rsidRPr="00951425" w:rsidRDefault="00FD4A85" w:rsidP="002264E8"/>
        </w:tc>
      </w:tr>
      <w:tr w:rsidR="00FD4A85" w:rsidRPr="00F026BD" w:rsidTr="00702148">
        <w:tc>
          <w:tcPr>
            <w:tcW w:w="10348" w:type="dxa"/>
            <w:gridSpan w:val="2"/>
          </w:tcPr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b/>
                <w:i/>
                <w:lang w:val="ru-RU"/>
              </w:rPr>
              <w:lastRenderedPageBreak/>
              <w:t xml:space="preserve">28. </w:t>
            </w:r>
            <w:r w:rsidRPr="00181731">
              <w:rPr>
                <w:lang w:val="ru-RU"/>
              </w:rPr>
              <w:t>Укажите соединения, которые может образовывать молибден?</w:t>
            </w:r>
          </w:p>
          <w:p w:rsidR="00FD4A85" w:rsidRDefault="00FD4A85" w:rsidP="002264E8">
            <w:r>
              <w:rPr>
                <w:position w:val="-12"/>
              </w:rPr>
              <w:object w:dxaOrig="920" w:dyaOrig="360">
                <v:shape id="_x0000_i1196" type="#_x0000_t75" style="width:45pt;height:18pt" o:ole="">
                  <v:imagedata r:id="rId299" o:title=""/>
                </v:shape>
                <o:OLEObject Type="Embed" ProgID="Equation.3" ShapeID="_x0000_i1196" DrawAspect="Content" ObjectID="_1842695891" r:id="rId300"/>
              </w:object>
            </w:r>
            <w:r>
              <w:t xml:space="preserve"> ;      </w:t>
            </w:r>
            <w:r>
              <w:rPr>
                <w:position w:val="-12"/>
              </w:rPr>
              <w:object w:dxaOrig="1060" w:dyaOrig="360">
                <v:shape id="_x0000_i1197" type="#_x0000_t75" style="width:53.25pt;height:18pt" o:ole="">
                  <v:imagedata r:id="rId301" o:title=""/>
                </v:shape>
                <o:OLEObject Type="Embed" ProgID="Equation.3" ShapeID="_x0000_i1197" DrawAspect="Content" ObjectID="_1842695892" r:id="rId302"/>
              </w:object>
            </w:r>
            <w:r>
              <w:t xml:space="preserve">;     </w:t>
            </w:r>
            <w:r>
              <w:rPr>
                <w:position w:val="-10"/>
              </w:rPr>
              <w:object w:dxaOrig="940" w:dyaOrig="340">
                <v:shape id="_x0000_i1198" type="#_x0000_t75" style="width:45.75pt;height:17.25pt" o:ole="">
                  <v:imagedata r:id="rId303" o:title=""/>
                </v:shape>
                <o:OLEObject Type="Embed" ProgID="Equation.3" ShapeID="_x0000_i1198" DrawAspect="Content" ObjectID="_1842695893" r:id="rId304"/>
              </w:object>
            </w:r>
          </w:p>
          <w:p w:rsidR="00FD4A85" w:rsidRPr="00F026BD" w:rsidRDefault="00FD4A85" w:rsidP="002264E8">
            <w:pPr>
              <w:rPr>
                <w:b/>
                <w:i/>
              </w:rPr>
            </w:pPr>
          </w:p>
        </w:tc>
      </w:tr>
      <w:tr w:rsidR="00FD4A85" w:rsidRPr="00771808" w:rsidTr="00702148">
        <w:tc>
          <w:tcPr>
            <w:tcW w:w="10348" w:type="dxa"/>
            <w:gridSpan w:val="2"/>
            <w:tcBorders>
              <w:bottom w:val="single" w:sz="4" w:space="0" w:color="auto"/>
            </w:tcBorders>
          </w:tcPr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b/>
                <w:i/>
                <w:lang w:val="ru-RU"/>
              </w:rPr>
              <w:t xml:space="preserve">29. </w:t>
            </w:r>
            <w:r w:rsidRPr="00181731">
              <w:rPr>
                <w:lang w:val="ru-RU"/>
              </w:rPr>
              <w:t xml:space="preserve">Присутствие карбонат-ионов в водном растворе можно обнаружить с помощью ионов </w:t>
            </w:r>
          </w:p>
          <w:p w:rsidR="00FD4A85" w:rsidRPr="00181731" w:rsidRDefault="00FD4A85" w:rsidP="002264E8">
            <w:pPr>
              <w:pStyle w:val="23"/>
              <w:ind w:left="1117"/>
              <w:rPr>
                <w:bCs/>
                <w:lang w:val="ru-RU"/>
              </w:rPr>
            </w:pPr>
            <w:r w:rsidRPr="00181731">
              <w:rPr>
                <w:lang w:val="ru-RU"/>
              </w:rPr>
              <w:t xml:space="preserve">1) </w:t>
            </w:r>
            <w:r>
              <w:t>Na</w:t>
            </w:r>
            <w:r w:rsidRPr="00181731">
              <w:rPr>
                <w:vertAlign w:val="superscript"/>
                <w:lang w:val="ru-RU"/>
              </w:rPr>
              <w:t>+</w:t>
            </w:r>
            <w:r w:rsidRPr="00181731">
              <w:rPr>
                <w:lang w:val="ru-RU"/>
              </w:rPr>
              <w:t xml:space="preserve">;    2) </w:t>
            </w:r>
            <w:r>
              <w:t>NH</w:t>
            </w:r>
            <w:r w:rsidRPr="00181731">
              <w:rPr>
                <w:vertAlign w:val="subscript"/>
                <w:lang w:val="ru-RU"/>
              </w:rPr>
              <w:t>4</w:t>
            </w:r>
            <w:r w:rsidRPr="00181731">
              <w:rPr>
                <w:vertAlign w:val="superscript"/>
                <w:lang w:val="ru-RU"/>
              </w:rPr>
              <w:t>+</w:t>
            </w:r>
            <w:r w:rsidRPr="00181731">
              <w:rPr>
                <w:lang w:val="ru-RU"/>
              </w:rPr>
              <w:t xml:space="preserve">;    3) </w:t>
            </w:r>
            <w:r>
              <w:rPr>
                <w:bCs/>
              </w:rPr>
              <w:t>H</w:t>
            </w:r>
            <w:r w:rsidRPr="00181731">
              <w:rPr>
                <w:bCs/>
                <w:vertAlign w:val="superscript"/>
                <w:lang w:val="ru-RU"/>
              </w:rPr>
              <w:t>+</w:t>
            </w:r>
          </w:p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lang w:val="ru-RU"/>
              </w:rPr>
              <w:t>Составьте уравнение реакции:</w:t>
            </w:r>
          </w:p>
          <w:p w:rsidR="00FD4A85" w:rsidRPr="00181731" w:rsidRDefault="00FD4A85" w:rsidP="002264E8">
            <w:pPr>
              <w:rPr>
                <w:position w:val="-12"/>
                <w:lang w:val="ru-RU"/>
              </w:rPr>
            </w:pPr>
          </w:p>
          <w:p w:rsidR="00FD4A85" w:rsidRPr="00181731" w:rsidRDefault="00FD4A85" w:rsidP="002264E8">
            <w:pPr>
              <w:rPr>
                <w:b/>
                <w:i/>
                <w:lang w:val="ru-RU"/>
              </w:rPr>
            </w:pPr>
          </w:p>
        </w:tc>
      </w:tr>
      <w:tr w:rsidR="00FD4A85" w:rsidRPr="00771808" w:rsidTr="00702148">
        <w:tc>
          <w:tcPr>
            <w:tcW w:w="1034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D4A85" w:rsidRPr="00181731" w:rsidRDefault="00FD4A85" w:rsidP="002264E8">
            <w:pPr>
              <w:pStyle w:val="21"/>
              <w:spacing w:before="0" w:line="240" w:lineRule="auto"/>
              <w:rPr>
                <w:rFonts w:ascii="Times New Roman" w:hAnsi="Times New Roman"/>
                <w:b w:val="0"/>
                <w:i/>
                <w:sz w:val="24"/>
                <w:szCs w:val="24"/>
                <w:lang w:val="ru-RU"/>
              </w:rPr>
            </w:pPr>
          </w:p>
          <w:p w:rsidR="00FD4A85" w:rsidRPr="00181731" w:rsidRDefault="00FD4A85" w:rsidP="002264E8">
            <w:pPr>
              <w:pStyle w:val="21"/>
              <w:spacing w:before="0" w:line="240" w:lineRule="auto"/>
              <w:rPr>
                <w:rFonts w:ascii="Times New Roman" w:hAnsi="Times New Roman"/>
                <w:b w:val="0"/>
                <w:i/>
                <w:color w:val="auto"/>
                <w:sz w:val="24"/>
                <w:szCs w:val="24"/>
                <w:lang w:val="ru-RU"/>
              </w:rPr>
            </w:pPr>
            <w:r w:rsidRPr="00181731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>Тест составил:</w:t>
            </w:r>
            <w:r w:rsidRPr="00181731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 </w:t>
            </w:r>
            <w:r w:rsidRPr="00181731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 xml:space="preserve">доцент </w:t>
            </w:r>
            <w:r w:rsidRPr="00181731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     ____________________   </w:t>
            </w:r>
            <w:r w:rsidRPr="00181731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>Лапина С.Ф.</w:t>
            </w:r>
          </w:p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lang w:val="ru-RU"/>
              </w:rPr>
              <w:t>Утверждено на заседани</w:t>
            </w:r>
            <w:r w:rsidR="00702148">
              <w:rPr>
                <w:lang w:val="ru-RU"/>
              </w:rPr>
              <w:t>и кафедры: ЭБЖиФ протокол от «22</w:t>
            </w:r>
            <w:r w:rsidRPr="00181731">
              <w:rPr>
                <w:lang w:val="ru-RU"/>
              </w:rPr>
              <w:t xml:space="preserve">» </w:t>
            </w:r>
            <w:r w:rsidR="00702148">
              <w:rPr>
                <w:lang w:val="ru-RU"/>
              </w:rPr>
              <w:t>апреля 2026 г. № 9</w:t>
            </w:r>
          </w:p>
          <w:p w:rsidR="00FD4A85" w:rsidRPr="00181731" w:rsidRDefault="00FD4A85" w:rsidP="002264E8">
            <w:pPr>
              <w:rPr>
                <w:lang w:val="ru-RU"/>
              </w:rPr>
            </w:pPr>
          </w:p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lang w:val="ru-RU"/>
              </w:rPr>
              <w:t xml:space="preserve">Заведующий кафедрой   ЭБЖиФ             ________________________              Никифорова В.А </w:t>
            </w:r>
          </w:p>
          <w:p w:rsidR="00FD4A85" w:rsidRPr="00181731" w:rsidRDefault="00FD4A85" w:rsidP="002264E8">
            <w:pPr>
              <w:rPr>
                <w:lang w:val="ru-RU"/>
              </w:rPr>
            </w:pPr>
          </w:p>
        </w:tc>
      </w:tr>
      <w:tr w:rsidR="00FD4A85" w:rsidRPr="00771808" w:rsidTr="00702148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181731" w:rsidRDefault="00FD4A85" w:rsidP="00702148">
            <w:pPr>
              <w:spacing w:line="240" w:lineRule="auto"/>
              <w:jc w:val="center"/>
              <w:rPr>
                <w:lang w:val="ru-RU"/>
              </w:rPr>
            </w:pPr>
            <w:r w:rsidRPr="00181731">
              <w:rPr>
                <w:lang w:val="ru-RU"/>
              </w:rPr>
              <w:t xml:space="preserve">Минобрнауки России </w:t>
            </w:r>
          </w:p>
          <w:p w:rsidR="00FD4A85" w:rsidRPr="00181731" w:rsidRDefault="00FD4A85" w:rsidP="00702148">
            <w:pPr>
              <w:spacing w:line="240" w:lineRule="auto"/>
              <w:jc w:val="center"/>
              <w:rPr>
                <w:lang w:val="ru-RU"/>
              </w:rPr>
            </w:pPr>
          </w:p>
          <w:p w:rsidR="00FD4A85" w:rsidRPr="00181731" w:rsidRDefault="00FD4A85" w:rsidP="00702148">
            <w:pPr>
              <w:spacing w:line="240" w:lineRule="auto"/>
              <w:jc w:val="center"/>
              <w:rPr>
                <w:lang w:val="ru-RU"/>
              </w:rPr>
            </w:pPr>
            <w:r w:rsidRPr="00181731">
              <w:rPr>
                <w:lang w:val="ru-RU"/>
              </w:rPr>
              <w:t xml:space="preserve">ФГБОУ ВО </w:t>
            </w:r>
          </w:p>
          <w:p w:rsidR="00FD4A85" w:rsidRPr="00181731" w:rsidRDefault="00FD4A85" w:rsidP="00702148">
            <w:pPr>
              <w:spacing w:line="240" w:lineRule="auto"/>
              <w:jc w:val="center"/>
              <w:rPr>
                <w:lang w:val="ru-RU"/>
              </w:rPr>
            </w:pPr>
          </w:p>
          <w:p w:rsidR="00FD4A85" w:rsidRPr="00181731" w:rsidRDefault="00FD4A85" w:rsidP="00702148">
            <w:pPr>
              <w:spacing w:line="240" w:lineRule="auto"/>
              <w:jc w:val="center"/>
              <w:rPr>
                <w:b/>
                <w:bCs/>
                <w:i/>
                <w:iCs/>
                <w:lang w:val="ru-RU"/>
              </w:rPr>
            </w:pPr>
            <w:r w:rsidRPr="00181731">
              <w:rPr>
                <w:lang w:val="ru-RU"/>
              </w:rPr>
              <w:t>«БрГУ»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4A85" w:rsidRPr="00181731" w:rsidRDefault="00FD4A85" w:rsidP="00702148">
            <w:pPr>
              <w:spacing w:line="240" w:lineRule="auto"/>
              <w:jc w:val="center"/>
              <w:rPr>
                <w:b/>
                <w:lang w:val="ru-RU"/>
              </w:rPr>
            </w:pPr>
            <w:r w:rsidRPr="00181731">
              <w:rPr>
                <w:b/>
                <w:lang w:val="ru-RU"/>
              </w:rPr>
              <w:t>Экзаменационный тест</w:t>
            </w:r>
          </w:p>
          <w:p w:rsidR="00FD4A85" w:rsidRPr="00181731" w:rsidRDefault="00FD4A85" w:rsidP="00702148">
            <w:pPr>
              <w:spacing w:line="240" w:lineRule="auto"/>
              <w:jc w:val="center"/>
              <w:rPr>
                <w:lang w:val="ru-RU"/>
              </w:rPr>
            </w:pPr>
            <w:r w:rsidRPr="00181731">
              <w:rPr>
                <w:b/>
                <w:lang w:val="ru-RU"/>
              </w:rPr>
              <w:t>Вариант № 3</w:t>
            </w:r>
          </w:p>
          <w:p w:rsidR="00FD4A85" w:rsidRPr="00181731" w:rsidRDefault="00FD4A85" w:rsidP="00702148">
            <w:pPr>
              <w:pStyle w:val="1"/>
              <w:spacing w:before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181731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181731">
              <w:rPr>
                <w:rFonts w:ascii="Times New Roman" w:hAnsi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FD4A85" w:rsidRPr="00181731" w:rsidRDefault="00FD4A85" w:rsidP="00702148">
            <w:pPr>
              <w:spacing w:line="240" w:lineRule="auto"/>
              <w:rPr>
                <w:lang w:val="ru-RU"/>
              </w:rPr>
            </w:pPr>
            <w:r w:rsidRPr="00181731">
              <w:rPr>
                <w:b/>
                <w:lang w:val="ru-RU"/>
              </w:rPr>
              <w:t xml:space="preserve">направление подготовки 15.03.02 </w:t>
            </w:r>
            <w:r w:rsidRPr="00181731">
              <w:rPr>
                <w:lang w:val="ru-RU"/>
              </w:rPr>
              <w:t>Технологические машины и оборудование</w:t>
            </w:r>
          </w:p>
          <w:p w:rsidR="00FD4A85" w:rsidRPr="00181731" w:rsidRDefault="00FD4A85" w:rsidP="00702148">
            <w:pPr>
              <w:spacing w:line="240" w:lineRule="auto"/>
              <w:jc w:val="center"/>
              <w:rPr>
                <w:b/>
                <w:bCs/>
                <w:i/>
                <w:iCs/>
                <w:lang w:val="ru-RU"/>
              </w:rPr>
            </w:pPr>
            <w:r w:rsidRPr="00181731">
              <w:rPr>
                <w:b/>
                <w:lang w:val="ru-RU"/>
              </w:rPr>
              <w:t>профиль подготовки</w:t>
            </w:r>
            <w:r w:rsidRPr="00181731">
              <w:rPr>
                <w:lang w:val="ru-RU"/>
              </w:rPr>
              <w:t xml:space="preserve"> Машины и оборудование лесного комплекса</w:t>
            </w:r>
            <w:r w:rsidRPr="00181731">
              <w:rPr>
                <w:b/>
                <w:bCs/>
                <w:i/>
                <w:iCs/>
                <w:lang w:val="ru-RU"/>
              </w:rPr>
              <w:t xml:space="preserve"> </w:t>
            </w:r>
          </w:p>
        </w:tc>
      </w:tr>
      <w:tr w:rsidR="00FD4A85" w:rsidTr="00702148">
        <w:tc>
          <w:tcPr>
            <w:tcW w:w="10348" w:type="dxa"/>
            <w:gridSpan w:val="2"/>
            <w:tcBorders>
              <w:top w:val="single" w:sz="4" w:space="0" w:color="auto"/>
            </w:tcBorders>
          </w:tcPr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bCs/>
                <w:iCs/>
                <w:lang w:val="ru-RU"/>
              </w:rPr>
              <w:t xml:space="preserve">1. </w:t>
            </w:r>
            <w:r w:rsidRPr="00181731">
              <w:rPr>
                <w:lang w:val="ru-RU"/>
              </w:rPr>
              <w:t>Число, каких элементарных частиц является определяющим для понятия «ион»:</w:t>
            </w:r>
          </w:p>
          <w:p w:rsidR="00FD4A85" w:rsidRDefault="00FD4A85" w:rsidP="002264E8">
            <w:r>
              <w:t xml:space="preserve">1)протоны;   </w:t>
            </w:r>
          </w:p>
          <w:p w:rsidR="00FD4A85" w:rsidRDefault="00FD4A85" w:rsidP="002264E8">
            <w:r>
              <w:t xml:space="preserve">2)нейтроны;   </w:t>
            </w:r>
          </w:p>
          <w:p w:rsidR="00FD4A85" w:rsidRDefault="00FD4A85" w:rsidP="002264E8">
            <w:r>
              <w:t>3)электроны.</w:t>
            </w:r>
          </w:p>
          <w:p w:rsidR="00FD4A85" w:rsidRDefault="00FD4A85" w:rsidP="002264E8">
            <w:pPr>
              <w:rPr>
                <w:b/>
                <w:bCs/>
                <w:i/>
                <w:iCs/>
              </w:rPr>
            </w:pPr>
          </w:p>
        </w:tc>
      </w:tr>
      <w:tr w:rsidR="00FD4A85" w:rsidRPr="00771808" w:rsidTr="00702148">
        <w:tc>
          <w:tcPr>
            <w:tcW w:w="10348" w:type="dxa"/>
            <w:gridSpan w:val="2"/>
          </w:tcPr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bCs/>
                <w:iCs/>
                <w:lang w:val="ru-RU"/>
              </w:rPr>
              <w:t xml:space="preserve">2. </w:t>
            </w:r>
            <w:r w:rsidRPr="00181731">
              <w:rPr>
                <w:lang w:val="ru-RU"/>
              </w:rPr>
              <w:t>Атомы элементов, имеющие одинаковое число валентных электронов,  расположены:</w:t>
            </w:r>
          </w:p>
          <w:p w:rsidR="00FD4A85" w:rsidRPr="00181731" w:rsidRDefault="00FD4A85" w:rsidP="00FD4A85">
            <w:pPr>
              <w:numPr>
                <w:ilvl w:val="0"/>
                <w:numId w:val="74"/>
              </w:numPr>
              <w:spacing w:line="240" w:lineRule="auto"/>
              <w:rPr>
                <w:lang w:val="ru-RU"/>
              </w:rPr>
            </w:pPr>
            <w:r w:rsidRPr="00181731">
              <w:rPr>
                <w:lang w:val="ru-RU"/>
              </w:rPr>
              <w:t>в одной группе периодической системы;</w:t>
            </w:r>
          </w:p>
          <w:p w:rsidR="00FD4A85" w:rsidRPr="00181731" w:rsidRDefault="00FD4A85" w:rsidP="00FD4A85">
            <w:pPr>
              <w:numPr>
                <w:ilvl w:val="0"/>
                <w:numId w:val="74"/>
              </w:numPr>
              <w:spacing w:line="240" w:lineRule="auto"/>
              <w:rPr>
                <w:lang w:val="ru-RU"/>
              </w:rPr>
            </w:pPr>
            <w:r w:rsidRPr="00181731">
              <w:rPr>
                <w:lang w:val="ru-RU"/>
              </w:rPr>
              <w:t>в одном периоде периодической системы;</w:t>
            </w:r>
          </w:p>
          <w:p w:rsidR="00FD4A85" w:rsidRPr="00181731" w:rsidRDefault="00FD4A85" w:rsidP="00FD4A85">
            <w:pPr>
              <w:numPr>
                <w:ilvl w:val="0"/>
                <w:numId w:val="74"/>
              </w:numPr>
              <w:spacing w:line="240" w:lineRule="auto"/>
              <w:rPr>
                <w:b/>
                <w:bCs/>
                <w:i/>
                <w:iCs/>
                <w:lang w:val="ru-RU"/>
              </w:rPr>
            </w:pPr>
            <w:r w:rsidRPr="00181731">
              <w:rPr>
                <w:lang w:val="ru-RU"/>
              </w:rPr>
              <w:t>в одной подгруппе периодической системы.</w:t>
            </w:r>
          </w:p>
          <w:p w:rsidR="00FD4A85" w:rsidRPr="00181731" w:rsidRDefault="00FD4A85" w:rsidP="002264E8">
            <w:pPr>
              <w:ind w:left="720"/>
              <w:rPr>
                <w:b/>
                <w:bCs/>
                <w:i/>
                <w:iCs/>
                <w:lang w:val="ru-RU"/>
              </w:rPr>
            </w:pPr>
          </w:p>
        </w:tc>
      </w:tr>
      <w:tr w:rsidR="00FD4A85" w:rsidTr="00702148">
        <w:tc>
          <w:tcPr>
            <w:tcW w:w="10348" w:type="dxa"/>
            <w:gridSpan w:val="2"/>
          </w:tcPr>
          <w:p w:rsidR="00FD4A85" w:rsidRPr="00181731" w:rsidRDefault="00FD4A85" w:rsidP="002264E8">
            <w:pPr>
              <w:rPr>
                <w:b/>
                <w:bCs/>
                <w:i/>
                <w:iCs/>
                <w:lang w:val="ru-RU"/>
              </w:rPr>
            </w:pPr>
          </w:p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b/>
                <w:bCs/>
                <w:i/>
                <w:iCs/>
                <w:lang w:val="ru-RU"/>
              </w:rPr>
              <w:t xml:space="preserve">3. </w:t>
            </w:r>
            <w:r w:rsidRPr="00181731">
              <w:rPr>
                <w:lang w:val="ru-RU"/>
              </w:rPr>
              <w:t>Высший гидроксид хрома:</w:t>
            </w:r>
          </w:p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lang w:val="ru-RU"/>
              </w:rPr>
              <w:t xml:space="preserve">     1) проявляет кислотные свойства</w:t>
            </w:r>
            <w:r w:rsidRPr="00FA34E7">
              <w:rPr>
                <w:position w:val="-10"/>
              </w:rPr>
              <w:object w:dxaOrig="180" w:dyaOrig="340">
                <v:shape id="_x0000_i1199" type="#_x0000_t75" style="width:9pt;height:17.25pt" o:ole="">
                  <v:imagedata r:id="rId108" o:title=""/>
                </v:shape>
                <o:OLEObject Type="Embed" ProgID="Equation.3" ShapeID="_x0000_i1199" DrawAspect="Content" ObjectID="_1842695894" r:id="rId305"/>
              </w:object>
            </w:r>
          </w:p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lang w:val="ru-RU"/>
              </w:rPr>
              <w:t xml:space="preserve">     2) проявляет основные свойства</w:t>
            </w:r>
          </w:p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lang w:val="ru-RU"/>
              </w:rPr>
              <w:t xml:space="preserve">     3) проявляет амфотерные свойства</w:t>
            </w:r>
          </w:p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lang w:val="ru-RU"/>
              </w:rPr>
              <w:lastRenderedPageBreak/>
              <w:t xml:space="preserve">     Ответ подтвердите, составив уравнение реакций:</w:t>
            </w:r>
          </w:p>
          <w:p w:rsidR="00FD4A85" w:rsidRDefault="00FD4A85" w:rsidP="002264E8">
            <w:r>
              <w:t>1)</w:t>
            </w:r>
          </w:p>
          <w:p w:rsidR="00FD4A85" w:rsidRDefault="00FD4A85" w:rsidP="002264E8">
            <w:r>
              <w:t>2)</w:t>
            </w:r>
          </w:p>
          <w:p w:rsidR="00FD4A85" w:rsidRDefault="00FD4A85" w:rsidP="002264E8">
            <w:pPr>
              <w:rPr>
                <w:b/>
                <w:bCs/>
                <w:i/>
                <w:iCs/>
              </w:rPr>
            </w:pPr>
          </w:p>
        </w:tc>
      </w:tr>
      <w:tr w:rsidR="00FD4A85" w:rsidRPr="00771808" w:rsidTr="00702148">
        <w:tc>
          <w:tcPr>
            <w:tcW w:w="10348" w:type="dxa"/>
            <w:gridSpan w:val="2"/>
          </w:tcPr>
          <w:p w:rsidR="00FD4A85" w:rsidRPr="00181731" w:rsidRDefault="00FD4A85" w:rsidP="002264E8">
            <w:pPr>
              <w:rPr>
                <w:lang w:val="ru-RU"/>
              </w:rPr>
            </w:pPr>
            <w:r>
              <w:rPr>
                <w:b/>
                <w:bCs/>
                <w:i/>
                <w:iCs/>
              </w:rPr>
              <w:lastRenderedPageBreak/>
              <w:t xml:space="preserve"> </w:t>
            </w:r>
            <w:r w:rsidRPr="00181731">
              <w:rPr>
                <w:bCs/>
                <w:iCs/>
                <w:lang w:val="ru-RU"/>
              </w:rPr>
              <w:t>4</w:t>
            </w:r>
            <w:r w:rsidRPr="00181731">
              <w:rPr>
                <w:sz w:val="28"/>
                <w:lang w:val="ru-RU"/>
              </w:rPr>
              <w:t xml:space="preserve"> . </w:t>
            </w:r>
            <w:r w:rsidRPr="00181731">
              <w:rPr>
                <w:lang w:val="ru-RU"/>
              </w:rPr>
              <w:t xml:space="preserve">Для проведения реакций по схеме: </w:t>
            </w:r>
            <w:r>
              <w:t>MgCl</w:t>
            </w:r>
            <w:r w:rsidRPr="00181731">
              <w:rPr>
                <w:vertAlign w:val="subscript"/>
                <w:lang w:val="ru-RU"/>
              </w:rPr>
              <w:t>2</w:t>
            </w:r>
            <w:r w:rsidRPr="00181731">
              <w:rPr>
                <w:lang w:val="ru-RU"/>
              </w:rPr>
              <w:t xml:space="preserve"> </w:t>
            </w:r>
            <w:r w:rsidRPr="00FA34E7">
              <w:rPr>
                <w:position w:val="-6"/>
              </w:rPr>
              <w:object w:dxaOrig="300" w:dyaOrig="220">
                <v:shape id="_x0000_i1200" type="#_x0000_t75" style="width:15.75pt;height:12pt" o:ole="">
                  <v:imagedata r:id="rId12" o:title=""/>
                </v:shape>
                <o:OLEObject Type="Embed" ProgID="Equation.3" ShapeID="_x0000_i1200" DrawAspect="Content" ObjectID="_1842695895" r:id="rId306"/>
              </w:object>
            </w:r>
            <w:r w:rsidRPr="00181731">
              <w:rPr>
                <w:lang w:val="ru-RU"/>
              </w:rPr>
              <w:t xml:space="preserve"> </w:t>
            </w:r>
            <w:r w:rsidRPr="00FA34E7">
              <w:t>MgCO</w:t>
            </w:r>
            <w:r w:rsidRPr="00181731">
              <w:rPr>
                <w:vertAlign w:val="subscript"/>
                <w:lang w:val="ru-RU"/>
              </w:rPr>
              <w:t>3</w:t>
            </w:r>
            <w:r w:rsidRPr="00FA34E7">
              <w:rPr>
                <w:position w:val="-6"/>
              </w:rPr>
              <w:object w:dxaOrig="300" w:dyaOrig="220">
                <v:shape id="_x0000_i1201" type="#_x0000_t75" style="width:15.75pt;height:10.5pt" o:ole="">
                  <v:imagedata r:id="rId14" o:title=""/>
                </v:shape>
                <o:OLEObject Type="Embed" ProgID="Equation.3" ShapeID="_x0000_i1201" DrawAspect="Content" ObjectID="_1842695896" r:id="rId307"/>
              </w:object>
            </w:r>
            <w:r w:rsidRPr="00181731">
              <w:rPr>
                <w:lang w:val="ru-RU"/>
              </w:rPr>
              <w:t xml:space="preserve"> </w:t>
            </w:r>
            <w:r w:rsidRPr="00FA34E7">
              <w:t>CO</w:t>
            </w:r>
            <w:r w:rsidRPr="00181731">
              <w:rPr>
                <w:vertAlign w:val="subscript"/>
                <w:lang w:val="ru-RU"/>
              </w:rPr>
              <w:t xml:space="preserve">2  </w:t>
            </w:r>
            <w:r w:rsidRPr="00181731">
              <w:rPr>
                <w:lang w:val="ru-RU"/>
              </w:rPr>
              <w:t>набор реактивов и условий соответственно:</w:t>
            </w:r>
          </w:p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lang w:val="ru-RU"/>
              </w:rPr>
              <w:t xml:space="preserve">1) </w:t>
            </w:r>
            <w:r w:rsidRPr="00FA34E7">
              <w:t>H</w:t>
            </w:r>
            <w:r w:rsidRPr="00181731">
              <w:rPr>
                <w:vertAlign w:val="subscript"/>
                <w:lang w:val="ru-RU"/>
              </w:rPr>
              <w:t>2</w:t>
            </w:r>
            <w:r w:rsidRPr="00181731">
              <w:rPr>
                <w:lang w:val="ru-RU"/>
              </w:rPr>
              <w:t>С</w:t>
            </w:r>
            <w:r w:rsidRPr="00FA34E7">
              <w:t>O</w:t>
            </w:r>
            <w:r w:rsidRPr="00181731">
              <w:rPr>
                <w:vertAlign w:val="subscript"/>
                <w:lang w:val="ru-RU"/>
              </w:rPr>
              <w:t>3</w:t>
            </w:r>
            <w:r w:rsidRPr="00181731">
              <w:rPr>
                <w:lang w:val="ru-RU"/>
              </w:rPr>
              <w:t>;   температура</w:t>
            </w:r>
            <w:r w:rsidRPr="00181731">
              <w:rPr>
                <w:lang w:val="ru-RU"/>
              </w:rPr>
              <w:tab/>
            </w:r>
            <w:r w:rsidRPr="00181731">
              <w:rPr>
                <w:lang w:val="ru-RU"/>
              </w:rPr>
              <w:tab/>
            </w:r>
          </w:p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lang w:val="ru-RU"/>
              </w:rPr>
              <w:t xml:space="preserve">2) </w:t>
            </w:r>
            <w:r>
              <w:t>HCl</w:t>
            </w:r>
            <w:r w:rsidRPr="00181731">
              <w:rPr>
                <w:lang w:val="ru-RU"/>
              </w:rPr>
              <w:t xml:space="preserve">; температура;   </w:t>
            </w:r>
            <w:r w:rsidRPr="00181731">
              <w:rPr>
                <w:lang w:val="ru-RU"/>
              </w:rPr>
              <w:tab/>
            </w:r>
          </w:p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lang w:val="ru-RU"/>
              </w:rPr>
              <w:t xml:space="preserve">3) </w:t>
            </w:r>
            <w:r w:rsidRPr="00FA34E7">
              <w:t>Na</w:t>
            </w:r>
            <w:r w:rsidRPr="00181731">
              <w:rPr>
                <w:vertAlign w:val="subscript"/>
                <w:lang w:val="ru-RU"/>
              </w:rPr>
              <w:t>2</w:t>
            </w:r>
            <w:r w:rsidRPr="00181731">
              <w:rPr>
                <w:lang w:val="ru-RU"/>
              </w:rPr>
              <w:t>С</w:t>
            </w:r>
            <w:r w:rsidRPr="00FA34E7">
              <w:t>O</w:t>
            </w:r>
            <w:r w:rsidRPr="00181731">
              <w:rPr>
                <w:vertAlign w:val="subscript"/>
                <w:lang w:val="ru-RU"/>
              </w:rPr>
              <w:t>3</w:t>
            </w:r>
            <w:r w:rsidRPr="00181731">
              <w:rPr>
                <w:lang w:val="ru-RU"/>
              </w:rPr>
              <w:t>; температура</w:t>
            </w:r>
          </w:p>
          <w:p w:rsidR="00FD4A85" w:rsidRPr="00181731" w:rsidRDefault="00FD4A85" w:rsidP="002264E8">
            <w:pPr>
              <w:rPr>
                <w:b/>
                <w:bCs/>
                <w:i/>
                <w:iCs/>
                <w:lang w:val="ru-RU"/>
              </w:rPr>
            </w:pPr>
          </w:p>
        </w:tc>
      </w:tr>
      <w:tr w:rsidR="00FD4A85" w:rsidTr="00702148">
        <w:tc>
          <w:tcPr>
            <w:tcW w:w="10348" w:type="dxa"/>
            <w:gridSpan w:val="2"/>
          </w:tcPr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181731">
              <w:rPr>
                <w:bCs/>
                <w:iCs/>
                <w:lang w:val="ru-RU"/>
              </w:rPr>
              <w:t>5.</w:t>
            </w:r>
            <w:r w:rsidRPr="00181731">
              <w:rPr>
                <w:b/>
                <w:bCs/>
                <w:i/>
                <w:iCs/>
                <w:lang w:val="ru-RU"/>
              </w:rPr>
              <w:t xml:space="preserve">  </w:t>
            </w:r>
            <w:r w:rsidRPr="00181731">
              <w:rPr>
                <w:lang w:val="ru-RU"/>
              </w:rPr>
              <w:t>Атом азота в молекуле аммиака имеет …</w:t>
            </w:r>
          </w:p>
          <w:p w:rsidR="00FD4A85" w:rsidRDefault="00FD4A85" w:rsidP="00FD4A85">
            <w:pPr>
              <w:numPr>
                <w:ilvl w:val="0"/>
                <w:numId w:val="75"/>
              </w:numPr>
              <w:spacing w:line="240" w:lineRule="auto"/>
            </w:pPr>
            <w:r w:rsidRPr="00181731">
              <w:rPr>
                <w:lang w:val="ru-RU"/>
              </w:rPr>
              <w:t xml:space="preserve">Три </w:t>
            </w:r>
            <w:r>
              <w:rPr>
                <w:position w:val="-10"/>
              </w:rPr>
              <w:object w:dxaOrig="400" w:dyaOrig="360">
                <v:shape id="_x0000_i1202" type="#_x0000_t75" style="width:20.25pt;height:18pt" o:ole="">
                  <v:imagedata r:id="rId20" o:title=""/>
                </v:shape>
                <o:OLEObject Type="Embed" ProgID="Equation.3" ShapeID="_x0000_i1202" DrawAspect="Content" ObjectID="_1842695897" r:id="rId308"/>
              </w:object>
            </w:r>
            <w:r w:rsidRPr="00181731">
              <w:rPr>
                <w:lang w:val="ru-RU"/>
              </w:rPr>
              <w:t xml:space="preserve">– гибридные орбитали и одну негибридную </w:t>
            </w:r>
            <w:r>
              <w:rPr>
                <w:position w:val="-10"/>
              </w:rPr>
              <w:object w:dxaOrig="360" w:dyaOrig="320">
                <v:shape id="_x0000_i1203" type="#_x0000_t75" style="width:18pt;height:15.75pt" o:ole="">
                  <v:imagedata r:id="rId22" o:title=""/>
                </v:shape>
                <o:OLEObject Type="Embed" ProgID="Equation.3" ShapeID="_x0000_i1203" DrawAspect="Content" ObjectID="_1842695898" r:id="rId309"/>
              </w:object>
            </w:r>
            <w:r>
              <w:t>- орбиталь;</w:t>
            </w:r>
          </w:p>
          <w:p w:rsidR="00FD4A85" w:rsidRDefault="00FD4A85" w:rsidP="00FD4A85">
            <w:pPr>
              <w:numPr>
                <w:ilvl w:val="0"/>
                <w:numId w:val="75"/>
              </w:numPr>
              <w:spacing w:line="240" w:lineRule="auto"/>
            </w:pPr>
            <w:r>
              <w:t xml:space="preserve">Четыре </w:t>
            </w:r>
            <w:r>
              <w:rPr>
                <w:position w:val="-10"/>
              </w:rPr>
              <w:object w:dxaOrig="380" w:dyaOrig="360">
                <v:shape id="_x0000_i1204" type="#_x0000_t75" style="width:18.75pt;height:18pt" o:ole="">
                  <v:imagedata r:id="rId24" o:title=""/>
                </v:shape>
                <o:OLEObject Type="Embed" ProgID="Equation.3" ShapeID="_x0000_i1204" DrawAspect="Content" ObjectID="_1842695899" r:id="rId310"/>
              </w:object>
            </w:r>
            <w:r>
              <w:t>-гибридные орбитали;</w:t>
            </w:r>
          </w:p>
          <w:p w:rsidR="00FD4A85" w:rsidRPr="00E72CFB" w:rsidRDefault="00FD4A85" w:rsidP="00FD4A85">
            <w:pPr>
              <w:numPr>
                <w:ilvl w:val="0"/>
                <w:numId w:val="75"/>
              </w:numPr>
              <w:spacing w:line="240" w:lineRule="auto"/>
            </w:pPr>
            <w:r w:rsidRPr="00181731">
              <w:rPr>
                <w:lang w:val="ru-RU"/>
              </w:rPr>
              <w:t xml:space="preserve">Три </w:t>
            </w:r>
            <w:r>
              <w:rPr>
                <w:position w:val="-10"/>
              </w:rPr>
              <w:object w:dxaOrig="380" w:dyaOrig="360">
                <v:shape id="_x0000_i1205" type="#_x0000_t75" style="width:18.75pt;height:18pt" o:ole="">
                  <v:imagedata r:id="rId26" o:title=""/>
                </v:shape>
                <o:OLEObject Type="Embed" ProgID="Equation.3" ShapeID="_x0000_i1205" DrawAspect="Content" ObjectID="_1842695900" r:id="rId311"/>
              </w:object>
            </w:r>
            <w:r w:rsidRPr="00181731">
              <w:rPr>
                <w:lang w:val="ru-RU"/>
              </w:rPr>
              <w:t xml:space="preserve">-гибридные орбитали и одну негибридную </w:t>
            </w:r>
            <w:r>
              <w:rPr>
                <w:position w:val="-10"/>
              </w:rPr>
              <w:object w:dxaOrig="360" w:dyaOrig="320">
                <v:shape id="_x0000_i1206" type="#_x0000_t75" style="width:18pt;height:15.75pt" o:ole="">
                  <v:imagedata r:id="rId28" o:title=""/>
                </v:shape>
                <o:OLEObject Type="Embed" ProgID="Equation.3" ShapeID="_x0000_i1206" DrawAspect="Content" ObjectID="_1842695901" r:id="rId312"/>
              </w:object>
            </w:r>
            <w:r>
              <w:t>-орбиталь.</w:t>
            </w:r>
          </w:p>
          <w:p w:rsidR="00FD4A85" w:rsidRDefault="00FD4A85" w:rsidP="002264E8">
            <w:pPr>
              <w:ind w:left="720"/>
            </w:pPr>
          </w:p>
        </w:tc>
      </w:tr>
      <w:tr w:rsidR="00FD4A85" w:rsidTr="00702148">
        <w:tc>
          <w:tcPr>
            <w:tcW w:w="10348" w:type="dxa"/>
            <w:gridSpan w:val="2"/>
          </w:tcPr>
          <w:p w:rsidR="00FD4A85" w:rsidRDefault="00FD4A85" w:rsidP="002264E8">
            <w:r w:rsidRPr="00181731">
              <w:rPr>
                <w:bCs/>
                <w:iCs/>
                <w:lang w:val="ru-RU"/>
              </w:rPr>
              <w:t>6.</w:t>
            </w:r>
            <w:r w:rsidRPr="0018173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181731">
              <w:rPr>
                <w:lang w:val="ru-RU"/>
              </w:rPr>
              <w:t xml:space="preserve">В зависимости от способности химической системы к обмену энергией и веществом с окружающей средой, различают три типа систем: открытые, закрытые, изолированные. </w:t>
            </w:r>
            <w:r>
              <w:t>Закрытая система с окружающей ее средой …</w:t>
            </w:r>
          </w:p>
          <w:p w:rsidR="00FD4A85" w:rsidRPr="00181731" w:rsidRDefault="00FD4A85" w:rsidP="00FD4A85">
            <w:pPr>
              <w:numPr>
                <w:ilvl w:val="0"/>
                <w:numId w:val="76"/>
              </w:numPr>
              <w:spacing w:line="240" w:lineRule="auto"/>
              <w:rPr>
                <w:lang w:val="ru-RU"/>
              </w:rPr>
            </w:pPr>
            <w:r w:rsidRPr="00181731">
              <w:rPr>
                <w:lang w:val="ru-RU"/>
              </w:rPr>
              <w:t>Обменивается энергией, но не обменивается веществом</w:t>
            </w:r>
          </w:p>
          <w:p w:rsidR="00FD4A85" w:rsidRPr="00181731" w:rsidRDefault="00FD4A85" w:rsidP="00FD4A85">
            <w:pPr>
              <w:numPr>
                <w:ilvl w:val="0"/>
                <w:numId w:val="76"/>
              </w:numPr>
              <w:spacing w:line="240" w:lineRule="auto"/>
              <w:rPr>
                <w:lang w:val="ru-RU"/>
              </w:rPr>
            </w:pPr>
            <w:r w:rsidRPr="00181731">
              <w:rPr>
                <w:lang w:val="ru-RU"/>
              </w:rPr>
              <w:t>Обменивается веществом, но не обменивается энергией</w:t>
            </w:r>
          </w:p>
          <w:p w:rsidR="00FD4A85" w:rsidRPr="00E72CFB" w:rsidRDefault="00FD4A85" w:rsidP="00FD4A85">
            <w:pPr>
              <w:numPr>
                <w:ilvl w:val="0"/>
                <w:numId w:val="76"/>
              </w:numPr>
              <w:spacing w:line="240" w:lineRule="auto"/>
            </w:pPr>
            <w:r>
              <w:t>Обменивается энергией и веществом</w:t>
            </w:r>
          </w:p>
          <w:p w:rsidR="00FD4A85" w:rsidRDefault="00FD4A85" w:rsidP="002264E8">
            <w:pPr>
              <w:ind w:left="720"/>
            </w:pPr>
          </w:p>
        </w:tc>
      </w:tr>
      <w:tr w:rsidR="00FD4A85" w:rsidTr="00702148">
        <w:tc>
          <w:tcPr>
            <w:tcW w:w="10348" w:type="dxa"/>
            <w:gridSpan w:val="2"/>
          </w:tcPr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bCs/>
                <w:iCs/>
                <w:lang w:val="ru-RU"/>
              </w:rPr>
              <w:t>7.</w:t>
            </w:r>
            <w:r w:rsidRPr="0018173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181731">
              <w:rPr>
                <w:lang w:val="ru-RU"/>
              </w:rPr>
              <w:t>Назовите физическое явление, не сопровождающееся изменением энтальпии:</w:t>
            </w:r>
          </w:p>
          <w:p w:rsidR="00FD4A85" w:rsidRPr="00181731" w:rsidRDefault="00FD4A85" w:rsidP="002264E8">
            <w:pPr>
              <w:ind w:left="360"/>
              <w:rPr>
                <w:lang w:val="ru-RU"/>
              </w:rPr>
            </w:pPr>
            <w:r w:rsidRPr="00181731">
              <w:rPr>
                <w:lang w:val="ru-RU"/>
              </w:rPr>
              <w:t xml:space="preserve">1) Растворение соли в воде;    </w:t>
            </w:r>
          </w:p>
          <w:p w:rsidR="00FD4A85" w:rsidRPr="00181731" w:rsidRDefault="00FD4A85" w:rsidP="002264E8">
            <w:pPr>
              <w:ind w:left="360"/>
              <w:rPr>
                <w:lang w:val="ru-RU"/>
              </w:rPr>
            </w:pPr>
            <w:r w:rsidRPr="00181731">
              <w:rPr>
                <w:lang w:val="ru-RU"/>
              </w:rPr>
              <w:t xml:space="preserve">2) Плавление льда;    </w:t>
            </w:r>
          </w:p>
          <w:p w:rsidR="00FD4A85" w:rsidRDefault="00FD4A85" w:rsidP="002264E8">
            <w:pPr>
              <w:ind w:left="360"/>
            </w:pPr>
            <w:r>
              <w:t>3) Интерференция света</w:t>
            </w:r>
          </w:p>
          <w:p w:rsidR="00FD4A85" w:rsidRDefault="00FD4A85" w:rsidP="002264E8">
            <w:pPr>
              <w:ind w:left="360"/>
            </w:pPr>
          </w:p>
        </w:tc>
      </w:tr>
      <w:tr w:rsidR="00FD4A85" w:rsidTr="00702148">
        <w:tc>
          <w:tcPr>
            <w:tcW w:w="10348" w:type="dxa"/>
            <w:gridSpan w:val="2"/>
          </w:tcPr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bCs/>
                <w:iCs/>
                <w:lang w:val="ru-RU"/>
              </w:rPr>
              <w:t xml:space="preserve">8. </w:t>
            </w:r>
            <w:r w:rsidRPr="00181731">
              <w:rPr>
                <w:lang w:val="ru-RU"/>
              </w:rPr>
              <w:t xml:space="preserve">Не производя вычислений, установить значение </w:t>
            </w:r>
            <w:r>
              <w:rPr>
                <w:position w:val="-6"/>
              </w:rPr>
              <w:object w:dxaOrig="460" w:dyaOrig="320">
                <v:shape id="_x0000_i1207" type="#_x0000_t75" style="width:23.25pt;height:15.75pt" o:ole="">
                  <v:imagedata r:id="rId76" o:title=""/>
                </v:shape>
                <o:OLEObject Type="Embed" ProgID="Equation.3" ShapeID="_x0000_i1207" DrawAspect="Content" ObjectID="_1842695902" r:id="rId313"/>
              </w:object>
            </w:r>
            <w:r w:rsidRPr="00181731">
              <w:rPr>
                <w:lang w:val="ru-RU"/>
              </w:rPr>
              <w:t xml:space="preserve">для следующего процесса: </w:t>
            </w:r>
            <w:r>
              <w:rPr>
                <w:position w:val="-14"/>
              </w:rPr>
              <w:object w:dxaOrig="2560" w:dyaOrig="380">
                <v:shape id="_x0000_i1208" type="#_x0000_t75" style="width:128.25pt;height:18.75pt" o:ole="">
                  <v:imagedata r:id="rId314" o:title=""/>
                </v:shape>
                <o:OLEObject Type="Embed" ProgID="Equation.3" ShapeID="_x0000_i1208" DrawAspect="Content" ObjectID="_1842695903" r:id="rId315"/>
              </w:object>
            </w:r>
          </w:p>
          <w:p w:rsidR="00FD4A85" w:rsidRDefault="00FD4A85" w:rsidP="00FD4A85">
            <w:pPr>
              <w:numPr>
                <w:ilvl w:val="0"/>
                <w:numId w:val="82"/>
              </w:numPr>
              <w:spacing w:line="240" w:lineRule="auto"/>
            </w:pPr>
            <w:r>
              <w:rPr>
                <w:position w:val="-6"/>
              </w:rPr>
              <w:object w:dxaOrig="740" w:dyaOrig="280">
                <v:shape id="_x0000_i1209" type="#_x0000_t75" style="width:36.75pt;height:13.5pt" o:ole="">
                  <v:imagedata r:id="rId252" o:title=""/>
                </v:shape>
                <o:OLEObject Type="Embed" ProgID="Equation.3" ShapeID="_x0000_i1209" DrawAspect="Content" ObjectID="_1842695904" r:id="rId316"/>
              </w:object>
            </w:r>
          </w:p>
          <w:p w:rsidR="00FD4A85" w:rsidRDefault="00FD4A85" w:rsidP="00FD4A85">
            <w:pPr>
              <w:numPr>
                <w:ilvl w:val="0"/>
                <w:numId w:val="82"/>
              </w:numPr>
              <w:spacing w:line="240" w:lineRule="auto"/>
            </w:pPr>
            <w:r>
              <w:rPr>
                <w:position w:val="-6"/>
              </w:rPr>
              <w:object w:dxaOrig="740" w:dyaOrig="280">
                <v:shape id="_x0000_i1210" type="#_x0000_t75" style="width:36.75pt;height:13.5pt" o:ole="">
                  <v:imagedata r:id="rId254" o:title=""/>
                </v:shape>
                <o:OLEObject Type="Embed" ProgID="Equation.3" ShapeID="_x0000_i1210" DrawAspect="Content" ObjectID="_1842695905" r:id="rId317"/>
              </w:object>
            </w:r>
          </w:p>
          <w:p w:rsidR="00FD4A85" w:rsidRDefault="00FD4A85" w:rsidP="00FD4A85">
            <w:pPr>
              <w:numPr>
                <w:ilvl w:val="0"/>
                <w:numId w:val="82"/>
              </w:numPr>
              <w:spacing w:line="240" w:lineRule="auto"/>
            </w:pPr>
            <w:r>
              <w:rPr>
                <w:position w:val="-6"/>
              </w:rPr>
              <w:object w:dxaOrig="740" w:dyaOrig="280">
                <v:shape id="_x0000_i1211" type="#_x0000_t75" style="width:36.75pt;height:13.5pt" o:ole="">
                  <v:imagedata r:id="rId284" o:title=""/>
                </v:shape>
                <o:OLEObject Type="Embed" ProgID="Equation.3" ShapeID="_x0000_i1211" DrawAspect="Content" ObjectID="_1842695906" r:id="rId318"/>
              </w:object>
            </w:r>
          </w:p>
          <w:p w:rsidR="00FD4A85" w:rsidRDefault="00FD4A85" w:rsidP="002264E8">
            <w:pPr>
              <w:ind w:left="360"/>
            </w:pPr>
          </w:p>
          <w:p w:rsidR="00FD4A85" w:rsidRDefault="00FD4A85" w:rsidP="002264E8">
            <w:pPr>
              <w:ind w:left="360"/>
            </w:pPr>
          </w:p>
        </w:tc>
      </w:tr>
      <w:tr w:rsidR="00FD4A85" w:rsidTr="00702148">
        <w:tc>
          <w:tcPr>
            <w:tcW w:w="10348" w:type="dxa"/>
            <w:gridSpan w:val="2"/>
          </w:tcPr>
          <w:p w:rsidR="00FD4A85" w:rsidRDefault="00FD4A85" w:rsidP="002264E8">
            <w:r w:rsidRPr="00181731">
              <w:rPr>
                <w:bCs/>
                <w:iCs/>
                <w:lang w:val="ru-RU"/>
              </w:rPr>
              <w:t>9.</w:t>
            </w:r>
            <w:r w:rsidRPr="0018173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181731">
              <w:rPr>
                <w:lang w:val="ru-RU"/>
              </w:rPr>
              <w:t xml:space="preserve">При образовании 1 моль </w:t>
            </w:r>
            <w:r>
              <w:rPr>
                <w:position w:val="-6"/>
              </w:rPr>
              <w:object w:dxaOrig="499" w:dyaOrig="279">
                <v:shape id="_x0000_i1212" type="#_x0000_t75" style="width:25.5pt;height:13.5pt" o:ole="">
                  <v:imagedata r:id="rId47" o:title=""/>
                </v:shape>
                <o:OLEObject Type="Embed" ProgID="Equation.3" ShapeID="_x0000_i1212" DrawAspect="Content" ObjectID="_1842695907" r:id="rId319"/>
              </w:object>
            </w:r>
            <w:r w:rsidRPr="00181731">
              <w:rPr>
                <w:lang w:val="ru-RU"/>
              </w:rPr>
              <w:t xml:space="preserve">, из простых веществ выделилось 92,3 кДж тепла. </w:t>
            </w:r>
            <w:r>
              <w:t xml:space="preserve">Сколько </w:t>
            </w:r>
            <w:r>
              <w:lastRenderedPageBreak/>
              <w:t xml:space="preserve">выделилось теплоты, если прореагировало </w:t>
            </w:r>
            <w:smartTag w:uri="urn:schemas-microsoft-com:office:smarttags" w:element="metricconverter">
              <w:smartTagPr>
                <w:attr w:name="ProductID" w:val="11,2 л"/>
              </w:smartTagPr>
              <w:r>
                <w:t>11,2 л</w:t>
              </w:r>
            </w:smartTag>
            <w:r>
              <w:t xml:space="preserve"> </w:t>
            </w:r>
            <w:r>
              <w:rPr>
                <w:position w:val="-10"/>
              </w:rPr>
              <w:object w:dxaOrig="360" w:dyaOrig="340">
                <v:shape id="_x0000_i1213" type="#_x0000_t75" style="width:18pt;height:17.25pt" o:ole="">
                  <v:imagedata r:id="rId320" o:title=""/>
                </v:shape>
                <o:OLEObject Type="Embed" ProgID="Equation.3" ShapeID="_x0000_i1213" DrawAspect="Content" ObjectID="_1842695908" r:id="rId321"/>
              </w:object>
            </w:r>
            <w:r>
              <w:t>?</w:t>
            </w:r>
          </w:p>
          <w:p w:rsidR="00FD4A85" w:rsidRDefault="00FD4A85" w:rsidP="002264E8"/>
        </w:tc>
      </w:tr>
      <w:tr w:rsidR="00FD4A85" w:rsidRPr="00771808" w:rsidTr="00702148">
        <w:tc>
          <w:tcPr>
            <w:tcW w:w="10348" w:type="dxa"/>
            <w:gridSpan w:val="2"/>
          </w:tcPr>
          <w:p w:rsidR="00FD4A85" w:rsidRPr="00181731" w:rsidRDefault="00FD4A85" w:rsidP="002264E8">
            <w:pPr>
              <w:rPr>
                <w:szCs w:val="28"/>
                <w:lang w:val="ru-RU"/>
              </w:rPr>
            </w:pPr>
            <w:r w:rsidRPr="00181731">
              <w:rPr>
                <w:bCs/>
                <w:iCs/>
                <w:lang w:val="ru-RU"/>
              </w:rPr>
              <w:lastRenderedPageBreak/>
              <w:t>10.</w:t>
            </w:r>
            <w:r w:rsidRPr="0018173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181731">
              <w:rPr>
                <w:szCs w:val="28"/>
                <w:lang w:val="ru-RU"/>
              </w:rPr>
              <w:t xml:space="preserve">Во сколько раз изменится скорость реакции, описываемой уравнением </w:t>
            </w:r>
          </w:p>
          <w:p w:rsidR="00FD4A85" w:rsidRPr="00181731" w:rsidRDefault="00FD4A85" w:rsidP="002264E8">
            <w:pPr>
              <w:rPr>
                <w:szCs w:val="28"/>
                <w:lang w:val="ru-RU"/>
              </w:rPr>
            </w:pPr>
            <w:r w:rsidRPr="00181731">
              <w:rPr>
                <w:szCs w:val="28"/>
                <w:lang w:val="ru-RU"/>
              </w:rPr>
              <w:tab/>
            </w:r>
            <w:r>
              <w:rPr>
                <w:szCs w:val="28"/>
              </w:rPr>
              <w:t>C</w:t>
            </w:r>
            <w:r w:rsidRPr="00181731">
              <w:rPr>
                <w:szCs w:val="28"/>
                <w:vertAlign w:val="subscript"/>
                <w:lang w:val="ru-RU"/>
              </w:rPr>
              <w:t>(т)</w:t>
            </w:r>
            <w:r w:rsidRPr="00181731">
              <w:rPr>
                <w:szCs w:val="28"/>
                <w:lang w:val="ru-RU"/>
              </w:rPr>
              <w:t xml:space="preserve"> + 2</w:t>
            </w:r>
            <w:r>
              <w:rPr>
                <w:szCs w:val="28"/>
              </w:rPr>
              <w:t>N</w:t>
            </w:r>
            <w:r w:rsidRPr="00181731">
              <w:rPr>
                <w:szCs w:val="28"/>
                <w:vertAlign w:val="subscript"/>
                <w:lang w:val="ru-RU"/>
              </w:rPr>
              <w:t>2</w:t>
            </w:r>
            <w:r>
              <w:rPr>
                <w:szCs w:val="28"/>
              </w:rPr>
              <w:t>O</w:t>
            </w:r>
            <w:r w:rsidRPr="00181731">
              <w:rPr>
                <w:szCs w:val="28"/>
                <w:vertAlign w:val="subscript"/>
                <w:lang w:val="ru-RU"/>
              </w:rPr>
              <w:t>(г)</w:t>
            </w:r>
            <w:r w:rsidRPr="00181731">
              <w:rPr>
                <w:szCs w:val="28"/>
                <w:lang w:val="ru-RU"/>
              </w:rPr>
              <w:t xml:space="preserve"> = </w:t>
            </w:r>
            <w:r>
              <w:rPr>
                <w:szCs w:val="28"/>
              </w:rPr>
              <w:t>CO</w:t>
            </w:r>
            <w:r w:rsidRPr="00181731">
              <w:rPr>
                <w:szCs w:val="28"/>
                <w:vertAlign w:val="subscript"/>
                <w:lang w:val="ru-RU"/>
              </w:rPr>
              <w:t>2(г)</w:t>
            </w:r>
            <w:r w:rsidRPr="00181731">
              <w:rPr>
                <w:szCs w:val="28"/>
                <w:lang w:val="ru-RU"/>
              </w:rPr>
              <w:t xml:space="preserve"> + 2</w:t>
            </w:r>
            <w:r>
              <w:rPr>
                <w:szCs w:val="28"/>
              </w:rPr>
              <w:t>N</w:t>
            </w:r>
            <w:r w:rsidRPr="00181731">
              <w:rPr>
                <w:szCs w:val="28"/>
                <w:vertAlign w:val="subscript"/>
                <w:lang w:val="ru-RU"/>
              </w:rPr>
              <w:t>2(г)</w:t>
            </w:r>
            <w:r w:rsidRPr="00181731">
              <w:rPr>
                <w:szCs w:val="28"/>
                <w:lang w:val="ru-RU"/>
              </w:rPr>
              <w:t>, если давление в системе увеличить в 5 раз?</w:t>
            </w:r>
          </w:p>
          <w:p w:rsidR="00FD4A85" w:rsidRPr="00181731" w:rsidRDefault="00FD4A85" w:rsidP="002264E8">
            <w:pPr>
              <w:rPr>
                <w:lang w:val="ru-RU"/>
              </w:rPr>
            </w:pPr>
          </w:p>
        </w:tc>
      </w:tr>
      <w:tr w:rsidR="00FD4A85" w:rsidTr="00702148">
        <w:tc>
          <w:tcPr>
            <w:tcW w:w="10348" w:type="dxa"/>
            <w:gridSpan w:val="2"/>
          </w:tcPr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bCs/>
                <w:iCs/>
                <w:lang w:val="ru-RU"/>
              </w:rPr>
              <w:t xml:space="preserve">11. </w:t>
            </w:r>
            <w:r w:rsidRPr="00181731">
              <w:rPr>
                <w:szCs w:val="28"/>
                <w:lang w:val="ru-RU"/>
              </w:rPr>
              <w:t xml:space="preserve"> </w:t>
            </w:r>
            <w:r w:rsidRPr="00181731">
              <w:rPr>
                <w:lang w:val="ru-RU"/>
              </w:rPr>
              <w:t xml:space="preserve"> Дана реакция: 4</w:t>
            </w:r>
            <w:r>
              <w:t>Fe</w:t>
            </w:r>
            <w:r w:rsidRPr="00181731">
              <w:rPr>
                <w:lang w:val="ru-RU"/>
              </w:rPr>
              <w:t>(к)+3</w:t>
            </w:r>
            <w:r>
              <w:t>O</w:t>
            </w:r>
            <w:r w:rsidRPr="00181731">
              <w:rPr>
                <w:vertAlign w:val="subscript"/>
                <w:lang w:val="ru-RU"/>
              </w:rPr>
              <w:t>2</w:t>
            </w:r>
            <w:r w:rsidRPr="00181731">
              <w:rPr>
                <w:lang w:val="ru-RU"/>
              </w:rPr>
              <w:t>(г)=2</w:t>
            </w:r>
            <w:r>
              <w:t>Fe</w:t>
            </w:r>
            <w:r w:rsidRPr="00181731">
              <w:rPr>
                <w:vertAlign w:val="subscript"/>
                <w:lang w:val="ru-RU"/>
              </w:rPr>
              <w:t>2</w:t>
            </w:r>
            <w:r>
              <w:t>O</w:t>
            </w:r>
            <w:r w:rsidRPr="00181731">
              <w:rPr>
                <w:vertAlign w:val="subscript"/>
                <w:lang w:val="ru-RU"/>
              </w:rPr>
              <w:t>3</w:t>
            </w:r>
            <w:r w:rsidRPr="00181731">
              <w:rPr>
                <w:lang w:val="ru-RU"/>
              </w:rPr>
              <w:t>(к).  Какой вид имеет выражение скорости прямой реакции?</w:t>
            </w:r>
          </w:p>
          <w:p w:rsidR="00FD4A85" w:rsidRDefault="00FD4A85" w:rsidP="002264E8">
            <w:r>
              <w:t xml:space="preserve">1) </w:t>
            </w:r>
            <w:r w:rsidRPr="00845DFE">
              <w:rPr>
                <w:position w:val="-10"/>
              </w:rPr>
              <w:object w:dxaOrig="1540" w:dyaOrig="380">
                <v:shape id="_x0000_i1214" type="#_x0000_t75" style="width:78.75pt;height:18.75pt" o:ole="">
                  <v:imagedata r:id="rId322" o:title=""/>
                </v:shape>
                <o:OLEObject Type="Embed" ProgID="Equation.3" ShapeID="_x0000_i1214" DrawAspect="Content" ObjectID="_1842695909" r:id="rId323"/>
              </w:object>
            </w:r>
            <w:r>
              <w:t xml:space="preserve"> ;  </w:t>
            </w:r>
          </w:p>
          <w:p w:rsidR="00FD4A85" w:rsidRDefault="00FD4A85" w:rsidP="002264E8">
            <w:pPr>
              <w:rPr>
                <w:szCs w:val="28"/>
              </w:rPr>
            </w:pPr>
            <w:r>
              <w:t xml:space="preserve">2) </w:t>
            </w:r>
            <w:r w:rsidRPr="00845DFE">
              <w:rPr>
                <w:position w:val="-10"/>
              </w:rPr>
              <w:object w:dxaOrig="1040" w:dyaOrig="380">
                <v:shape id="_x0000_i1215" type="#_x0000_t75" style="width:51.75pt;height:18.75pt" o:ole="">
                  <v:imagedata r:id="rId324" o:title=""/>
                </v:shape>
                <o:OLEObject Type="Embed" ProgID="Equation.3" ShapeID="_x0000_i1215" DrawAspect="Content" ObjectID="_1842695910" r:id="rId325"/>
              </w:object>
            </w:r>
            <w:r>
              <w:rPr>
                <w:szCs w:val="28"/>
              </w:rPr>
              <w:t xml:space="preserve"> ;   </w:t>
            </w:r>
          </w:p>
          <w:p w:rsidR="00FD4A85" w:rsidRDefault="00FD4A85" w:rsidP="002264E8">
            <w:pPr>
              <w:rPr>
                <w:szCs w:val="28"/>
              </w:rPr>
            </w:pPr>
            <w:r>
              <w:rPr>
                <w:szCs w:val="28"/>
              </w:rPr>
              <w:t xml:space="preserve">3) </w:t>
            </w:r>
            <w:r w:rsidRPr="00845DFE">
              <w:rPr>
                <w:position w:val="-10"/>
              </w:rPr>
              <w:object w:dxaOrig="1040" w:dyaOrig="380">
                <v:shape id="_x0000_i1216" type="#_x0000_t75" style="width:51.75pt;height:18.75pt" o:ole="">
                  <v:imagedata r:id="rId326" o:title=""/>
                </v:shape>
                <o:OLEObject Type="Embed" ProgID="Equation.3" ShapeID="_x0000_i1216" DrawAspect="Content" ObjectID="_1842695911" r:id="rId327"/>
              </w:object>
            </w:r>
            <w:r>
              <w:t xml:space="preserve">  </w:t>
            </w:r>
          </w:p>
          <w:p w:rsidR="00FD4A85" w:rsidRDefault="00FD4A85" w:rsidP="002264E8">
            <w:pPr>
              <w:ind w:left="420"/>
            </w:pPr>
          </w:p>
        </w:tc>
      </w:tr>
      <w:tr w:rsidR="00FD4A85" w:rsidRPr="00771808" w:rsidTr="00702148">
        <w:tc>
          <w:tcPr>
            <w:tcW w:w="10348" w:type="dxa"/>
            <w:gridSpan w:val="2"/>
          </w:tcPr>
          <w:p w:rsidR="00FD4A85" w:rsidRPr="00181731" w:rsidRDefault="00FD4A85" w:rsidP="002264E8">
            <w:pPr>
              <w:rPr>
                <w:szCs w:val="28"/>
                <w:lang w:val="ru-RU"/>
              </w:rPr>
            </w:pPr>
            <w:r w:rsidRPr="00181731">
              <w:rPr>
                <w:bCs/>
                <w:iCs/>
                <w:lang w:val="ru-RU"/>
              </w:rPr>
              <w:t>12.</w:t>
            </w:r>
            <w:r w:rsidRPr="0018173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181731">
              <w:rPr>
                <w:rFonts w:cs="Times New Roman CYR"/>
                <w:szCs w:val="28"/>
                <w:lang w:val="ru-RU"/>
              </w:rPr>
              <w:t xml:space="preserve">Какие изменения произойдут в равновесной системе </w:t>
            </w:r>
            <w:r>
              <w:rPr>
                <w:szCs w:val="28"/>
              </w:rPr>
              <w:t>CaCO</w:t>
            </w:r>
            <w:r w:rsidRPr="00181731">
              <w:rPr>
                <w:szCs w:val="28"/>
                <w:vertAlign w:val="subscript"/>
                <w:lang w:val="ru-RU"/>
              </w:rPr>
              <w:t>3</w:t>
            </w:r>
            <w:r w:rsidRPr="00181731">
              <w:rPr>
                <w:szCs w:val="28"/>
                <w:lang w:val="ru-RU"/>
              </w:rPr>
              <w:t>(</w:t>
            </w:r>
            <w:r w:rsidRPr="00181731">
              <w:rPr>
                <w:rFonts w:cs="Times New Roman CYR"/>
                <w:szCs w:val="28"/>
                <w:lang w:val="ru-RU"/>
              </w:rPr>
              <w:t>т) ↔ СО</w:t>
            </w:r>
            <w:r w:rsidRPr="00181731">
              <w:rPr>
                <w:rFonts w:cs="Times New Roman CYR"/>
                <w:szCs w:val="28"/>
                <w:vertAlign w:val="subscript"/>
                <w:lang w:val="ru-RU"/>
              </w:rPr>
              <w:t>2</w:t>
            </w:r>
            <w:r w:rsidRPr="00181731">
              <w:rPr>
                <w:szCs w:val="28"/>
                <w:lang w:val="ru-RU"/>
              </w:rPr>
              <w:t xml:space="preserve"> </w:t>
            </w:r>
            <w:r w:rsidRPr="00181731">
              <w:rPr>
                <w:rFonts w:cs="Times New Roman CYR"/>
                <w:szCs w:val="28"/>
                <w:lang w:val="ru-RU"/>
              </w:rPr>
              <w:t xml:space="preserve">(г) + СаО(т) – </w:t>
            </w:r>
            <w:r>
              <w:rPr>
                <w:szCs w:val="28"/>
              </w:rPr>
              <w:t>Q</w:t>
            </w:r>
          </w:p>
          <w:p w:rsidR="00FD4A85" w:rsidRPr="00181731" w:rsidRDefault="00FD4A85" w:rsidP="002264E8">
            <w:pPr>
              <w:widowControl w:val="0"/>
              <w:rPr>
                <w:rFonts w:cs="Times New Roman CYR"/>
                <w:szCs w:val="28"/>
                <w:lang w:val="ru-RU"/>
              </w:rPr>
            </w:pPr>
            <w:r w:rsidRPr="00181731">
              <w:rPr>
                <w:rFonts w:cs="Times New Roman CYR"/>
                <w:szCs w:val="28"/>
                <w:lang w:val="ru-RU"/>
              </w:rPr>
              <w:t>при понижении температуры?</w:t>
            </w:r>
          </w:p>
          <w:p w:rsidR="00FD4A85" w:rsidRPr="00181731" w:rsidRDefault="00FD4A85" w:rsidP="002264E8">
            <w:pPr>
              <w:widowControl w:val="0"/>
              <w:rPr>
                <w:rFonts w:cs="Arial CYR"/>
                <w:szCs w:val="28"/>
                <w:lang w:val="ru-RU"/>
              </w:rPr>
            </w:pPr>
            <w:r w:rsidRPr="00181731">
              <w:rPr>
                <w:rFonts w:cs="Arial CYR"/>
                <w:szCs w:val="28"/>
                <w:lang w:val="ru-RU"/>
              </w:rPr>
              <w:t xml:space="preserve">1) равновесие сместится влево;  </w:t>
            </w:r>
          </w:p>
          <w:p w:rsidR="00FD4A85" w:rsidRPr="00181731" w:rsidRDefault="00FD4A85" w:rsidP="002264E8">
            <w:pPr>
              <w:widowControl w:val="0"/>
              <w:rPr>
                <w:rFonts w:cs="Arial CYR"/>
                <w:szCs w:val="28"/>
                <w:lang w:val="ru-RU"/>
              </w:rPr>
            </w:pPr>
            <w:r w:rsidRPr="00181731">
              <w:rPr>
                <w:rFonts w:cs="Arial CYR"/>
                <w:szCs w:val="28"/>
                <w:lang w:val="ru-RU"/>
              </w:rPr>
              <w:t xml:space="preserve">2) равновесие не сместится;  </w:t>
            </w:r>
          </w:p>
          <w:p w:rsidR="00FD4A85" w:rsidRPr="00181731" w:rsidRDefault="00FD4A85" w:rsidP="002264E8">
            <w:pPr>
              <w:widowControl w:val="0"/>
              <w:rPr>
                <w:rFonts w:cs="Arial CYR"/>
                <w:szCs w:val="28"/>
                <w:lang w:val="ru-RU"/>
              </w:rPr>
            </w:pPr>
            <w:r w:rsidRPr="00181731">
              <w:rPr>
                <w:rFonts w:cs="Arial CYR"/>
                <w:szCs w:val="28"/>
                <w:lang w:val="ru-RU"/>
              </w:rPr>
              <w:t>3) равновесие сместится вправо</w:t>
            </w:r>
          </w:p>
          <w:p w:rsidR="00FD4A85" w:rsidRPr="00181731" w:rsidRDefault="00FD4A85" w:rsidP="002264E8">
            <w:pPr>
              <w:ind w:left="360"/>
              <w:rPr>
                <w:lang w:val="ru-RU"/>
              </w:rPr>
            </w:pPr>
          </w:p>
        </w:tc>
      </w:tr>
      <w:tr w:rsidR="00FD4A85" w:rsidRPr="00771808" w:rsidTr="00702148">
        <w:tc>
          <w:tcPr>
            <w:tcW w:w="10348" w:type="dxa"/>
            <w:gridSpan w:val="2"/>
          </w:tcPr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bCs/>
                <w:iCs/>
                <w:lang w:val="ru-RU"/>
              </w:rPr>
              <w:t>13.</w:t>
            </w:r>
            <w:r w:rsidRPr="0018173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181731">
              <w:rPr>
                <w:lang w:val="ru-RU"/>
              </w:rPr>
              <w:t>Сильные электролиты (</w:t>
            </w:r>
            <w:r w:rsidRPr="00181731">
              <w:rPr>
                <w:b/>
                <w:sz w:val="28"/>
                <w:szCs w:val="28"/>
                <w:lang w:val="ru-RU"/>
              </w:rPr>
              <w:t>выберите неверное утверждение</w:t>
            </w:r>
            <w:r w:rsidRPr="00181731">
              <w:rPr>
                <w:lang w:val="ru-RU"/>
              </w:rPr>
              <w:t>):</w:t>
            </w:r>
          </w:p>
          <w:p w:rsidR="00FD4A85" w:rsidRPr="00181731" w:rsidRDefault="00FD4A85" w:rsidP="00FD4A85">
            <w:pPr>
              <w:numPr>
                <w:ilvl w:val="0"/>
                <w:numId w:val="77"/>
              </w:numPr>
              <w:spacing w:line="240" w:lineRule="auto"/>
              <w:rPr>
                <w:lang w:val="ru-RU"/>
              </w:rPr>
            </w:pPr>
            <w:r w:rsidRPr="00181731">
              <w:rPr>
                <w:lang w:val="ru-RU"/>
              </w:rPr>
              <w:t xml:space="preserve">в растворе полностью диссоциируют  на ионы; </w:t>
            </w:r>
          </w:p>
          <w:p w:rsidR="00FD4A85" w:rsidRDefault="00FD4A85" w:rsidP="00FD4A85">
            <w:pPr>
              <w:numPr>
                <w:ilvl w:val="0"/>
                <w:numId w:val="77"/>
              </w:numPr>
              <w:spacing w:line="240" w:lineRule="auto"/>
            </w:pPr>
            <w:r>
              <w:t>диссоциируют обратимо и ступенчато;</w:t>
            </w:r>
          </w:p>
          <w:p w:rsidR="00FD4A85" w:rsidRPr="00181731" w:rsidRDefault="00FD4A85" w:rsidP="00FD4A85">
            <w:pPr>
              <w:numPr>
                <w:ilvl w:val="0"/>
                <w:numId w:val="77"/>
              </w:numPr>
              <w:spacing w:line="240" w:lineRule="auto"/>
              <w:rPr>
                <w:lang w:val="ru-RU"/>
              </w:rPr>
            </w:pPr>
            <w:r w:rsidRPr="00181731">
              <w:rPr>
                <w:lang w:val="ru-RU"/>
              </w:rPr>
              <w:t>имеют степень диссоциации, близкую к 100%.</w:t>
            </w:r>
          </w:p>
          <w:p w:rsidR="00FD4A85" w:rsidRPr="00181731" w:rsidRDefault="00FD4A85" w:rsidP="002264E8">
            <w:pPr>
              <w:rPr>
                <w:lang w:val="ru-RU"/>
              </w:rPr>
            </w:pPr>
          </w:p>
        </w:tc>
      </w:tr>
      <w:tr w:rsidR="00FD4A85" w:rsidRPr="00771808" w:rsidTr="00702148">
        <w:tc>
          <w:tcPr>
            <w:tcW w:w="10348" w:type="dxa"/>
            <w:gridSpan w:val="2"/>
          </w:tcPr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bCs/>
                <w:iCs/>
                <w:lang w:val="ru-RU"/>
              </w:rPr>
              <w:t>14.</w:t>
            </w:r>
            <w:r w:rsidRPr="0018173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181731">
              <w:rPr>
                <w:lang w:val="ru-RU"/>
              </w:rPr>
              <w:t xml:space="preserve">Осмотическое </w:t>
            </w:r>
            <w:proofErr w:type="gramStart"/>
            <w:r w:rsidRPr="00181731">
              <w:rPr>
                <w:lang w:val="ru-RU"/>
              </w:rPr>
              <w:t>давление  0</w:t>
            </w:r>
            <w:proofErr w:type="gramEnd"/>
            <w:r w:rsidRPr="00181731">
              <w:rPr>
                <w:lang w:val="ru-RU"/>
              </w:rPr>
              <w:t>,5</w:t>
            </w:r>
            <w:r>
              <w:t> </w:t>
            </w:r>
            <w:r w:rsidRPr="00181731">
              <w:rPr>
                <w:lang w:val="ru-RU"/>
              </w:rPr>
              <w:t xml:space="preserve">М раствора неэлектролита при нагревании от </w:t>
            </w:r>
            <w:smartTag w:uri="urn:schemas-microsoft-com:office:smarttags" w:element="metricconverter">
              <w:smartTagPr>
                <w:attr w:name="ProductID" w:val="25ﾰC"/>
              </w:smartTagPr>
              <w:r w:rsidRPr="00181731">
                <w:rPr>
                  <w:lang w:val="ru-RU"/>
                </w:rPr>
                <w:t>25°</w:t>
              </w:r>
              <w:r>
                <w:t>C</w:t>
              </w:r>
            </w:smartTag>
            <w:r w:rsidRPr="00181731">
              <w:rPr>
                <w:lang w:val="ru-RU"/>
              </w:rPr>
              <w:t xml:space="preserve"> до </w:t>
            </w:r>
            <w:smartTag w:uri="urn:schemas-microsoft-com:office:smarttags" w:element="metricconverter">
              <w:smartTagPr>
                <w:attr w:name="ProductID" w:val="75ﾰC"/>
              </w:smartTagPr>
              <w:r w:rsidRPr="00181731">
                <w:rPr>
                  <w:lang w:val="ru-RU"/>
                </w:rPr>
                <w:t>75°</w:t>
              </w:r>
              <w:r>
                <w:t>C</w:t>
              </w:r>
            </w:smartTag>
            <w:r w:rsidRPr="00181731">
              <w:rPr>
                <w:lang w:val="ru-RU"/>
              </w:rPr>
              <w:t xml:space="preserve"> изменяется на …, кПа</w:t>
            </w:r>
          </w:p>
          <w:p w:rsidR="00FD4A85" w:rsidRPr="00181731" w:rsidRDefault="00FD4A85" w:rsidP="002264E8">
            <w:pPr>
              <w:rPr>
                <w:lang w:val="ru-RU"/>
              </w:rPr>
            </w:pPr>
          </w:p>
        </w:tc>
      </w:tr>
      <w:tr w:rsidR="00FD4A85" w:rsidRPr="00771808" w:rsidTr="00702148">
        <w:tc>
          <w:tcPr>
            <w:tcW w:w="10348" w:type="dxa"/>
            <w:gridSpan w:val="2"/>
          </w:tcPr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bCs/>
                <w:iCs/>
                <w:lang w:val="ru-RU"/>
              </w:rPr>
              <w:t>15.</w:t>
            </w:r>
            <w:r w:rsidRPr="0018173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181731">
              <w:rPr>
                <w:lang w:val="ru-RU"/>
              </w:rPr>
              <w:t>Раствор, содержащий 5,4</w:t>
            </w:r>
            <w:r>
              <w:t> </w:t>
            </w:r>
            <w:r w:rsidRPr="00181731">
              <w:rPr>
                <w:lang w:val="ru-RU"/>
              </w:rPr>
              <w:t xml:space="preserve">г неэлектролита в </w:t>
            </w:r>
            <w:smartTag w:uri="urn:schemas-microsoft-com:office:smarttags" w:element="metricconverter">
              <w:smartTagPr>
                <w:attr w:name="ProductID" w:val="200 г"/>
              </w:smartTagPr>
              <w:r w:rsidRPr="00181731">
                <w:rPr>
                  <w:lang w:val="ru-RU"/>
                </w:rPr>
                <w:t>200</w:t>
              </w:r>
              <w:r>
                <w:t> </w:t>
              </w:r>
              <w:r w:rsidRPr="00181731">
                <w:rPr>
                  <w:lang w:val="ru-RU"/>
                </w:rPr>
                <w:t>г</w:t>
              </w:r>
            </w:smartTag>
            <w:r w:rsidRPr="00181731">
              <w:rPr>
                <w:lang w:val="ru-RU"/>
              </w:rPr>
              <w:t xml:space="preserve"> </w:t>
            </w:r>
            <w:proofErr w:type="gramStart"/>
            <w:r w:rsidRPr="00181731">
              <w:rPr>
                <w:lang w:val="ru-RU"/>
              </w:rPr>
              <w:t>воды</w:t>
            </w:r>
            <w:proofErr w:type="gramEnd"/>
            <w:r w:rsidRPr="00181731">
              <w:rPr>
                <w:lang w:val="ru-RU"/>
              </w:rPr>
              <w:t xml:space="preserve"> кипит при 100,078</w:t>
            </w:r>
            <w:r w:rsidRPr="00181731">
              <w:rPr>
                <w:vertAlign w:val="superscript"/>
                <w:lang w:val="ru-RU"/>
              </w:rPr>
              <w:t>о</w:t>
            </w:r>
            <w:r w:rsidRPr="00181731">
              <w:rPr>
                <w:lang w:val="ru-RU"/>
              </w:rPr>
              <w:t xml:space="preserve">С. </w:t>
            </w:r>
          </w:p>
          <w:p w:rsidR="00FD4A85" w:rsidRPr="00181731" w:rsidRDefault="00FD4A85" w:rsidP="002264E8">
            <w:pPr>
              <w:tabs>
                <w:tab w:val="left" w:pos="3805"/>
              </w:tabs>
              <w:rPr>
                <w:lang w:val="ru-RU"/>
              </w:rPr>
            </w:pPr>
            <w:r w:rsidRPr="00181731">
              <w:rPr>
                <w:lang w:val="ru-RU"/>
              </w:rPr>
              <w:t>(К</w:t>
            </w:r>
            <w:r>
              <w:rPr>
                <w:vertAlign w:val="subscript"/>
              </w:rPr>
              <w:t>H</w:t>
            </w:r>
            <w:r w:rsidRPr="00181731">
              <w:rPr>
                <w:position w:val="-4"/>
                <w:vertAlign w:val="subscript"/>
                <w:lang w:val="ru-RU"/>
              </w:rPr>
              <w:t>2</w:t>
            </w:r>
            <w:r>
              <w:rPr>
                <w:vertAlign w:val="subscript"/>
              </w:rPr>
              <w:t>O </w:t>
            </w:r>
            <w:r w:rsidRPr="00181731">
              <w:rPr>
                <w:lang w:val="ru-RU"/>
              </w:rPr>
              <w:t>=</w:t>
            </w:r>
            <w:r>
              <w:t> </w:t>
            </w:r>
            <w:r w:rsidRPr="00181731">
              <w:rPr>
                <w:lang w:val="ru-RU"/>
              </w:rPr>
              <w:t xml:space="preserve">0,52 </w:t>
            </w:r>
            <w:r>
              <w:rPr>
                <w:position w:val="-24"/>
              </w:rPr>
              <w:object w:dxaOrig="980" w:dyaOrig="620">
                <v:shape id="_x0000_i1217" type="#_x0000_t75" style="width:48.75pt;height:30pt" o:ole="">
                  <v:imagedata r:id="rId328" o:title=""/>
                </v:shape>
                <o:OLEObject Type="Embed" ProgID="Equation.3" ShapeID="_x0000_i1217" DrawAspect="Content" ObjectID="_1842695912" r:id="rId329"/>
              </w:object>
            </w:r>
            <w:r w:rsidRPr="00181731">
              <w:rPr>
                <w:lang w:val="ru-RU"/>
              </w:rPr>
              <w:t xml:space="preserve">), молярная масса вещества равна…., г/моль. </w:t>
            </w:r>
          </w:p>
          <w:p w:rsidR="00FD4A85" w:rsidRPr="00181731" w:rsidRDefault="00FD4A85" w:rsidP="002264E8">
            <w:pPr>
              <w:tabs>
                <w:tab w:val="left" w:pos="3805"/>
              </w:tabs>
              <w:rPr>
                <w:lang w:val="ru-RU"/>
              </w:rPr>
            </w:pPr>
          </w:p>
        </w:tc>
      </w:tr>
      <w:tr w:rsidR="00FD4A85" w:rsidRPr="00771808" w:rsidTr="00702148">
        <w:tc>
          <w:tcPr>
            <w:tcW w:w="10348" w:type="dxa"/>
            <w:gridSpan w:val="2"/>
          </w:tcPr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bCs/>
                <w:iCs/>
                <w:lang w:val="ru-RU"/>
              </w:rPr>
              <w:t xml:space="preserve">16.  </w:t>
            </w:r>
            <w:r w:rsidRPr="00181731">
              <w:rPr>
                <w:lang w:val="ru-RU"/>
              </w:rPr>
              <w:t>Нейтральный  раствор получают при растворении воде:</w:t>
            </w:r>
          </w:p>
          <w:p w:rsidR="00FD4A85" w:rsidRPr="00181731" w:rsidRDefault="00FD4A85" w:rsidP="002264E8">
            <w:pPr>
              <w:ind w:left="180"/>
              <w:rPr>
                <w:lang w:val="ru-RU"/>
              </w:rPr>
            </w:pPr>
          </w:p>
          <w:p w:rsidR="00FD4A85" w:rsidRPr="00181731" w:rsidRDefault="00FD4A85" w:rsidP="002264E8">
            <w:pPr>
              <w:tabs>
                <w:tab w:val="left" w:pos="720"/>
                <w:tab w:val="num" w:pos="1800"/>
              </w:tabs>
              <w:ind w:left="757"/>
              <w:rPr>
                <w:lang w:val="ru-RU"/>
              </w:rPr>
            </w:pPr>
            <w:r w:rsidRPr="00181731">
              <w:rPr>
                <w:lang w:val="ru-RU"/>
              </w:rPr>
              <w:t xml:space="preserve">1) </w:t>
            </w:r>
            <w:r>
              <w:t>KNO</w:t>
            </w:r>
            <w:r w:rsidRPr="00181731">
              <w:rPr>
                <w:szCs w:val="14"/>
                <w:vertAlign w:val="subscript"/>
                <w:lang w:val="ru-RU"/>
              </w:rPr>
              <w:t xml:space="preserve">2          </w:t>
            </w:r>
            <w:r w:rsidRPr="00181731">
              <w:rPr>
                <w:lang w:val="ru-RU"/>
              </w:rPr>
              <w:t xml:space="preserve">                    </w:t>
            </w:r>
          </w:p>
          <w:p w:rsidR="00FD4A85" w:rsidRPr="00181731" w:rsidRDefault="00FD4A85" w:rsidP="002264E8">
            <w:pPr>
              <w:tabs>
                <w:tab w:val="left" w:pos="720"/>
                <w:tab w:val="num" w:pos="1800"/>
              </w:tabs>
              <w:ind w:left="757"/>
              <w:rPr>
                <w:lang w:val="ru-RU"/>
              </w:rPr>
            </w:pPr>
            <w:r w:rsidRPr="00181731">
              <w:rPr>
                <w:lang w:val="ru-RU"/>
              </w:rPr>
              <w:t>2)</w:t>
            </w:r>
            <w:r>
              <w:t>MnCl</w:t>
            </w:r>
            <w:r w:rsidRPr="00181731">
              <w:rPr>
                <w:szCs w:val="14"/>
                <w:vertAlign w:val="subscript"/>
                <w:lang w:val="ru-RU"/>
              </w:rPr>
              <w:t xml:space="preserve">2                               </w:t>
            </w:r>
          </w:p>
          <w:p w:rsidR="00FD4A85" w:rsidRPr="00181731" w:rsidRDefault="00FD4A85" w:rsidP="002264E8">
            <w:pPr>
              <w:tabs>
                <w:tab w:val="left" w:pos="720"/>
                <w:tab w:val="num" w:pos="1800"/>
              </w:tabs>
              <w:ind w:left="757"/>
              <w:rPr>
                <w:lang w:val="ru-RU"/>
              </w:rPr>
            </w:pPr>
            <w:r w:rsidRPr="00181731">
              <w:rPr>
                <w:lang w:val="ru-RU"/>
              </w:rPr>
              <w:t>3)</w:t>
            </w:r>
            <w:r>
              <w:t>Ba</w:t>
            </w:r>
            <w:r w:rsidRPr="00181731">
              <w:rPr>
                <w:lang w:val="ru-RU"/>
              </w:rPr>
              <w:t>(</w:t>
            </w:r>
            <w:r>
              <w:t>NO</w:t>
            </w:r>
            <w:r w:rsidRPr="00181731">
              <w:rPr>
                <w:szCs w:val="14"/>
                <w:vertAlign w:val="subscript"/>
                <w:lang w:val="ru-RU"/>
              </w:rPr>
              <w:t>3</w:t>
            </w:r>
            <w:r w:rsidRPr="00181731">
              <w:rPr>
                <w:lang w:val="ru-RU"/>
              </w:rPr>
              <w:t>)</w:t>
            </w:r>
            <w:r w:rsidRPr="00181731">
              <w:rPr>
                <w:szCs w:val="14"/>
                <w:vertAlign w:val="subscript"/>
                <w:lang w:val="ru-RU"/>
              </w:rPr>
              <w:t>2</w:t>
            </w:r>
            <w:r w:rsidRPr="00181731">
              <w:rPr>
                <w:lang w:val="ru-RU"/>
              </w:rPr>
              <w:t>;</w:t>
            </w:r>
          </w:p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lang w:val="ru-RU"/>
              </w:rPr>
              <w:lastRenderedPageBreak/>
              <w:t>Ответ подтвердите, составив уравнение реакции:</w:t>
            </w:r>
          </w:p>
          <w:p w:rsidR="00FD4A85" w:rsidRPr="00181731" w:rsidRDefault="00FD4A85" w:rsidP="002264E8">
            <w:pPr>
              <w:rPr>
                <w:lang w:val="ru-RU"/>
              </w:rPr>
            </w:pPr>
          </w:p>
        </w:tc>
      </w:tr>
      <w:tr w:rsidR="00FD4A85" w:rsidRPr="00771808" w:rsidTr="00702148">
        <w:tc>
          <w:tcPr>
            <w:tcW w:w="10348" w:type="dxa"/>
            <w:gridSpan w:val="2"/>
          </w:tcPr>
          <w:p w:rsidR="00FD4A85" w:rsidRPr="00181731" w:rsidRDefault="00FD4A85" w:rsidP="002264E8">
            <w:pPr>
              <w:rPr>
                <w:szCs w:val="28"/>
                <w:lang w:val="ru-RU"/>
              </w:rPr>
            </w:pPr>
            <w:r w:rsidRPr="00181731">
              <w:rPr>
                <w:bCs/>
                <w:iCs/>
                <w:lang w:val="ru-RU"/>
              </w:rPr>
              <w:lastRenderedPageBreak/>
              <w:t>17.</w:t>
            </w:r>
            <w:r w:rsidRPr="0018173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181731">
              <w:rPr>
                <w:szCs w:val="28"/>
                <w:lang w:val="ru-RU"/>
              </w:rPr>
              <w:t xml:space="preserve">Чему </w:t>
            </w:r>
            <w:proofErr w:type="gramStart"/>
            <w:r w:rsidRPr="00181731">
              <w:rPr>
                <w:szCs w:val="28"/>
                <w:lang w:val="ru-RU"/>
              </w:rPr>
              <w:t xml:space="preserve">равен  </w:t>
            </w:r>
            <w:r>
              <w:rPr>
                <w:szCs w:val="28"/>
              </w:rPr>
              <w:t>pH</w:t>
            </w:r>
            <w:proofErr w:type="gramEnd"/>
            <w:r w:rsidRPr="00181731">
              <w:rPr>
                <w:szCs w:val="28"/>
                <w:lang w:val="ru-RU"/>
              </w:rPr>
              <w:t xml:space="preserve">  </w:t>
            </w:r>
            <w:smartTag w:uri="urn:schemas-microsoft-com:office:smarttags" w:element="metricconverter">
              <w:smartTagPr>
                <w:attr w:name="ProductID" w:val="0,01 М"/>
              </w:smartTagPr>
              <w:r w:rsidRPr="00181731">
                <w:rPr>
                  <w:szCs w:val="28"/>
                  <w:lang w:val="ru-RU"/>
                </w:rPr>
                <w:t>0,01 М</w:t>
              </w:r>
            </w:smartTag>
            <w:r w:rsidRPr="00181731">
              <w:rPr>
                <w:szCs w:val="28"/>
                <w:lang w:val="ru-RU"/>
              </w:rPr>
              <w:t xml:space="preserve"> раствора </w:t>
            </w:r>
            <w:r>
              <w:rPr>
                <w:szCs w:val="28"/>
              </w:rPr>
              <w:t>HNO</w:t>
            </w:r>
            <w:r w:rsidRPr="00181731">
              <w:rPr>
                <w:szCs w:val="14"/>
                <w:vertAlign w:val="subscript"/>
                <w:lang w:val="ru-RU"/>
              </w:rPr>
              <w:t>3</w:t>
            </w:r>
            <w:r w:rsidRPr="00181731">
              <w:rPr>
                <w:szCs w:val="28"/>
                <w:lang w:val="ru-RU"/>
              </w:rPr>
              <w:t xml:space="preserve">: </w:t>
            </w:r>
          </w:p>
          <w:p w:rsidR="00FD4A85" w:rsidRPr="00181731" w:rsidRDefault="00FD4A85" w:rsidP="002264E8">
            <w:pPr>
              <w:rPr>
                <w:lang w:val="ru-RU"/>
              </w:rPr>
            </w:pPr>
          </w:p>
        </w:tc>
      </w:tr>
      <w:tr w:rsidR="00FD4A85" w:rsidRPr="00771808" w:rsidTr="00702148">
        <w:tc>
          <w:tcPr>
            <w:tcW w:w="10348" w:type="dxa"/>
            <w:gridSpan w:val="2"/>
          </w:tcPr>
          <w:p w:rsidR="00FD4A85" w:rsidRPr="00181731" w:rsidRDefault="00FD4A85" w:rsidP="002264E8">
            <w:pPr>
              <w:rPr>
                <w:szCs w:val="28"/>
                <w:lang w:val="ru-RU"/>
              </w:rPr>
            </w:pPr>
            <w:r w:rsidRPr="00181731">
              <w:rPr>
                <w:bCs/>
                <w:iCs/>
                <w:lang w:val="ru-RU"/>
              </w:rPr>
              <w:t>18.</w:t>
            </w:r>
            <w:r w:rsidRPr="0018173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181731">
              <w:rPr>
                <w:szCs w:val="28"/>
                <w:lang w:val="ru-RU"/>
              </w:rPr>
              <w:t xml:space="preserve">В </w:t>
            </w:r>
            <w:smartTag w:uri="urn:schemas-microsoft-com:office:smarttags" w:element="metricconverter">
              <w:smartTagPr>
                <w:attr w:name="ProductID" w:val="450 г"/>
              </w:smartTagPr>
              <w:r w:rsidRPr="00181731">
                <w:rPr>
                  <w:szCs w:val="28"/>
                  <w:lang w:val="ru-RU"/>
                </w:rPr>
                <w:t>450 г</w:t>
              </w:r>
            </w:smartTag>
            <w:r w:rsidRPr="00181731">
              <w:rPr>
                <w:szCs w:val="28"/>
                <w:lang w:val="ru-RU"/>
              </w:rPr>
              <w:t xml:space="preserve"> воды растворили </w:t>
            </w:r>
            <w:smartTag w:uri="urn:schemas-microsoft-com:office:smarttags" w:element="metricconverter">
              <w:smartTagPr>
                <w:attr w:name="ProductID" w:val="50 г"/>
              </w:smartTagPr>
              <w:r w:rsidRPr="00181731">
                <w:rPr>
                  <w:szCs w:val="28"/>
                  <w:lang w:val="ru-RU"/>
                </w:rPr>
                <w:t>50 г</w:t>
              </w:r>
            </w:smartTag>
            <w:r w:rsidRPr="00181731">
              <w:rPr>
                <w:szCs w:val="28"/>
                <w:lang w:val="ru-RU"/>
              </w:rPr>
              <w:t xml:space="preserve"> соли. Массовая доля соли в полученном растворе равна…</w:t>
            </w:r>
          </w:p>
          <w:p w:rsidR="00FD4A85" w:rsidRPr="00181731" w:rsidRDefault="00FD4A85" w:rsidP="002264E8">
            <w:pPr>
              <w:rPr>
                <w:lang w:val="ru-RU"/>
              </w:rPr>
            </w:pPr>
          </w:p>
        </w:tc>
      </w:tr>
      <w:tr w:rsidR="00FD4A85" w:rsidRPr="00771808" w:rsidTr="00702148">
        <w:tc>
          <w:tcPr>
            <w:tcW w:w="10348" w:type="dxa"/>
            <w:gridSpan w:val="2"/>
          </w:tcPr>
          <w:p w:rsidR="00FD4A85" w:rsidRPr="00181731" w:rsidRDefault="00FD4A85" w:rsidP="002264E8">
            <w:pPr>
              <w:rPr>
                <w:szCs w:val="28"/>
                <w:lang w:val="ru-RU"/>
              </w:rPr>
            </w:pPr>
            <w:r w:rsidRPr="00181731">
              <w:rPr>
                <w:bCs/>
                <w:iCs/>
                <w:lang w:val="ru-RU"/>
              </w:rPr>
              <w:t>19.</w:t>
            </w:r>
            <w:r w:rsidRPr="0018173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181731">
              <w:rPr>
                <w:szCs w:val="28"/>
                <w:lang w:val="ru-RU"/>
              </w:rPr>
              <w:t xml:space="preserve">Масса </w:t>
            </w:r>
            <w:r>
              <w:rPr>
                <w:szCs w:val="28"/>
              </w:rPr>
              <w:t>NaOH</w:t>
            </w:r>
            <w:r w:rsidRPr="00181731">
              <w:rPr>
                <w:szCs w:val="28"/>
                <w:lang w:val="ru-RU"/>
              </w:rPr>
              <w:t xml:space="preserve"> в </w:t>
            </w:r>
            <w:smartTag w:uri="urn:schemas-microsoft-com:office:smarttags" w:element="metricconverter">
              <w:smartTagPr>
                <w:attr w:name="ProductID" w:val="0,2 л"/>
              </w:smartTagPr>
              <w:r w:rsidRPr="00181731">
                <w:rPr>
                  <w:szCs w:val="28"/>
                  <w:lang w:val="ru-RU"/>
                </w:rPr>
                <w:t>0,2 л</w:t>
              </w:r>
            </w:smartTag>
            <w:r w:rsidRPr="00181731">
              <w:rPr>
                <w:szCs w:val="28"/>
                <w:lang w:val="ru-RU"/>
              </w:rPr>
              <w:t xml:space="preserve"> раствора с концентрацией </w:t>
            </w:r>
            <w:smartTag w:uri="urn:schemas-microsoft-com:office:smarttags" w:element="metricconverter">
              <w:smartTagPr>
                <w:attr w:name="ProductID" w:val="0,2 М"/>
              </w:smartTagPr>
              <w:r w:rsidRPr="00181731">
                <w:rPr>
                  <w:szCs w:val="28"/>
                  <w:lang w:val="ru-RU"/>
                </w:rPr>
                <w:t>0,2 М</w:t>
              </w:r>
            </w:smartTag>
            <w:r w:rsidRPr="00181731">
              <w:rPr>
                <w:szCs w:val="28"/>
                <w:lang w:val="ru-RU"/>
              </w:rPr>
              <w:t xml:space="preserve"> равна… г</w:t>
            </w:r>
          </w:p>
          <w:p w:rsidR="00FD4A85" w:rsidRPr="00181731" w:rsidRDefault="00FD4A85" w:rsidP="002264E8">
            <w:pPr>
              <w:rPr>
                <w:lang w:val="ru-RU"/>
              </w:rPr>
            </w:pPr>
          </w:p>
        </w:tc>
      </w:tr>
      <w:tr w:rsidR="00FD4A85" w:rsidTr="00702148">
        <w:tc>
          <w:tcPr>
            <w:tcW w:w="10348" w:type="dxa"/>
            <w:gridSpan w:val="2"/>
          </w:tcPr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bCs/>
                <w:iCs/>
                <w:lang w:val="ru-RU"/>
              </w:rPr>
              <w:t>20.</w:t>
            </w:r>
            <w:r w:rsidRPr="0018173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181731">
              <w:rPr>
                <w:lang w:val="ru-RU"/>
              </w:rPr>
              <w:t>Процесс поглощения одного вещества другим называется</w:t>
            </w:r>
          </w:p>
          <w:p w:rsidR="00FD4A85" w:rsidRDefault="00FD4A85" w:rsidP="002264E8">
            <w:r>
              <w:t>1) абсорбцией</w:t>
            </w:r>
            <w:r>
              <w:tab/>
            </w:r>
          </w:p>
          <w:p w:rsidR="00FD4A85" w:rsidRDefault="00FD4A85" w:rsidP="002264E8">
            <w:r>
              <w:t>2) адсорбцией</w:t>
            </w:r>
            <w:r>
              <w:tab/>
            </w:r>
          </w:p>
          <w:p w:rsidR="00FD4A85" w:rsidRDefault="00FD4A85" w:rsidP="002264E8">
            <w:r>
              <w:t xml:space="preserve">3) десорбцией     </w:t>
            </w:r>
          </w:p>
          <w:p w:rsidR="00FD4A85" w:rsidRDefault="00FD4A85" w:rsidP="002264E8"/>
        </w:tc>
      </w:tr>
      <w:tr w:rsidR="00FD4A85" w:rsidTr="00702148">
        <w:tc>
          <w:tcPr>
            <w:tcW w:w="10348" w:type="dxa"/>
            <w:gridSpan w:val="2"/>
          </w:tcPr>
          <w:p w:rsidR="00FD4A85" w:rsidRPr="00181731" w:rsidRDefault="00FD4A85" w:rsidP="002264E8">
            <w:pPr>
              <w:rPr>
                <w:bCs/>
                <w:szCs w:val="28"/>
                <w:lang w:val="ru-RU"/>
              </w:rPr>
            </w:pPr>
            <w:r w:rsidRPr="00181731">
              <w:rPr>
                <w:bCs/>
                <w:iCs/>
                <w:lang w:val="ru-RU"/>
              </w:rPr>
              <w:t>21.</w:t>
            </w:r>
            <w:r w:rsidRPr="0018173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181731">
              <w:rPr>
                <w:bCs/>
                <w:szCs w:val="28"/>
                <w:lang w:val="ru-RU"/>
              </w:rPr>
              <w:t xml:space="preserve">Какая реакция </w:t>
            </w:r>
            <w:r w:rsidRPr="00181731">
              <w:rPr>
                <w:b/>
                <w:bCs/>
                <w:sz w:val="28"/>
                <w:szCs w:val="28"/>
                <w:lang w:val="ru-RU"/>
              </w:rPr>
              <w:t>не</w:t>
            </w:r>
            <w:r w:rsidRPr="00181731">
              <w:rPr>
                <w:bCs/>
                <w:szCs w:val="28"/>
                <w:lang w:val="ru-RU"/>
              </w:rPr>
              <w:t xml:space="preserve"> относится к окислительно– восстановительным:</w:t>
            </w:r>
          </w:p>
          <w:p w:rsidR="00FD4A85" w:rsidRDefault="00FD4A85" w:rsidP="00FD4A85">
            <w:pPr>
              <w:numPr>
                <w:ilvl w:val="0"/>
                <w:numId w:val="78"/>
              </w:numPr>
              <w:spacing w:line="240" w:lineRule="auto"/>
              <w:rPr>
                <w:bCs/>
                <w:szCs w:val="28"/>
              </w:rPr>
            </w:pPr>
            <w:r>
              <w:rPr>
                <w:bCs/>
                <w:szCs w:val="28"/>
              </w:rPr>
              <w:t>NH</w:t>
            </w:r>
            <w:r>
              <w:rPr>
                <w:bCs/>
                <w:szCs w:val="28"/>
                <w:vertAlign w:val="subscript"/>
              </w:rPr>
              <w:t>4</w:t>
            </w:r>
            <w:r>
              <w:rPr>
                <w:bCs/>
                <w:szCs w:val="28"/>
              </w:rPr>
              <w:t>Cl → NH</w:t>
            </w:r>
            <w:r>
              <w:rPr>
                <w:bCs/>
                <w:szCs w:val="28"/>
                <w:vertAlign w:val="subscript"/>
              </w:rPr>
              <w:t>3</w:t>
            </w:r>
            <w:r>
              <w:rPr>
                <w:bCs/>
                <w:szCs w:val="28"/>
              </w:rPr>
              <w:t xml:space="preserve"> +HCl</w:t>
            </w:r>
          </w:p>
          <w:p w:rsidR="00FD4A85" w:rsidRDefault="00FD4A85" w:rsidP="00FD4A85">
            <w:pPr>
              <w:numPr>
                <w:ilvl w:val="0"/>
                <w:numId w:val="78"/>
              </w:numPr>
              <w:spacing w:line="240" w:lineRule="auto"/>
              <w:rPr>
                <w:bCs/>
                <w:szCs w:val="28"/>
              </w:rPr>
            </w:pPr>
            <w:r>
              <w:rPr>
                <w:bCs/>
                <w:szCs w:val="28"/>
              </w:rPr>
              <w:t>NH</w:t>
            </w:r>
            <w:r>
              <w:rPr>
                <w:bCs/>
                <w:szCs w:val="28"/>
                <w:vertAlign w:val="subscript"/>
              </w:rPr>
              <w:t>4</w:t>
            </w:r>
            <w:r>
              <w:rPr>
                <w:bCs/>
                <w:szCs w:val="28"/>
              </w:rPr>
              <w:t xml:space="preserve"> NO</w:t>
            </w:r>
            <w:r>
              <w:rPr>
                <w:bCs/>
                <w:szCs w:val="28"/>
                <w:vertAlign w:val="subscript"/>
              </w:rPr>
              <w:t xml:space="preserve">2  </w:t>
            </w:r>
            <w:r>
              <w:rPr>
                <w:bCs/>
                <w:szCs w:val="28"/>
              </w:rPr>
              <w:t>→</w:t>
            </w:r>
            <w:r>
              <w:rPr>
                <w:bCs/>
                <w:szCs w:val="28"/>
                <w:vertAlign w:val="subscript"/>
              </w:rPr>
              <w:t xml:space="preserve">  </w:t>
            </w:r>
            <w:r>
              <w:rPr>
                <w:bCs/>
                <w:szCs w:val="28"/>
              </w:rPr>
              <w:t>N</w:t>
            </w:r>
            <w:r>
              <w:rPr>
                <w:bCs/>
                <w:szCs w:val="28"/>
                <w:vertAlign w:val="subscript"/>
              </w:rPr>
              <w:t>2</w:t>
            </w:r>
            <w:r>
              <w:rPr>
                <w:bCs/>
                <w:szCs w:val="28"/>
              </w:rPr>
              <w:t>+2H</w:t>
            </w:r>
            <w:r>
              <w:rPr>
                <w:bCs/>
                <w:szCs w:val="28"/>
                <w:vertAlign w:val="subscript"/>
              </w:rPr>
              <w:t>2</w:t>
            </w:r>
            <w:r>
              <w:rPr>
                <w:bCs/>
                <w:szCs w:val="28"/>
              </w:rPr>
              <w:t>O</w:t>
            </w:r>
          </w:p>
          <w:p w:rsidR="00FD4A85" w:rsidRDefault="00FD4A85" w:rsidP="00FD4A85">
            <w:pPr>
              <w:numPr>
                <w:ilvl w:val="0"/>
                <w:numId w:val="78"/>
              </w:numPr>
              <w:spacing w:line="240" w:lineRule="auto"/>
              <w:rPr>
                <w:bCs/>
                <w:szCs w:val="28"/>
              </w:rPr>
            </w:pPr>
            <w:r>
              <w:rPr>
                <w:bCs/>
                <w:szCs w:val="28"/>
              </w:rPr>
              <w:t>2NaNO</w:t>
            </w:r>
            <w:r>
              <w:rPr>
                <w:bCs/>
                <w:szCs w:val="28"/>
                <w:vertAlign w:val="subscript"/>
              </w:rPr>
              <w:t xml:space="preserve">3  </w:t>
            </w:r>
            <w:r>
              <w:rPr>
                <w:bCs/>
                <w:szCs w:val="28"/>
              </w:rPr>
              <w:t>→</w:t>
            </w:r>
            <w:r>
              <w:rPr>
                <w:bCs/>
                <w:szCs w:val="28"/>
                <w:vertAlign w:val="subscript"/>
              </w:rPr>
              <w:t xml:space="preserve"> </w:t>
            </w:r>
            <w:r>
              <w:rPr>
                <w:bCs/>
                <w:szCs w:val="28"/>
              </w:rPr>
              <w:t>2NaNO</w:t>
            </w:r>
            <w:r>
              <w:rPr>
                <w:bCs/>
                <w:szCs w:val="28"/>
                <w:vertAlign w:val="subscript"/>
              </w:rPr>
              <w:t>2</w:t>
            </w:r>
            <w:r>
              <w:rPr>
                <w:bCs/>
                <w:szCs w:val="28"/>
              </w:rPr>
              <w:t>+O</w:t>
            </w:r>
            <w:r>
              <w:rPr>
                <w:bCs/>
                <w:szCs w:val="28"/>
                <w:vertAlign w:val="subscript"/>
              </w:rPr>
              <w:t>2</w:t>
            </w:r>
          </w:p>
          <w:p w:rsidR="00FD4A85" w:rsidRDefault="00FD4A85" w:rsidP="002264E8"/>
        </w:tc>
      </w:tr>
      <w:tr w:rsidR="00FD4A85" w:rsidRPr="00771808" w:rsidTr="00702148">
        <w:tc>
          <w:tcPr>
            <w:tcW w:w="10348" w:type="dxa"/>
            <w:gridSpan w:val="2"/>
          </w:tcPr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b/>
                <w:bCs/>
                <w:i/>
                <w:iCs/>
                <w:lang w:val="ru-RU"/>
              </w:rPr>
              <w:t xml:space="preserve">22. </w:t>
            </w:r>
            <w:r w:rsidRPr="00181731">
              <w:rPr>
                <w:lang w:val="ru-RU"/>
              </w:rPr>
              <w:t xml:space="preserve">Из предложенных соединений </w:t>
            </w:r>
            <w:r w:rsidRPr="000E52FE">
              <w:t>Cl</w:t>
            </w:r>
            <w:r w:rsidRPr="00181731">
              <w:rPr>
                <w:vertAlign w:val="subscript"/>
                <w:lang w:val="ru-RU"/>
              </w:rPr>
              <w:t>2</w:t>
            </w:r>
            <w:r w:rsidRPr="00181731">
              <w:rPr>
                <w:lang w:val="ru-RU"/>
              </w:rPr>
              <w:t xml:space="preserve">, </w:t>
            </w:r>
            <w:r w:rsidRPr="000E52FE">
              <w:t>HNO</w:t>
            </w:r>
            <w:r w:rsidRPr="00181731">
              <w:rPr>
                <w:vertAlign w:val="subscript"/>
                <w:lang w:val="ru-RU"/>
              </w:rPr>
              <w:t>3</w:t>
            </w:r>
            <w:r w:rsidRPr="00181731">
              <w:rPr>
                <w:lang w:val="ru-RU"/>
              </w:rPr>
              <w:t xml:space="preserve">, </w:t>
            </w:r>
            <w:r w:rsidRPr="000E52FE">
              <w:t>FeCl</w:t>
            </w:r>
            <w:r w:rsidRPr="00181731">
              <w:rPr>
                <w:vertAlign w:val="subscript"/>
                <w:lang w:val="ru-RU"/>
              </w:rPr>
              <w:t>3</w:t>
            </w:r>
            <w:r w:rsidRPr="00181731">
              <w:rPr>
                <w:lang w:val="ru-RU"/>
              </w:rPr>
              <w:t xml:space="preserve">, </w:t>
            </w:r>
            <w:r w:rsidRPr="000E52FE">
              <w:t>I</w:t>
            </w:r>
            <w:r w:rsidRPr="00181731">
              <w:rPr>
                <w:vertAlign w:val="subscript"/>
                <w:lang w:val="ru-RU"/>
              </w:rPr>
              <w:t>2</w:t>
            </w:r>
            <w:r w:rsidRPr="00181731">
              <w:rPr>
                <w:lang w:val="ru-RU"/>
              </w:rPr>
              <w:t xml:space="preserve"> выберите окислитель для окисления </w:t>
            </w:r>
            <w:r w:rsidRPr="000E52FE">
              <w:t>SeO</w:t>
            </w:r>
            <w:r w:rsidRPr="00181731">
              <w:rPr>
                <w:vertAlign w:val="subscript"/>
                <w:lang w:val="ru-RU"/>
              </w:rPr>
              <w:t>2</w:t>
            </w:r>
            <w:r w:rsidRPr="00181731">
              <w:rPr>
                <w:lang w:val="ru-RU"/>
              </w:rPr>
              <w:t xml:space="preserve"> до </w:t>
            </w:r>
            <w:r w:rsidRPr="000E52FE">
              <w:t>K</w:t>
            </w:r>
            <w:r w:rsidRPr="00181731">
              <w:rPr>
                <w:vertAlign w:val="subscript"/>
                <w:lang w:val="ru-RU"/>
              </w:rPr>
              <w:t>2</w:t>
            </w:r>
            <w:r w:rsidRPr="000E52FE">
              <w:t>SeO</w:t>
            </w:r>
            <w:r w:rsidRPr="00181731">
              <w:rPr>
                <w:vertAlign w:val="subscript"/>
                <w:lang w:val="ru-RU"/>
              </w:rPr>
              <w:t>4</w:t>
            </w:r>
            <w:r w:rsidRPr="00181731">
              <w:rPr>
                <w:lang w:val="ru-RU"/>
              </w:rPr>
              <w:t xml:space="preserve">, если </w:t>
            </w:r>
            <w:r>
              <w:rPr>
                <w:position w:val="-10"/>
              </w:rPr>
              <w:object w:dxaOrig="2360" w:dyaOrig="360">
                <v:shape id="_x0000_i1218" type="#_x0000_t75" style="width:117pt;height:18pt" o:ole="" fillcolor="window">
                  <v:imagedata r:id="rId330" o:title=""/>
                </v:shape>
                <o:OLEObject Type="Embed" ProgID="Equation.3" ShapeID="_x0000_i1218" DrawAspect="Content" ObjectID="_1842695913" r:id="rId331"/>
              </w:object>
            </w:r>
            <w:r w:rsidRPr="00181731">
              <w:rPr>
                <w:lang w:val="ru-RU"/>
              </w:rPr>
              <w:t xml:space="preserve">   </w:t>
            </w:r>
            <w:r>
              <w:rPr>
                <w:position w:val="-10"/>
              </w:rPr>
              <w:object w:dxaOrig="1960" w:dyaOrig="360">
                <v:shape id="_x0000_i1219" type="#_x0000_t75" style="width:99pt;height:18pt" o:ole="" fillcolor="window">
                  <v:imagedata r:id="rId332" o:title=""/>
                </v:shape>
                <o:OLEObject Type="Embed" ProgID="Equation.3" ShapeID="_x0000_i1219" DrawAspect="Content" ObjectID="_1842695914" r:id="rId333"/>
              </w:object>
            </w:r>
            <w:r w:rsidRPr="00181731">
              <w:rPr>
                <w:lang w:val="ru-RU"/>
              </w:rPr>
              <w:t xml:space="preserve">  </w:t>
            </w:r>
            <w:r>
              <w:rPr>
                <w:position w:val="-12"/>
              </w:rPr>
              <w:object w:dxaOrig="2140" w:dyaOrig="380">
                <v:shape id="_x0000_i1220" type="#_x0000_t75" style="width:107.25pt;height:18.75pt" o:ole="" fillcolor="window">
                  <v:imagedata r:id="rId334" o:title=""/>
                </v:shape>
                <o:OLEObject Type="Embed" ProgID="Equation.3" ShapeID="_x0000_i1220" DrawAspect="Content" ObjectID="_1842695915" r:id="rId335"/>
              </w:object>
            </w:r>
            <w:r w:rsidRPr="00181731">
              <w:rPr>
                <w:lang w:val="ru-RU"/>
              </w:rPr>
              <w:t xml:space="preserve">  </w:t>
            </w:r>
            <w:r>
              <w:rPr>
                <w:position w:val="-10"/>
              </w:rPr>
              <w:object w:dxaOrig="1760" w:dyaOrig="360">
                <v:shape id="_x0000_i1221" type="#_x0000_t75" style="width:87.75pt;height:18pt" o:ole="" fillcolor="window">
                  <v:imagedata r:id="rId336" o:title=""/>
                </v:shape>
                <o:OLEObject Type="Embed" ProgID="Equation.3" ShapeID="_x0000_i1221" DrawAspect="Content" ObjectID="_1842695916" r:id="rId337"/>
              </w:object>
            </w:r>
            <w:r w:rsidRPr="00181731">
              <w:rPr>
                <w:lang w:val="ru-RU"/>
              </w:rPr>
              <w:t xml:space="preserve">  </w:t>
            </w:r>
            <w:r>
              <w:rPr>
                <w:position w:val="-10"/>
              </w:rPr>
              <w:object w:dxaOrig="2220" w:dyaOrig="360">
                <v:shape id="_x0000_i1222" type="#_x0000_t75" style="width:111pt;height:18pt" o:ole="" fillcolor="window">
                  <v:imagedata r:id="rId338" o:title=""/>
                </v:shape>
                <o:OLEObject Type="Embed" ProgID="Equation.3" ShapeID="_x0000_i1222" DrawAspect="Content" ObjectID="_1842695917" r:id="rId339"/>
              </w:object>
            </w:r>
          </w:p>
          <w:p w:rsidR="00FD4A85" w:rsidRPr="00181731" w:rsidRDefault="00FD4A85" w:rsidP="002264E8">
            <w:pPr>
              <w:ind w:left="1080"/>
              <w:rPr>
                <w:b/>
                <w:bCs/>
                <w:i/>
                <w:iCs/>
                <w:lang w:val="ru-RU"/>
              </w:rPr>
            </w:pPr>
          </w:p>
        </w:tc>
      </w:tr>
      <w:tr w:rsidR="00FD4A85" w:rsidRPr="00845DFE" w:rsidTr="00702148">
        <w:tc>
          <w:tcPr>
            <w:tcW w:w="10348" w:type="dxa"/>
            <w:gridSpan w:val="2"/>
          </w:tcPr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bCs/>
                <w:iCs/>
                <w:lang w:val="ru-RU"/>
              </w:rPr>
              <w:t xml:space="preserve">23. </w:t>
            </w:r>
            <w:r w:rsidRPr="00181731">
              <w:rPr>
                <w:lang w:val="ru-RU"/>
              </w:rPr>
              <w:t>Какой из перечисленных ионов может быть только восстановителем?</w:t>
            </w:r>
          </w:p>
          <w:p w:rsidR="00FD4A85" w:rsidRPr="002A60E6" w:rsidRDefault="00FD4A85" w:rsidP="002264E8">
            <w:pPr>
              <w:ind w:left="360"/>
              <w:rPr>
                <w:szCs w:val="24"/>
              </w:rPr>
            </w:pPr>
            <w:r>
              <w:rPr>
                <w:szCs w:val="24"/>
              </w:rPr>
              <w:t>1</w:t>
            </w:r>
            <w:r w:rsidRPr="002A60E6">
              <w:rPr>
                <w:szCs w:val="24"/>
              </w:rPr>
              <w:t>) Cr</w:t>
            </w:r>
            <w:r w:rsidRPr="002A60E6">
              <w:rPr>
                <w:szCs w:val="24"/>
                <w:vertAlign w:val="superscript"/>
              </w:rPr>
              <w:t>3+</w:t>
            </w:r>
            <w:r w:rsidRPr="002A60E6">
              <w:rPr>
                <w:szCs w:val="24"/>
              </w:rPr>
              <w:t xml:space="preserve">      </w:t>
            </w:r>
            <w:r>
              <w:rPr>
                <w:szCs w:val="24"/>
              </w:rPr>
              <w:t>2</w:t>
            </w:r>
            <w:r w:rsidRPr="002A60E6">
              <w:rPr>
                <w:szCs w:val="24"/>
              </w:rPr>
              <w:t>) S</w:t>
            </w:r>
            <w:r w:rsidRPr="002A60E6">
              <w:rPr>
                <w:szCs w:val="24"/>
                <w:vertAlign w:val="superscript"/>
              </w:rPr>
              <w:t>2-</w:t>
            </w:r>
            <w:r w:rsidRPr="002A60E6">
              <w:rPr>
                <w:szCs w:val="24"/>
              </w:rPr>
              <w:t xml:space="preserve">      </w:t>
            </w:r>
            <w:r>
              <w:rPr>
                <w:szCs w:val="24"/>
              </w:rPr>
              <w:t>3</w:t>
            </w:r>
            <w:r w:rsidRPr="002A60E6">
              <w:rPr>
                <w:szCs w:val="24"/>
              </w:rPr>
              <w:t xml:space="preserve">) Br </w:t>
            </w:r>
            <w:r w:rsidRPr="002A60E6">
              <w:rPr>
                <w:szCs w:val="24"/>
                <w:vertAlign w:val="superscript"/>
              </w:rPr>
              <w:t xml:space="preserve">- </w:t>
            </w:r>
            <w:r>
              <w:rPr>
                <w:szCs w:val="24"/>
              </w:rPr>
              <w:t xml:space="preserve">    </w:t>
            </w:r>
          </w:p>
          <w:p w:rsidR="00FD4A85" w:rsidRPr="00845DFE" w:rsidRDefault="00FD4A85" w:rsidP="002264E8">
            <w:pPr>
              <w:rPr>
                <w:b/>
                <w:bCs/>
                <w:i/>
                <w:iCs/>
              </w:rPr>
            </w:pPr>
          </w:p>
        </w:tc>
      </w:tr>
      <w:tr w:rsidR="00FD4A85" w:rsidRPr="00771808" w:rsidTr="00702148">
        <w:tc>
          <w:tcPr>
            <w:tcW w:w="10348" w:type="dxa"/>
            <w:gridSpan w:val="2"/>
          </w:tcPr>
          <w:p w:rsidR="00FD4A85" w:rsidRPr="00144934" w:rsidRDefault="00FD4A85" w:rsidP="002264E8">
            <w:pPr>
              <w:rPr>
                <w:lang w:val="ru-RU"/>
              </w:rPr>
            </w:pPr>
            <w:r w:rsidRPr="00144934">
              <w:rPr>
                <w:bCs/>
                <w:iCs/>
                <w:lang w:val="ru-RU"/>
              </w:rPr>
              <w:t>24.</w:t>
            </w:r>
            <w:r w:rsidRPr="00144934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144934">
              <w:rPr>
                <w:lang w:val="ru-RU"/>
              </w:rPr>
              <w:t>Можно ли проводить электролиз воды:</w:t>
            </w:r>
          </w:p>
          <w:p w:rsidR="00FD4A85" w:rsidRPr="00144934" w:rsidRDefault="00FD4A85" w:rsidP="00FD4A85">
            <w:pPr>
              <w:numPr>
                <w:ilvl w:val="0"/>
                <w:numId w:val="79"/>
              </w:numPr>
              <w:spacing w:line="240" w:lineRule="auto"/>
              <w:rPr>
                <w:lang w:val="ru-RU"/>
              </w:rPr>
            </w:pPr>
            <w:r w:rsidRPr="00144934">
              <w:rPr>
                <w:lang w:val="ru-RU"/>
              </w:rPr>
              <w:t>Можно, т.к, вода диссоциирует с образованием воды ионов Н</w:t>
            </w:r>
            <w:r w:rsidRPr="00144934">
              <w:rPr>
                <w:vertAlign w:val="superscript"/>
                <w:lang w:val="ru-RU"/>
              </w:rPr>
              <w:t xml:space="preserve">+  </w:t>
            </w:r>
            <w:r w:rsidRPr="00144934">
              <w:rPr>
                <w:lang w:val="ru-RU"/>
              </w:rPr>
              <w:t>ОН</w:t>
            </w:r>
            <w:r w:rsidRPr="00144934">
              <w:rPr>
                <w:vertAlign w:val="superscript"/>
                <w:lang w:val="ru-RU"/>
              </w:rPr>
              <w:t>-</w:t>
            </w:r>
            <w:r w:rsidRPr="00144934">
              <w:rPr>
                <w:lang w:val="ru-RU"/>
              </w:rPr>
              <w:t>;</w:t>
            </w:r>
          </w:p>
          <w:p w:rsidR="00FD4A85" w:rsidRPr="00144934" w:rsidRDefault="00FD4A85" w:rsidP="00FD4A85">
            <w:pPr>
              <w:numPr>
                <w:ilvl w:val="0"/>
                <w:numId w:val="79"/>
              </w:numPr>
              <w:spacing w:line="240" w:lineRule="auto"/>
              <w:rPr>
                <w:lang w:val="ru-RU"/>
              </w:rPr>
            </w:pPr>
            <w:r w:rsidRPr="00144934">
              <w:rPr>
                <w:lang w:val="ru-RU"/>
              </w:rPr>
              <w:t>Можно, если добавить электролит, увеличивающий электропроводность раствора;</w:t>
            </w:r>
          </w:p>
          <w:p w:rsidR="00FD4A85" w:rsidRPr="00144934" w:rsidRDefault="00FD4A85" w:rsidP="00FD4A85">
            <w:pPr>
              <w:numPr>
                <w:ilvl w:val="0"/>
                <w:numId w:val="79"/>
              </w:numPr>
              <w:spacing w:line="240" w:lineRule="auto"/>
              <w:rPr>
                <w:lang w:val="ru-RU"/>
              </w:rPr>
            </w:pPr>
            <w:r w:rsidRPr="00144934">
              <w:rPr>
                <w:lang w:val="ru-RU"/>
              </w:rPr>
              <w:t>Нельзя, т.к. молекулы воды на ионы не диссоцируют.</w:t>
            </w:r>
          </w:p>
          <w:p w:rsidR="00FD4A85" w:rsidRPr="00144934" w:rsidRDefault="00FD4A85" w:rsidP="002264E8">
            <w:pPr>
              <w:rPr>
                <w:b/>
                <w:bCs/>
                <w:i/>
                <w:iCs/>
                <w:lang w:val="ru-RU"/>
              </w:rPr>
            </w:pPr>
          </w:p>
        </w:tc>
      </w:tr>
      <w:tr w:rsidR="00FD4A85" w:rsidRPr="00771808" w:rsidTr="00702148">
        <w:tc>
          <w:tcPr>
            <w:tcW w:w="10348" w:type="dxa"/>
            <w:gridSpan w:val="2"/>
          </w:tcPr>
          <w:p w:rsidR="00FD4A85" w:rsidRPr="00144934" w:rsidRDefault="00FD4A85" w:rsidP="002264E8">
            <w:pPr>
              <w:rPr>
                <w:lang w:val="ru-RU"/>
              </w:rPr>
            </w:pPr>
            <w:r w:rsidRPr="00144934">
              <w:rPr>
                <w:b/>
                <w:bCs/>
                <w:i/>
                <w:iCs/>
                <w:lang w:val="ru-RU"/>
              </w:rPr>
              <w:t xml:space="preserve">25. </w:t>
            </w:r>
            <w:r w:rsidRPr="00144934">
              <w:rPr>
                <w:lang w:val="ru-RU"/>
              </w:rPr>
              <w:t xml:space="preserve">Вычислите массу серебра, выделившуюся при пропускании через раствор нитрата серебра тока в 8 </w:t>
            </w:r>
            <w:proofErr w:type="gramStart"/>
            <w:r w:rsidRPr="00144934">
              <w:rPr>
                <w:lang w:val="ru-RU"/>
              </w:rPr>
              <w:t>А</w:t>
            </w:r>
            <w:proofErr w:type="gramEnd"/>
            <w:r w:rsidRPr="00144934">
              <w:rPr>
                <w:lang w:val="ru-RU"/>
              </w:rPr>
              <w:t xml:space="preserve"> в течении 15 мин.</w:t>
            </w:r>
          </w:p>
          <w:p w:rsidR="00FD4A85" w:rsidRPr="00144934" w:rsidRDefault="00FD4A85" w:rsidP="002264E8">
            <w:pPr>
              <w:rPr>
                <w:b/>
                <w:bCs/>
                <w:i/>
                <w:iCs/>
                <w:lang w:val="ru-RU"/>
              </w:rPr>
            </w:pPr>
          </w:p>
        </w:tc>
      </w:tr>
      <w:tr w:rsidR="00FD4A85" w:rsidRPr="00845DFE" w:rsidTr="00702148">
        <w:tc>
          <w:tcPr>
            <w:tcW w:w="10348" w:type="dxa"/>
            <w:gridSpan w:val="2"/>
          </w:tcPr>
          <w:p w:rsidR="00FD4A85" w:rsidRPr="00144934" w:rsidRDefault="00FD4A85" w:rsidP="002264E8">
            <w:pPr>
              <w:rPr>
                <w:lang w:val="ru-RU"/>
              </w:rPr>
            </w:pPr>
            <w:r w:rsidRPr="00144934">
              <w:rPr>
                <w:b/>
                <w:bCs/>
                <w:i/>
                <w:iCs/>
                <w:lang w:val="ru-RU"/>
              </w:rPr>
              <w:t xml:space="preserve">26. </w:t>
            </w:r>
            <w:r w:rsidRPr="00144934">
              <w:rPr>
                <w:lang w:val="ru-RU"/>
              </w:rPr>
              <w:t>Какие процессы будут протекать на никелевом аноде при электролизе водного раствора сульфата калия?</w:t>
            </w:r>
          </w:p>
          <w:p w:rsidR="00FD4A85" w:rsidRDefault="00FD4A85" w:rsidP="00FD4A85">
            <w:pPr>
              <w:numPr>
                <w:ilvl w:val="0"/>
                <w:numId w:val="80"/>
              </w:numPr>
              <w:spacing w:line="240" w:lineRule="auto"/>
            </w:pPr>
            <w:r>
              <w:rPr>
                <w:position w:val="-12"/>
              </w:rPr>
              <w:object w:dxaOrig="1980" w:dyaOrig="380">
                <v:shape id="_x0000_i1223" type="#_x0000_t75" style="width:99.75pt;height:18.75pt" o:ole="">
                  <v:imagedata r:id="rId147" o:title=""/>
                </v:shape>
                <o:OLEObject Type="Embed" ProgID="Equation.3" ShapeID="_x0000_i1223" DrawAspect="Content" ObjectID="_1842695918" r:id="rId340"/>
              </w:object>
            </w:r>
          </w:p>
          <w:p w:rsidR="00FD4A85" w:rsidRDefault="00FD4A85" w:rsidP="00FD4A85">
            <w:pPr>
              <w:numPr>
                <w:ilvl w:val="0"/>
                <w:numId w:val="80"/>
              </w:numPr>
              <w:spacing w:line="240" w:lineRule="auto"/>
            </w:pPr>
            <w:r>
              <w:rPr>
                <w:position w:val="-10"/>
              </w:rPr>
              <w:object w:dxaOrig="2420" w:dyaOrig="360">
                <v:shape id="_x0000_i1224" type="#_x0000_t75" style="width:120.75pt;height:18pt" o:ole="">
                  <v:imagedata r:id="rId149" o:title=""/>
                </v:shape>
                <o:OLEObject Type="Embed" ProgID="Equation.3" ShapeID="_x0000_i1224" DrawAspect="Content" ObjectID="_1842695919" r:id="rId341"/>
              </w:object>
            </w:r>
          </w:p>
          <w:p w:rsidR="00FD4A85" w:rsidRPr="001B1BB0" w:rsidRDefault="00FD4A85" w:rsidP="00FD4A85">
            <w:pPr>
              <w:numPr>
                <w:ilvl w:val="0"/>
                <w:numId w:val="80"/>
              </w:numPr>
              <w:spacing w:line="240" w:lineRule="auto"/>
              <w:rPr>
                <w:b/>
                <w:bCs/>
                <w:i/>
                <w:iCs/>
              </w:rPr>
            </w:pPr>
            <w:r>
              <w:rPr>
                <w:position w:val="-6"/>
              </w:rPr>
              <w:object w:dxaOrig="1680" w:dyaOrig="320">
                <v:shape id="_x0000_i1225" type="#_x0000_t75" style="width:84pt;height:15.75pt" o:ole="">
                  <v:imagedata r:id="rId342" o:title=""/>
                </v:shape>
                <o:OLEObject Type="Embed" ProgID="Equation.3" ShapeID="_x0000_i1225" DrawAspect="Content" ObjectID="_1842695920" r:id="rId343"/>
              </w:object>
            </w:r>
            <w:r>
              <w:t xml:space="preserve">     </w:t>
            </w:r>
          </w:p>
          <w:p w:rsidR="00FD4A85" w:rsidRPr="00845DFE" w:rsidRDefault="00FD4A85" w:rsidP="002264E8">
            <w:pPr>
              <w:ind w:left="720"/>
              <w:rPr>
                <w:b/>
                <w:bCs/>
                <w:i/>
                <w:iCs/>
              </w:rPr>
            </w:pPr>
          </w:p>
        </w:tc>
      </w:tr>
      <w:tr w:rsidR="00FD4A85" w:rsidRPr="00771808" w:rsidTr="00702148">
        <w:tc>
          <w:tcPr>
            <w:tcW w:w="10348" w:type="dxa"/>
            <w:gridSpan w:val="2"/>
          </w:tcPr>
          <w:p w:rsidR="00FD4A85" w:rsidRPr="00144934" w:rsidRDefault="00FD4A85" w:rsidP="002264E8">
            <w:pPr>
              <w:rPr>
                <w:lang w:val="ru-RU"/>
              </w:rPr>
            </w:pPr>
            <w:r w:rsidRPr="00144934">
              <w:rPr>
                <w:bCs/>
                <w:iCs/>
                <w:lang w:val="ru-RU"/>
              </w:rPr>
              <w:lastRenderedPageBreak/>
              <w:t>27.</w:t>
            </w:r>
            <w:r w:rsidRPr="00144934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144934">
              <w:rPr>
                <w:lang w:val="ru-RU"/>
              </w:rPr>
              <w:t xml:space="preserve">Какова структура уровня </w:t>
            </w:r>
            <w:r>
              <w:t>n</w:t>
            </w:r>
            <w:r w:rsidRPr="00144934">
              <w:rPr>
                <w:lang w:val="ru-RU"/>
              </w:rPr>
              <w:t>=4 атома молибдена?</w:t>
            </w:r>
          </w:p>
          <w:p w:rsidR="00FD4A85" w:rsidRPr="00144934" w:rsidRDefault="00FD4A85" w:rsidP="002264E8">
            <w:pPr>
              <w:rPr>
                <w:b/>
                <w:bCs/>
                <w:i/>
                <w:iCs/>
                <w:lang w:val="ru-RU"/>
              </w:rPr>
            </w:pPr>
          </w:p>
          <w:p w:rsidR="00FD4A85" w:rsidRPr="00144934" w:rsidRDefault="00FD4A85" w:rsidP="002264E8">
            <w:pPr>
              <w:rPr>
                <w:b/>
                <w:bCs/>
                <w:i/>
                <w:iCs/>
                <w:lang w:val="ru-RU"/>
              </w:rPr>
            </w:pPr>
          </w:p>
        </w:tc>
      </w:tr>
      <w:tr w:rsidR="00FD4A85" w:rsidRPr="00845DFE" w:rsidTr="00702148">
        <w:tc>
          <w:tcPr>
            <w:tcW w:w="10348" w:type="dxa"/>
            <w:gridSpan w:val="2"/>
          </w:tcPr>
          <w:p w:rsidR="00FD4A85" w:rsidRPr="00144934" w:rsidRDefault="00FD4A85" w:rsidP="002264E8">
            <w:pPr>
              <w:rPr>
                <w:lang w:val="ru-RU"/>
              </w:rPr>
            </w:pPr>
            <w:r w:rsidRPr="00144934">
              <w:rPr>
                <w:b/>
                <w:bCs/>
                <w:i/>
                <w:iCs/>
                <w:lang w:val="ru-RU"/>
              </w:rPr>
              <w:t xml:space="preserve">28. </w:t>
            </w:r>
            <w:r w:rsidRPr="00144934">
              <w:rPr>
                <w:lang w:val="ru-RU"/>
              </w:rPr>
              <w:t xml:space="preserve">По какой из указанных схем может пойти реакция образования </w:t>
            </w:r>
            <w:r>
              <w:t>Cr</w:t>
            </w:r>
            <w:r w:rsidRPr="00144934">
              <w:rPr>
                <w:lang w:val="ru-RU"/>
              </w:rPr>
              <w:t>(</w:t>
            </w:r>
            <w:r>
              <w:t>OH</w:t>
            </w:r>
            <w:r w:rsidRPr="00144934">
              <w:rPr>
                <w:lang w:val="ru-RU"/>
              </w:rPr>
              <w:t>)</w:t>
            </w:r>
            <w:r w:rsidRPr="00144934">
              <w:rPr>
                <w:vertAlign w:val="subscript"/>
                <w:lang w:val="ru-RU"/>
              </w:rPr>
              <w:t>3</w:t>
            </w:r>
            <w:r w:rsidRPr="00144934">
              <w:rPr>
                <w:lang w:val="ru-RU"/>
              </w:rPr>
              <w:t>:</w:t>
            </w:r>
          </w:p>
          <w:p w:rsidR="00FD4A85" w:rsidRDefault="00FD4A85" w:rsidP="00FD4A85">
            <w:pPr>
              <w:numPr>
                <w:ilvl w:val="0"/>
                <w:numId w:val="83"/>
              </w:numPr>
              <w:spacing w:line="240" w:lineRule="auto"/>
            </w:pPr>
            <w:r>
              <w:rPr>
                <w:position w:val="-10"/>
              </w:rPr>
              <w:object w:dxaOrig="1320" w:dyaOrig="340">
                <v:shape id="_x0000_i1226" type="#_x0000_t75" style="width:65.25pt;height:17.25pt" o:ole="">
                  <v:imagedata r:id="rId344" o:title=""/>
                </v:shape>
                <o:OLEObject Type="Embed" ProgID="Equation.3" ShapeID="_x0000_i1226" DrawAspect="Content" ObjectID="_1842695921" r:id="rId345"/>
              </w:object>
            </w:r>
            <w:r>
              <w:t xml:space="preserve"> </w:t>
            </w:r>
          </w:p>
          <w:p w:rsidR="00FD4A85" w:rsidRDefault="00FD4A85" w:rsidP="00FD4A85">
            <w:pPr>
              <w:numPr>
                <w:ilvl w:val="0"/>
                <w:numId w:val="83"/>
              </w:numPr>
              <w:spacing w:line="240" w:lineRule="auto"/>
            </w:pPr>
            <w:r>
              <w:rPr>
                <w:position w:val="-12"/>
              </w:rPr>
              <w:object w:dxaOrig="1840" w:dyaOrig="360">
                <v:shape id="_x0000_i1227" type="#_x0000_t75" style="width:92.25pt;height:18pt" o:ole="">
                  <v:imagedata r:id="rId346" o:title=""/>
                </v:shape>
                <o:OLEObject Type="Embed" ProgID="Equation.3" ShapeID="_x0000_i1227" DrawAspect="Content" ObjectID="_1842695922" r:id="rId347"/>
              </w:object>
            </w:r>
          </w:p>
          <w:p w:rsidR="00FD4A85" w:rsidRDefault="00FD4A85" w:rsidP="00FD4A85">
            <w:pPr>
              <w:numPr>
                <w:ilvl w:val="0"/>
                <w:numId w:val="83"/>
              </w:numPr>
              <w:spacing w:line="240" w:lineRule="auto"/>
            </w:pPr>
            <w:r>
              <w:rPr>
                <w:position w:val="-12"/>
              </w:rPr>
              <w:object w:dxaOrig="1660" w:dyaOrig="360">
                <v:shape id="_x0000_i1228" type="#_x0000_t75" style="width:82.5pt;height:18pt" o:ole="">
                  <v:imagedata r:id="rId348" o:title=""/>
                </v:shape>
                <o:OLEObject Type="Embed" ProgID="Equation.3" ShapeID="_x0000_i1228" DrawAspect="Content" ObjectID="_1842695923" r:id="rId349"/>
              </w:object>
            </w:r>
          </w:p>
          <w:p w:rsidR="00FD4A85" w:rsidRPr="00845DFE" w:rsidRDefault="00FD4A85" w:rsidP="002264E8">
            <w:pPr>
              <w:rPr>
                <w:b/>
                <w:bCs/>
                <w:i/>
                <w:iCs/>
              </w:rPr>
            </w:pPr>
          </w:p>
        </w:tc>
      </w:tr>
      <w:tr w:rsidR="00FD4A85" w:rsidRPr="00845DFE" w:rsidTr="00702148">
        <w:tc>
          <w:tcPr>
            <w:tcW w:w="10348" w:type="dxa"/>
            <w:gridSpan w:val="2"/>
            <w:tcBorders>
              <w:bottom w:val="single" w:sz="4" w:space="0" w:color="auto"/>
            </w:tcBorders>
          </w:tcPr>
          <w:p w:rsidR="00FD4A85" w:rsidRPr="00144934" w:rsidRDefault="00FD4A85" w:rsidP="002264E8">
            <w:pPr>
              <w:rPr>
                <w:szCs w:val="28"/>
                <w:lang w:val="ru-RU"/>
              </w:rPr>
            </w:pPr>
            <w:r w:rsidRPr="00144934">
              <w:rPr>
                <w:b/>
                <w:bCs/>
                <w:i/>
                <w:iCs/>
                <w:lang w:val="ru-RU"/>
              </w:rPr>
              <w:t xml:space="preserve">29. </w:t>
            </w:r>
            <w:r w:rsidRPr="00144934">
              <w:rPr>
                <w:szCs w:val="28"/>
                <w:lang w:val="ru-RU"/>
              </w:rPr>
              <w:t>Присутствие ионов кальция в водном растворе можно обнаружить с помощью ионов</w:t>
            </w:r>
          </w:p>
          <w:p w:rsidR="00FD4A85" w:rsidRDefault="00FD4A85" w:rsidP="00FD4A85">
            <w:pPr>
              <w:numPr>
                <w:ilvl w:val="0"/>
                <w:numId w:val="81"/>
              </w:num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>OH</w:t>
            </w:r>
            <w:r>
              <w:rPr>
                <w:szCs w:val="28"/>
                <w:vertAlign w:val="superscript"/>
              </w:rPr>
              <w:t>-</w:t>
            </w:r>
            <w:r>
              <w:rPr>
                <w:szCs w:val="28"/>
              </w:rPr>
              <w:t xml:space="preserve"> </w:t>
            </w:r>
          </w:p>
          <w:p w:rsidR="00FD4A85" w:rsidRDefault="00FD4A85" w:rsidP="00FD4A85">
            <w:pPr>
              <w:numPr>
                <w:ilvl w:val="0"/>
                <w:numId w:val="81"/>
              </w:numPr>
              <w:spacing w:line="240" w:lineRule="auto"/>
              <w:rPr>
                <w:bCs/>
                <w:szCs w:val="28"/>
              </w:rPr>
            </w:pPr>
            <w:r>
              <w:rPr>
                <w:bCs/>
                <w:szCs w:val="28"/>
              </w:rPr>
              <w:t>CO</w:t>
            </w:r>
            <w:r>
              <w:rPr>
                <w:bCs/>
                <w:szCs w:val="28"/>
                <w:vertAlign w:val="subscript"/>
              </w:rPr>
              <w:t>3</w:t>
            </w:r>
            <w:r>
              <w:rPr>
                <w:bCs/>
                <w:szCs w:val="28"/>
                <w:vertAlign w:val="superscript"/>
              </w:rPr>
              <w:t>2-</w:t>
            </w:r>
          </w:p>
          <w:p w:rsidR="00FD4A85" w:rsidRDefault="00FD4A85" w:rsidP="00FD4A85">
            <w:pPr>
              <w:numPr>
                <w:ilvl w:val="0"/>
                <w:numId w:val="81"/>
              </w:num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>SO</w:t>
            </w:r>
            <w:r>
              <w:rPr>
                <w:szCs w:val="28"/>
                <w:vertAlign w:val="subscript"/>
              </w:rPr>
              <w:t>4</w:t>
            </w:r>
            <w:r>
              <w:rPr>
                <w:szCs w:val="28"/>
                <w:vertAlign w:val="superscript"/>
              </w:rPr>
              <w:t>2-</w:t>
            </w:r>
          </w:p>
          <w:p w:rsidR="00FD4A85" w:rsidRPr="00845DFE" w:rsidRDefault="00FD4A85" w:rsidP="002264E8">
            <w:pPr>
              <w:ind w:left="720"/>
              <w:rPr>
                <w:b/>
                <w:bCs/>
                <w:i/>
                <w:iCs/>
              </w:rPr>
            </w:pPr>
          </w:p>
        </w:tc>
      </w:tr>
      <w:tr w:rsidR="00FD4A85" w:rsidRPr="00771808" w:rsidTr="00702148">
        <w:tc>
          <w:tcPr>
            <w:tcW w:w="1034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D4A85" w:rsidRPr="007E47E5" w:rsidRDefault="00FD4A85" w:rsidP="002264E8">
            <w:pPr>
              <w:pStyle w:val="21"/>
              <w:spacing w:before="0" w:line="240" w:lineRule="auto"/>
              <w:rPr>
                <w:rFonts w:ascii="Times New Roman" w:hAnsi="Times New Roman"/>
                <w:b w:val="0"/>
                <w:i/>
                <w:sz w:val="24"/>
                <w:szCs w:val="24"/>
              </w:rPr>
            </w:pPr>
          </w:p>
          <w:p w:rsidR="00FD4A85" w:rsidRPr="00144934" w:rsidRDefault="00FD4A85" w:rsidP="002264E8">
            <w:pPr>
              <w:pStyle w:val="21"/>
              <w:spacing w:before="0" w:line="240" w:lineRule="auto"/>
              <w:rPr>
                <w:rFonts w:ascii="Times New Roman" w:hAnsi="Times New Roman"/>
                <w:b w:val="0"/>
                <w:i/>
                <w:color w:val="auto"/>
                <w:sz w:val="24"/>
                <w:szCs w:val="24"/>
                <w:lang w:val="ru-RU"/>
              </w:rPr>
            </w:pPr>
            <w:r w:rsidRPr="00144934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>Тест составил:</w:t>
            </w:r>
            <w:r w:rsidRPr="00144934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 </w:t>
            </w:r>
            <w:r w:rsidRPr="00144934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 xml:space="preserve">доцент </w:t>
            </w:r>
            <w:r w:rsidRPr="00144934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     ____________________   </w:t>
            </w:r>
            <w:r w:rsidRPr="00144934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>Лапина С.Ф.</w:t>
            </w:r>
          </w:p>
          <w:p w:rsidR="00FD4A85" w:rsidRPr="00144934" w:rsidRDefault="00FD4A85" w:rsidP="002264E8">
            <w:pPr>
              <w:rPr>
                <w:lang w:val="ru-RU"/>
              </w:rPr>
            </w:pPr>
            <w:r w:rsidRPr="00144934">
              <w:rPr>
                <w:lang w:val="ru-RU"/>
              </w:rPr>
              <w:t>Утверждено на заседани</w:t>
            </w:r>
            <w:r w:rsidR="00702148">
              <w:rPr>
                <w:lang w:val="ru-RU"/>
              </w:rPr>
              <w:t>и кафедры: ЭБЖиФ протокол от «22</w:t>
            </w:r>
            <w:r w:rsidRPr="00144934">
              <w:rPr>
                <w:lang w:val="ru-RU"/>
              </w:rPr>
              <w:t xml:space="preserve">» </w:t>
            </w:r>
            <w:r w:rsidR="00702148">
              <w:rPr>
                <w:lang w:val="ru-RU"/>
              </w:rPr>
              <w:t>апреля</w:t>
            </w:r>
            <w:r w:rsidRPr="00144934">
              <w:rPr>
                <w:lang w:val="ru-RU"/>
              </w:rPr>
              <w:t xml:space="preserve"> 2026 г.</w:t>
            </w:r>
            <w:r w:rsidR="00702148">
              <w:rPr>
                <w:lang w:val="ru-RU"/>
              </w:rPr>
              <w:t xml:space="preserve"> № 9</w:t>
            </w:r>
          </w:p>
          <w:p w:rsidR="00FD4A85" w:rsidRPr="00144934" w:rsidRDefault="00FD4A85" w:rsidP="002264E8">
            <w:pPr>
              <w:rPr>
                <w:lang w:val="ru-RU"/>
              </w:rPr>
            </w:pPr>
          </w:p>
          <w:p w:rsidR="00FD4A85" w:rsidRPr="00144934" w:rsidRDefault="00FD4A85" w:rsidP="002264E8">
            <w:pPr>
              <w:rPr>
                <w:lang w:val="ru-RU"/>
              </w:rPr>
            </w:pPr>
            <w:r w:rsidRPr="00144934">
              <w:rPr>
                <w:lang w:val="ru-RU"/>
              </w:rPr>
              <w:t xml:space="preserve">Заведующий кафедрой   ЭБЖиФ             ________________________              Никифорова В.А </w:t>
            </w:r>
          </w:p>
          <w:p w:rsidR="00FD4A85" w:rsidRPr="00144934" w:rsidRDefault="00FD4A85" w:rsidP="002264E8">
            <w:pPr>
              <w:rPr>
                <w:lang w:val="ru-RU"/>
              </w:rPr>
            </w:pPr>
          </w:p>
        </w:tc>
      </w:tr>
    </w:tbl>
    <w:p w:rsidR="00FD4A85" w:rsidRPr="00144934" w:rsidRDefault="00FD4A85" w:rsidP="00FD4A85">
      <w:pPr>
        <w:rPr>
          <w:szCs w:val="24"/>
          <w:lang w:val="ru-RU"/>
        </w:rPr>
      </w:pP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127"/>
        <w:gridCol w:w="142"/>
        <w:gridCol w:w="8221"/>
      </w:tblGrid>
      <w:tr w:rsidR="00FD4A85" w:rsidRPr="00C34045" w:rsidTr="00702148"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560995" w:rsidRDefault="00FD4A85" w:rsidP="00702148">
            <w:pPr>
              <w:spacing w:line="240" w:lineRule="auto"/>
              <w:jc w:val="center"/>
              <w:rPr>
                <w:lang w:val="ru-RU"/>
              </w:rPr>
            </w:pPr>
            <w:r w:rsidRPr="00560995">
              <w:rPr>
                <w:lang w:val="ru-RU"/>
              </w:rPr>
              <w:t xml:space="preserve">Минобрнауки России </w:t>
            </w:r>
          </w:p>
          <w:p w:rsidR="00FD4A85" w:rsidRPr="00560995" w:rsidRDefault="00FD4A85" w:rsidP="00702148">
            <w:pPr>
              <w:spacing w:line="240" w:lineRule="auto"/>
              <w:jc w:val="center"/>
              <w:rPr>
                <w:lang w:val="ru-RU"/>
              </w:rPr>
            </w:pPr>
          </w:p>
          <w:p w:rsidR="00FD4A85" w:rsidRPr="00560995" w:rsidRDefault="00FD4A85" w:rsidP="00702148">
            <w:pPr>
              <w:spacing w:line="240" w:lineRule="auto"/>
              <w:jc w:val="center"/>
              <w:rPr>
                <w:lang w:val="ru-RU"/>
              </w:rPr>
            </w:pPr>
            <w:r w:rsidRPr="00560995">
              <w:rPr>
                <w:lang w:val="ru-RU"/>
              </w:rPr>
              <w:t xml:space="preserve">ФГБОУ ВО </w:t>
            </w:r>
          </w:p>
          <w:p w:rsidR="00FD4A85" w:rsidRPr="00560995" w:rsidRDefault="00FD4A85" w:rsidP="00702148">
            <w:pPr>
              <w:spacing w:line="240" w:lineRule="auto"/>
              <w:jc w:val="center"/>
              <w:rPr>
                <w:lang w:val="ru-RU"/>
              </w:rPr>
            </w:pPr>
          </w:p>
          <w:p w:rsidR="00FD4A85" w:rsidRPr="00560995" w:rsidRDefault="00FD4A85" w:rsidP="00702148">
            <w:pPr>
              <w:spacing w:line="240" w:lineRule="auto"/>
              <w:jc w:val="center"/>
              <w:rPr>
                <w:b/>
                <w:bCs/>
                <w:i/>
                <w:iCs/>
                <w:lang w:val="ru-RU"/>
              </w:rPr>
            </w:pPr>
            <w:r w:rsidRPr="00560995">
              <w:rPr>
                <w:lang w:val="ru-RU"/>
              </w:rPr>
              <w:t>«БрГУ»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4A85" w:rsidRPr="00560995" w:rsidRDefault="00FD4A85" w:rsidP="00702148">
            <w:pPr>
              <w:spacing w:line="240" w:lineRule="auto"/>
              <w:jc w:val="center"/>
              <w:rPr>
                <w:b/>
                <w:lang w:val="ru-RU"/>
              </w:rPr>
            </w:pPr>
            <w:r w:rsidRPr="00560995">
              <w:rPr>
                <w:b/>
                <w:lang w:val="ru-RU"/>
              </w:rPr>
              <w:t>Экзаменационный тест</w:t>
            </w:r>
          </w:p>
          <w:p w:rsidR="00FD4A85" w:rsidRPr="00560995" w:rsidRDefault="00FD4A85" w:rsidP="00702148">
            <w:pPr>
              <w:spacing w:line="240" w:lineRule="auto"/>
              <w:jc w:val="center"/>
              <w:rPr>
                <w:lang w:val="ru-RU"/>
              </w:rPr>
            </w:pPr>
            <w:r w:rsidRPr="00560995">
              <w:rPr>
                <w:b/>
                <w:lang w:val="ru-RU"/>
              </w:rPr>
              <w:t>Вариант № 4</w:t>
            </w:r>
          </w:p>
          <w:p w:rsidR="00FD4A85" w:rsidRPr="00560995" w:rsidRDefault="00FD4A85" w:rsidP="00702148">
            <w:pPr>
              <w:pStyle w:val="1"/>
              <w:spacing w:before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560995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560995">
              <w:rPr>
                <w:rFonts w:ascii="Times New Roman" w:hAnsi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FD4A85" w:rsidRPr="00560995" w:rsidRDefault="00FD4A85" w:rsidP="00702148">
            <w:pPr>
              <w:spacing w:line="240" w:lineRule="auto"/>
              <w:jc w:val="center"/>
              <w:rPr>
                <w:lang w:val="ru-RU"/>
              </w:rPr>
            </w:pPr>
            <w:r w:rsidRPr="00560995">
              <w:rPr>
                <w:b/>
                <w:lang w:val="ru-RU"/>
              </w:rPr>
              <w:t xml:space="preserve">направление подготовки 15.03.05 </w:t>
            </w:r>
            <w:r w:rsidRPr="00560995">
              <w:rPr>
                <w:lang w:val="ru-RU"/>
              </w:rPr>
              <w:t>Конструкторско-технологическое обеспечение машиностроительных производств</w:t>
            </w:r>
          </w:p>
          <w:p w:rsidR="00FD4A85" w:rsidRPr="00C34045" w:rsidRDefault="00FD4A85" w:rsidP="00702148">
            <w:pPr>
              <w:spacing w:line="240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</w:rPr>
              <w:t>профиль подготовки</w:t>
            </w:r>
            <w:r>
              <w:t xml:space="preserve"> Технология машиностроения</w:t>
            </w:r>
          </w:p>
        </w:tc>
      </w:tr>
      <w:tr w:rsidR="00FD4A85" w:rsidTr="00702148">
        <w:tc>
          <w:tcPr>
            <w:tcW w:w="10490" w:type="dxa"/>
            <w:gridSpan w:val="3"/>
            <w:tcBorders>
              <w:top w:val="single" w:sz="4" w:space="0" w:color="auto"/>
            </w:tcBorders>
          </w:tcPr>
          <w:p w:rsidR="00FD4A85" w:rsidRPr="00560995" w:rsidRDefault="00FD4A85" w:rsidP="002264E8">
            <w:pPr>
              <w:rPr>
                <w:lang w:val="ru-RU"/>
              </w:rPr>
            </w:pPr>
            <w:r w:rsidRPr="00560995">
              <w:rPr>
                <w:lang w:val="ru-RU"/>
              </w:rPr>
              <w:t>1</w:t>
            </w:r>
            <w:r w:rsidRPr="00560995">
              <w:rPr>
                <w:b/>
                <w:i/>
                <w:lang w:val="ru-RU"/>
              </w:rPr>
              <w:t xml:space="preserve">. </w:t>
            </w:r>
            <w:proofErr w:type="gramStart"/>
            <w:r w:rsidRPr="00560995">
              <w:rPr>
                <w:lang w:val="ru-RU"/>
              </w:rPr>
              <w:t>Число,  каких</w:t>
            </w:r>
            <w:proofErr w:type="gramEnd"/>
            <w:r w:rsidRPr="00560995">
              <w:rPr>
                <w:lang w:val="ru-RU"/>
              </w:rPr>
              <w:t xml:space="preserve"> элементарных частиц является определяющим для понятия «химический элемент»:</w:t>
            </w:r>
          </w:p>
          <w:p w:rsidR="00FD4A85" w:rsidRPr="00E87D27" w:rsidRDefault="00FD4A85" w:rsidP="002264E8">
            <w:r w:rsidRPr="00560995">
              <w:rPr>
                <w:lang w:val="ru-RU"/>
              </w:rPr>
              <w:t xml:space="preserve">   </w:t>
            </w:r>
            <w:r>
              <w:t xml:space="preserve">1) </w:t>
            </w:r>
            <w:proofErr w:type="gramStart"/>
            <w:r w:rsidRPr="00E87D27">
              <w:t xml:space="preserve">протоны;  </w:t>
            </w:r>
            <w:r>
              <w:t xml:space="preserve"> </w:t>
            </w:r>
            <w:proofErr w:type="gramEnd"/>
            <w:r>
              <w:t xml:space="preserve">      </w:t>
            </w:r>
            <w:r w:rsidRPr="00E87D27">
              <w:t xml:space="preserve">2)нейтроны;  </w:t>
            </w:r>
            <w:r>
              <w:t xml:space="preserve">              </w:t>
            </w:r>
            <w:r w:rsidRPr="00E87D27">
              <w:t>3)электроны.</w:t>
            </w:r>
          </w:p>
          <w:p w:rsidR="00FD4A85" w:rsidRDefault="00FD4A85" w:rsidP="002264E8">
            <w:pPr>
              <w:rPr>
                <w:b/>
                <w:bCs/>
                <w:i/>
                <w:iCs/>
              </w:rPr>
            </w:pPr>
          </w:p>
        </w:tc>
      </w:tr>
      <w:tr w:rsidR="00FD4A85" w:rsidTr="00702148">
        <w:tc>
          <w:tcPr>
            <w:tcW w:w="10490" w:type="dxa"/>
            <w:gridSpan w:val="3"/>
          </w:tcPr>
          <w:p w:rsidR="00FD4A85" w:rsidRPr="00E87D27" w:rsidRDefault="00FD4A85" w:rsidP="002264E8">
            <w:pPr>
              <w:tabs>
                <w:tab w:val="left" w:pos="540"/>
              </w:tabs>
              <w:ind w:hanging="540"/>
            </w:pPr>
            <w:r w:rsidRPr="00560995">
              <w:rPr>
                <w:lang w:val="ru-RU"/>
              </w:rPr>
              <w:t xml:space="preserve">2. Атом, какого элемента имеет электронную конфигурацию   </w:t>
            </w:r>
            <w:r w:rsidRPr="00E87D27">
              <w:t>1s</w:t>
            </w:r>
            <w:r w:rsidRPr="00E87D27">
              <w:rPr>
                <w:vertAlign w:val="superscript"/>
              </w:rPr>
              <w:t>2</w:t>
            </w:r>
            <w:r w:rsidRPr="00E87D27">
              <w:t>2s</w:t>
            </w:r>
            <w:r w:rsidRPr="00E87D27">
              <w:rPr>
                <w:vertAlign w:val="superscript"/>
              </w:rPr>
              <w:t>2</w:t>
            </w:r>
            <w:r w:rsidRPr="00E87D27">
              <w:t>2p</w:t>
            </w:r>
            <w:r w:rsidRPr="00E87D27">
              <w:rPr>
                <w:vertAlign w:val="superscript"/>
              </w:rPr>
              <w:t>6</w:t>
            </w:r>
            <w:r w:rsidRPr="00E87D27">
              <w:t>3s</w:t>
            </w:r>
            <w:r w:rsidRPr="00E87D27">
              <w:rPr>
                <w:vertAlign w:val="superscript"/>
              </w:rPr>
              <w:t>2</w:t>
            </w:r>
            <w:r w:rsidRPr="00E87D27">
              <w:t>3p</w:t>
            </w:r>
            <w:r w:rsidRPr="00E87D27">
              <w:rPr>
                <w:vertAlign w:val="superscript"/>
              </w:rPr>
              <w:t>6</w:t>
            </w:r>
            <w:r w:rsidRPr="00E87D27">
              <w:t>4s</w:t>
            </w:r>
            <w:r w:rsidRPr="00E87D27">
              <w:rPr>
                <w:vertAlign w:val="superscript"/>
              </w:rPr>
              <w:t>1</w:t>
            </w:r>
            <w:r w:rsidRPr="00E87D27">
              <w:t>:</w:t>
            </w:r>
          </w:p>
          <w:p w:rsidR="00FD4A85" w:rsidRPr="00E87D27" w:rsidRDefault="00FD4A85" w:rsidP="002264E8">
            <w:r w:rsidRPr="00E87D27">
              <w:t>1)</w:t>
            </w:r>
            <w:proofErr w:type="gramStart"/>
            <w:r w:rsidRPr="00E87D27">
              <w:t xml:space="preserve">Na;   </w:t>
            </w:r>
            <w:proofErr w:type="gramEnd"/>
            <w:r w:rsidRPr="00E87D27">
              <w:t xml:space="preserve">    2)K;    3)Ca.</w:t>
            </w:r>
          </w:p>
          <w:p w:rsidR="00FD4A85" w:rsidRDefault="00FD4A85" w:rsidP="002264E8">
            <w:pPr>
              <w:rPr>
                <w:b/>
                <w:bCs/>
                <w:i/>
                <w:iCs/>
              </w:rPr>
            </w:pPr>
          </w:p>
        </w:tc>
      </w:tr>
      <w:tr w:rsidR="00FD4A85" w:rsidRPr="00E87D27" w:rsidTr="00702148">
        <w:tc>
          <w:tcPr>
            <w:tcW w:w="10490" w:type="dxa"/>
            <w:gridSpan w:val="3"/>
          </w:tcPr>
          <w:p w:rsidR="00FD4A85" w:rsidRPr="00560995" w:rsidRDefault="00FD4A85" w:rsidP="002264E8">
            <w:pPr>
              <w:rPr>
                <w:lang w:val="ru-RU"/>
              </w:rPr>
            </w:pPr>
            <w:r w:rsidRPr="00560995">
              <w:rPr>
                <w:lang w:val="ru-RU"/>
              </w:rPr>
              <w:t>3. Газ образуется при взаимодействии в растворе:</w:t>
            </w:r>
          </w:p>
          <w:p w:rsidR="00FD4A85" w:rsidRPr="00560995" w:rsidRDefault="00FD4A85" w:rsidP="002264E8">
            <w:pPr>
              <w:rPr>
                <w:sz w:val="28"/>
                <w:lang w:val="ru-RU"/>
              </w:rPr>
            </w:pPr>
            <w:r w:rsidRPr="00560995">
              <w:rPr>
                <w:lang w:val="ru-RU"/>
              </w:rPr>
              <w:lastRenderedPageBreak/>
              <w:t xml:space="preserve">      1) </w:t>
            </w:r>
            <w:r w:rsidRPr="00E87D27">
              <w:t>NaC</w:t>
            </w:r>
            <w:r>
              <w:t>l</w:t>
            </w:r>
            <w:r w:rsidRPr="00560995">
              <w:rPr>
                <w:lang w:val="ru-RU"/>
              </w:rPr>
              <w:t xml:space="preserve"> с </w:t>
            </w:r>
            <w:r w:rsidRPr="00E87D27">
              <w:t>Li</w:t>
            </w:r>
            <w:r w:rsidRPr="00560995">
              <w:rPr>
                <w:vertAlign w:val="subscript"/>
                <w:lang w:val="ru-RU"/>
              </w:rPr>
              <w:t>2</w:t>
            </w:r>
            <w:r w:rsidRPr="00560995">
              <w:rPr>
                <w:lang w:val="ru-RU"/>
              </w:rPr>
              <w:t>С</w:t>
            </w:r>
            <w:r w:rsidRPr="00E87D27">
              <w:t>O</w:t>
            </w:r>
            <w:proofErr w:type="gramStart"/>
            <w:r w:rsidRPr="00560995">
              <w:rPr>
                <w:vertAlign w:val="subscript"/>
                <w:lang w:val="ru-RU"/>
              </w:rPr>
              <w:t>3</w:t>
            </w:r>
            <w:r w:rsidRPr="00560995">
              <w:rPr>
                <w:lang w:val="ru-RU"/>
              </w:rPr>
              <w:t>;  2</w:t>
            </w:r>
            <w:proofErr w:type="gramEnd"/>
            <w:r w:rsidRPr="00560995">
              <w:rPr>
                <w:lang w:val="ru-RU"/>
              </w:rPr>
              <w:t xml:space="preserve">) </w:t>
            </w:r>
            <w:r w:rsidRPr="00E87D27">
              <w:t>Li</w:t>
            </w:r>
            <w:r w:rsidRPr="00560995">
              <w:rPr>
                <w:vertAlign w:val="subscript"/>
                <w:lang w:val="ru-RU"/>
              </w:rPr>
              <w:t>2</w:t>
            </w:r>
            <w:r w:rsidRPr="00560995">
              <w:rPr>
                <w:lang w:val="ru-RU"/>
              </w:rPr>
              <w:t>С</w:t>
            </w:r>
            <w:r w:rsidRPr="00E87D27">
              <w:t>O</w:t>
            </w:r>
            <w:r w:rsidRPr="00560995">
              <w:rPr>
                <w:vertAlign w:val="subscript"/>
                <w:lang w:val="ru-RU"/>
              </w:rPr>
              <w:t>3</w:t>
            </w:r>
            <w:r w:rsidRPr="00560995">
              <w:rPr>
                <w:lang w:val="ru-RU"/>
              </w:rPr>
              <w:t xml:space="preserve"> </w:t>
            </w:r>
            <w:r w:rsidRPr="00E87D27">
              <w:t>c</w:t>
            </w:r>
            <w:r w:rsidRPr="00560995">
              <w:rPr>
                <w:lang w:val="ru-RU"/>
              </w:rPr>
              <w:t xml:space="preserve"> </w:t>
            </w:r>
            <w:r>
              <w:t>HCl</w:t>
            </w:r>
            <w:r w:rsidRPr="00560995">
              <w:rPr>
                <w:lang w:val="ru-RU"/>
              </w:rPr>
              <w:t xml:space="preserve">;   3) </w:t>
            </w:r>
            <w:r>
              <w:t>NaCl</w:t>
            </w:r>
            <w:r w:rsidRPr="00E87D27">
              <w:t>O</w:t>
            </w:r>
            <w:r w:rsidRPr="00560995">
              <w:rPr>
                <w:lang w:val="ru-RU"/>
              </w:rPr>
              <w:t xml:space="preserve"> </w:t>
            </w:r>
            <w:r w:rsidRPr="00E87D27">
              <w:t>c</w:t>
            </w:r>
            <w:r w:rsidRPr="00560995">
              <w:rPr>
                <w:lang w:val="ru-RU"/>
              </w:rPr>
              <w:t xml:space="preserve"> </w:t>
            </w:r>
            <w:r w:rsidRPr="00E87D27">
              <w:t>K</w:t>
            </w:r>
            <w:r w:rsidRPr="00560995">
              <w:rPr>
                <w:vertAlign w:val="subscript"/>
                <w:lang w:val="ru-RU"/>
              </w:rPr>
              <w:t>2</w:t>
            </w:r>
            <w:r w:rsidRPr="00E87D27">
              <w:t>C</w:t>
            </w:r>
            <w:r w:rsidRPr="00560995">
              <w:rPr>
                <w:lang w:val="ru-RU"/>
              </w:rPr>
              <w:t>О</w:t>
            </w:r>
            <w:r w:rsidRPr="00560995">
              <w:rPr>
                <w:vertAlign w:val="subscript"/>
                <w:lang w:val="ru-RU"/>
              </w:rPr>
              <w:t>3</w:t>
            </w:r>
            <w:r w:rsidRPr="00560995">
              <w:rPr>
                <w:vertAlign w:val="subscript"/>
                <w:lang w:val="ru-RU"/>
              </w:rPr>
              <w:tab/>
            </w:r>
            <w:r w:rsidRPr="00560995">
              <w:rPr>
                <w:sz w:val="28"/>
                <w:vertAlign w:val="subscript"/>
                <w:lang w:val="ru-RU"/>
              </w:rPr>
              <w:tab/>
            </w:r>
            <w:r w:rsidRPr="00560995">
              <w:rPr>
                <w:sz w:val="28"/>
                <w:vertAlign w:val="subscript"/>
                <w:lang w:val="ru-RU"/>
              </w:rPr>
              <w:tab/>
              <w:t xml:space="preserve">              </w:t>
            </w:r>
          </w:p>
          <w:p w:rsidR="00FD4A85" w:rsidRPr="00E87D27" w:rsidRDefault="00FD4A85" w:rsidP="002264E8">
            <w:pPr>
              <w:rPr>
                <w:bCs/>
                <w:iCs/>
              </w:rPr>
            </w:pPr>
            <w:r w:rsidRPr="00E87D27">
              <w:rPr>
                <w:bCs/>
                <w:iCs/>
              </w:rPr>
              <w:t>Составьте уравнение реакции:</w:t>
            </w:r>
          </w:p>
          <w:p w:rsidR="00FD4A85" w:rsidRPr="00E87D27" w:rsidRDefault="00FD4A85" w:rsidP="002264E8">
            <w:pPr>
              <w:rPr>
                <w:b/>
                <w:bCs/>
                <w:i/>
                <w:iCs/>
              </w:rPr>
            </w:pPr>
          </w:p>
        </w:tc>
      </w:tr>
      <w:tr w:rsidR="00FD4A85" w:rsidRPr="00E87D27" w:rsidTr="00702148">
        <w:tc>
          <w:tcPr>
            <w:tcW w:w="10490" w:type="dxa"/>
            <w:gridSpan w:val="3"/>
          </w:tcPr>
          <w:p w:rsidR="00FD4A85" w:rsidRPr="00560995" w:rsidRDefault="00FD4A85" w:rsidP="002264E8">
            <w:pPr>
              <w:rPr>
                <w:lang w:val="ru-RU"/>
              </w:rPr>
            </w:pPr>
            <w:r w:rsidRPr="00560995">
              <w:rPr>
                <w:lang w:val="ru-RU"/>
              </w:rPr>
              <w:lastRenderedPageBreak/>
              <w:t>4. Гидроксид калия в растворе реагирует по отдельности с веществами:</w:t>
            </w:r>
          </w:p>
          <w:p w:rsidR="00FD4A85" w:rsidRPr="00E87D27" w:rsidRDefault="00FD4A85" w:rsidP="002264E8">
            <w:r w:rsidRPr="00560995">
              <w:rPr>
                <w:lang w:val="ru-RU"/>
              </w:rPr>
              <w:t xml:space="preserve">    </w:t>
            </w:r>
            <w:r w:rsidRPr="00E87D27">
              <w:t>1) HNO</w:t>
            </w:r>
            <w:r w:rsidRPr="00E87D27">
              <w:rPr>
                <w:vertAlign w:val="subscript"/>
              </w:rPr>
              <w:t>3</w:t>
            </w:r>
            <w:r>
              <w:t xml:space="preserve">, </w:t>
            </w:r>
            <w:proofErr w:type="gramStart"/>
            <w:r>
              <w:t>CuO</w:t>
            </w:r>
            <w:r w:rsidRPr="00E87D27">
              <w:t xml:space="preserve">;   </w:t>
            </w:r>
            <w:proofErr w:type="gramEnd"/>
            <w:r w:rsidRPr="00E87D27">
              <w:t xml:space="preserve">      2) Al, Zn(OH)</w:t>
            </w:r>
            <w:r w:rsidRPr="00E87D27">
              <w:rPr>
                <w:vertAlign w:val="subscript"/>
              </w:rPr>
              <w:t>2</w:t>
            </w:r>
            <w:r w:rsidRPr="00E87D27">
              <w:t>;          3) Zn, SO</w:t>
            </w:r>
            <w:r w:rsidRPr="00E87D27">
              <w:rPr>
                <w:vertAlign w:val="subscript"/>
              </w:rPr>
              <w:t>2</w:t>
            </w:r>
            <w:r w:rsidRPr="00E87D27">
              <w:t xml:space="preserve">                       </w:t>
            </w:r>
          </w:p>
          <w:p w:rsidR="00FD4A85" w:rsidRPr="00E87D27" w:rsidRDefault="00FD4A85" w:rsidP="002264E8">
            <w:pPr>
              <w:rPr>
                <w:bCs/>
                <w:iCs/>
              </w:rPr>
            </w:pPr>
            <w:r w:rsidRPr="00E87D27">
              <w:rPr>
                <w:bCs/>
                <w:iCs/>
              </w:rPr>
              <w:t>Составьте уравнение реакции:</w:t>
            </w:r>
          </w:p>
          <w:p w:rsidR="00FD4A85" w:rsidRPr="00E87D27" w:rsidRDefault="00FD4A85" w:rsidP="002264E8">
            <w:pPr>
              <w:rPr>
                <w:bCs/>
                <w:iCs/>
              </w:rPr>
            </w:pPr>
            <w:r w:rsidRPr="00E87D27">
              <w:rPr>
                <w:bCs/>
                <w:iCs/>
              </w:rPr>
              <w:t>1)</w:t>
            </w:r>
          </w:p>
          <w:p w:rsidR="00FD4A85" w:rsidRDefault="00FD4A85" w:rsidP="002264E8">
            <w:pPr>
              <w:rPr>
                <w:bCs/>
                <w:iCs/>
              </w:rPr>
            </w:pPr>
            <w:r w:rsidRPr="00E87D27">
              <w:rPr>
                <w:bCs/>
                <w:iCs/>
              </w:rPr>
              <w:t>2)</w:t>
            </w:r>
          </w:p>
          <w:p w:rsidR="00FD4A85" w:rsidRPr="00E87D27" w:rsidRDefault="00FD4A85" w:rsidP="002264E8">
            <w:pPr>
              <w:rPr>
                <w:b/>
                <w:bCs/>
                <w:i/>
                <w:iCs/>
              </w:rPr>
            </w:pPr>
          </w:p>
        </w:tc>
      </w:tr>
      <w:tr w:rsidR="00FD4A85" w:rsidTr="00702148">
        <w:tc>
          <w:tcPr>
            <w:tcW w:w="10490" w:type="dxa"/>
            <w:gridSpan w:val="3"/>
          </w:tcPr>
          <w:p w:rsidR="00FD4A85" w:rsidRPr="00560995" w:rsidRDefault="00FD4A85" w:rsidP="002264E8">
            <w:pPr>
              <w:rPr>
                <w:lang w:val="ru-RU"/>
              </w:rPr>
            </w:pPr>
            <w:r w:rsidRPr="00560995">
              <w:rPr>
                <w:bCs/>
                <w:iCs/>
                <w:lang w:val="ru-RU"/>
              </w:rPr>
              <w:t>5.</w:t>
            </w:r>
            <w:r w:rsidRPr="0056099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560995">
              <w:rPr>
                <w:lang w:val="ru-RU"/>
              </w:rPr>
              <w:t>Атом кислорода в молекуле воды находится в … состоянии.</w:t>
            </w:r>
          </w:p>
          <w:p w:rsidR="00FD4A85" w:rsidRDefault="00FD4A85" w:rsidP="00FD4A85">
            <w:pPr>
              <w:numPr>
                <w:ilvl w:val="0"/>
                <w:numId w:val="84"/>
              </w:numPr>
              <w:spacing w:line="240" w:lineRule="auto"/>
              <w:ind w:left="0"/>
            </w:pPr>
            <w:r>
              <w:rPr>
                <w:position w:val="-10"/>
              </w:rPr>
              <w:object w:dxaOrig="440" w:dyaOrig="360">
                <v:shape id="_x0000_i1229" type="#_x0000_t75" style="width:21.75pt;height:18pt" o:ole="">
                  <v:imagedata r:id="rId30" o:title=""/>
                </v:shape>
                <o:OLEObject Type="Embed" ProgID="Equation.3" ShapeID="_x0000_i1229" DrawAspect="Content" ObjectID="_1842695924" r:id="rId350"/>
              </w:object>
            </w:r>
            <w:r>
              <w:t>- гибридном</w:t>
            </w:r>
          </w:p>
          <w:p w:rsidR="00FD4A85" w:rsidRDefault="00FD4A85" w:rsidP="00FD4A85">
            <w:pPr>
              <w:numPr>
                <w:ilvl w:val="0"/>
                <w:numId w:val="84"/>
              </w:numPr>
              <w:spacing w:line="240" w:lineRule="auto"/>
              <w:ind w:left="0"/>
            </w:pPr>
            <w:r>
              <w:rPr>
                <w:position w:val="-10"/>
              </w:rPr>
              <w:object w:dxaOrig="300" w:dyaOrig="260">
                <v:shape id="_x0000_i1230" type="#_x0000_t75" style="width:15.75pt;height:12pt" o:ole="">
                  <v:imagedata r:id="rId32" o:title=""/>
                </v:shape>
                <o:OLEObject Type="Embed" ProgID="Equation.3" ShapeID="_x0000_i1230" DrawAspect="Content" ObjectID="_1842695925" r:id="rId351"/>
              </w:object>
            </w:r>
            <w:r>
              <w:t>- гибридном</w:t>
            </w:r>
          </w:p>
          <w:p w:rsidR="00FD4A85" w:rsidRPr="006663BA" w:rsidRDefault="00FD4A85" w:rsidP="00FD4A85">
            <w:pPr>
              <w:numPr>
                <w:ilvl w:val="0"/>
                <w:numId w:val="84"/>
              </w:numPr>
              <w:spacing w:line="240" w:lineRule="auto"/>
              <w:ind w:left="0"/>
            </w:pPr>
            <w:r>
              <w:rPr>
                <w:position w:val="-10"/>
              </w:rPr>
              <w:object w:dxaOrig="400" w:dyaOrig="360">
                <v:shape id="_x0000_i1231" type="#_x0000_t75" style="width:20.25pt;height:18pt" o:ole="">
                  <v:imagedata r:id="rId34" o:title=""/>
                </v:shape>
                <o:OLEObject Type="Embed" ProgID="Equation.3" ShapeID="_x0000_i1231" DrawAspect="Content" ObjectID="_1842695926" r:id="rId352"/>
              </w:object>
            </w:r>
            <w:r>
              <w:t>- гибридном.</w:t>
            </w:r>
          </w:p>
          <w:p w:rsidR="00FD4A85" w:rsidRDefault="00FD4A85" w:rsidP="002264E8"/>
        </w:tc>
      </w:tr>
      <w:tr w:rsidR="00FD4A85" w:rsidTr="00702148">
        <w:tc>
          <w:tcPr>
            <w:tcW w:w="10490" w:type="dxa"/>
            <w:gridSpan w:val="3"/>
          </w:tcPr>
          <w:p w:rsidR="00FD4A85" w:rsidRPr="00560995" w:rsidRDefault="00FD4A85" w:rsidP="002264E8">
            <w:pPr>
              <w:rPr>
                <w:lang w:val="ru-RU"/>
              </w:rPr>
            </w:pPr>
            <w:r w:rsidRPr="00560995">
              <w:rPr>
                <w:bCs/>
                <w:iCs/>
                <w:lang w:val="ru-RU"/>
              </w:rPr>
              <w:t>6.</w:t>
            </w:r>
            <w:r w:rsidRPr="0056099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560995">
              <w:rPr>
                <w:lang w:val="ru-RU"/>
              </w:rPr>
              <w:t>Первый закон (первое начало) термодинамики записывается так:</w:t>
            </w:r>
          </w:p>
          <w:p w:rsidR="00FD4A85" w:rsidRDefault="00FD4A85" w:rsidP="002264E8">
            <w:pPr>
              <w:rPr>
                <w:position w:val="-10"/>
              </w:rPr>
            </w:pPr>
            <w:r>
              <w:rPr>
                <w:position w:val="-10"/>
              </w:rPr>
              <w:t xml:space="preserve">1)  </w:t>
            </w:r>
            <w:r>
              <w:rPr>
                <w:position w:val="-10"/>
              </w:rPr>
              <w:object w:dxaOrig="1060" w:dyaOrig="320">
                <v:shape id="_x0000_i1232" type="#_x0000_t75" style="width:53.25pt;height:15.75pt" o:ole="">
                  <v:imagedata r:id="rId36" o:title=""/>
                </v:shape>
                <o:OLEObject Type="Embed" ProgID="Equation.3" ShapeID="_x0000_i1232" DrawAspect="Content" ObjectID="_1842695927" r:id="rId353"/>
              </w:object>
            </w:r>
            <w:r>
              <w:rPr>
                <w:position w:val="-10"/>
              </w:rPr>
              <w:t xml:space="preserve">;    </w:t>
            </w:r>
          </w:p>
          <w:p w:rsidR="00FD4A85" w:rsidRDefault="00FD4A85" w:rsidP="002264E8">
            <w:pPr>
              <w:rPr>
                <w:position w:val="-10"/>
              </w:rPr>
            </w:pPr>
            <w:r>
              <w:rPr>
                <w:position w:val="-10"/>
              </w:rPr>
              <w:t xml:space="preserve">2) </w:t>
            </w:r>
            <w:r>
              <w:rPr>
                <w:position w:val="-10"/>
              </w:rPr>
              <w:object w:dxaOrig="1279" w:dyaOrig="540">
                <v:shape id="_x0000_i1233" type="#_x0000_t75" style="width:63pt;height:27pt" o:ole="">
                  <v:imagedata r:id="rId38" o:title=""/>
                </v:shape>
                <o:OLEObject Type="Embed" ProgID="Equation.3" ShapeID="_x0000_i1233" DrawAspect="Content" ObjectID="_1842695928" r:id="rId354"/>
              </w:object>
            </w:r>
            <w:r>
              <w:rPr>
                <w:position w:val="-10"/>
              </w:rPr>
              <w:t xml:space="preserve">;     </w:t>
            </w:r>
          </w:p>
          <w:p w:rsidR="00FD4A85" w:rsidRDefault="00FD4A85" w:rsidP="002264E8">
            <w:r>
              <w:rPr>
                <w:position w:val="-10"/>
              </w:rPr>
              <w:t xml:space="preserve">3) </w:t>
            </w:r>
            <w:r>
              <w:rPr>
                <w:position w:val="-10"/>
              </w:rPr>
              <w:object w:dxaOrig="1240" w:dyaOrig="320">
                <v:shape id="_x0000_i1234" type="#_x0000_t75" style="width:62.25pt;height:15.75pt" o:ole="">
                  <v:imagedata r:id="rId40" o:title=""/>
                </v:shape>
                <o:OLEObject Type="Embed" ProgID="Equation.3" ShapeID="_x0000_i1234" DrawAspect="Content" ObjectID="_1842695929" r:id="rId355"/>
              </w:object>
            </w:r>
          </w:p>
        </w:tc>
      </w:tr>
      <w:tr w:rsidR="00FD4A85" w:rsidTr="00702148">
        <w:tc>
          <w:tcPr>
            <w:tcW w:w="10490" w:type="dxa"/>
            <w:gridSpan w:val="3"/>
          </w:tcPr>
          <w:p w:rsidR="00FD4A85" w:rsidRPr="00560995" w:rsidRDefault="00FD4A85" w:rsidP="002264E8">
            <w:pPr>
              <w:rPr>
                <w:lang w:val="ru-RU"/>
              </w:rPr>
            </w:pPr>
            <w:r w:rsidRPr="00560995">
              <w:rPr>
                <w:bCs/>
                <w:iCs/>
                <w:lang w:val="ru-RU"/>
              </w:rPr>
              <w:t>7.</w:t>
            </w:r>
            <w:r w:rsidRPr="0056099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560995">
              <w:rPr>
                <w:lang w:val="ru-RU"/>
              </w:rPr>
              <w:t>Для следующих реакций указать правильное соотношение энтальпий:</w:t>
            </w:r>
          </w:p>
          <w:p w:rsidR="00FD4A85" w:rsidRDefault="00FD4A85" w:rsidP="002264E8">
            <w:r>
              <w:rPr>
                <w:position w:val="-14"/>
              </w:rPr>
              <w:object w:dxaOrig="3560" w:dyaOrig="380">
                <v:shape id="_x0000_i1235" type="#_x0000_t75" style="width:177pt;height:18.75pt" o:ole="">
                  <v:imagedata r:id="rId51" o:title=""/>
                </v:shape>
                <o:OLEObject Type="Embed" ProgID="Equation.3" ShapeID="_x0000_i1235" DrawAspect="Content" ObjectID="_1842695930" r:id="rId356"/>
              </w:object>
            </w:r>
            <w:r>
              <w:t xml:space="preserve">;          </w:t>
            </w:r>
            <w:r>
              <w:rPr>
                <w:position w:val="-10"/>
              </w:rPr>
              <w:object w:dxaOrig="480" w:dyaOrig="340">
                <v:shape id="_x0000_i1236" type="#_x0000_t75" style="width:24pt;height:17.25pt" o:ole="">
                  <v:imagedata r:id="rId53" o:title=""/>
                </v:shape>
                <o:OLEObject Type="Embed" ProgID="Equation.3" ShapeID="_x0000_i1236" DrawAspect="Content" ObjectID="_1842695931" r:id="rId357"/>
              </w:object>
            </w:r>
          </w:p>
          <w:p w:rsidR="00FD4A85" w:rsidRDefault="00FD4A85" w:rsidP="002264E8">
            <w:r w:rsidRPr="001A1CBE">
              <w:rPr>
                <w:position w:val="-14"/>
              </w:rPr>
              <w:object w:dxaOrig="4140" w:dyaOrig="380">
                <v:shape id="_x0000_i1237" type="#_x0000_t75" style="width:207.75pt;height:18.75pt" o:ole="">
                  <v:imagedata r:id="rId358" o:title=""/>
                </v:shape>
                <o:OLEObject Type="Embed" ProgID="Equation.3" ShapeID="_x0000_i1237" DrawAspect="Content" ObjectID="_1842695932" r:id="rId359"/>
              </w:object>
            </w:r>
            <w:r>
              <w:t xml:space="preserve">;      </w:t>
            </w:r>
            <w:r>
              <w:rPr>
                <w:position w:val="-10"/>
              </w:rPr>
              <w:object w:dxaOrig="499" w:dyaOrig="340">
                <v:shape id="_x0000_i1238" type="#_x0000_t75" style="width:25.5pt;height:17.25pt" o:ole="">
                  <v:imagedata r:id="rId57" o:title=""/>
                </v:shape>
                <o:OLEObject Type="Embed" ProgID="Equation.3" ShapeID="_x0000_i1238" DrawAspect="Content" ObjectID="_1842695933" r:id="rId360"/>
              </w:object>
            </w:r>
          </w:p>
          <w:p w:rsidR="00FD4A85" w:rsidRDefault="00FD4A85" w:rsidP="002264E8">
            <w:pPr>
              <w:rPr>
                <w:position w:val="-10"/>
              </w:rPr>
            </w:pPr>
            <w:r>
              <w:t xml:space="preserve">1) </w:t>
            </w:r>
            <w:r>
              <w:rPr>
                <w:position w:val="-10"/>
              </w:rPr>
              <w:object w:dxaOrig="1179" w:dyaOrig="340">
                <v:shape id="_x0000_i1239" type="#_x0000_t75" style="width:60pt;height:17.25pt" o:ole="">
                  <v:imagedata r:id="rId361" o:title=""/>
                </v:shape>
                <o:OLEObject Type="Embed" ProgID="Equation.3" ShapeID="_x0000_i1239" DrawAspect="Content" ObjectID="_1842695934" r:id="rId362"/>
              </w:object>
            </w:r>
            <w:r>
              <w:t xml:space="preserve">     2) </w:t>
            </w:r>
            <w:r>
              <w:rPr>
                <w:position w:val="-10"/>
              </w:rPr>
              <w:object w:dxaOrig="1179" w:dyaOrig="340">
                <v:shape id="_x0000_i1240" type="#_x0000_t75" style="width:60pt;height:17.25pt" o:ole="">
                  <v:imagedata r:id="rId363" o:title=""/>
                </v:shape>
                <o:OLEObject Type="Embed" ProgID="Equation.3" ShapeID="_x0000_i1240" DrawAspect="Content" ObjectID="_1842695935" r:id="rId364"/>
              </w:object>
            </w:r>
            <w:r>
              <w:rPr>
                <w:position w:val="-10"/>
              </w:rPr>
              <w:t xml:space="preserve">        </w:t>
            </w:r>
            <w:r>
              <w:t xml:space="preserve"> 3) </w:t>
            </w:r>
            <w:r>
              <w:rPr>
                <w:position w:val="-10"/>
              </w:rPr>
              <w:object w:dxaOrig="1579" w:dyaOrig="340">
                <v:shape id="_x0000_i1241" type="#_x0000_t75" style="width:79.5pt;height:17.25pt" o:ole="">
                  <v:imagedata r:id="rId365" o:title=""/>
                </v:shape>
                <o:OLEObject Type="Embed" ProgID="Equation.3" ShapeID="_x0000_i1241" DrawAspect="Content" ObjectID="_1842695936" r:id="rId366"/>
              </w:object>
            </w:r>
            <w:r>
              <w:rPr>
                <w:position w:val="-10"/>
              </w:rPr>
              <w:t xml:space="preserve"> </w:t>
            </w:r>
          </w:p>
          <w:p w:rsidR="00FD4A85" w:rsidRDefault="00FD4A85" w:rsidP="002264E8"/>
        </w:tc>
      </w:tr>
      <w:tr w:rsidR="00FD4A85" w:rsidTr="00702148">
        <w:tc>
          <w:tcPr>
            <w:tcW w:w="10490" w:type="dxa"/>
            <w:gridSpan w:val="3"/>
          </w:tcPr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bCs/>
                <w:iCs/>
                <w:lang w:val="ru-RU"/>
              </w:rPr>
              <w:t>8.</w:t>
            </w:r>
            <w:r w:rsidRPr="0018173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181731">
              <w:rPr>
                <w:lang w:val="ru-RU"/>
              </w:rPr>
              <w:t xml:space="preserve">Не производя вычислений, установить значение </w:t>
            </w:r>
            <w:r>
              <w:rPr>
                <w:position w:val="-6"/>
              </w:rPr>
              <w:object w:dxaOrig="460" w:dyaOrig="320">
                <v:shape id="_x0000_i1242" type="#_x0000_t75" style="width:23.25pt;height:15.75pt" o:ole="">
                  <v:imagedata r:id="rId76" o:title=""/>
                </v:shape>
                <o:OLEObject Type="Embed" ProgID="Equation.3" ShapeID="_x0000_i1242" DrawAspect="Content" ObjectID="_1842695937" r:id="rId367"/>
              </w:object>
            </w:r>
            <w:r w:rsidRPr="00181731">
              <w:rPr>
                <w:lang w:val="ru-RU"/>
              </w:rPr>
              <w:t xml:space="preserve">для следующего процесса: </w:t>
            </w:r>
            <w:r>
              <w:rPr>
                <w:position w:val="-14"/>
              </w:rPr>
              <w:object w:dxaOrig="3820" w:dyaOrig="380">
                <v:shape id="_x0000_i1243" type="#_x0000_t75" style="width:189.75pt;height:18.75pt" o:ole="">
                  <v:imagedata r:id="rId87" o:title=""/>
                </v:shape>
                <o:OLEObject Type="Embed" ProgID="Equation.3" ShapeID="_x0000_i1243" DrawAspect="Content" ObjectID="_1842695938" r:id="rId368"/>
              </w:object>
            </w:r>
          </w:p>
          <w:p w:rsidR="00FD4A85" w:rsidRDefault="00FD4A85" w:rsidP="002264E8">
            <w:r>
              <w:rPr>
                <w:position w:val="-6"/>
              </w:rPr>
              <w:t xml:space="preserve">1)  </w:t>
            </w:r>
            <w:r>
              <w:rPr>
                <w:position w:val="-6"/>
              </w:rPr>
              <w:object w:dxaOrig="740" w:dyaOrig="280">
                <v:shape id="_x0000_i1244" type="#_x0000_t75" style="width:36.75pt;height:13.5pt" o:ole="">
                  <v:imagedata r:id="rId252" o:title=""/>
                </v:shape>
                <o:OLEObject Type="Embed" ProgID="Equation.3" ShapeID="_x0000_i1244" DrawAspect="Content" ObjectID="_1842695939" r:id="rId369"/>
              </w:object>
            </w:r>
            <w:r>
              <w:rPr>
                <w:position w:val="-6"/>
              </w:rPr>
              <w:t xml:space="preserve">;    2) </w:t>
            </w:r>
            <w:r>
              <w:rPr>
                <w:position w:val="-6"/>
              </w:rPr>
              <w:object w:dxaOrig="740" w:dyaOrig="280">
                <v:shape id="_x0000_i1245" type="#_x0000_t75" style="width:36.75pt;height:13.5pt" o:ole="">
                  <v:imagedata r:id="rId254" o:title=""/>
                </v:shape>
                <o:OLEObject Type="Embed" ProgID="Equation.3" ShapeID="_x0000_i1245" DrawAspect="Content" ObjectID="_1842695940" r:id="rId370"/>
              </w:object>
            </w:r>
            <w:r>
              <w:rPr>
                <w:position w:val="-6"/>
              </w:rPr>
              <w:t xml:space="preserve">;   3) </w:t>
            </w:r>
            <w:r>
              <w:rPr>
                <w:position w:val="-6"/>
              </w:rPr>
              <w:object w:dxaOrig="1139" w:dyaOrig="280">
                <v:shape id="_x0000_i1246" type="#_x0000_t75" style="width:56.25pt;height:13.5pt" o:ole="">
                  <v:imagedata r:id="rId371" o:title=""/>
                </v:shape>
                <o:OLEObject Type="Embed" ProgID="Equation.3" ShapeID="_x0000_i1246" DrawAspect="Content" ObjectID="_1842695941" r:id="rId372"/>
              </w:object>
            </w:r>
          </w:p>
        </w:tc>
      </w:tr>
      <w:tr w:rsidR="00FD4A85" w:rsidRPr="006663BA" w:rsidTr="00702148">
        <w:tc>
          <w:tcPr>
            <w:tcW w:w="10490" w:type="dxa"/>
            <w:gridSpan w:val="3"/>
          </w:tcPr>
          <w:p w:rsidR="00FD4A85" w:rsidRDefault="00FD4A85" w:rsidP="002264E8">
            <w:r w:rsidRPr="00181731">
              <w:rPr>
                <w:bCs/>
                <w:iCs/>
                <w:lang w:val="ru-RU"/>
              </w:rPr>
              <w:t>9.</w:t>
            </w:r>
            <w:r w:rsidRPr="0018173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181731">
              <w:rPr>
                <w:lang w:val="ru-RU"/>
              </w:rPr>
              <w:t xml:space="preserve">При восстановлении </w:t>
            </w:r>
            <w:smartTag w:uri="urn:schemas-microsoft-com:office:smarttags" w:element="metricconverter">
              <w:smartTagPr>
                <w:attr w:name="ProductID" w:val="12,7 г"/>
              </w:smartTagPr>
              <w:r w:rsidRPr="00181731">
                <w:rPr>
                  <w:lang w:val="ru-RU"/>
                </w:rPr>
                <w:t>12,7 г</w:t>
              </w:r>
            </w:smartTag>
            <w:r w:rsidRPr="00181731">
              <w:rPr>
                <w:lang w:val="ru-RU"/>
              </w:rPr>
              <w:t xml:space="preserve">. оксида меди (11) углем (с образованием </w:t>
            </w:r>
            <w:r>
              <w:rPr>
                <w:position w:val="-6"/>
              </w:rPr>
              <w:object w:dxaOrig="399" w:dyaOrig="280">
                <v:shape id="_x0000_i1247" type="#_x0000_t75" style="width:20.25pt;height:13.5pt" o:ole="">
                  <v:imagedata r:id="rId45" o:title=""/>
                </v:shape>
                <o:OLEObject Type="Embed" ProgID="Equation.3" ShapeID="_x0000_i1247" DrawAspect="Content" ObjectID="_1842695942" r:id="rId373"/>
              </w:object>
            </w:r>
            <w:r w:rsidRPr="00181731">
              <w:rPr>
                <w:lang w:val="ru-RU"/>
              </w:rPr>
              <w:t xml:space="preserve">) поглощается 8,24 кДж теплоты. </w:t>
            </w:r>
            <w:r>
              <w:t>Определить сколько потребуется теплоты для восстановления 1 моль оксида меди (11).</w:t>
            </w:r>
          </w:p>
          <w:p w:rsidR="00FD4A85" w:rsidRPr="006663BA" w:rsidRDefault="00FD4A85" w:rsidP="002264E8"/>
        </w:tc>
      </w:tr>
      <w:tr w:rsidR="00FD4A85" w:rsidRPr="00771808" w:rsidTr="00702148">
        <w:tc>
          <w:tcPr>
            <w:tcW w:w="10490" w:type="dxa"/>
            <w:gridSpan w:val="3"/>
          </w:tcPr>
          <w:p w:rsidR="00FD4A85" w:rsidRPr="00560995" w:rsidRDefault="00FD4A85" w:rsidP="002264E8">
            <w:pPr>
              <w:rPr>
                <w:szCs w:val="28"/>
                <w:lang w:val="ru-RU"/>
              </w:rPr>
            </w:pPr>
            <w:r w:rsidRPr="00560995">
              <w:rPr>
                <w:bCs/>
                <w:iCs/>
                <w:lang w:val="ru-RU"/>
              </w:rPr>
              <w:t>10.</w:t>
            </w:r>
            <w:r w:rsidRPr="0056099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560995">
              <w:rPr>
                <w:szCs w:val="28"/>
                <w:lang w:val="ru-RU"/>
              </w:rPr>
              <w:t xml:space="preserve">Как изменится скорость реакции, уравнение которой </w:t>
            </w:r>
            <w:r>
              <w:rPr>
                <w:szCs w:val="28"/>
              </w:rPr>
              <w:t>CO</w:t>
            </w:r>
            <w:r w:rsidRPr="00560995">
              <w:rPr>
                <w:szCs w:val="28"/>
                <w:lang w:val="ru-RU"/>
              </w:rPr>
              <w:t xml:space="preserve"> + 2</w:t>
            </w:r>
            <w:r>
              <w:rPr>
                <w:szCs w:val="28"/>
              </w:rPr>
              <w:t>H</w:t>
            </w:r>
            <w:r w:rsidRPr="00560995">
              <w:rPr>
                <w:szCs w:val="28"/>
                <w:vertAlign w:val="subscript"/>
                <w:lang w:val="ru-RU"/>
              </w:rPr>
              <w:t>2</w:t>
            </w:r>
            <w:r w:rsidRPr="00560995">
              <w:rPr>
                <w:szCs w:val="28"/>
                <w:lang w:val="ru-RU"/>
              </w:rPr>
              <w:t xml:space="preserve"> → </w:t>
            </w:r>
            <w:r>
              <w:rPr>
                <w:szCs w:val="28"/>
              </w:rPr>
              <w:t>CH</w:t>
            </w:r>
            <w:r w:rsidRPr="00560995">
              <w:rPr>
                <w:szCs w:val="28"/>
                <w:vertAlign w:val="subscript"/>
                <w:lang w:val="ru-RU"/>
              </w:rPr>
              <w:t>3</w:t>
            </w:r>
            <w:r>
              <w:rPr>
                <w:szCs w:val="28"/>
              </w:rPr>
              <w:t>OH</w:t>
            </w:r>
            <w:r w:rsidRPr="00560995">
              <w:rPr>
                <w:szCs w:val="28"/>
                <w:lang w:val="ru-RU"/>
              </w:rPr>
              <w:t>, при уменьшении давления в реагирующей системе в 4 раза?</w:t>
            </w:r>
          </w:p>
          <w:p w:rsidR="00FD4A85" w:rsidRPr="00560995" w:rsidRDefault="00FD4A85" w:rsidP="002264E8">
            <w:pPr>
              <w:rPr>
                <w:lang w:val="ru-RU"/>
              </w:rPr>
            </w:pPr>
          </w:p>
          <w:p w:rsidR="00FD4A85" w:rsidRPr="00560995" w:rsidRDefault="00FD4A85" w:rsidP="002264E8">
            <w:pPr>
              <w:rPr>
                <w:lang w:val="ru-RU"/>
              </w:rPr>
            </w:pPr>
          </w:p>
          <w:p w:rsidR="00FD4A85" w:rsidRPr="00560995" w:rsidRDefault="00FD4A85" w:rsidP="002264E8">
            <w:pPr>
              <w:rPr>
                <w:lang w:val="ru-RU"/>
              </w:rPr>
            </w:pPr>
          </w:p>
        </w:tc>
      </w:tr>
      <w:tr w:rsidR="00FD4A85" w:rsidTr="00702148">
        <w:tc>
          <w:tcPr>
            <w:tcW w:w="10490" w:type="dxa"/>
            <w:gridSpan w:val="3"/>
          </w:tcPr>
          <w:p w:rsidR="00FD4A85" w:rsidRPr="00560995" w:rsidRDefault="00FD4A85" w:rsidP="002264E8">
            <w:pPr>
              <w:rPr>
                <w:szCs w:val="28"/>
                <w:lang w:val="ru-RU"/>
              </w:rPr>
            </w:pPr>
            <w:r w:rsidRPr="00560995">
              <w:rPr>
                <w:bCs/>
                <w:iCs/>
                <w:lang w:val="ru-RU"/>
              </w:rPr>
              <w:lastRenderedPageBreak/>
              <w:t>11.</w:t>
            </w:r>
            <w:r w:rsidRPr="0056099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560995">
              <w:rPr>
                <w:szCs w:val="28"/>
                <w:lang w:val="ru-RU"/>
              </w:rPr>
              <w:t>Как повлияет на находящуюся в равновесии систему, уравнение которой</w:t>
            </w:r>
          </w:p>
          <w:p w:rsidR="00FD4A85" w:rsidRPr="00560995" w:rsidRDefault="00FD4A85" w:rsidP="002264E8">
            <w:pPr>
              <w:rPr>
                <w:szCs w:val="28"/>
                <w:lang w:val="ru-RU"/>
              </w:rPr>
            </w:pPr>
            <w:r w:rsidRPr="00560995">
              <w:rPr>
                <w:szCs w:val="28"/>
                <w:lang w:val="ru-RU"/>
              </w:rPr>
              <w:tab/>
            </w:r>
            <w:r w:rsidRPr="00560995">
              <w:rPr>
                <w:szCs w:val="28"/>
                <w:lang w:val="ru-RU"/>
              </w:rPr>
              <w:tab/>
            </w:r>
            <w:r>
              <w:rPr>
                <w:szCs w:val="28"/>
              </w:rPr>
              <w:t>CH</w:t>
            </w:r>
            <w:r w:rsidRPr="00560995">
              <w:rPr>
                <w:szCs w:val="28"/>
                <w:vertAlign w:val="subscript"/>
                <w:lang w:val="ru-RU"/>
              </w:rPr>
              <w:t xml:space="preserve">4(г) </w:t>
            </w:r>
            <w:r w:rsidRPr="00560995">
              <w:rPr>
                <w:szCs w:val="28"/>
                <w:lang w:val="ru-RU"/>
              </w:rPr>
              <w:t>+ 4</w:t>
            </w:r>
            <w:r>
              <w:rPr>
                <w:szCs w:val="28"/>
              </w:rPr>
              <w:t>S</w:t>
            </w:r>
            <w:r w:rsidRPr="00560995">
              <w:rPr>
                <w:szCs w:val="28"/>
                <w:vertAlign w:val="subscript"/>
                <w:lang w:val="ru-RU"/>
              </w:rPr>
              <w:t xml:space="preserve">(ж) </w:t>
            </w:r>
            <w:r w:rsidRPr="00560995">
              <w:rPr>
                <w:szCs w:val="28"/>
                <w:lang w:val="ru-RU"/>
              </w:rPr>
              <w:t>↔ С</w:t>
            </w:r>
            <w:r>
              <w:rPr>
                <w:szCs w:val="28"/>
              </w:rPr>
              <w:t>S</w:t>
            </w:r>
            <w:r w:rsidRPr="00560995">
              <w:rPr>
                <w:szCs w:val="28"/>
                <w:vertAlign w:val="subscript"/>
                <w:lang w:val="ru-RU"/>
              </w:rPr>
              <w:t xml:space="preserve">2(г) </w:t>
            </w:r>
            <w:r w:rsidRPr="00560995">
              <w:rPr>
                <w:szCs w:val="28"/>
                <w:lang w:val="ru-RU"/>
              </w:rPr>
              <w:t>+ 2</w:t>
            </w:r>
            <w:r>
              <w:rPr>
                <w:szCs w:val="28"/>
              </w:rPr>
              <w:t>H</w:t>
            </w:r>
            <w:r w:rsidRPr="00560995">
              <w:rPr>
                <w:szCs w:val="28"/>
                <w:vertAlign w:val="subscript"/>
                <w:lang w:val="ru-RU"/>
              </w:rPr>
              <w:t>2</w:t>
            </w:r>
            <w:r>
              <w:rPr>
                <w:szCs w:val="28"/>
              </w:rPr>
              <w:t>S</w:t>
            </w:r>
            <w:r w:rsidRPr="00560995">
              <w:rPr>
                <w:szCs w:val="28"/>
                <w:vertAlign w:val="subscript"/>
                <w:lang w:val="ru-RU"/>
              </w:rPr>
              <w:t xml:space="preserve">(г) </w:t>
            </w:r>
            <w:r w:rsidRPr="00560995">
              <w:rPr>
                <w:szCs w:val="28"/>
                <w:lang w:val="ru-RU"/>
              </w:rPr>
              <w:t xml:space="preserve">+ </w:t>
            </w:r>
            <w:r>
              <w:rPr>
                <w:szCs w:val="28"/>
              </w:rPr>
              <w:t>Q</w:t>
            </w:r>
            <w:r w:rsidRPr="00560995">
              <w:rPr>
                <w:szCs w:val="28"/>
                <w:lang w:val="ru-RU"/>
              </w:rPr>
              <w:t xml:space="preserve"> увеличение концентрации сероводорода?</w:t>
            </w:r>
          </w:p>
          <w:p w:rsidR="00FD4A85" w:rsidRDefault="00FD4A85" w:rsidP="00FD4A85">
            <w:pPr>
              <w:numPr>
                <w:ilvl w:val="0"/>
                <w:numId w:val="20"/>
              </w:numPr>
              <w:spacing w:line="240" w:lineRule="auto"/>
              <w:ind w:left="0"/>
              <w:jc w:val="both"/>
              <w:rPr>
                <w:szCs w:val="28"/>
              </w:rPr>
            </w:pPr>
            <w:r>
              <w:rPr>
                <w:szCs w:val="28"/>
              </w:rPr>
              <w:t>равновесие сместится влево</w:t>
            </w:r>
          </w:p>
          <w:p w:rsidR="00FD4A85" w:rsidRDefault="00FD4A85" w:rsidP="00FD4A85">
            <w:pPr>
              <w:numPr>
                <w:ilvl w:val="0"/>
                <w:numId w:val="20"/>
              </w:numPr>
              <w:spacing w:line="240" w:lineRule="auto"/>
              <w:ind w:left="0"/>
              <w:jc w:val="both"/>
              <w:rPr>
                <w:szCs w:val="28"/>
              </w:rPr>
            </w:pPr>
            <w:r>
              <w:rPr>
                <w:szCs w:val="28"/>
              </w:rPr>
              <w:t>равновесие сместится вправо</w:t>
            </w:r>
          </w:p>
          <w:p w:rsidR="00FD4A85" w:rsidRDefault="00FD4A85" w:rsidP="00FD4A85">
            <w:pPr>
              <w:numPr>
                <w:ilvl w:val="0"/>
                <w:numId w:val="20"/>
              </w:numPr>
              <w:spacing w:line="240" w:lineRule="auto"/>
              <w:ind w:left="0"/>
              <w:jc w:val="both"/>
              <w:rPr>
                <w:szCs w:val="28"/>
              </w:rPr>
            </w:pPr>
            <w:r>
              <w:rPr>
                <w:szCs w:val="28"/>
              </w:rPr>
              <w:t>равновесие не сместится</w:t>
            </w:r>
          </w:p>
          <w:p w:rsidR="00FD4A85" w:rsidRDefault="00FD4A85" w:rsidP="002264E8"/>
        </w:tc>
      </w:tr>
      <w:tr w:rsidR="00FD4A85" w:rsidRPr="00771808" w:rsidTr="00702148">
        <w:tc>
          <w:tcPr>
            <w:tcW w:w="10490" w:type="dxa"/>
            <w:gridSpan w:val="3"/>
          </w:tcPr>
          <w:p w:rsidR="00FD4A85" w:rsidRPr="00560995" w:rsidRDefault="00FD4A85" w:rsidP="002264E8">
            <w:pPr>
              <w:rPr>
                <w:lang w:val="ru-RU"/>
              </w:rPr>
            </w:pPr>
            <w:r w:rsidRPr="00560995">
              <w:rPr>
                <w:bCs/>
                <w:iCs/>
                <w:lang w:val="ru-RU"/>
              </w:rPr>
              <w:t>12.</w:t>
            </w:r>
            <w:r w:rsidRPr="0056099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560995">
              <w:rPr>
                <w:lang w:val="ru-RU"/>
              </w:rPr>
              <w:t xml:space="preserve">Дана </w:t>
            </w:r>
            <w:proofErr w:type="gramStart"/>
            <w:r w:rsidRPr="00560995">
              <w:rPr>
                <w:lang w:val="ru-RU"/>
              </w:rPr>
              <w:t>реакция:  4</w:t>
            </w:r>
            <w:proofErr w:type="gramEnd"/>
            <w:r w:rsidRPr="00560995">
              <w:rPr>
                <w:lang w:val="ru-RU"/>
              </w:rPr>
              <w:t>НС</w:t>
            </w:r>
            <w:r>
              <w:t>l</w:t>
            </w:r>
            <w:r w:rsidRPr="00560995">
              <w:rPr>
                <w:vertAlign w:val="subscript"/>
                <w:lang w:val="ru-RU"/>
              </w:rPr>
              <w:t>(г)</w:t>
            </w:r>
            <w:r w:rsidRPr="00560995">
              <w:rPr>
                <w:lang w:val="ru-RU"/>
              </w:rPr>
              <w:t xml:space="preserve"> +О</w:t>
            </w:r>
            <w:r w:rsidRPr="00560995">
              <w:rPr>
                <w:vertAlign w:val="subscript"/>
                <w:lang w:val="ru-RU"/>
              </w:rPr>
              <w:t>2(г)</w:t>
            </w:r>
            <w:r w:rsidRPr="00560995">
              <w:rPr>
                <w:lang w:val="ru-RU"/>
              </w:rPr>
              <w:t xml:space="preserve">  </w:t>
            </w:r>
            <w:r w:rsidRPr="00560995">
              <w:rPr>
                <w:rFonts w:ascii="Lucida Sans Unicode" w:hAnsi="Lucida Sans Unicode"/>
                <w:lang w:val="ru-RU"/>
              </w:rPr>
              <w:t>⇄</w:t>
            </w:r>
            <w:r w:rsidRPr="00560995">
              <w:rPr>
                <w:lang w:val="ru-RU"/>
              </w:rPr>
              <w:t xml:space="preserve">  2С</w:t>
            </w:r>
            <w:r>
              <w:t>l</w:t>
            </w:r>
            <w:r w:rsidRPr="00560995">
              <w:rPr>
                <w:vertAlign w:val="subscript"/>
                <w:lang w:val="ru-RU"/>
              </w:rPr>
              <w:t>2 (г)</w:t>
            </w:r>
            <w:r w:rsidRPr="00560995">
              <w:rPr>
                <w:lang w:val="ru-RU"/>
              </w:rPr>
              <w:t xml:space="preserve"> +2</w:t>
            </w:r>
            <w:r>
              <w:t>H</w:t>
            </w:r>
            <w:r w:rsidRPr="00560995">
              <w:rPr>
                <w:vertAlign w:val="subscript"/>
                <w:lang w:val="ru-RU"/>
              </w:rPr>
              <w:t>2</w:t>
            </w:r>
            <w:r>
              <w:t>O</w:t>
            </w:r>
            <w:r w:rsidRPr="00560995">
              <w:rPr>
                <w:vertAlign w:val="subscript"/>
                <w:lang w:val="ru-RU"/>
              </w:rPr>
              <w:t>(г)</w:t>
            </w:r>
            <w:r w:rsidRPr="00560995">
              <w:rPr>
                <w:lang w:val="ru-RU"/>
              </w:rPr>
              <w:t>. Какое значение имеет константа равновесия, если равновесные концентрации равны (моль/л</w:t>
            </w:r>
            <w:proofErr w:type="gramStart"/>
            <w:r w:rsidRPr="00560995">
              <w:rPr>
                <w:lang w:val="ru-RU"/>
              </w:rPr>
              <w:t>):  [</w:t>
            </w:r>
            <w:proofErr w:type="gramEnd"/>
            <w:r>
              <w:t>HCl</w:t>
            </w:r>
            <w:r w:rsidRPr="00560995">
              <w:rPr>
                <w:lang w:val="ru-RU"/>
              </w:rPr>
              <w:t>]=0,1;   [</w:t>
            </w:r>
            <w:r>
              <w:t>O</w:t>
            </w:r>
            <w:r w:rsidRPr="00560995">
              <w:rPr>
                <w:vertAlign w:val="subscript"/>
                <w:lang w:val="ru-RU"/>
              </w:rPr>
              <w:t>2</w:t>
            </w:r>
            <w:r w:rsidRPr="00560995">
              <w:rPr>
                <w:lang w:val="ru-RU"/>
              </w:rPr>
              <w:t>]=0,2;  [</w:t>
            </w:r>
            <w:r>
              <w:t>Cl</w:t>
            </w:r>
            <w:r w:rsidRPr="00560995">
              <w:rPr>
                <w:vertAlign w:val="subscript"/>
                <w:lang w:val="ru-RU"/>
              </w:rPr>
              <w:t>2</w:t>
            </w:r>
            <w:r w:rsidRPr="00560995">
              <w:rPr>
                <w:lang w:val="ru-RU"/>
              </w:rPr>
              <w:t>]=0,2;  [</w:t>
            </w:r>
            <w:r>
              <w:t>H</w:t>
            </w:r>
            <w:r w:rsidRPr="00560995">
              <w:rPr>
                <w:vertAlign w:val="subscript"/>
                <w:lang w:val="ru-RU"/>
              </w:rPr>
              <w:t>2</w:t>
            </w:r>
            <w:r>
              <w:t>O</w:t>
            </w:r>
            <w:r w:rsidRPr="00560995">
              <w:rPr>
                <w:lang w:val="ru-RU"/>
              </w:rPr>
              <w:t>]=0,1.</w:t>
            </w:r>
          </w:p>
          <w:p w:rsidR="00FD4A85" w:rsidRPr="00560995" w:rsidRDefault="00FD4A85" w:rsidP="002264E8">
            <w:pPr>
              <w:rPr>
                <w:lang w:val="ru-RU"/>
              </w:rPr>
            </w:pPr>
            <w:r w:rsidRPr="00560995">
              <w:rPr>
                <w:lang w:val="ru-RU"/>
              </w:rPr>
              <w:t xml:space="preserve">   </w:t>
            </w:r>
            <w:r w:rsidRPr="00560995">
              <w:rPr>
                <w:rFonts w:cs="Arial CYR"/>
                <w:szCs w:val="28"/>
                <w:lang w:val="ru-RU"/>
              </w:rPr>
              <w:tab/>
            </w:r>
          </w:p>
        </w:tc>
      </w:tr>
      <w:tr w:rsidR="00FD4A85" w:rsidRPr="00AB705E" w:rsidTr="00702148">
        <w:tc>
          <w:tcPr>
            <w:tcW w:w="10490" w:type="dxa"/>
            <w:gridSpan w:val="3"/>
          </w:tcPr>
          <w:p w:rsidR="00FD4A85" w:rsidRPr="00560995" w:rsidRDefault="00FD4A85" w:rsidP="002264E8">
            <w:pPr>
              <w:rPr>
                <w:lang w:val="ru-RU"/>
              </w:rPr>
            </w:pPr>
            <w:r w:rsidRPr="00560995">
              <w:rPr>
                <w:b/>
                <w:bCs/>
                <w:i/>
                <w:iCs/>
                <w:lang w:val="ru-RU"/>
              </w:rPr>
              <w:t xml:space="preserve">13. </w:t>
            </w:r>
            <w:r w:rsidRPr="00560995">
              <w:rPr>
                <w:lang w:val="ru-RU"/>
              </w:rPr>
              <w:t>Исходя из данных о растворимости веществ, определите, в каком случае выпадения осадка не происходит:</w:t>
            </w:r>
          </w:p>
          <w:p w:rsidR="00FD4A85" w:rsidRDefault="00FD4A85" w:rsidP="002264E8">
            <w:r>
              <w:t>1)AgNO</w:t>
            </w:r>
            <w:r>
              <w:rPr>
                <w:vertAlign w:val="subscript"/>
              </w:rPr>
              <w:t>3</w:t>
            </w:r>
            <w:r>
              <w:t>+NaCl →</w:t>
            </w:r>
            <w:r w:rsidRPr="001A1CBE">
              <w:t xml:space="preserve">         </w:t>
            </w:r>
          </w:p>
          <w:p w:rsidR="00FD4A85" w:rsidRDefault="00FD4A85" w:rsidP="002264E8">
            <w:r w:rsidRPr="001A1CBE">
              <w:t>2</w:t>
            </w:r>
            <w:r>
              <w:t>) CuCl</w:t>
            </w:r>
            <w:r>
              <w:rPr>
                <w:vertAlign w:val="subscript"/>
              </w:rPr>
              <w:t>2</w:t>
            </w:r>
            <w:r>
              <w:t>+NaOH →</w:t>
            </w:r>
            <w:r w:rsidRPr="001A1CBE">
              <w:t xml:space="preserve">             </w:t>
            </w:r>
          </w:p>
          <w:p w:rsidR="00FD4A85" w:rsidRDefault="00FD4A85" w:rsidP="002264E8">
            <w:r w:rsidRPr="001A1CBE">
              <w:t xml:space="preserve">3) </w:t>
            </w:r>
            <w:r>
              <w:t>MnSO</w:t>
            </w:r>
            <w:r>
              <w:rPr>
                <w:vertAlign w:val="subscript"/>
              </w:rPr>
              <w:t xml:space="preserve">4 </w:t>
            </w:r>
            <w:r>
              <w:t>+NaI</w:t>
            </w:r>
          </w:p>
          <w:p w:rsidR="00FD4A85" w:rsidRPr="001A1CBE" w:rsidRDefault="00FD4A85" w:rsidP="002264E8"/>
        </w:tc>
      </w:tr>
      <w:tr w:rsidR="00FD4A85" w:rsidRPr="00771808" w:rsidTr="00702148">
        <w:tc>
          <w:tcPr>
            <w:tcW w:w="10490" w:type="dxa"/>
            <w:gridSpan w:val="3"/>
          </w:tcPr>
          <w:p w:rsidR="00FD4A85" w:rsidRPr="00560995" w:rsidRDefault="00FD4A85" w:rsidP="002264E8">
            <w:pPr>
              <w:rPr>
                <w:lang w:val="ru-RU"/>
              </w:rPr>
            </w:pPr>
            <w:r w:rsidRPr="00560995">
              <w:rPr>
                <w:bCs/>
                <w:iCs/>
                <w:lang w:val="ru-RU"/>
              </w:rPr>
              <w:t xml:space="preserve">14. </w:t>
            </w:r>
            <w:r w:rsidRPr="00560995">
              <w:rPr>
                <w:lang w:val="ru-RU"/>
              </w:rPr>
              <w:t>Осмотическое давление раствора глюкозы (</w:t>
            </w:r>
            <w:r>
              <w:t>C</w:t>
            </w:r>
            <w:r w:rsidRPr="00560995">
              <w:rPr>
                <w:vertAlign w:val="subscript"/>
                <w:lang w:val="ru-RU"/>
              </w:rPr>
              <w:t>6</w:t>
            </w:r>
            <w:r>
              <w:t>H</w:t>
            </w:r>
            <w:r w:rsidRPr="00560995">
              <w:rPr>
                <w:vertAlign w:val="subscript"/>
                <w:lang w:val="ru-RU"/>
              </w:rPr>
              <w:t>12</w:t>
            </w:r>
            <w:r>
              <w:t>O</w:t>
            </w:r>
            <w:r w:rsidRPr="00560995">
              <w:rPr>
                <w:vertAlign w:val="subscript"/>
                <w:lang w:val="ru-RU"/>
              </w:rPr>
              <w:t>6</w:t>
            </w:r>
            <w:proofErr w:type="gramStart"/>
            <w:r w:rsidRPr="00560995">
              <w:rPr>
                <w:lang w:val="ru-RU"/>
              </w:rPr>
              <w:t>) ,содержащего</w:t>
            </w:r>
            <w:proofErr w:type="gramEnd"/>
            <w:r w:rsidRPr="00560995">
              <w:rPr>
                <w:lang w:val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72 г"/>
              </w:smartTagPr>
              <w:r w:rsidRPr="00560995">
                <w:rPr>
                  <w:lang w:val="ru-RU"/>
                </w:rPr>
                <w:t>72</w:t>
              </w:r>
              <w:r>
                <w:t> </w:t>
              </w:r>
              <w:r w:rsidRPr="00560995">
                <w:rPr>
                  <w:lang w:val="ru-RU"/>
                </w:rPr>
                <w:t>г</w:t>
              </w:r>
            </w:smartTag>
            <w:r w:rsidRPr="00560995">
              <w:rPr>
                <w:lang w:val="ru-RU"/>
              </w:rPr>
              <w:t xml:space="preserve"> вещества в </w:t>
            </w:r>
            <w:smartTag w:uri="urn:schemas-microsoft-com:office:smarttags" w:element="metricconverter">
              <w:smartTagPr>
                <w:attr w:name="ProductID" w:val="1 л"/>
              </w:smartTagPr>
              <w:r w:rsidRPr="00560995">
                <w:rPr>
                  <w:lang w:val="ru-RU"/>
                </w:rPr>
                <w:t>1</w:t>
              </w:r>
              <w:r>
                <w:t> </w:t>
              </w:r>
              <w:r w:rsidRPr="00560995">
                <w:rPr>
                  <w:lang w:val="ru-RU"/>
                </w:rPr>
                <w:t>л</w:t>
              </w:r>
            </w:smartTag>
            <w:r w:rsidRPr="00560995">
              <w:rPr>
                <w:lang w:val="ru-RU"/>
              </w:rPr>
              <w:t xml:space="preserve"> раствора  при </w:t>
            </w:r>
            <w:smartTag w:uri="urn:schemas-microsoft-com:office:smarttags" w:element="metricconverter">
              <w:smartTagPr>
                <w:attr w:name="ProductID" w:val="20ﾰC"/>
              </w:smartTagPr>
              <w:r w:rsidRPr="00560995">
                <w:rPr>
                  <w:lang w:val="ru-RU"/>
                </w:rPr>
                <w:t>20°</w:t>
              </w:r>
              <w:r>
                <w:t>C</w:t>
              </w:r>
            </w:smartTag>
            <w:r w:rsidRPr="00560995">
              <w:rPr>
                <w:lang w:val="ru-RU"/>
              </w:rPr>
              <w:t xml:space="preserve"> составляет…, (кПа)</w:t>
            </w:r>
          </w:p>
          <w:p w:rsidR="00FD4A85" w:rsidRPr="00560995" w:rsidRDefault="00FD4A85" w:rsidP="002264E8">
            <w:pPr>
              <w:rPr>
                <w:lang w:val="ru-RU"/>
              </w:rPr>
            </w:pPr>
          </w:p>
        </w:tc>
      </w:tr>
      <w:tr w:rsidR="00FD4A85" w:rsidRPr="00771808" w:rsidTr="00702148">
        <w:tc>
          <w:tcPr>
            <w:tcW w:w="10490" w:type="dxa"/>
            <w:gridSpan w:val="3"/>
          </w:tcPr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bCs/>
                <w:iCs/>
                <w:lang w:val="ru-RU"/>
              </w:rPr>
              <w:t>15.</w:t>
            </w:r>
            <w:r w:rsidRPr="0018173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181731">
              <w:rPr>
                <w:lang w:val="ru-RU"/>
              </w:rPr>
              <w:t xml:space="preserve">Температура кристаллизации 10% раствора глицерина </w:t>
            </w:r>
            <w:r>
              <w:t>C</w:t>
            </w:r>
            <w:r w:rsidRPr="00181731">
              <w:rPr>
                <w:vertAlign w:val="subscript"/>
                <w:lang w:val="ru-RU"/>
              </w:rPr>
              <w:t>3</w:t>
            </w:r>
            <w:r>
              <w:t>H</w:t>
            </w:r>
            <w:r w:rsidRPr="00181731">
              <w:rPr>
                <w:vertAlign w:val="subscript"/>
                <w:lang w:val="ru-RU"/>
              </w:rPr>
              <w:t>8</w:t>
            </w:r>
            <w:r>
              <w:t>O</w:t>
            </w:r>
            <w:r w:rsidRPr="00181731">
              <w:rPr>
                <w:vertAlign w:val="subscript"/>
                <w:lang w:val="ru-RU"/>
              </w:rPr>
              <w:t>3</w:t>
            </w:r>
            <w:r w:rsidRPr="00181731">
              <w:rPr>
                <w:lang w:val="ru-RU"/>
              </w:rPr>
              <w:t xml:space="preserve"> в воде</w:t>
            </w:r>
            <w:r w:rsidRPr="00181731">
              <w:rPr>
                <w:sz w:val="22"/>
                <w:lang w:val="ru-RU"/>
              </w:rPr>
              <w:t>(К</w:t>
            </w:r>
            <w:r>
              <w:rPr>
                <w:sz w:val="22"/>
                <w:vertAlign w:val="subscript"/>
              </w:rPr>
              <w:t>H</w:t>
            </w:r>
            <w:r w:rsidRPr="00181731">
              <w:rPr>
                <w:position w:val="-4"/>
                <w:sz w:val="22"/>
                <w:vertAlign w:val="subscript"/>
                <w:lang w:val="ru-RU"/>
              </w:rPr>
              <w:t>2</w:t>
            </w:r>
            <w:r>
              <w:rPr>
                <w:sz w:val="22"/>
                <w:vertAlign w:val="subscript"/>
              </w:rPr>
              <w:t>O</w:t>
            </w:r>
            <w:r>
              <w:rPr>
                <w:sz w:val="22"/>
              </w:rPr>
              <w:t> </w:t>
            </w:r>
            <w:r w:rsidRPr="00181731">
              <w:rPr>
                <w:sz w:val="22"/>
                <w:lang w:val="ru-RU"/>
              </w:rPr>
              <w:t>=</w:t>
            </w:r>
            <w:r>
              <w:rPr>
                <w:sz w:val="22"/>
              </w:rPr>
              <w:t> </w:t>
            </w:r>
            <w:r w:rsidRPr="00181731">
              <w:rPr>
                <w:sz w:val="22"/>
                <w:lang w:val="ru-RU"/>
              </w:rPr>
              <w:t>1,86</w:t>
            </w:r>
            <w:r>
              <w:rPr>
                <w:position w:val="-24"/>
                <w:sz w:val="22"/>
              </w:rPr>
              <w:object w:dxaOrig="1020" w:dyaOrig="620">
                <v:shape id="_x0000_i1248" type="#_x0000_t75" style="width:51.75pt;height:30pt" o:ole="">
                  <v:imagedata r:id="rId260" o:title=""/>
                </v:shape>
                <o:OLEObject Type="Embed" ProgID="Equation.3" ShapeID="_x0000_i1248" DrawAspect="Content" ObjectID="_1842695943" r:id="rId374"/>
              </w:object>
            </w:r>
            <w:r>
              <w:rPr>
                <w:position w:val="-10"/>
                <w:sz w:val="22"/>
              </w:rPr>
              <w:object w:dxaOrig="180" w:dyaOrig="340">
                <v:shape id="_x0000_i1249" type="#_x0000_t75" style="width:9pt;height:17.25pt" o:ole="">
                  <v:imagedata r:id="rId108" o:title=""/>
                </v:shape>
                <o:OLEObject Type="Embed" ProgID="Equation.3" ShapeID="_x0000_i1249" DrawAspect="Content" ObjectID="_1842695944" r:id="rId375"/>
              </w:object>
            </w:r>
            <w:r w:rsidRPr="00181731">
              <w:rPr>
                <w:sz w:val="22"/>
                <w:lang w:val="ru-RU"/>
              </w:rPr>
              <w:t>)</w:t>
            </w:r>
            <w:r w:rsidRPr="00181731">
              <w:rPr>
                <w:lang w:val="ru-RU"/>
              </w:rPr>
              <w:t xml:space="preserve"> составляет…, °С .</w:t>
            </w:r>
          </w:p>
          <w:p w:rsidR="00FD4A85" w:rsidRPr="00181731" w:rsidRDefault="00FD4A85" w:rsidP="002264E8">
            <w:pPr>
              <w:rPr>
                <w:lang w:val="ru-RU"/>
              </w:rPr>
            </w:pPr>
          </w:p>
        </w:tc>
      </w:tr>
      <w:tr w:rsidR="00FD4A85" w:rsidRPr="00771808" w:rsidTr="00702148">
        <w:tc>
          <w:tcPr>
            <w:tcW w:w="10490" w:type="dxa"/>
            <w:gridSpan w:val="3"/>
          </w:tcPr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bCs/>
                <w:iCs/>
                <w:lang w:val="ru-RU"/>
              </w:rPr>
              <w:t>16.</w:t>
            </w:r>
            <w:r w:rsidRPr="0018173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181731">
              <w:rPr>
                <w:lang w:val="ru-RU"/>
              </w:rPr>
              <w:t>Из приведённых ниже солей, по катиону гидролизуется соль:</w:t>
            </w:r>
          </w:p>
          <w:p w:rsidR="00FD4A85" w:rsidRPr="00560995" w:rsidRDefault="00FD4A85" w:rsidP="002264E8">
            <w:pPr>
              <w:rPr>
                <w:lang w:val="ru-RU"/>
              </w:rPr>
            </w:pPr>
            <w:r w:rsidRPr="00560995">
              <w:rPr>
                <w:lang w:val="ru-RU"/>
              </w:rPr>
              <w:t xml:space="preserve">1) </w:t>
            </w:r>
            <w:r>
              <w:t>CH</w:t>
            </w:r>
            <w:r w:rsidRPr="00560995">
              <w:rPr>
                <w:szCs w:val="14"/>
                <w:vertAlign w:val="subscript"/>
                <w:lang w:val="ru-RU"/>
              </w:rPr>
              <w:t>3</w:t>
            </w:r>
            <w:r>
              <w:t>COOK</w:t>
            </w:r>
            <w:r w:rsidRPr="00560995">
              <w:rPr>
                <w:lang w:val="ru-RU"/>
              </w:rPr>
              <w:t xml:space="preserve">                    </w:t>
            </w:r>
          </w:p>
          <w:p w:rsidR="00FD4A85" w:rsidRPr="00560995" w:rsidRDefault="00FD4A85" w:rsidP="002264E8">
            <w:pPr>
              <w:rPr>
                <w:szCs w:val="14"/>
                <w:vertAlign w:val="subscript"/>
                <w:lang w:val="ru-RU"/>
              </w:rPr>
            </w:pPr>
            <w:r w:rsidRPr="00560995">
              <w:rPr>
                <w:lang w:val="ru-RU"/>
              </w:rPr>
              <w:t xml:space="preserve"> 2) </w:t>
            </w:r>
            <w:r>
              <w:t>ZnCl</w:t>
            </w:r>
            <w:r w:rsidRPr="00560995">
              <w:rPr>
                <w:szCs w:val="14"/>
                <w:vertAlign w:val="subscript"/>
                <w:lang w:val="ru-RU"/>
              </w:rPr>
              <w:t xml:space="preserve">2                            </w:t>
            </w:r>
          </w:p>
          <w:p w:rsidR="00FD4A85" w:rsidRPr="00560995" w:rsidRDefault="00FD4A85" w:rsidP="002264E8">
            <w:pPr>
              <w:rPr>
                <w:lang w:val="ru-RU"/>
              </w:rPr>
            </w:pPr>
            <w:r w:rsidRPr="00560995">
              <w:rPr>
                <w:lang w:val="ru-RU"/>
              </w:rPr>
              <w:t xml:space="preserve">3) </w:t>
            </w:r>
            <w:r>
              <w:t>Ca</w:t>
            </w:r>
            <w:r w:rsidRPr="00560995">
              <w:rPr>
                <w:lang w:val="ru-RU"/>
              </w:rPr>
              <w:t>(</w:t>
            </w:r>
            <w:r>
              <w:t>NO</w:t>
            </w:r>
            <w:r w:rsidRPr="00560995">
              <w:rPr>
                <w:szCs w:val="14"/>
                <w:vertAlign w:val="subscript"/>
                <w:lang w:val="ru-RU"/>
              </w:rPr>
              <w:t>3</w:t>
            </w:r>
            <w:r w:rsidRPr="00560995">
              <w:rPr>
                <w:lang w:val="ru-RU"/>
              </w:rPr>
              <w:t>).</w:t>
            </w:r>
          </w:p>
          <w:p w:rsidR="00FD4A85" w:rsidRPr="00560995" w:rsidRDefault="00FD4A85" w:rsidP="002264E8">
            <w:pPr>
              <w:rPr>
                <w:lang w:val="ru-RU"/>
              </w:rPr>
            </w:pPr>
            <w:r w:rsidRPr="00560995">
              <w:rPr>
                <w:lang w:val="ru-RU"/>
              </w:rPr>
              <w:t>Ответ подтвердите, составив уравнение реакции:</w:t>
            </w:r>
          </w:p>
          <w:p w:rsidR="00FD4A85" w:rsidRPr="00560995" w:rsidRDefault="00FD4A85" w:rsidP="002264E8">
            <w:pPr>
              <w:rPr>
                <w:lang w:val="ru-RU"/>
              </w:rPr>
            </w:pPr>
          </w:p>
        </w:tc>
      </w:tr>
      <w:tr w:rsidR="00FD4A85" w:rsidRPr="00771808" w:rsidTr="00702148">
        <w:tc>
          <w:tcPr>
            <w:tcW w:w="10490" w:type="dxa"/>
            <w:gridSpan w:val="3"/>
          </w:tcPr>
          <w:p w:rsidR="00FD4A85" w:rsidRPr="00560995" w:rsidRDefault="00FD4A85" w:rsidP="002264E8">
            <w:pPr>
              <w:rPr>
                <w:szCs w:val="28"/>
                <w:lang w:val="ru-RU"/>
              </w:rPr>
            </w:pPr>
            <w:r w:rsidRPr="00560995">
              <w:rPr>
                <w:bCs/>
                <w:iCs/>
                <w:lang w:val="ru-RU"/>
              </w:rPr>
              <w:t>17.</w:t>
            </w:r>
            <w:r w:rsidRPr="00560995">
              <w:rPr>
                <w:b/>
                <w:bCs/>
                <w:i/>
                <w:iCs/>
                <w:lang w:val="ru-RU"/>
              </w:rPr>
              <w:t xml:space="preserve"> </w:t>
            </w:r>
            <w:r>
              <w:rPr>
                <w:szCs w:val="28"/>
              </w:rPr>
              <w:t>pH</w:t>
            </w:r>
            <w:r w:rsidRPr="00560995">
              <w:rPr>
                <w:szCs w:val="28"/>
                <w:lang w:val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0.01 М"/>
              </w:smartTagPr>
              <w:r w:rsidRPr="00560995">
                <w:rPr>
                  <w:szCs w:val="28"/>
                  <w:lang w:val="ru-RU"/>
                </w:rPr>
                <w:t>0.01 М</w:t>
              </w:r>
            </w:smartTag>
            <w:r w:rsidRPr="00560995">
              <w:rPr>
                <w:szCs w:val="28"/>
                <w:lang w:val="ru-RU"/>
              </w:rPr>
              <w:t xml:space="preserve"> раствора </w:t>
            </w:r>
            <w:r>
              <w:rPr>
                <w:szCs w:val="28"/>
              </w:rPr>
              <w:t>KOH</w:t>
            </w:r>
            <w:r w:rsidRPr="00560995">
              <w:rPr>
                <w:szCs w:val="28"/>
                <w:lang w:val="ru-RU"/>
              </w:rPr>
              <w:t xml:space="preserve"> равен ….</w:t>
            </w:r>
          </w:p>
          <w:p w:rsidR="00FD4A85" w:rsidRPr="00560995" w:rsidRDefault="00FD4A85" w:rsidP="002264E8">
            <w:pPr>
              <w:rPr>
                <w:lang w:val="ru-RU"/>
              </w:rPr>
            </w:pPr>
          </w:p>
        </w:tc>
      </w:tr>
      <w:tr w:rsidR="00FD4A85" w:rsidRPr="00771808" w:rsidTr="00702148">
        <w:tc>
          <w:tcPr>
            <w:tcW w:w="10490" w:type="dxa"/>
            <w:gridSpan w:val="3"/>
          </w:tcPr>
          <w:p w:rsidR="00FD4A85" w:rsidRPr="00560995" w:rsidRDefault="00FD4A85" w:rsidP="002264E8">
            <w:pPr>
              <w:tabs>
                <w:tab w:val="left" w:pos="1068"/>
              </w:tabs>
              <w:rPr>
                <w:szCs w:val="28"/>
                <w:lang w:val="ru-RU"/>
              </w:rPr>
            </w:pPr>
            <w:r w:rsidRPr="00560995">
              <w:rPr>
                <w:bCs/>
                <w:iCs/>
                <w:lang w:val="ru-RU"/>
              </w:rPr>
              <w:t>18.</w:t>
            </w:r>
            <w:r w:rsidRPr="0056099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560995">
              <w:rPr>
                <w:szCs w:val="28"/>
                <w:lang w:val="ru-RU"/>
              </w:rPr>
              <w:t xml:space="preserve">Масса воды и соли, необходимые для приготовления </w:t>
            </w:r>
            <w:smartTag w:uri="urn:schemas-microsoft-com:office:smarttags" w:element="metricconverter">
              <w:smartTagPr>
                <w:attr w:name="ProductID" w:val="50 г"/>
              </w:smartTagPr>
              <w:r w:rsidRPr="00560995">
                <w:rPr>
                  <w:szCs w:val="28"/>
                  <w:lang w:val="ru-RU"/>
                </w:rPr>
                <w:t>50 г</w:t>
              </w:r>
            </w:smartTag>
            <w:r w:rsidRPr="00560995">
              <w:rPr>
                <w:szCs w:val="28"/>
                <w:lang w:val="ru-RU"/>
              </w:rPr>
              <w:t xml:space="preserve"> раствора с массовой долей 10% равны…, г</w:t>
            </w:r>
          </w:p>
          <w:p w:rsidR="00FD4A85" w:rsidRPr="00560995" w:rsidRDefault="00FD4A85" w:rsidP="002264E8">
            <w:pPr>
              <w:tabs>
                <w:tab w:val="left" w:pos="1068"/>
              </w:tabs>
              <w:rPr>
                <w:lang w:val="ru-RU"/>
              </w:rPr>
            </w:pPr>
          </w:p>
        </w:tc>
      </w:tr>
      <w:tr w:rsidR="00FD4A85" w:rsidRPr="00771808" w:rsidTr="00702148">
        <w:tc>
          <w:tcPr>
            <w:tcW w:w="10490" w:type="dxa"/>
            <w:gridSpan w:val="3"/>
          </w:tcPr>
          <w:p w:rsidR="00FD4A85" w:rsidRPr="00560995" w:rsidRDefault="00FD4A85" w:rsidP="002264E8">
            <w:pPr>
              <w:rPr>
                <w:szCs w:val="28"/>
                <w:lang w:val="ru-RU"/>
              </w:rPr>
            </w:pPr>
            <w:r w:rsidRPr="00560995">
              <w:rPr>
                <w:bCs/>
                <w:iCs/>
                <w:lang w:val="ru-RU"/>
              </w:rPr>
              <w:lastRenderedPageBreak/>
              <w:t xml:space="preserve">19. </w:t>
            </w:r>
            <w:r w:rsidRPr="00560995">
              <w:rPr>
                <w:szCs w:val="28"/>
                <w:lang w:val="ru-RU"/>
              </w:rPr>
              <w:t xml:space="preserve">Нормальмость раствора </w:t>
            </w:r>
            <w:r>
              <w:rPr>
                <w:szCs w:val="28"/>
              </w:rPr>
              <w:t>FeCl</w:t>
            </w:r>
            <w:proofErr w:type="gramStart"/>
            <w:r w:rsidRPr="00560995">
              <w:rPr>
                <w:szCs w:val="28"/>
                <w:vertAlign w:val="subscript"/>
                <w:lang w:val="ru-RU"/>
              </w:rPr>
              <w:t>3</w:t>
            </w:r>
            <w:r w:rsidRPr="00560995">
              <w:rPr>
                <w:szCs w:val="28"/>
                <w:lang w:val="ru-RU"/>
              </w:rPr>
              <w:t xml:space="preserve"> ,</w:t>
            </w:r>
            <w:proofErr w:type="gramEnd"/>
            <w:r w:rsidRPr="00560995">
              <w:rPr>
                <w:szCs w:val="28"/>
                <w:lang w:val="ru-RU"/>
              </w:rPr>
              <w:t xml:space="preserve"> содержащего в </w:t>
            </w:r>
            <w:smartTag w:uri="urn:schemas-microsoft-com:office:smarttags" w:element="metricconverter">
              <w:smartTagPr>
                <w:attr w:name="ProductID" w:val="0,3 л"/>
              </w:smartTagPr>
              <w:r w:rsidRPr="00560995">
                <w:rPr>
                  <w:szCs w:val="28"/>
                  <w:lang w:val="ru-RU"/>
                </w:rPr>
                <w:t>0,3 л</w:t>
              </w:r>
            </w:smartTag>
            <w:r w:rsidRPr="00560995">
              <w:rPr>
                <w:szCs w:val="28"/>
                <w:lang w:val="ru-RU"/>
              </w:rPr>
              <w:t xml:space="preserve"> раствора </w:t>
            </w:r>
            <w:smartTag w:uri="urn:schemas-microsoft-com:office:smarttags" w:element="metricconverter">
              <w:smartTagPr>
                <w:attr w:name="ProductID" w:val="32,44 г"/>
              </w:smartTagPr>
              <w:r w:rsidRPr="00560995">
                <w:rPr>
                  <w:szCs w:val="28"/>
                  <w:lang w:val="ru-RU"/>
                </w:rPr>
                <w:t>32,44 г</w:t>
              </w:r>
            </w:smartTag>
            <w:r w:rsidRPr="00560995">
              <w:rPr>
                <w:szCs w:val="28"/>
                <w:lang w:val="ru-RU"/>
              </w:rPr>
              <w:t xml:space="preserve"> соли равна…, н</w:t>
            </w:r>
          </w:p>
          <w:p w:rsidR="00FD4A85" w:rsidRPr="00560995" w:rsidRDefault="00FD4A85" w:rsidP="002264E8">
            <w:pPr>
              <w:rPr>
                <w:lang w:val="ru-RU"/>
              </w:rPr>
            </w:pPr>
          </w:p>
        </w:tc>
      </w:tr>
      <w:tr w:rsidR="00FD4A85" w:rsidTr="00702148">
        <w:tc>
          <w:tcPr>
            <w:tcW w:w="10490" w:type="dxa"/>
            <w:gridSpan w:val="3"/>
          </w:tcPr>
          <w:p w:rsidR="00FD4A85" w:rsidRPr="00560995" w:rsidRDefault="00FD4A85" w:rsidP="002264E8">
            <w:pPr>
              <w:rPr>
                <w:lang w:val="ru-RU"/>
              </w:rPr>
            </w:pPr>
            <w:r w:rsidRPr="00560995">
              <w:rPr>
                <w:bCs/>
                <w:iCs/>
                <w:lang w:val="ru-RU"/>
              </w:rPr>
              <w:t>20.</w:t>
            </w:r>
            <w:r w:rsidRPr="0056099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560995">
              <w:rPr>
                <w:lang w:val="ru-RU"/>
              </w:rPr>
              <w:t>Вещество, на поверхности которого происходит адсорбция называется…</w:t>
            </w:r>
          </w:p>
          <w:p w:rsidR="00FD4A85" w:rsidRDefault="00FD4A85" w:rsidP="002264E8">
            <w:r>
              <w:t>1) адсорбтив</w:t>
            </w:r>
            <w:r>
              <w:tab/>
            </w:r>
            <w:r>
              <w:tab/>
              <w:t>2) адсорбат</w:t>
            </w:r>
            <w:r>
              <w:tab/>
            </w:r>
            <w:r>
              <w:tab/>
              <w:t>3) адсорбент</w:t>
            </w:r>
            <w:r>
              <w:tab/>
            </w:r>
            <w:r>
              <w:tab/>
            </w:r>
          </w:p>
          <w:p w:rsidR="00FD4A85" w:rsidRDefault="00FD4A85" w:rsidP="002264E8"/>
        </w:tc>
      </w:tr>
      <w:tr w:rsidR="00FD4A85" w:rsidTr="00702148">
        <w:tc>
          <w:tcPr>
            <w:tcW w:w="10490" w:type="dxa"/>
            <w:gridSpan w:val="3"/>
          </w:tcPr>
          <w:p w:rsidR="00FD4A85" w:rsidRDefault="00FD4A85" w:rsidP="002264E8"/>
        </w:tc>
      </w:tr>
      <w:tr w:rsidR="00FD4A85" w:rsidRPr="00AB705E" w:rsidTr="00702148">
        <w:tc>
          <w:tcPr>
            <w:tcW w:w="10490" w:type="dxa"/>
            <w:gridSpan w:val="3"/>
          </w:tcPr>
          <w:p w:rsidR="00FD4A85" w:rsidRPr="00560995" w:rsidRDefault="00FD4A85" w:rsidP="002264E8">
            <w:pPr>
              <w:rPr>
                <w:szCs w:val="28"/>
                <w:lang w:val="ru-RU"/>
              </w:rPr>
            </w:pPr>
            <w:r w:rsidRPr="00560995">
              <w:rPr>
                <w:bCs/>
                <w:iCs/>
                <w:lang w:val="ru-RU"/>
              </w:rPr>
              <w:t>21.</w:t>
            </w:r>
            <w:r w:rsidRPr="0056099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560995">
              <w:rPr>
                <w:szCs w:val="28"/>
                <w:lang w:val="ru-RU"/>
              </w:rPr>
              <w:t>Два вещества, взаимодействие между которыми относится к окислительно - восстановительным реакциям соединения – это …</w:t>
            </w:r>
          </w:p>
          <w:p w:rsidR="00FD4A85" w:rsidRDefault="00FD4A85" w:rsidP="002264E8">
            <w:pPr>
              <w:rPr>
                <w:szCs w:val="28"/>
              </w:rPr>
            </w:pPr>
            <w:r w:rsidRPr="00C34045">
              <w:rPr>
                <w:szCs w:val="28"/>
              </w:rPr>
              <w:t xml:space="preserve">1) </w:t>
            </w:r>
            <w:r>
              <w:rPr>
                <w:szCs w:val="28"/>
              </w:rPr>
              <w:t>H</w:t>
            </w:r>
            <w:r w:rsidRPr="00C34045">
              <w:rPr>
                <w:szCs w:val="28"/>
                <w:vertAlign w:val="subscript"/>
              </w:rPr>
              <w:t>2</w:t>
            </w:r>
            <w:r>
              <w:rPr>
                <w:szCs w:val="28"/>
              </w:rPr>
              <w:t>O</w:t>
            </w:r>
            <w:r w:rsidRPr="00C34045">
              <w:rPr>
                <w:szCs w:val="28"/>
              </w:rPr>
              <w:t xml:space="preserve">, </w:t>
            </w:r>
            <w:proofErr w:type="gramStart"/>
            <w:r>
              <w:rPr>
                <w:szCs w:val="28"/>
              </w:rPr>
              <w:t>CaO</w:t>
            </w:r>
            <w:r w:rsidRPr="00FF21EE">
              <w:rPr>
                <w:szCs w:val="28"/>
              </w:rPr>
              <w:t xml:space="preserve">;   </w:t>
            </w:r>
            <w:proofErr w:type="gramEnd"/>
            <w:r w:rsidRPr="00FF21EE">
              <w:rPr>
                <w:szCs w:val="28"/>
              </w:rPr>
              <w:t xml:space="preserve">    2) </w:t>
            </w:r>
            <w:r>
              <w:rPr>
                <w:szCs w:val="28"/>
              </w:rPr>
              <w:t>NaI, Br</w:t>
            </w:r>
            <w:r>
              <w:rPr>
                <w:szCs w:val="28"/>
                <w:vertAlign w:val="subscript"/>
              </w:rPr>
              <w:t>2</w:t>
            </w:r>
            <w:r w:rsidRPr="00FF21EE">
              <w:rPr>
                <w:szCs w:val="28"/>
              </w:rPr>
              <w:t xml:space="preserve">  ;   3) </w:t>
            </w:r>
            <w:r>
              <w:rPr>
                <w:szCs w:val="28"/>
              </w:rPr>
              <w:t>H</w:t>
            </w:r>
            <w:r>
              <w:rPr>
                <w:szCs w:val="28"/>
                <w:vertAlign w:val="subscript"/>
              </w:rPr>
              <w:t>2</w:t>
            </w:r>
            <w:r>
              <w:rPr>
                <w:szCs w:val="28"/>
              </w:rPr>
              <w:t>O, Ca</w:t>
            </w:r>
          </w:p>
          <w:p w:rsidR="00FD4A85" w:rsidRPr="00B77B36" w:rsidRDefault="00FD4A85" w:rsidP="002264E8"/>
        </w:tc>
      </w:tr>
      <w:tr w:rsidR="00FD4A85" w:rsidRPr="00AB705E" w:rsidTr="00702148">
        <w:tc>
          <w:tcPr>
            <w:tcW w:w="10490" w:type="dxa"/>
            <w:gridSpan w:val="3"/>
          </w:tcPr>
          <w:p w:rsidR="00FD4A85" w:rsidRPr="00560995" w:rsidRDefault="00FD4A85" w:rsidP="002264E8">
            <w:pPr>
              <w:rPr>
                <w:lang w:val="ru-RU"/>
              </w:rPr>
            </w:pPr>
            <w:r w:rsidRPr="00560995">
              <w:rPr>
                <w:bCs/>
                <w:i/>
                <w:iCs/>
                <w:lang w:val="ru-RU"/>
              </w:rPr>
              <w:t>22.</w:t>
            </w:r>
            <w:r w:rsidRPr="0056099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560995">
              <w:rPr>
                <w:lang w:val="ru-RU"/>
              </w:rPr>
              <w:t>Составьте электронные уравнения полуреакций и расставьте коэффициенты:</w:t>
            </w:r>
          </w:p>
          <w:p w:rsidR="00FD4A85" w:rsidRPr="00B77B36" w:rsidRDefault="00FD4A85" w:rsidP="002264E8">
            <w:r w:rsidRPr="00FF21EE">
              <w:t>K</w:t>
            </w:r>
            <w:r w:rsidRPr="00B77B36">
              <w:rPr>
                <w:vertAlign w:val="subscript"/>
              </w:rPr>
              <w:t>2</w:t>
            </w:r>
            <w:r w:rsidRPr="00FF21EE">
              <w:t>S</w:t>
            </w:r>
            <w:r w:rsidRPr="00B77B36">
              <w:t>+</w:t>
            </w:r>
            <w:r w:rsidRPr="00FF21EE">
              <w:t>K</w:t>
            </w:r>
            <w:r w:rsidRPr="00B77B36">
              <w:rPr>
                <w:vertAlign w:val="subscript"/>
              </w:rPr>
              <w:t>2</w:t>
            </w:r>
            <w:r w:rsidRPr="00FF21EE">
              <w:t>MnO</w:t>
            </w:r>
            <w:r w:rsidRPr="00B77B36">
              <w:rPr>
                <w:vertAlign w:val="subscript"/>
              </w:rPr>
              <w:t>4</w:t>
            </w:r>
            <w:r w:rsidRPr="00B77B36">
              <w:t>+</w:t>
            </w:r>
            <w:r w:rsidRPr="00FF21EE">
              <w:t>H</w:t>
            </w:r>
            <w:r w:rsidRPr="00B77B36">
              <w:rPr>
                <w:vertAlign w:val="subscript"/>
              </w:rPr>
              <w:t>2</w:t>
            </w:r>
            <w:r w:rsidRPr="00FF21EE">
              <w:t>O</w:t>
            </w:r>
            <w:r w:rsidRPr="00B77B36">
              <w:t xml:space="preserve"> </w:t>
            </w:r>
            <w:r w:rsidRPr="00B77B36">
              <w:rPr>
                <w:rFonts w:ascii="Lucida Sans Unicode" w:hAnsi="Lucida Sans Unicode"/>
              </w:rPr>
              <w:t>→</w:t>
            </w:r>
            <w:r w:rsidRPr="00FF21EE">
              <w:t>S</w:t>
            </w:r>
            <w:r w:rsidRPr="00B77B36">
              <w:rPr>
                <w:vertAlign w:val="subscript"/>
              </w:rPr>
              <w:t xml:space="preserve"> </w:t>
            </w:r>
            <w:r w:rsidRPr="00B77B36">
              <w:t>+</w:t>
            </w:r>
            <w:r w:rsidRPr="00FF21EE">
              <w:t>MnO</w:t>
            </w:r>
            <w:r w:rsidRPr="00B77B36">
              <w:rPr>
                <w:vertAlign w:val="subscript"/>
              </w:rPr>
              <w:t>2</w:t>
            </w:r>
            <w:r w:rsidRPr="00B77B36">
              <w:rPr>
                <w:vertAlign w:val="superscript"/>
              </w:rPr>
              <w:t xml:space="preserve"> </w:t>
            </w:r>
            <w:r w:rsidRPr="00B77B36">
              <w:t>+…</w:t>
            </w:r>
          </w:p>
          <w:p w:rsidR="00FD4A85" w:rsidRPr="00EE3843" w:rsidRDefault="00FD4A85" w:rsidP="002264E8"/>
        </w:tc>
      </w:tr>
      <w:tr w:rsidR="00FD4A85" w:rsidRPr="00771808" w:rsidTr="00702148">
        <w:tc>
          <w:tcPr>
            <w:tcW w:w="10490" w:type="dxa"/>
            <w:gridSpan w:val="3"/>
          </w:tcPr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bCs/>
                <w:iCs/>
                <w:lang w:val="ru-RU"/>
              </w:rPr>
              <w:t>23.</w:t>
            </w:r>
            <w:r w:rsidRPr="0018173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181731">
              <w:rPr>
                <w:szCs w:val="28"/>
                <w:lang w:val="ru-RU"/>
              </w:rPr>
              <w:t>Вычислить Е (ЭДС)</w:t>
            </w:r>
            <w:r w:rsidRPr="00181731">
              <w:rPr>
                <w:lang w:val="ru-RU"/>
              </w:rPr>
              <w:t xml:space="preserve"> гальванического элемента в (В), состоящего из платинового электрода, погруженного в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181731">
                <w:rPr>
                  <w:lang w:val="ru-RU"/>
                </w:rPr>
                <w:t>1 М</w:t>
              </w:r>
            </w:smartTag>
            <w:r w:rsidRPr="00181731">
              <w:rPr>
                <w:lang w:val="ru-RU"/>
              </w:rPr>
              <w:t xml:space="preserve"> раствор </w:t>
            </w:r>
            <w:r>
              <w:t>PtCl</w:t>
            </w:r>
            <w:r w:rsidRPr="00181731">
              <w:rPr>
                <w:vertAlign w:val="subscript"/>
                <w:lang w:val="ru-RU"/>
              </w:rPr>
              <w:t>2</w:t>
            </w:r>
            <w:r w:rsidRPr="00181731">
              <w:rPr>
                <w:lang w:val="ru-RU"/>
              </w:rPr>
              <w:t xml:space="preserve"> и алюминиевого электрода, погруженного в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181731">
                <w:rPr>
                  <w:lang w:val="ru-RU"/>
                </w:rPr>
                <w:t>1 М</w:t>
              </w:r>
            </w:smartTag>
            <w:r w:rsidRPr="00181731">
              <w:rPr>
                <w:lang w:val="ru-RU"/>
              </w:rPr>
              <w:t xml:space="preserve"> раствор </w:t>
            </w:r>
            <w:r>
              <w:t>AlCl</w:t>
            </w:r>
            <w:r w:rsidRPr="00181731">
              <w:rPr>
                <w:vertAlign w:val="subscript"/>
                <w:lang w:val="ru-RU"/>
              </w:rPr>
              <w:t>3</w:t>
            </w:r>
            <w:r w:rsidRPr="00181731">
              <w:rPr>
                <w:lang w:val="ru-RU"/>
              </w:rPr>
              <w:t xml:space="preserve">, если </w:t>
            </w:r>
            <w:r>
              <w:rPr>
                <w:position w:val="-10"/>
              </w:rPr>
              <w:object w:dxaOrig="300" w:dyaOrig="360">
                <v:shape id="_x0000_i1250" type="#_x0000_t75" style="width:15.75pt;height:18pt" o:ole="" fillcolor="window">
                  <v:imagedata r:id="rId131" o:title=""/>
                </v:shape>
                <o:OLEObject Type="Embed" ProgID="Equation.3" ShapeID="_x0000_i1250" DrawAspect="Content" ObjectID="_1842695945" r:id="rId376"/>
              </w:object>
            </w:r>
            <w:r>
              <w:t>Al</w:t>
            </w:r>
            <w:r w:rsidRPr="00181731">
              <w:rPr>
                <w:vertAlign w:val="superscript"/>
                <w:lang w:val="ru-RU"/>
              </w:rPr>
              <w:t>3+</w:t>
            </w:r>
            <w:r w:rsidRPr="00181731">
              <w:rPr>
                <w:lang w:val="ru-RU"/>
              </w:rPr>
              <w:t>/</w:t>
            </w:r>
            <w:r>
              <w:t>Al</w:t>
            </w:r>
            <w:r w:rsidRPr="00181731">
              <w:rPr>
                <w:lang w:val="ru-RU"/>
              </w:rPr>
              <w:t>=-1,660</w:t>
            </w:r>
            <w:r>
              <w:t>B</w:t>
            </w:r>
            <w:r w:rsidRPr="00181731">
              <w:rPr>
                <w:lang w:val="ru-RU"/>
              </w:rPr>
              <w:t xml:space="preserve">; </w:t>
            </w:r>
            <w:r>
              <w:rPr>
                <w:position w:val="-10"/>
              </w:rPr>
              <w:object w:dxaOrig="300" w:dyaOrig="360">
                <v:shape id="_x0000_i1251" type="#_x0000_t75" style="width:15.75pt;height:18pt" o:ole="" fillcolor="window">
                  <v:imagedata r:id="rId131" o:title=""/>
                </v:shape>
                <o:OLEObject Type="Embed" ProgID="Equation.3" ShapeID="_x0000_i1251" DrawAspect="Content" ObjectID="_1842695946" r:id="rId377"/>
              </w:object>
            </w:r>
            <w:r>
              <w:t>Pt</w:t>
            </w:r>
            <w:r w:rsidRPr="00181731">
              <w:rPr>
                <w:vertAlign w:val="superscript"/>
                <w:lang w:val="ru-RU"/>
              </w:rPr>
              <w:t>+2</w:t>
            </w:r>
            <w:r w:rsidRPr="00181731">
              <w:rPr>
                <w:lang w:val="ru-RU"/>
              </w:rPr>
              <w:t>/</w:t>
            </w:r>
            <w:r>
              <w:t>Pt</w:t>
            </w:r>
            <w:r w:rsidRPr="00181731">
              <w:rPr>
                <w:lang w:val="ru-RU"/>
              </w:rPr>
              <w:t>=+1,20</w:t>
            </w:r>
            <w:r>
              <w:t>B</w:t>
            </w:r>
          </w:p>
          <w:p w:rsidR="00FD4A85" w:rsidRPr="00181731" w:rsidRDefault="00FD4A85" w:rsidP="002264E8">
            <w:pPr>
              <w:rPr>
                <w:lang w:val="ru-RU"/>
              </w:rPr>
            </w:pPr>
          </w:p>
        </w:tc>
      </w:tr>
      <w:tr w:rsidR="00FD4A85" w:rsidRPr="00771808" w:rsidTr="00702148">
        <w:tc>
          <w:tcPr>
            <w:tcW w:w="10490" w:type="dxa"/>
            <w:gridSpan w:val="3"/>
          </w:tcPr>
          <w:p w:rsidR="00FD4A85" w:rsidRDefault="00FD4A85" w:rsidP="002264E8">
            <w:r w:rsidRPr="00F21C20">
              <w:rPr>
                <w:bCs/>
                <w:iCs/>
              </w:rPr>
              <w:t>2</w:t>
            </w:r>
            <w:r>
              <w:rPr>
                <w:bCs/>
                <w:iCs/>
              </w:rPr>
              <w:t>4</w:t>
            </w:r>
            <w:r w:rsidRPr="00F21C20">
              <w:rPr>
                <w:bCs/>
                <w:iCs/>
              </w:rPr>
              <w:t>.</w:t>
            </w:r>
            <w:r>
              <w:rPr>
                <w:b/>
                <w:bCs/>
                <w:i/>
                <w:iCs/>
              </w:rPr>
              <w:t xml:space="preserve"> </w:t>
            </w:r>
            <w:r>
              <w:t>Растворимый анод – это:</w:t>
            </w:r>
          </w:p>
          <w:p w:rsidR="00FD4A85" w:rsidRPr="00560995" w:rsidRDefault="00FD4A85" w:rsidP="00FD4A85">
            <w:pPr>
              <w:numPr>
                <w:ilvl w:val="0"/>
                <w:numId w:val="21"/>
              </w:numPr>
              <w:spacing w:line="240" w:lineRule="auto"/>
              <w:ind w:left="0"/>
              <w:rPr>
                <w:lang w:val="ru-RU"/>
              </w:rPr>
            </w:pPr>
            <w:r w:rsidRPr="00560995">
              <w:rPr>
                <w:lang w:val="ru-RU"/>
              </w:rPr>
              <w:t>Анод, состоящий из материала, хорошо растворяющегося в воде;</w:t>
            </w:r>
          </w:p>
          <w:p w:rsidR="00FD4A85" w:rsidRPr="00560995" w:rsidRDefault="00FD4A85" w:rsidP="00FD4A85">
            <w:pPr>
              <w:numPr>
                <w:ilvl w:val="0"/>
                <w:numId w:val="21"/>
              </w:numPr>
              <w:spacing w:line="240" w:lineRule="auto"/>
              <w:ind w:left="0"/>
              <w:rPr>
                <w:lang w:val="ru-RU"/>
              </w:rPr>
            </w:pPr>
            <w:r w:rsidRPr="00560995">
              <w:rPr>
                <w:lang w:val="ru-RU"/>
              </w:rPr>
              <w:t>Анод, состоящий из металлов, способных растворятся в процессе электролиза;</w:t>
            </w:r>
          </w:p>
          <w:p w:rsidR="00FD4A85" w:rsidRPr="00560995" w:rsidRDefault="00FD4A85" w:rsidP="00FD4A85">
            <w:pPr>
              <w:numPr>
                <w:ilvl w:val="0"/>
                <w:numId w:val="21"/>
              </w:numPr>
              <w:spacing w:line="240" w:lineRule="auto"/>
              <w:ind w:left="0"/>
              <w:rPr>
                <w:lang w:val="ru-RU"/>
              </w:rPr>
            </w:pPr>
            <w:r w:rsidRPr="00560995">
              <w:rPr>
                <w:lang w:val="ru-RU"/>
              </w:rPr>
              <w:t>Анод, находящийся в жидком агрегатном состоянии</w:t>
            </w:r>
          </w:p>
          <w:p w:rsidR="00FD4A85" w:rsidRPr="00560995" w:rsidRDefault="00FD4A85" w:rsidP="002264E8">
            <w:pPr>
              <w:rPr>
                <w:lang w:val="ru-RU"/>
              </w:rPr>
            </w:pPr>
          </w:p>
        </w:tc>
      </w:tr>
      <w:tr w:rsidR="00FD4A85" w:rsidRPr="00771808" w:rsidTr="00702148">
        <w:tc>
          <w:tcPr>
            <w:tcW w:w="10490" w:type="dxa"/>
            <w:gridSpan w:val="3"/>
          </w:tcPr>
          <w:p w:rsidR="00FD4A85" w:rsidRPr="00560995" w:rsidRDefault="00FD4A85" w:rsidP="002264E8">
            <w:pPr>
              <w:rPr>
                <w:lang w:val="ru-RU"/>
              </w:rPr>
            </w:pPr>
            <w:r w:rsidRPr="00560995">
              <w:rPr>
                <w:bCs/>
                <w:iCs/>
                <w:lang w:val="ru-RU"/>
              </w:rPr>
              <w:t>25.</w:t>
            </w:r>
            <w:r w:rsidRPr="0056099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560995">
              <w:rPr>
                <w:lang w:val="ru-RU"/>
              </w:rPr>
              <w:t xml:space="preserve">Определите силу тока, если за 40 мин электролиза раствора серной кислоты выделился водород (н.у) объемом </w:t>
            </w:r>
            <w:smartTag w:uri="urn:schemas-microsoft-com:office:smarttags" w:element="metricconverter">
              <w:smartTagPr>
                <w:attr w:name="ProductID" w:val="0,48 л"/>
              </w:smartTagPr>
              <w:r w:rsidRPr="00560995">
                <w:rPr>
                  <w:lang w:val="ru-RU"/>
                </w:rPr>
                <w:t>0,48 л</w:t>
              </w:r>
            </w:smartTag>
            <w:r w:rsidRPr="00560995">
              <w:rPr>
                <w:lang w:val="ru-RU"/>
              </w:rPr>
              <w:t>.</w:t>
            </w:r>
          </w:p>
          <w:p w:rsidR="00FD4A85" w:rsidRPr="00560995" w:rsidRDefault="00FD4A85" w:rsidP="002264E8">
            <w:pPr>
              <w:rPr>
                <w:lang w:val="ru-RU"/>
              </w:rPr>
            </w:pPr>
          </w:p>
        </w:tc>
      </w:tr>
      <w:tr w:rsidR="00FD4A85" w:rsidTr="00702148">
        <w:tc>
          <w:tcPr>
            <w:tcW w:w="10490" w:type="dxa"/>
            <w:gridSpan w:val="3"/>
          </w:tcPr>
          <w:p w:rsidR="00FD4A85" w:rsidRPr="00560995" w:rsidRDefault="00FD4A85" w:rsidP="002264E8">
            <w:pPr>
              <w:rPr>
                <w:lang w:val="ru-RU"/>
              </w:rPr>
            </w:pPr>
            <w:r w:rsidRPr="00560995">
              <w:rPr>
                <w:b/>
                <w:bCs/>
                <w:iCs/>
                <w:lang w:val="ru-RU"/>
              </w:rPr>
              <w:t>26.</w:t>
            </w:r>
            <w:r w:rsidRPr="0056099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560995">
              <w:rPr>
                <w:lang w:val="ru-RU"/>
              </w:rPr>
              <w:t>Какие процессы будут протекать на платиновом катоде при электролизе водного раствора нитрата меди?</w:t>
            </w:r>
          </w:p>
          <w:p w:rsidR="00FD4A85" w:rsidRDefault="00FD4A85" w:rsidP="00FD4A85">
            <w:pPr>
              <w:numPr>
                <w:ilvl w:val="0"/>
                <w:numId w:val="22"/>
              </w:numPr>
              <w:tabs>
                <w:tab w:val="clear" w:pos="644"/>
                <w:tab w:val="num" w:pos="720"/>
              </w:tabs>
              <w:spacing w:line="240" w:lineRule="auto"/>
              <w:ind w:left="0"/>
            </w:pPr>
            <w:r>
              <w:rPr>
                <w:position w:val="-6"/>
              </w:rPr>
              <w:object w:dxaOrig="1679" w:dyaOrig="320">
                <v:shape id="_x0000_i1252" type="#_x0000_t75" style="width:83.25pt;height:15.75pt" o:ole="">
                  <v:imagedata r:id="rId170" o:title=""/>
                </v:shape>
                <o:OLEObject Type="Embed" ProgID="Equation.3" ShapeID="_x0000_i1252" DrawAspect="Content" ObjectID="_1842695947" r:id="rId378"/>
              </w:object>
            </w:r>
          </w:p>
          <w:p w:rsidR="00FD4A85" w:rsidRDefault="00FD4A85" w:rsidP="00FD4A85">
            <w:pPr>
              <w:numPr>
                <w:ilvl w:val="0"/>
                <w:numId w:val="22"/>
              </w:numPr>
              <w:tabs>
                <w:tab w:val="clear" w:pos="644"/>
                <w:tab w:val="num" w:pos="720"/>
              </w:tabs>
              <w:spacing w:line="240" w:lineRule="auto"/>
              <w:ind w:left="0"/>
            </w:pPr>
            <w:r>
              <w:rPr>
                <w:position w:val="-14"/>
              </w:rPr>
              <w:object w:dxaOrig="3400" w:dyaOrig="400">
                <v:shape id="_x0000_i1253" type="#_x0000_t75" style="width:169.5pt;height:20.25pt" o:ole="">
                  <v:imagedata r:id="rId155" o:title=""/>
                </v:shape>
                <o:OLEObject Type="Embed" ProgID="Equation.3" ShapeID="_x0000_i1253" DrawAspect="Content" ObjectID="_1842695948" r:id="rId379"/>
              </w:object>
            </w:r>
          </w:p>
          <w:p w:rsidR="00FD4A85" w:rsidRDefault="00FD4A85" w:rsidP="00FD4A85">
            <w:pPr>
              <w:numPr>
                <w:ilvl w:val="0"/>
                <w:numId w:val="22"/>
              </w:numPr>
              <w:tabs>
                <w:tab w:val="clear" w:pos="644"/>
                <w:tab w:val="num" w:pos="720"/>
              </w:tabs>
              <w:spacing w:line="240" w:lineRule="auto"/>
              <w:ind w:left="0"/>
            </w:pPr>
            <w:r>
              <w:rPr>
                <w:position w:val="-10"/>
              </w:rPr>
              <w:object w:dxaOrig="2620" w:dyaOrig="360">
                <v:shape id="_x0000_i1254" type="#_x0000_t75" style="width:131.25pt;height:18pt" o:ole="">
                  <v:imagedata r:id="rId157" o:title=""/>
                </v:shape>
                <o:OLEObject Type="Embed" ProgID="Equation.3" ShapeID="_x0000_i1254" DrawAspect="Content" ObjectID="_1842695949" r:id="rId380"/>
              </w:object>
            </w:r>
            <w:r>
              <w:t xml:space="preserve"> </w:t>
            </w:r>
          </w:p>
          <w:p w:rsidR="00FD4A85" w:rsidRDefault="00FD4A85" w:rsidP="002264E8"/>
        </w:tc>
      </w:tr>
      <w:tr w:rsidR="00FD4A85" w:rsidRPr="003A20E9" w:rsidTr="00702148">
        <w:tc>
          <w:tcPr>
            <w:tcW w:w="10490" w:type="dxa"/>
            <w:gridSpan w:val="3"/>
          </w:tcPr>
          <w:p w:rsidR="00FD4A85" w:rsidRPr="00560995" w:rsidRDefault="00FD4A85" w:rsidP="002264E8">
            <w:pPr>
              <w:rPr>
                <w:lang w:val="ru-RU"/>
              </w:rPr>
            </w:pPr>
            <w:r w:rsidRPr="00560995">
              <w:rPr>
                <w:bCs/>
                <w:iCs/>
                <w:lang w:val="ru-RU"/>
              </w:rPr>
              <w:t xml:space="preserve">27. </w:t>
            </w:r>
            <w:r w:rsidRPr="00560995">
              <w:rPr>
                <w:lang w:val="ru-RU"/>
              </w:rPr>
              <w:t>Укажите соединение, которое не может образовывать марганец?</w:t>
            </w:r>
          </w:p>
          <w:p w:rsidR="00FD4A85" w:rsidRDefault="00FD4A85" w:rsidP="00FD4A85">
            <w:pPr>
              <w:numPr>
                <w:ilvl w:val="0"/>
                <w:numId w:val="23"/>
              </w:numPr>
              <w:spacing w:line="240" w:lineRule="auto"/>
              <w:ind w:left="0"/>
            </w:pPr>
            <w:r>
              <w:rPr>
                <w:position w:val="-10"/>
              </w:rPr>
              <w:object w:dxaOrig="1040" w:dyaOrig="340">
                <v:shape id="_x0000_i1255" type="#_x0000_t75" style="width:51.75pt;height:17.25pt" o:ole="">
                  <v:imagedata r:id="rId178" o:title=""/>
                </v:shape>
                <o:OLEObject Type="Embed" ProgID="Equation.3" ShapeID="_x0000_i1255" DrawAspect="Content" ObjectID="_1842695950" r:id="rId381"/>
              </w:object>
            </w:r>
            <w:r>
              <w:t xml:space="preserve">; </w:t>
            </w:r>
          </w:p>
          <w:p w:rsidR="00FD4A85" w:rsidRDefault="00FD4A85" w:rsidP="00FD4A85">
            <w:pPr>
              <w:numPr>
                <w:ilvl w:val="0"/>
                <w:numId w:val="23"/>
              </w:numPr>
              <w:spacing w:line="240" w:lineRule="auto"/>
              <w:ind w:left="0"/>
            </w:pPr>
            <w:r>
              <w:rPr>
                <w:position w:val="-10"/>
              </w:rPr>
              <w:object w:dxaOrig="920" w:dyaOrig="340">
                <v:shape id="_x0000_i1256" type="#_x0000_t75" style="width:45pt;height:17.25pt" o:ole="">
                  <v:imagedata r:id="rId180" o:title=""/>
                </v:shape>
                <o:OLEObject Type="Embed" ProgID="Equation.3" ShapeID="_x0000_i1256" DrawAspect="Content" ObjectID="_1842695951" r:id="rId382"/>
              </w:object>
            </w:r>
            <w:r>
              <w:t xml:space="preserve">; </w:t>
            </w:r>
          </w:p>
          <w:p w:rsidR="00FD4A85" w:rsidRPr="003A20E9" w:rsidRDefault="00FD4A85" w:rsidP="00FD4A85">
            <w:pPr>
              <w:numPr>
                <w:ilvl w:val="0"/>
                <w:numId w:val="23"/>
              </w:numPr>
              <w:spacing w:line="240" w:lineRule="auto"/>
              <w:ind w:left="0"/>
            </w:pPr>
            <w:r>
              <w:rPr>
                <w:position w:val="-12"/>
              </w:rPr>
              <w:object w:dxaOrig="1020" w:dyaOrig="360">
                <v:shape id="_x0000_i1257" type="#_x0000_t75" style="width:51.75pt;height:18pt" o:ole="">
                  <v:imagedata r:id="rId182" o:title=""/>
                </v:shape>
                <o:OLEObject Type="Embed" ProgID="Equation.3" ShapeID="_x0000_i1257" DrawAspect="Content" ObjectID="_1842695952" r:id="rId383"/>
              </w:object>
            </w:r>
          </w:p>
        </w:tc>
      </w:tr>
      <w:tr w:rsidR="00FD4A85" w:rsidRPr="007C21DD" w:rsidTr="00702148">
        <w:tc>
          <w:tcPr>
            <w:tcW w:w="10490" w:type="dxa"/>
            <w:gridSpan w:val="3"/>
            <w:tcBorders>
              <w:bottom w:val="nil"/>
            </w:tcBorders>
          </w:tcPr>
          <w:p w:rsidR="00FD4A85" w:rsidRPr="00560995" w:rsidRDefault="00FD4A85" w:rsidP="002264E8">
            <w:pPr>
              <w:rPr>
                <w:lang w:val="ru-RU"/>
              </w:rPr>
            </w:pPr>
            <w:r w:rsidRPr="00560995">
              <w:rPr>
                <w:bCs/>
                <w:iCs/>
                <w:lang w:val="ru-RU"/>
              </w:rPr>
              <w:lastRenderedPageBreak/>
              <w:t xml:space="preserve">28.  </w:t>
            </w:r>
            <w:r w:rsidRPr="00560995">
              <w:rPr>
                <w:lang w:val="ru-RU"/>
              </w:rPr>
              <w:t>Какие продукты образуются при растворении алюминия в водном растворе щелочи?</w:t>
            </w:r>
          </w:p>
          <w:p w:rsidR="00FD4A85" w:rsidRPr="00B77B36" w:rsidRDefault="00FD4A85" w:rsidP="002264E8">
            <w:r w:rsidRPr="001F0F4B">
              <w:t>1) Na[Al(OH)</w:t>
            </w:r>
            <w:r w:rsidRPr="001F0F4B">
              <w:rPr>
                <w:vertAlign w:val="subscript"/>
              </w:rPr>
              <w:t>4</w:t>
            </w:r>
            <w:r w:rsidRPr="001F0F4B">
              <w:t>] + H</w:t>
            </w:r>
            <w:r w:rsidRPr="001F0F4B">
              <w:rPr>
                <w:vertAlign w:val="subscript"/>
              </w:rPr>
              <w:t>2</w:t>
            </w:r>
            <w:r w:rsidRPr="001F0F4B">
              <w:tab/>
            </w:r>
            <w:r w:rsidRPr="001F0F4B">
              <w:tab/>
            </w:r>
          </w:p>
          <w:p w:rsidR="00FD4A85" w:rsidRPr="001F0F4B" w:rsidRDefault="00FD4A85" w:rsidP="002264E8">
            <w:r w:rsidRPr="001F0F4B">
              <w:t>2) Al(OH)</w:t>
            </w:r>
            <w:r w:rsidRPr="001F0F4B">
              <w:rPr>
                <w:vertAlign w:val="subscript"/>
              </w:rPr>
              <w:t>3</w:t>
            </w:r>
            <w:r w:rsidRPr="001F0F4B">
              <w:t xml:space="preserve"> + H</w:t>
            </w:r>
            <w:r w:rsidRPr="001F0F4B">
              <w:rPr>
                <w:vertAlign w:val="subscript"/>
              </w:rPr>
              <w:t>2</w:t>
            </w:r>
            <w:r w:rsidRPr="001F0F4B">
              <w:t>;</w:t>
            </w:r>
          </w:p>
          <w:p w:rsidR="00FD4A85" w:rsidRDefault="00FD4A85" w:rsidP="002264E8">
            <w:r w:rsidRPr="001F0F4B">
              <w:t>3) NaAlO</w:t>
            </w:r>
            <w:r w:rsidRPr="001F0F4B">
              <w:rPr>
                <w:vertAlign w:val="subscript"/>
              </w:rPr>
              <w:t>2</w:t>
            </w:r>
            <w:r w:rsidRPr="001F0F4B">
              <w:t xml:space="preserve"> + H</w:t>
            </w:r>
            <w:r w:rsidRPr="001F0F4B">
              <w:rPr>
                <w:vertAlign w:val="subscript"/>
              </w:rPr>
              <w:t>2</w:t>
            </w:r>
            <w:r w:rsidRPr="007C21DD">
              <w:tab/>
            </w:r>
          </w:p>
          <w:p w:rsidR="00FD4A85" w:rsidRPr="007C21DD" w:rsidRDefault="00FD4A85" w:rsidP="002264E8">
            <w:r w:rsidRPr="007C21DD">
              <w:tab/>
            </w:r>
            <w:r w:rsidRPr="007C21DD">
              <w:tab/>
            </w:r>
          </w:p>
        </w:tc>
      </w:tr>
      <w:tr w:rsidR="00FD4A85" w:rsidTr="00702148">
        <w:tc>
          <w:tcPr>
            <w:tcW w:w="10490" w:type="dxa"/>
            <w:gridSpan w:val="3"/>
            <w:tcBorders>
              <w:top w:val="nil"/>
              <w:bottom w:val="single" w:sz="4" w:space="0" w:color="auto"/>
            </w:tcBorders>
          </w:tcPr>
          <w:p w:rsidR="00FD4A85" w:rsidRPr="00560995" w:rsidRDefault="00FD4A85" w:rsidP="002264E8">
            <w:pPr>
              <w:rPr>
                <w:szCs w:val="28"/>
                <w:lang w:val="ru-RU"/>
              </w:rPr>
            </w:pPr>
            <w:r w:rsidRPr="00560995">
              <w:rPr>
                <w:bCs/>
                <w:iCs/>
                <w:lang w:val="ru-RU"/>
              </w:rPr>
              <w:t xml:space="preserve">29. </w:t>
            </w:r>
            <w:r w:rsidRPr="00560995">
              <w:rPr>
                <w:szCs w:val="28"/>
                <w:lang w:val="ru-RU"/>
              </w:rPr>
              <w:t>Присутствие сульфат-ионов в водном растворе можно обнаружить с помощью ионов</w:t>
            </w:r>
          </w:p>
          <w:p w:rsidR="00FD4A85" w:rsidRDefault="00FD4A85" w:rsidP="00FD4A85">
            <w:pPr>
              <w:numPr>
                <w:ilvl w:val="0"/>
                <w:numId w:val="85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szCs w:val="28"/>
              </w:rPr>
              <w:t>Zn</w:t>
            </w:r>
            <w:r>
              <w:rPr>
                <w:szCs w:val="28"/>
                <w:vertAlign w:val="superscript"/>
              </w:rPr>
              <w:t>2+</w:t>
            </w:r>
          </w:p>
          <w:p w:rsidR="00FD4A85" w:rsidRDefault="00FD4A85" w:rsidP="00FD4A85">
            <w:pPr>
              <w:numPr>
                <w:ilvl w:val="0"/>
                <w:numId w:val="85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szCs w:val="28"/>
              </w:rPr>
              <w:t>Ca</w:t>
            </w:r>
            <w:r>
              <w:rPr>
                <w:szCs w:val="28"/>
                <w:vertAlign w:val="superscript"/>
              </w:rPr>
              <w:t>2+</w:t>
            </w:r>
          </w:p>
          <w:p w:rsidR="00FD4A85" w:rsidRDefault="00FD4A85" w:rsidP="00FD4A85">
            <w:pPr>
              <w:numPr>
                <w:ilvl w:val="0"/>
                <w:numId w:val="85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szCs w:val="28"/>
              </w:rPr>
              <w:t>Ba</w:t>
            </w:r>
            <w:r>
              <w:rPr>
                <w:szCs w:val="28"/>
                <w:vertAlign w:val="superscript"/>
              </w:rPr>
              <w:t>2+</w:t>
            </w:r>
          </w:p>
          <w:p w:rsidR="00FD4A85" w:rsidRDefault="00FD4A85" w:rsidP="002264E8"/>
        </w:tc>
      </w:tr>
      <w:tr w:rsidR="00FD4A85" w:rsidRPr="00771808" w:rsidTr="00702148">
        <w:tc>
          <w:tcPr>
            <w:tcW w:w="10490" w:type="dxa"/>
            <w:gridSpan w:val="3"/>
            <w:tcBorders>
              <w:top w:val="single" w:sz="4" w:space="0" w:color="auto"/>
            </w:tcBorders>
          </w:tcPr>
          <w:p w:rsidR="00FD4A85" w:rsidRPr="007E47E5" w:rsidRDefault="00FD4A85" w:rsidP="002264E8">
            <w:pPr>
              <w:pStyle w:val="21"/>
              <w:spacing w:before="0" w:line="240" w:lineRule="auto"/>
              <w:rPr>
                <w:rFonts w:ascii="Times New Roman" w:hAnsi="Times New Roman"/>
                <w:b w:val="0"/>
                <w:i/>
                <w:sz w:val="24"/>
                <w:szCs w:val="24"/>
              </w:rPr>
            </w:pPr>
          </w:p>
          <w:p w:rsidR="00FD4A85" w:rsidRPr="00560995" w:rsidRDefault="00FD4A85" w:rsidP="002264E8">
            <w:pPr>
              <w:pStyle w:val="21"/>
              <w:spacing w:before="0" w:line="240" w:lineRule="auto"/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</w:pPr>
            <w:r w:rsidRPr="00560995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>Тест составил:</w:t>
            </w:r>
            <w:r w:rsidRPr="00560995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 </w:t>
            </w:r>
            <w:r w:rsidRPr="00560995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 xml:space="preserve">доцент </w:t>
            </w:r>
            <w:r w:rsidRPr="00560995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     ____________________   </w:t>
            </w:r>
            <w:r w:rsidRPr="00560995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>Лапина С.Ф.</w:t>
            </w:r>
          </w:p>
          <w:p w:rsidR="00FD4A85" w:rsidRPr="00560995" w:rsidRDefault="00FD4A85" w:rsidP="002264E8">
            <w:pPr>
              <w:rPr>
                <w:sz w:val="12"/>
                <w:lang w:val="ru-RU"/>
              </w:rPr>
            </w:pPr>
            <w:r w:rsidRPr="00560995">
              <w:rPr>
                <w:sz w:val="12"/>
                <w:lang w:val="ru-RU"/>
              </w:rPr>
              <w:t xml:space="preserve">                                                  </w:t>
            </w:r>
          </w:p>
          <w:p w:rsidR="00FD4A85" w:rsidRPr="00560995" w:rsidRDefault="00FD4A85" w:rsidP="002264E8">
            <w:pPr>
              <w:rPr>
                <w:lang w:val="ru-RU"/>
              </w:rPr>
            </w:pPr>
            <w:r w:rsidRPr="00560995">
              <w:rPr>
                <w:lang w:val="ru-RU"/>
              </w:rPr>
              <w:t>Утверждено на заседани</w:t>
            </w:r>
            <w:r w:rsidR="00702148">
              <w:rPr>
                <w:lang w:val="ru-RU"/>
              </w:rPr>
              <w:t>и кафедры: ЭБЖиФ протокол от «22</w:t>
            </w:r>
            <w:r w:rsidRPr="00560995">
              <w:rPr>
                <w:lang w:val="ru-RU"/>
              </w:rPr>
              <w:t xml:space="preserve">» </w:t>
            </w:r>
            <w:r w:rsidR="00702148">
              <w:rPr>
                <w:lang w:val="ru-RU"/>
              </w:rPr>
              <w:t>апреля 2026 г. № 9</w:t>
            </w:r>
          </w:p>
          <w:p w:rsidR="00FD4A85" w:rsidRPr="00560995" w:rsidRDefault="00FD4A85" w:rsidP="002264E8">
            <w:pPr>
              <w:rPr>
                <w:lang w:val="ru-RU"/>
              </w:rPr>
            </w:pPr>
          </w:p>
          <w:p w:rsidR="00FD4A85" w:rsidRPr="00560995" w:rsidRDefault="00FD4A85" w:rsidP="002264E8">
            <w:pPr>
              <w:rPr>
                <w:lang w:val="ru-RU"/>
              </w:rPr>
            </w:pPr>
            <w:r w:rsidRPr="00560995">
              <w:rPr>
                <w:lang w:val="ru-RU"/>
              </w:rPr>
              <w:t xml:space="preserve">Заведующий кафедрой   ЭБЖиФ                      ________________________              Никифорова В.А </w:t>
            </w:r>
          </w:p>
          <w:p w:rsidR="00FD4A85" w:rsidRPr="00560995" w:rsidRDefault="00FD4A85" w:rsidP="002264E8">
            <w:pPr>
              <w:rPr>
                <w:lang w:val="ru-RU"/>
              </w:rPr>
            </w:pPr>
          </w:p>
        </w:tc>
      </w:tr>
      <w:tr w:rsidR="00FD4A85" w:rsidTr="00702148">
        <w:tc>
          <w:tcPr>
            <w:tcW w:w="226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85" w:rsidRPr="00560995" w:rsidRDefault="00FD4A85" w:rsidP="00702148">
            <w:pPr>
              <w:spacing w:line="240" w:lineRule="auto"/>
              <w:jc w:val="center"/>
              <w:rPr>
                <w:lang w:val="ru-RU"/>
              </w:rPr>
            </w:pPr>
            <w:r w:rsidRPr="00560995">
              <w:rPr>
                <w:lang w:val="ru-RU"/>
              </w:rPr>
              <w:t xml:space="preserve">Минобрнауки России </w:t>
            </w:r>
          </w:p>
          <w:p w:rsidR="00FD4A85" w:rsidRPr="00560995" w:rsidRDefault="00FD4A85" w:rsidP="00702148">
            <w:pPr>
              <w:spacing w:line="240" w:lineRule="auto"/>
              <w:jc w:val="center"/>
              <w:rPr>
                <w:lang w:val="ru-RU"/>
              </w:rPr>
            </w:pPr>
          </w:p>
          <w:p w:rsidR="00FD4A85" w:rsidRPr="00560995" w:rsidRDefault="00FD4A85" w:rsidP="00702148">
            <w:pPr>
              <w:spacing w:line="240" w:lineRule="auto"/>
              <w:jc w:val="center"/>
              <w:rPr>
                <w:lang w:val="ru-RU"/>
              </w:rPr>
            </w:pPr>
            <w:r w:rsidRPr="00560995">
              <w:rPr>
                <w:lang w:val="ru-RU"/>
              </w:rPr>
              <w:t xml:space="preserve">ФГБОУ ВО </w:t>
            </w:r>
          </w:p>
          <w:p w:rsidR="00FD4A85" w:rsidRPr="00560995" w:rsidRDefault="00FD4A85" w:rsidP="00702148">
            <w:pPr>
              <w:spacing w:line="240" w:lineRule="auto"/>
              <w:jc w:val="center"/>
              <w:rPr>
                <w:lang w:val="ru-RU"/>
              </w:rPr>
            </w:pPr>
          </w:p>
          <w:p w:rsidR="00FD4A85" w:rsidRPr="00560995" w:rsidRDefault="00FD4A85" w:rsidP="00702148">
            <w:pPr>
              <w:spacing w:line="240" w:lineRule="auto"/>
              <w:jc w:val="center"/>
              <w:rPr>
                <w:b/>
                <w:bCs/>
                <w:i/>
                <w:iCs/>
                <w:lang w:val="ru-RU"/>
              </w:rPr>
            </w:pPr>
            <w:r w:rsidRPr="00560995">
              <w:rPr>
                <w:lang w:val="ru-RU"/>
              </w:rPr>
              <w:t>«БрГУ»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4A85" w:rsidRPr="00560995" w:rsidRDefault="00FD4A85" w:rsidP="00702148">
            <w:pPr>
              <w:spacing w:line="240" w:lineRule="auto"/>
              <w:jc w:val="center"/>
              <w:rPr>
                <w:b/>
                <w:lang w:val="ru-RU"/>
              </w:rPr>
            </w:pPr>
            <w:r w:rsidRPr="00560995">
              <w:rPr>
                <w:b/>
                <w:lang w:val="ru-RU"/>
              </w:rPr>
              <w:t>Экзаменационный тест</w:t>
            </w:r>
          </w:p>
          <w:p w:rsidR="00FD4A85" w:rsidRPr="00560995" w:rsidRDefault="00FD4A85" w:rsidP="00702148">
            <w:pPr>
              <w:spacing w:line="240" w:lineRule="auto"/>
              <w:jc w:val="center"/>
              <w:rPr>
                <w:lang w:val="ru-RU"/>
              </w:rPr>
            </w:pPr>
            <w:r w:rsidRPr="00560995">
              <w:rPr>
                <w:b/>
                <w:lang w:val="ru-RU"/>
              </w:rPr>
              <w:t>Вариант № 5</w:t>
            </w:r>
          </w:p>
          <w:p w:rsidR="00FD4A85" w:rsidRPr="00560995" w:rsidRDefault="00FD4A85" w:rsidP="00702148">
            <w:pPr>
              <w:pStyle w:val="1"/>
              <w:spacing w:before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560995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560995">
              <w:rPr>
                <w:rFonts w:ascii="Times New Roman" w:hAnsi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FD4A85" w:rsidRPr="00560995" w:rsidRDefault="00FD4A85" w:rsidP="00702148">
            <w:pPr>
              <w:spacing w:line="240" w:lineRule="auto"/>
              <w:jc w:val="center"/>
              <w:rPr>
                <w:lang w:val="ru-RU"/>
              </w:rPr>
            </w:pPr>
            <w:r w:rsidRPr="00560995">
              <w:rPr>
                <w:b/>
                <w:lang w:val="ru-RU"/>
              </w:rPr>
              <w:t xml:space="preserve">направление подготовки 15.03.05 </w:t>
            </w:r>
            <w:r w:rsidRPr="00560995">
              <w:rPr>
                <w:lang w:val="ru-RU"/>
              </w:rPr>
              <w:t>Конструкторско-технологическое обеспечение машиностроительных производств</w:t>
            </w:r>
          </w:p>
          <w:p w:rsidR="00FD4A85" w:rsidRPr="00FC177A" w:rsidRDefault="00FD4A85" w:rsidP="00702148">
            <w:pPr>
              <w:spacing w:line="240" w:lineRule="auto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</w:rPr>
              <w:t>профиль подготовки</w:t>
            </w:r>
            <w:r>
              <w:t xml:space="preserve"> Технология машиностроения</w:t>
            </w:r>
          </w:p>
        </w:tc>
      </w:tr>
      <w:tr w:rsidR="00FD4A85" w:rsidRPr="00771808" w:rsidTr="00702148">
        <w:tc>
          <w:tcPr>
            <w:tcW w:w="10490" w:type="dxa"/>
            <w:gridSpan w:val="3"/>
            <w:tcBorders>
              <w:top w:val="single" w:sz="4" w:space="0" w:color="auto"/>
            </w:tcBorders>
          </w:tcPr>
          <w:p w:rsidR="00FD4A85" w:rsidRPr="00EC35AD" w:rsidRDefault="00FD4A85" w:rsidP="002264E8">
            <w:pPr>
              <w:pStyle w:val="38"/>
              <w:ind w:left="360" w:hanging="315"/>
              <w:rPr>
                <w:sz w:val="24"/>
              </w:rPr>
            </w:pPr>
            <w:r w:rsidRPr="00EC35AD">
              <w:rPr>
                <w:sz w:val="24"/>
              </w:rPr>
              <w:t>Атомы элементов, имеющие сходное электронное строение последнего уровня, расположены:</w:t>
            </w:r>
          </w:p>
          <w:p w:rsidR="00FD4A85" w:rsidRPr="00560995" w:rsidRDefault="00FD4A85" w:rsidP="00FD4A85">
            <w:pPr>
              <w:numPr>
                <w:ilvl w:val="0"/>
                <w:numId w:val="24"/>
              </w:numPr>
              <w:spacing w:line="240" w:lineRule="auto"/>
              <w:rPr>
                <w:lang w:val="ru-RU"/>
              </w:rPr>
            </w:pPr>
            <w:r w:rsidRPr="00560995">
              <w:rPr>
                <w:lang w:val="ru-RU"/>
              </w:rPr>
              <w:t>в одной группе периодической системы;</w:t>
            </w:r>
          </w:p>
          <w:p w:rsidR="00FD4A85" w:rsidRPr="00560995" w:rsidRDefault="00FD4A85" w:rsidP="00FD4A85">
            <w:pPr>
              <w:numPr>
                <w:ilvl w:val="0"/>
                <w:numId w:val="24"/>
              </w:numPr>
              <w:spacing w:line="240" w:lineRule="auto"/>
              <w:rPr>
                <w:lang w:val="ru-RU"/>
              </w:rPr>
            </w:pPr>
            <w:r w:rsidRPr="00560995">
              <w:rPr>
                <w:lang w:val="ru-RU"/>
              </w:rPr>
              <w:t>в одном периоде периодической системы;</w:t>
            </w:r>
          </w:p>
          <w:p w:rsidR="00FD4A85" w:rsidRPr="00560995" w:rsidRDefault="00FD4A85" w:rsidP="00FD4A85">
            <w:pPr>
              <w:numPr>
                <w:ilvl w:val="0"/>
                <w:numId w:val="24"/>
              </w:numPr>
              <w:spacing w:line="240" w:lineRule="auto"/>
              <w:rPr>
                <w:b/>
                <w:bCs/>
                <w:i/>
                <w:iCs/>
                <w:lang w:val="ru-RU"/>
              </w:rPr>
            </w:pPr>
            <w:r w:rsidRPr="00560995">
              <w:rPr>
                <w:lang w:val="ru-RU"/>
              </w:rPr>
              <w:t>в одной подгруппе периодической системы.</w:t>
            </w:r>
          </w:p>
          <w:p w:rsidR="00FD4A85" w:rsidRPr="00560995" w:rsidRDefault="00FD4A85" w:rsidP="002264E8">
            <w:pPr>
              <w:ind w:left="720"/>
              <w:rPr>
                <w:b/>
                <w:bCs/>
                <w:i/>
                <w:iCs/>
                <w:lang w:val="ru-RU"/>
              </w:rPr>
            </w:pPr>
          </w:p>
        </w:tc>
      </w:tr>
      <w:tr w:rsidR="00FD4A85" w:rsidTr="00702148">
        <w:tc>
          <w:tcPr>
            <w:tcW w:w="10490" w:type="dxa"/>
            <w:gridSpan w:val="3"/>
          </w:tcPr>
          <w:p w:rsidR="00FD4A85" w:rsidRPr="009711D0" w:rsidRDefault="00FD4A85" w:rsidP="002264E8">
            <w:pPr>
              <w:pStyle w:val="affb"/>
              <w:spacing w:after="0"/>
              <w:ind w:left="284" w:hanging="284"/>
              <w:rPr>
                <w:bCs/>
              </w:rPr>
            </w:pPr>
            <w:r w:rsidRPr="001D6BC8">
              <w:rPr>
                <w:b/>
                <w:bCs/>
                <w:iCs/>
              </w:rPr>
              <w:t>2.</w:t>
            </w:r>
            <w:r>
              <w:rPr>
                <w:b/>
                <w:bCs/>
                <w:i/>
                <w:iCs/>
              </w:rPr>
              <w:t xml:space="preserve"> </w:t>
            </w:r>
            <w:r>
              <w:rPr>
                <w:bCs/>
              </w:rPr>
              <w:t>Неме</w:t>
            </w:r>
            <w:r w:rsidRPr="009711D0">
              <w:rPr>
                <w:bCs/>
              </w:rPr>
              <w:t xml:space="preserve">таллический характер свойств элементов в </w:t>
            </w:r>
            <w:proofErr w:type="gramStart"/>
            <w:r w:rsidRPr="009711D0">
              <w:rPr>
                <w:bCs/>
              </w:rPr>
              <w:t xml:space="preserve">ряду  </w:t>
            </w:r>
            <w:r w:rsidRPr="009711D0">
              <w:rPr>
                <w:bCs/>
                <w:lang w:val="en-US"/>
              </w:rPr>
              <w:t>N</w:t>
            </w:r>
            <w:proofErr w:type="gramEnd"/>
            <w:r w:rsidRPr="009711D0">
              <w:rPr>
                <w:bCs/>
              </w:rPr>
              <w:t xml:space="preserve">  -</w:t>
            </w:r>
            <w:r w:rsidRPr="009711D0">
              <w:rPr>
                <w:bCs/>
                <w:lang w:val="en-US"/>
              </w:rPr>
              <w:t>P</w:t>
            </w:r>
            <w:r w:rsidRPr="009711D0">
              <w:rPr>
                <w:bCs/>
              </w:rPr>
              <w:t xml:space="preserve">  -</w:t>
            </w:r>
            <w:r w:rsidRPr="009711D0">
              <w:rPr>
                <w:bCs/>
                <w:lang w:val="en-US"/>
              </w:rPr>
              <w:t>As</w:t>
            </w:r>
            <w:r w:rsidRPr="009711D0">
              <w:rPr>
                <w:bCs/>
              </w:rPr>
              <w:t xml:space="preserve">  -</w:t>
            </w:r>
            <w:r w:rsidRPr="009711D0">
              <w:rPr>
                <w:bCs/>
                <w:lang w:val="en-US"/>
              </w:rPr>
              <w:t>Sb</w:t>
            </w:r>
            <w:r w:rsidRPr="009711D0">
              <w:rPr>
                <w:bCs/>
              </w:rPr>
              <w:t xml:space="preserve">  -</w:t>
            </w:r>
            <w:r w:rsidRPr="009711D0">
              <w:rPr>
                <w:bCs/>
                <w:lang w:val="en-US"/>
              </w:rPr>
              <w:t>Bi</w:t>
            </w:r>
            <w:r w:rsidRPr="009711D0">
              <w:rPr>
                <w:bCs/>
              </w:rPr>
              <w:t>:</w:t>
            </w:r>
          </w:p>
          <w:p w:rsidR="00FD4A85" w:rsidRDefault="00FD4A85" w:rsidP="002264E8">
            <w:pPr>
              <w:ind w:left="1440" w:hanging="360"/>
            </w:pPr>
            <w:r w:rsidRPr="00EC35AD">
              <w:t xml:space="preserve">1) уменьшается; </w:t>
            </w:r>
          </w:p>
          <w:p w:rsidR="00FD4A85" w:rsidRDefault="00FD4A85" w:rsidP="002264E8">
            <w:pPr>
              <w:ind w:left="1440" w:hanging="360"/>
            </w:pPr>
            <w:r w:rsidRPr="00EC35AD">
              <w:t xml:space="preserve">2) возрастает;  </w:t>
            </w:r>
          </w:p>
          <w:p w:rsidR="00FD4A85" w:rsidRPr="00EC35AD" w:rsidRDefault="00FD4A85" w:rsidP="002264E8">
            <w:pPr>
              <w:ind w:left="1440" w:hanging="360"/>
            </w:pPr>
            <w:r w:rsidRPr="00EC35AD">
              <w:t>3) не изменяется.</w:t>
            </w:r>
          </w:p>
          <w:p w:rsidR="00FD4A85" w:rsidRPr="00EC35AD" w:rsidRDefault="00FD4A85" w:rsidP="002264E8">
            <w:pPr>
              <w:rPr>
                <w:b/>
                <w:bCs/>
                <w:i/>
                <w:iCs/>
              </w:rPr>
            </w:pPr>
          </w:p>
        </w:tc>
      </w:tr>
      <w:tr w:rsidR="00FD4A85" w:rsidRPr="00771808" w:rsidTr="00702148">
        <w:tc>
          <w:tcPr>
            <w:tcW w:w="10490" w:type="dxa"/>
            <w:gridSpan w:val="3"/>
          </w:tcPr>
          <w:p w:rsidR="00FD4A85" w:rsidRPr="00560995" w:rsidRDefault="00FD4A85" w:rsidP="002264E8">
            <w:pPr>
              <w:rPr>
                <w:lang w:val="ru-RU"/>
              </w:rPr>
            </w:pPr>
            <w:r w:rsidRPr="00560995">
              <w:rPr>
                <w:bCs/>
                <w:iCs/>
                <w:lang w:val="ru-RU"/>
              </w:rPr>
              <w:t>3.</w:t>
            </w:r>
            <w:r w:rsidRPr="0056099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560995">
              <w:rPr>
                <w:lang w:val="ru-RU"/>
              </w:rPr>
              <w:t>Взаимодействием какой пары веществ можно получить сульфит натрия:</w:t>
            </w:r>
          </w:p>
          <w:p w:rsidR="00FD4A85" w:rsidRPr="00560995" w:rsidRDefault="00FD4A85" w:rsidP="002264E8">
            <w:pPr>
              <w:rPr>
                <w:lang w:val="ru-RU"/>
              </w:rPr>
            </w:pPr>
            <w:r w:rsidRPr="00560995">
              <w:rPr>
                <w:lang w:val="ru-RU"/>
              </w:rPr>
              <w:t xml:space="preserve">     1) раствора гидроксида натрия и оксида серы (</w:t>
            </w:r>
            <w:r w:rsidRPr="00EC35AD">
              <w:t>VI</w:t>
            </w:r>
            <w:r w:rsidRPr="00560995">
              <w:rPr>
                <w:lang w:val="ru-RU"/>
              </w:rPr>
              <w:t>)</w:t>
            </w:r>
          </w:p>
          <w:p w:rsidR="00FD4A85" w:rsidRPr="00560995" w:rsidRDefault="00FD4A85" w:rsidP="002264E8">
            <w:pPr>
              <w:rPr>
                <w:lang w:val="ru-RU"/>
              </w:rPr>
            </w:pPr>
            <w:r w:rsidRPr="00560995">
              <w:rPr>
                <w:lang w:val="ru-RU"/>
              </w:rPr>
              <w:t xml:space="preserve">     2) оксида натрия и оксида серы (</w:t>
            </w:r>
            <w:r w:rsidRPr="00EC35AD">
              <w:t>IV</w:t>
            </w:r>
            <w:r w:rsidRPr="00560995">
              <w:rPr>
                <w:lang w:val="ru-RU"/>
              </w:rPr>
              <w:t>)</w:t>
            </w:r>
          </w:p>
          <w:p w:rsidR="00FD4A85" w:rsidRPr="00560995" w:rsidRDefault="00FD4A85" w:rsidP="002264E8">
            <w:pPr>
              <w:rPr>
                <w:lang w:val="ru-RU"/>
              </w:rPr>
            </w:pPr>
            <w:r w:rsidRPr="00560995">
              <w:rPr>
                <w:lang w:val="ru-RU"/>
              </w:rPr>
              <w:t xml:space="preserve">     3) серной кислоты и хлорида натрия</w:t>
            </w:r>
          </w:p>
          <w:p w:rsidR="00FD4A85" w:rsidRPr="00560995" w:rsidRDefault="00FD4A85" w:rsidP="002264E8">
            <w:pPr>
              <w:rPr>
                <w:bCs/>
                <w:iCs/>
                <w:lang w:val="ru-RU"/>
              </w:rPr>
            </w:pPr>
            <w:r w:rsidRPr="00560995">
              <w:rPr>
                <w:lang w:val="ru-RU"/>
              </w:rPr>
              <w:t xml:space="preserve">     </w:t>
            </w:r>
            <w:r w:rsidRPr="00560995">
              <w:rPr>
                <w:bCs/>
                <w:iCs/>
                <w:lang w:val="ru-RU"/>
              </w:rPr>
              <w:t>Составьте уравнение реакции:</w:t>
            </w:r>
          </w:p>
          <w:p w:rsidR="00FD4A85" w:rsidRPr="00560995" w:rsidRDefault="00FD4A85" w:rsidP="002264E8">
            <w:pPr>
              <w:rPr>
                <w:b/>
                <w:bCs/>
                <w:i/>
                <w:iCs/>
                <w:lang w:val="ru-RU"/>
              </w:rPr>
            </w:pPr>
          </w:p>
        </w:tc>
      </w:tr>
      <w:tr w:rsidR="00FD4A85" w:rsidRPr="009711D0" w:rsidTr="00702148">
        <w:tc>
          <w:tcPr>
            <w:tcW w:w="10490" w:type="dxa"/>
            <w:gridSpan w:val="3"/>
          </w:tcPr>
          <w:p w:rsidR="00FD4A85" w:rsidRPr="00560995" w:rsidRDefault="00FD4A85" w:rsidP="002264E8">
            <w:pPr>
              <w:rPr>
                <w:lang w:val="ru-RU"/>
              </w:rPr>
            </w:pPr>
            <w:r w:rsidRPr="00560995">
              <w:rPr>
                <w:b/>
                <w:lang w:val="ru-RU"/>
              </w:rPr>
              <w:lastRenderedPageBreak/>
              <w:t>4.</w:t>
            </w:r>
            <w:r w:rsidRPr="00560995">
              <w:rPr>
                <w:b/>
                <w:i/>
                <w:lang w:val="ru-RU"/>
              </w:rPr>
              <w:t xml:space="preserve"> </w:t>
            </w:r>
            <w:r w:rsidRPr="00560995">
              <w:rPr>
                <w:lang w:val="ru-RU"/>
              </w:rPr>
              <w:t>Кислотными оксидами являются:</w:t>
            </w:r>
          </w:p>
          <w:p w:rsidR="00FD4A85" w:rsidRPr="00560995" w:rsidRDefault="00FD4A85" w:rsidP="002264E8">
            <w:pPr>
              <w:rPr>
                <w:vertAlign w:val="subscript"/>
                <w:lang w:val="ru-RU"/>
              </w:rPr>
            </w:pPr>
            <w:r w:rsidRPr="00560995">
              <w:rPr>
                <w:lang w:val="ru-RU"/>
              </w:rPr>
              <w:t xml:space="preserve">1) </w:t>
            </w:r>
            <w:r w:rsidRPr="00EC35AD">
              <w:t>NO</w:t>
            </w:r>
            <w:r w:rsidRPr="00560995">
              <w:rPr>
                <w:vertAlign w:val="subscript"/>
                <w:lang w:val="ru-RU"/>
              </w:rPr>
              <w:t>2</w:t>
            </w:r>
            <w:r w:rsidRPr="00560995">
              <w:rPr>
                <w:lang w:val="ru-RU"/>
              </w:rPr>
              <w:t xml:space="preserve">, </w:t>
            </w:r>
            <w:r>
              <w:t>C</w:t>
            </w:r>
            <w:r w:rsidRPr="00EC35AD">
              <w:t>O</w:t>
            </w:r>
            <w:r w:rsidRPr="00560995">
              <w:rPr>
                <w:lang w:val="ru-RU"/>
              </w:rPr>
              <w:t xml:space="preserve">; </w:t>
            </w:r>
            <w:r w:rsidRPr="00560995">
              <w:rPr>
                <w:vertAlign w:val="subscript"/>
                <w:lang w:val="ru-RU"/>
              </w:rPr>
              <w:t xml:space="preserve">              </w:t>
            </w:r>
          </w:p>
          <w:p w:rsidR="00FD4A85" w:rsidRPr="00560995" w:rsidRDefault="00FD4A85" w:rsidP="002264E8">
            <w:pPr>
              <w:rPr>
                <w:vertAlign w:val="subscript"/>
                <w:lang w:val="ru-RU"/>
              </w:rPr>
            </w:pPr>
            <w:r w:rsidRPr="00560995">
              <w:rPr>
                <w:lang w:val="ru-RU"/>
              </w:rPr>
              <w:t xml:space="preserve">2) </w:t>
            </w:r>
            <w:r w:rsidRPr="00EC35AD">
              <w:t>CO</w:t>
            </w:r>
            <w:r w:rsidRPr="00560995">
              <w:rPr>
                <w:vertAlign w:val="subscript"/>
                <w:lang w:val="ru-RU"/>
              </w:rPr>
              <w:t>2</w:t>
            </w:r>
            <w:r w:rsidRPr="00560995">
              <w:rPr>
                <w:lang w:val="ru-RU"/>
              </w:rPr>
              <w:t xml:space="preserve">, </w:t>
            </w:r>
            <w:r w:rsidRPr="00EC35AD">
              <w:t>N</w:t>
            </w:r>
            <w:r w:rsidRPr="00560995">
              <w:rPr>
                <w:vertAlign w:val="subscript"/>
                <w:lang w:val="ru-RU"/>
              </w:rPr>
              <w:t>2</w:t>
            </w:r>
            <w:r w:rsidRPr="00EC35AD">
              <w:t>O</w:t>
            </w:r>
            <w:r w:rsidRPr="00560995">
              <w:rPr>
                <w:vertAlign w:val="subscript"/>
                <w:lang w:val="ru-RU"/>
              </w:rPr>
              <w:t>3</w:t>
            </w:r>
            <w:r w:rsidRPr="00560995">
              <w:rPr>
                <w:lang w:val="ru-RU"/>
              </w:rPr>
              <w:t xml:space="preserve">;      </w:t>
            </w:r>
            <w:r w:rsidRPr="00560995">
              <w:rPr>
                <w:vertAlign w:val="subscript"/>
                <w:lang w:val="ru-RU"/>
              </w:rPr>
              <w:t xml:space="preserve">        </w:t>
            </w:r>
          </w:p>
          <w:p w:rsidR="00FD4A85" w:rsidRPr="00560995" w:rsidRDefault="00FD4A85" w:rsidP="002264E8">
            <w:pPr>
              <w:rPr>
                <w:vertAlign w:val="subscript"/>
                <w:lang w:val="ru-RU"/>
              </w:rPr>
            </w:pPr>
            <w:r w:rsidRPr="00560995">
              <w:rPr>
                <w:lang w:val="ru-RU"/>
              </w:rPr>
              <w:t xml:space="preserve">3) </w:t>
            </w:r>
            <w:r w:rsidRPr="00EC35AD">
              <w:t>CO</w:t>
            </w:r>
            <w:r w:rsidRPr="00560995">
              <w:rPr>
                <w:lang w:val="ru-RU"/>
              </w:rPr>
              <w:t xml:space="preserve">, </w:t>
            </w:r>
            <w:r w:rsidRPr="00EC35AD">
              <w:t>P</w:t>
            </w:r>
            <w:r w:rsidRPr="00560995">
              <w:rPr>
                <w:vertAlign w:val="subscript"/>
                <w:lang w:val="ru-RU"/>
              </w:rPr>
              <w:t>2</w:t>
            </w:r>
            <w:r w:rsidRPr="00EC35AD">
              <w:t>O</w:t>
            </w:r>
            <w:r w:rsidRPr="00560995">
              <w:rPr>
                <w:vertAlign w:val="subscript"/>
                <w:lang w:val="ru-RU"/>
              </w:rPr>
              <w:t xml:space="preserve">5                      </w:t>
            </w:r>
          </w:p>
          <w:p w:rsidR="00FD4A85" w:rsidRPr="00560995" w:rsidRDefault="00FD4A85" w:rsidP="002264E8">
            <w:pPr>
              <w:rPr>
                <w:lang w:val="ru-RU"/>
              </w:rPr>
            </w:pPr>
            <w:r w:rsidRPr="00560995">
              <w:rPr>
                <w:bCs/>
                <w:iCs/>
                <w:lang w:val="ru-RU"/>
              </w:rPr>
              <w:t>Составьте уравнения реакций, подтв</w:t>
            </w:r>
            <w:r w:rsidRPr="00560995">
              <w:rPr>
                <w:lang w:val="ru-RU"/>
              </w:rPr>
              <w:t>ерждающие эти свойства</w:t>
            </w:r>
          </w:p>
          <w:p w:rsidR="00FD4A85" w:rsidRPr="00E7400B" w:rsidRDefault="00FD4A85" w:rsidP="002264E8">
            <w:pPr>
              <w:rPr>
                <w:bCs/>
                <w:iCs/>
              </w:rPr>
            </w:pPr>
            <w:r w:rsidRPr="00E7400B">
              <w:rPr>
                <w:bCs/>
                <w:iCs/>
              </w:rPr>
              <w:t>1)</w:t>
            </w:r>
          </w:p>
          <w:p w:rsidR="00FD4A85" w:rsidRDefault="00FD4A85" w:rsidP="002264E8">
            <w:pPr>
              <w:rPr>
                <w:bCs/>
                <w:iCs/>
              </w:rPr>
            </w:pPr>
            <w:r w:rsidRPr="00E7400B">
              <w:rPr>
                <w:bCs/>
                <w:iCs/>
              </w:rPr>
              <w:t>2)</w:t>
            </w:r>
          </w:p>
          <w:p w:rsidR="00FD4A85" w:rsidRPr="009711D0" w:rsidRDefault="00FD4A85" w:rsidP="002264E8">
            <w:pPr>
              <w:rPr>
                <w:b/>
                <w:bCs/>
                <w:i/>
                <w:iCs/>
              </w:rPr>
            </w:pPr>
          </w:p>
        </w:tc>
      </w:tr>
      <w:tr w:rsidR="00FD4A85" w:rsidTr="00702148">
        <w:tc>
          <w:tcPr>
            <w:tcW w:w="10490" w:type="dxa"/>
            <w:gridSpan w:val="3"/>
          </w:tcPr>
          <w:p w:rsidR="00FD4A85" w:rsidRDefault="00FD4A85" w:rsidP="002264E8">
            <w:r w:rsidRPr="001D6BC8">
              <w:rPr>
                <w:bCs/>
                <w:iCs/>
              </w:rPr>
              <w:t>5.</w:t>
            </w:r>
            <w:r>
              <w:rPr>
                <w:b/>
                <w:bCs/>
                <w:i/>
                <w:iCs/>
              </w:rPr>
              <w:t xml:space="preserve"> </w:t>
            </w:r>
            <w:r>
              <w:t>Гибридизация орбиталей – это …</w:t>
            </w:r>
          </w:p>
          <w:p w:rsidR="00FD4A85" w:rsidRPr="00560995" w:rsidRDefault="00FD4A85" w:rsidP="00FD4A85">
            <w:pPr>
              <w:numPr>
                <w:ilvl w:val="0"/>
                <w:numId w:val="25"/>
              </w:numPr>
              <w:spacing w:line="240" w:lineRule="auto"/>
              <w:rPr>
                <w:lang w:val="ru-RU"/>
              </w:rPr>
            </w:pPr>
            <w:r w:rsidRPr="00560995">
              <w:rPr>
                <w:lang w:val="ru-RU"/>
              </w:rPr>
              <w:t>Модель, для объяснения пространственного строения молекул;</w:t>
            </w:r>
          </w:p>
          <w:p w:rsidR="00FD4A85" w:rsidRPr="00560995" w:rsidRDefault="00FD4A85" w:rsidP="00FD4A85">
            <w:pPr>
              <w:numPr>
                <w:ilvl w:val="0"/>
                <w:numId w:val="25"/>
              </w:numPr>
              <w:spacing w:line="240" w:lineRule="auto"/>
              <w:rPr>
                <w:lang w:val="ru-RU"/>
              </w:rPr>
            </w:pPr>
            <w:r w:rsidRPr="00560995">
              <w:rPr>
                <w:lang w:val="ru-RU"/>
              </w:rPr>
              <w:t>Физическое явление, которое заключается в изменении формы электронных облаков при образовании химической связи;</w:t>
            </w:r>
          </w:p>
          <w:p w:rsidR="00FD4A85" w:rsidRDefault="00FD4A85" w:rsidP="00FD4A85">
            <w:pPr>
              <w:numPr>
                <w:ilvl w:val="0"/>
                <w:numId w:val="25"/>
              </w:numPr>
              <w:spacing w:line="240" w:lineRule="auto"/>
            </w:pPr>
            <w:r>
              <w:t>Процесс образования молекулярных орбиталей;</w:t>
            </w:r>
          </w:p>
          <w:p w:rsidR="00FD4A85" w:rsidRDefault="00FD4A85" w:rsidP="002264E8">
            <w:pPr>
              <w:ind w:left="360"/>
            </w:pPr>
          </w:p>
        </w:tc>
      </w:tr>
      <w:tr w:rsidR="00FD4A85" w:rsidRPr="00771808" w:rsidTr="00702148">
        <w:tc>
          <w:tcPr>
            <w:tcW w:w="10490" w:type="dxa"/>
            <w:gridSpan w:val="3"/>
          </w:tcPr>
          <w:p w:rsidR="00FD4A85" w:rsidRDefault="00FD4A85" w:rsidP="002264E8">
            <w:r w:rsidRPr="001D6BC8">
              <w:rPr>
                <w:bCs/>
                <w:iCs/>
              </w:rPr>
              <w:t>6.</w:t>
            </w:r>
            <w:r>
              <w:rPr>
                <w:b/>
                <w:bCs/>
                <w:i/>
                <w:iCs/>
              </w:rPr>
              <w:t xml:space="preserve"> </w:t>
            </w:r>
            <w:r>
              <w:t>Сформулируйте первый закон термодинамики:</w:t>
            </w:r>
          </w:p>
          <w:p w:rsidR="00FD4A85" w:rsidRPr="00560995" w:rsidRDefault="00FD4A85" w:rsidP="00FD4A85">
            <w:pPr>
              <w:numPr>
                <w:ilvl w:val="0"/>
                <w:numId w:val="26"/>
              </w:numPr>
              <w:spacing w:line="240" w:lineRule="auto"/>
              <w:rPr>
                <w:lang w:val="ru-RU"/>
              </w:rPr>
            </w:pPr>
            <w:r w:rsidRPr="00560995">
              <w:rPr>
                <w:lang w:val="ru-RU"/>
              </w:rPr>
              <w:t>Скорость химической реакции определяется энергией активации данной реакции</w:t>
            </w:r>
          </w:p>
          <w:p w:rsidR="00FD4A85" w:rsidRPr="00560995" w:rsidRDefault="00FD4A85" w:rsidP="00FD4A85">
            <w:pPr>
              <w:numPr>
                <w:ilvl w:val="0"/>
                <w:numId w:val="26"/>
              </w:numPr>
              <w:spacing w:line="240" w:lineRule="auto"/>
              <w:rPr>
                <w:lang w:val="ru-RU"/>
              </w:rPr>
            </w:pPr>
            <w:r w:rsidRPr="00560995">
              <w:rPr>
                <w:lang w:val="ru-RU"/>
              </w:rPr>
              <w:t>Физические величины, однозначно определяющие состояние системы, являются функциями состояния системы.</w:t>
            </w:r>
          </w:p>
          <w:p w:rsidR="00FD4A85" w:rsidRPr="00560995" w:rsidRDefault="00FD4A85" w:rsidP="00FD4A85">
            <w:pPr>
              <w:numPr>
                <w:ilvl w:val="0"/>
                <w:numId w:val="26"/>
              </w:numPr>
              <w:spacing w:line="240" w:lineRule="auto"/>
              <w:rPr>
                <w:lang w:val="ru-RU"/>
              </w:rPr>
            </w:pPr>
            <w:r w:rsidRPr="00560995">
              <w:rPr>
                <w:lang w:val="ru-RU"/>
              </w:rPr>
              <w:t>Сумма изменений внутренней энергии и совершенной системой (или над системой) работы равна сообщенной (или выделенной) теплоте</w:t>
            </w:r>
          </w:p>
          <w:p w:rsidR="00FD4A85" w:rsidRPr="00560995" w:rsidRDefault="00FD4A85" w:rsidP="002264E8">
            <w:pPr>
              <w:ind w:left="360"/>
              <w:rPr>
                <w:lang w:val="ru-RU"/>
              </w:rPr>
            </w:pPr>
          </w:p>
        </w:tc>
      </w:tr>
      <w:tr w:rsidR="00FD4A85" w:rsidTr="00702148">
        <w:tc>
          <w:tcPr>
            <w:tcW w:w="10490" w:type="dxa"/>
            <w:gridSpan w:val="3"/>
          </w:tcPr>
          <w:p w:rsidR="00FD4A85" w:rsidRPr="00560995" w:rsidRDefault="00FD4A85" w:rsidP="002264E8">
            <w:pPr>
              <w:rPr>
                <w:lang w:val="ru-RU"/>
              </w:rPr>
            </w:pPr>
            <w:r w:rsidRPr="00560995">
              <w:rPr>
                <w:bCs/>
                <w:iCs/>
                <w:lang w:val="ru-RU"/>
              </w:rPr>
              <w:t>7.</w:t>
            </w:r>
            <w:r w:rsidRPr="0056099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560995">
              <w:rPr>
                <w:lang w:val="ru-RU"/>
              </w:rPr>
              <w:t>Для следующих реакций указать правильное соотношение энтальпий:</w:t>
            </w:r>
          </w:p>
          <w:p w:rsidR="00FD4A85" w:rsidRDefault="00FD4A85" w:rsidP="002264E8">
            <w:r>
              <w:rPr>
                <w:position w:val="-14"/>
              </w:rPr>
              <w:object w:dxaOrig="3560" w:dyaOrig="380">
                <v:shape id="_x0000_i1258" type="#_x0000_t75" style="width:177pt;height:18.75pt" o:ole="">
                  <v:imagedata r:id="rId51" o:title=""/>
                </v:shape>
                <o:OLEObject Type="Embed" ProgID="Equation.3" ShapeID="_x0000_i1258" DrawAspect="Content" ObjectID="_1842695953" r:id="rId384"/>
              </w:object>
            </w:r>
            <w:r>
              <w:t xml:space="preserve">;          </w:t>
            </w:r>
            <w:r>
              <w:rPr>
                <w:position w:val="-10"/>
              </w:rPr>
              <w:object w:dxaOrig="480" w:dyaOrig="340">
                <v:shape id="_x0000_i1259" type="#_x0000_t75" style="width:24pt;height:17.25pt" o:ole="">
                  <v:imagedata r:id="rId53" o:title=""/>
                </v:shape>
                <o:OLEObject Type="Embed" ProgID="Equation.3" ShapeID="_x0000_i1259" DrawAspect="Content" ObjectID="_1842695954" r:id="rId385"/>
              </w:object>
            </w:r>
          </w:p>
          <w:p w:rsidR="00FD4A85" w:rsidRDefault="00FD4A85" w:rsidP="002264E8">
            <w:r w:rsidRPr="00E7400B">
              <w:rPr>
                <w:position w:val="-16"/>
              </w:rPr>
              <w:object w:dxaOrig="4580" w:dyaOrig="400">
                <v:shape id="_x0000_i1260" type="#_x0000_t75" style="width:228pt;height:19.5pt" o:ole="">
                  <v:imagedata r:id="rId61" o:title=""/>
                </v:shape>
                <o:OLEObject Type="Embed" ProgID="Equation.3" ShapeID="_x0000_i1260" DrawAspect="Content" ObjectID="_1842695955" r:id="rId386"/>
              </w:object>
            </w:r>
            <w:r>
              <w:t xml:space="preserve">;      </w:t>
            </w:r>
            <w:r>
              <w:rPr>
                <w:position w:val="-10"/>
              </w:rPr>
              <w:object w:dxaOrig="499" w:dyaOrig="340">
                <v:shape id="_x0000_i1261" type="#_x0000_t75" style="width:25.5pt;height:17.25pt" o:ole="">
                  <v:imagedata r:id="rId57" o:title=""/>
                </v:shape>
                <o:OLEObject Type="Embed" ProgID="Equation.3" ShapeID="_x0000_i1261" DrawAspect="Content" ObjectID="_1842695956" r:id="rId387"/>
              </w:object>
            </w:r>
          </w:p>
          <w:p w:rsidR="00FD4A85" w:rsidRDefault="00FD4A85" w:rsidP="00FD4A85">
            <w:pPr>
              <w:numPr>
                <w:ilvl w:val="0"/>
                <w:numId w:val="86"/>
              </w:numPr>
              <w:spacing w:line="240" w:lineRule="auto"/>
            </w:pPr>
            <w:r>
              <w:rPr>
                <w:position w:val="-10"/>
              </w:rPr>
              <w:object w:dxaOrig="1179" w:dyaOrig="340">
                <v:shape id="_x0000_i1262" type="#_x0000_t75" style="width:60pt;height:17.25pt" o:ole="">
                  <v:imagedata r:id="rId388" o:title=""/>
                </v:shape>
                <o:OLEObject Type="Embed" ProgID="Equation.3" ShapeID="_x0000_i1262" DrawAspect="Content" ObjectID="_1842695957" r:id="rId389"/>
              </w:object>
            </w:r>
          </w:p>
          <w:p w:rsidR="00FD4A85" w:rsidRDefault="00FD4A85" w:rsidP="00FD4A85">
            <w:pPr>
              <w:numPr>
                <w:ilvl w:val="0"/>
                <w:numId w:val="86"/>
              </w:numPr>
              <w:spacing w:line="240" w:lineRule="auto"/>
            </w:pPr>
            <w:r>
              <w:rPr>
                <w:position w:val="-10"/>
              </w:rPr>
              <w:object w:dxaOrig="1179" w:dyaOrig="340">
                <v:shape id="_x0000_i1263" type="#_x0000_t75" style="width:60pt;height:17.25pt" o:ole="">
                  <v:imagedata r:id="rId361" o:title=""/>
                </v:shape>
                <o:OLEObject Type="Embed" ProgID="Equation.3" ShapeID="_x0000_i1263" DrawAspect="Content" ObjectID="_1842695958" r:id="rId390"/>
              </w:object>
            </w:r>
          </w:p>
          <w:p w:rsidR="00FD4A85" w:rsidRDefault="00FD4A85" w:rsidP="00FD4A85">
            <w:pPr>
              <w:numPr>
                <w:ilvl w:val="0"/>
                <w:numId w:val="86"/>
              </w:numPr>
              <w:spacing w:line="240" w:lineRule="auto"/>
            </w:pPr>
            <w:r>
              <w:rPr>
                <w:position w:val="-10"/>
              </w:rPr>
              <w:object w:dxaOrig="1179" w:dyaOrig="340">
                <v:shape id="_x0000_i1264" type="#_x0000_t75" style="width:60pt;height:17.25pt" o:ole="">
                  <v:imagedata r:id="rId363" o:title=""/>
                </v:shape>
                <o:OLEObject Type="Embed" ProgID="Equation.3" ShapeID="_x0000_i1264" DrawAspect="Content" ObjectID="_1842695959" r:id="rId391"/>
              </w:object>
            </w:r>
          </w:p>
        </w:tc>
      </w:tr>
      <w:tr w:rsidR="00FD4A85" w:rsidTr="00702148">
        <w:tc>
          <w:tcPr>
            <w:tcW w:w="10490" w:type="dxa"/>
            <w:gridSpan w:val="3"/>
          </w:tcPr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bCs/>
                <w:iCs/>
                <w:lang w:val="ru-RU"/>
              </w:rPr>
              <w:t>8.</w:t>
            </w:r>
            <w:r w:rsidRPr="0018173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181731">
              <w:rPr>
                <w:lang w:val="ru-RU"/>
              </w:rPr>
              <w:t xml:space="preserve">Не производя вычислений, установить значение </w:t>
            </w:r>
            <w:r>
              <w:rPr>
                <w:position w:val="-6"/>
              </w:rPr>
              <w:object w:dxaOrig="460" w:dyaOrig="320">
                <v:shape id="_x0000_i1265" type="#_x0000_t75" style="width:23.25pt;height:15.75pt" o:ole="">
                  <v:imagedata r:id="rId76" o:title=""/>
                </v:shape>
                <o:OLEObject Type="Embed" ProgID="Equation.3" ShapeID="_x0000_i1265" DrawAspect="Content" ObjectID="_1842695960" r:id="rId392"/>
              </w:object>
            </w:r>
            <w:r w:rsidRPr="00181731">
              <w:rPr>
                <w:lang w:val="ru-RU"/>
              </w:rPr>
              <w:t xml:space="preserve">для следующего процесса: </w:t>
            </w:r>
            <w:r>
              <w:rPr>
                <w:position w:val="-14"/>
              </w:rPr>
              <w:object w:dxaOrig="4160" w:dyaOrig="380">
                <v:shape id="_x0000_i1266" type="#_x0000_t75" style="width:207.75pt;height:18.75pt" o:ole="">
                  <v:imagedata r:id="rId78" o:title=""/>
                </v:shape>
                <o:OLEObject Type="Embed" ProgID="Equation.3" ShapeID="_x0000_i1266" DrawAspect="Content" ObjectID="_1842695961" r:id="rId393"/>
              </w:object>
            </w:r>
          </w:p>
          <w:p w:rsidR="00FD4A85" w:rsidRDefault="00FD4A85" w:rsidP="002264E8">
            <w:pPr>
              <w:ind w:left="360"/>
            </w:pPr>
            <w:r>
              <w:rPr>
                <w:position w:val="-6"/>
              </w:rPr>
              <w:t>1)</w:t>
            </w:r>
            <w:r>
              <w:rPr>
                <w:position w:val="-6"/>
              </w:rPr>
              <w:object w:dxaOrig="740" w:dyaOrig="280">
                <v:shape id="_x0000_i1267" type="#_x0000_t75" style="width:36.75pt;height:13.5pt" o:ole="">
                  <v:imagedata r:id="rId252" o:title=""/>
                </v:shape>
                <o:OLEObject Type="Embed" ProgID="Equation.3" ShapeID="_x0000_i1267" DrawAspect="Content" ObjectID="_1842695962" r:id="rId394"/>
              </w:object>
            </w:r>
            <w:r>
              <w:rPr>
                <w:position w:val="-6"/>
              </w:rPr>
              <w:t xml:space="preserve">  2) </w:t>
            </w:r>
            <w:r>
              <w:rPr>
                <w:position w:val="-6"/>
              </w:rPr>
              <w:object w:dxaOrig="740" w:dyaOrig="280">
                <v:shape id="_x0000_i1268" type="#_x0000_t75" style="width:36.75pt;height:13.5pt" o:ole="">
                  <v:imagedata r:id="rId254" o:title=""/>
                </v:shape>
                <o:OLEObject Type="Embed" ProgID="Equation.3" ShapeID="_x0000_i1268" DrawAspect="Content" ObjectID="_1842695963" r:id="rId395"/>
              </w:object>
            </w:r>
            <w:r>
              <w:rPr>
                <w:position w:val="-6"/>
              </w:rPr>
              <w:t xml:space="preserve">   3) </w:t>
            </w:r>
            <w:r>
              <w:rPr>
                <w:position w:val="-6"/>
              </w:rPr>
              <w:object w:dxaOrig="740" w:dyaOrig="280">
                <v:shape id="_x0000_i1269" type="#_x0000_t75" style="width:36.75pt;height:13.5pt" o:ole="">
                  <v:imagedata r:id="rId284" o:title=""/>
                </v:shape>
                <o:OLEObject Type="Embed" ProgID="Equation.3" ShapeID="_x0000_i1269" DrawAspect="Content" ObjectID="_1842695964" r:id="rId396"/>
              </w:object>
            </w:r>
          </w:p>
          <w:p w:rsidR="00FD4A85" w:rsidRDefault="00FD4A85" w:rsidP="002264E8">
            <w:pPr>
              <w:ind w:left="360"/>
            </w:pPr>
          </w:p>
        </w:tc>
      </w:tr>
      <w:tr w:rsidR="00FD4A85" w:rsidTr="00702148">
        <w:tc>
          <w:tcPr>
            <w:tcW w:w="10490" w:type="dxa"/>
            <w:gridSpan w:val="3"/>
          </w:tcPr>
          <w:p w:rsidR="00FD4A85" w:rsidRDefault="00FD4A85" w:rsidP="002264E8">
            <w:r w:rsidRPr="00560995">
              <w:rPr>
                <w:bCs/>
                <w:iCs/>
                <w:lang w:val="ru-RU"/>
              </w:rPr>
              <w:t>9.</w:t>
            </w:r>
            <w:r w:rsidRPr="0056099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560995">
              <w:rPr>
                <w:lang w:val="ru-RU"/>
              </w:rPr>
              <w:t xml:space="preserve">При сгорании 1 моль углерода до углекислого газа выделяется 395 кДж теплоты. </w:t>
            </w:r>
            <w:r>
              <w:t>Сколько углерода (г) было сожжено, если выделилось 1580 кДж тепла?</w:t>
            </w:r>
          </w:p>
          <w:p w:rsidR="00FD4A85" w:rsidRDefault="00FD4A85" w:rsidP="002264E8">
            <w:pPr>
              <w:ind w:left="360"/>
            </w:pPr>
          </w:p>
        </w:tc>
      </w:tr>
      <w:tr w:rsidR="00FD4A85" w:rsidTr="00702148">
        <w:tc>
          <w:tcPr>
            <w:tcW w:w="10490" w:type="dxa"/>
            <w:gridSpan w:val="3"/>
          </w:tcPr>
          <w:p w:rsidR="00FD4A85" w:rsidRDefault="00FD4A85" w:rsidP="002264E8">
            <w:r w:rsidRPr="00560995">
              <w:rPr>
                <w:bCs/>
                <w:iCs/>
                <w:lang w:val="ru-RU"/>
              </w:rPr>
              <w:t>10.</w:t>
            </w:r>
            <w:r w:rsidRPr="0056099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560995">
              <w:rPr>
                <w:szCs w:val="28"/>
                <w:lang w:val="ru-RU"/>
              </w:rPr>
              <w:t xml:space="preserve">В реакции, схема которой А + 2В = С, концентрацию вещества А уменьшили в 2 раза, а </w:t>
            </w:r>
            <w:r w:rsidRPr="00560995">
              <w:rPr>
                <w:szCs w:val="28"/>
                <w:lang w:val="ru-RU"/>
              </w:rPr>
              <w:lastRenderedPageBreak/>
              <w:t xml:space="preserve">концентрацию вещества В увеличили в 3 раза. </w:t>
            </w:r>
            <w:r>
              <w:rPr>
                <w:szCs w:val="28"/>
              </w:rPr>
              <w:t>Как изменится при этом скорость реакции?</w:t>
            </w:r>
          </w:p>
          <w:p w:rsidR="00FD4A85" w:rsidRDefault="00FD4A85" w:rsidP="002264E8">
            <w:pPr>
              <w:ind w:left="360"/>
            </w:pPr>
          </w:p>
        </w:tc>
      </w:tr>
      <w:tr w:rsidR="00FD4A85" w:rsidTr="00702148">
        <w:tc>
          <w:tcPr>
            <w:tcW w:w="10490" w:type="dxa"/>
            <w:gridSpan w:val="3"/>
          </w:tcPr>
          <w:p w:rsidR="00FD4A85" w:rsidRPr="00560995" w:rsidRDefault="00FD4A85" w:rsidP="002264E8">
            <w:pPr>
              <w:rPr>
                <w:szCs w:val="28"/>
                <w:lang w:val="ru-RU"/>
              </w:rPr>
            </w:pPr>
            <w:r w:rsidRPr="00560995">
              <w:rPr>
                <w:bCs/>
                <w:iCs/>
                <w:lang w:val="ru-RU"/>
              </w:rPr>
              <w:lastRenderedPageBreak/>
              <w:t>11.</w:t>
            </w:r>
            <w:r w:rsidRPr="0056099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560995">
              <w:rPr>
                <w:szCs w:val="28"/>
                <w:lang w:val="ru-RU"/>
              </w:rPr>
              <w:t>Как повлияет на находящуюся в равновесии систему, уравнение которой</w:t>
            </w:r>
          </w:p>
          <w:p w:rsidR="00FD4A85" w:rsidRPr="00560995" w:rsidRDefault="00FD4A85" w:rsidP="002264E8">
            <w:pPr>
              <w:rPr>
                <w:szCs w:val="28"/>
                <w:lang w:val="ru-RU"/>
              </w:rPr>
            </w:pPr>
            <w:r w:rsidRPr="00560995">
              <w:rPr>
                <w:szCs w:val="28"/>
                <w:lang w:val="ru-RU"/>
              </w:rPr>
              <w:tab/>
            </w:r>
            <w:r w:rsidRPr="00560995">
              <w:rPr>
                <w:szCs w:val="28"/>
                <w:lang w:val="ru-RU"/>
              </w:rPr>
              <w:tab/>
            </w:r>
            <w:r>
              <w:rPr>
                <w:szCs w:val="28"/>
              </w:rPr>
              <w:t>CH</w:t>
            </w:r>
            <w:r w:rsidRPr="00560995">
              <w:rPr>
                <w:szCs w:val="28"/>
                <w:vertAlign w:val="subscript"/>
                <w:lang w:val="ru-RU"/>
              </w:rPr>
              <w:t xml:space="preserve">4(г) </w:t>
            </w:r>
            <w:r w:rsidRPr="00560995">
              <w:rPr>
                <w:szCs w:val="28"/>
                <w:lang w:val="ru-RU"/>
              </w:rPr>
              <w:t>+ 4</w:t>
            </w:r>
            <w:r>
              <w:rPr>
                <w:szCs w:val="28"/>
              </w:rPr>
              <w:t>S</w:t>
            </w:r>
            <w:r w:rsidRPr="00560995">
              <w:rPr>
                <w:szCs w:val="28"/>
                <w:vertAlign w:val="subscript"/>
                <w:lang w:val="ru-RU"/>
              </w:rPr>
              <w:t xml:space="preserve">(ж) </w:t>
            </w:r>
            <w:r w:rsidRPr="00560995">
              <w:rPr>
                <w:szCs w:val="28"/>
                <w:lang w:val="ru-RU"/>
              </w:rPr>
              <w:t>↔ С</w:t>
            </w:r>
            <w:r>
              <w:rPr>
                <w:szCs w:val="28"/>
              </w:rPr>
              <w:t>S</w:t>
            </w:r>
            <w:r w:rsidRPr="00560995">
              <w:rPr>
                <w:szCs w:val="28"/>
                <w:vertAlign w:val="subscript"/>
                <w:lang w:val="ru-RU"/>
              </w:rPr>
              <w:t xml:space="preserve">2(г) </w:t>
            </w:r>
            <w:r w:rsidRPr="00560995">
              <w:rPr>
                <w:szCs w:val="28"/>
                <w:lang w:val="ru-RU"/>
              </w:rPr>
              <w:t>+ 2</w:t>
            </w:r>
            <w:r>
              <w:rPr>
                <w:szCs w:val="28"/>
              </w:rPr>
              <w:t>H</w:t>
            </w:r>
            <w:r w:rsidRPr="00560995">
              <w:rPr>
                <w:szCs w:val="28"/>
                <w:vertAlign w:val="subscript"/>
                <w:lang w:val="ru-RU"/>
              </w:rPr>
              <w:t>2</w:t>
            </w:r>
            <w:r>
              <w:rPr>
                <w:szCs w:val="28"/>
              </w:rPr>
              <w:t>S</w:t>
            </w:r>
            <w:r w:rsidRPr="00560995">
              <w:rPr>
                <w:szCs w:val="28"/>
                <w:vertAlign w:val="subscript"/>
                <w:lang w:val="ru-RU"/>
              </w:rPr>
              <w:t xml:space="preserve">(г) </w:t>
            </w:r>
            <w:r w:rsidRPr="00560995">
              <w:rPr>
                <w:szCs w:val="28"/>
                <w:lang w:val="ru-RU"/>
              </w:rPr>
              <w:t xml:space="preserve">+ </w:t>
            </w:r>
            <w:r>
              <w:rPr>
                <w:szCs w:val="28"/>
              </w:rPr>
              <w:t>Q</w:t>
            </w:r>
            <w:r w:rsidRPr="00560995">
              <w:rPr>
                <w:szCs w:val="28"/>
                <w:lang w:val="ru-RU"/>
              </w:rPr>
              <w:t>: дополнительное введение серы?</w:t>
            </w:r>
          </w:p>
          <w:p w:rsidR="00FD4A85" w:rsidRDefault="00FD4A85" w:rsidP="00FD4A85">
            <w:pPr>
              <w:numPr>
                <w:ilvl w:val="0"/>
                <w:numId w:val="27"/>
              </w:numPr>
              <w:tabs>
                <w:tab w:val="num" w:pos="1514"/>
              </w:tabs>
              <w:spacing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равновесие сместится влево</w:t>
            </w:r>
          </w:p>
          <w:p w:rsidR="00FD4A85" w:rsidRDefault="00FD4A85" w:rsidP="00FD4A85">
            <w:pPr>
              <w:numPr>
                <w:ilvl w:val="0"/>
                <w:numId w:val="27"/>
              </w:numPr>
              <w:tabs>
                <w:tab w:val="num" w:pos="1514"/>
              </w:tabs>
              <w:spacing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равновесие сместится вправо</w:t>
            </w:r>
          </w:p>
          <w:p w:rsidR="00FD4A85" w:rsidRDefault="00FD4A85" w:rsidP="00FD4A85">
            <w:pPr>
              <w:numPr>
                <w:ilvl w:val="0"/>
                <w:numId w:val="27"/>
              </w:numPr>
              <w:tabs>
                <w:tab w:val="num" w:pos="1514"/>
              </w:tabs>
              <w:spacing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равновесие не сместится</w:t>
            </w:r>
          </w:p>
          <w:p w:rsidR="00FD4A85" w:rsidRDefault="00FD4A85" w:rsidP="002264E8">
            <w:pPr>
              <w:ind w:left="360"/>
            </w:pPr>
          </w:p>
        </w:tc>
      </w:tr>
      <w:tr w:rsidR="00FD4A85" w:rsidTr="00702148">
        <w:tc>
          <w:tcPr>
            <w:tcW w:w="10490" w:type="dxa"/>
            <w:gridSpan w:val="3"/>
          </w:tcPr>
          <w:p w:rsidR="00FD4A85" w:rsidRPr="00560995" w:rsidRDefault="00FD4A85" w:rsidP="002264E8">
            <w:pPr>
              <w:rPr>
                <w:lang w:val="ru-RU"/>
              </w:rPr>
            </w:pPr>
            <w:r w:rsidRPr="00560995">
              <w:rPr>
                <w:bCs/>
                <w:iCs/>
                <w:lang w:val="ru-RU"/>
              </w:rPr>
              <w:t xml:space="preserve">12. </w:t>
            </w:r>
            <w:r w:rsidRPr="00560995">
              <w:rPr>
                <w:lang w:val="ru-RU"/>
              </w:rPr>
              <w:t>Дана реакция:  3</w:t>
            </w:r>
            <w:r>
              <w:t>Fe</w:t>
            </w:r>
            <w:r w:rsidRPr="00560995">
              <w:rPr>
                <w:lang w:val="ru-RU"/>
              </w:rPr>
              <w:t>(т)+4Н</w:t>
            </w:r>
            <w:r w:rsidRPr="00560995">
              <w:rPr>
                <w:vertAlign w:val="subscript"/>
                <w:lang w:val="ru-RU"/>
              </w:rPr>
              <w:t>2</w:t>
            </w:r>
            <w:r w:rsidRPr="00560995">
              <w:rPr>
                <w:lang w:val="ru-RU"/>
              </w:rPr>
              <w:t xml:space="preserve">О(г)   </w:t>
            </w:r>
            <w:r w:rsidRPr="00560995">
              <w:rPr>
                <w:rFonts w:ascii="Lucida Sans Unicode" w:hAnsi="Lucida Sans Unicode"/>
                <w:lang w:val="ru-RU"/>
              </w:rPr>
              <w:t>⇄</w:t>
            </w:r>
            <w:r w:rsidRPr="00560995">
              <w:rPr>
                <w:lang w:val="ru-RU"/>
              </w:rPr>
              <w:t xml:space="preserve">  </w:t>
            </w:r>
            <w:r>
              <w:t>Fe</w:t>
            </w:r>
            <w:r w:rsidRPr="00560995">
              <w:rPr>
                <w:vertAlign w:val="subscript"/>
                <w:lang w:val="ru-RU"/>
              </w:rPr>
              <w:t>3</w:t>
            </w:r>
            <w:r>
              <w:t>O</w:t>
            </w:r>
            <w:r w:rsidRPr="00560995">
              <w:rPr>
                <w:vertAlign w:val="subscript"/>
                <w:lang w:val="ru-RU"/>
              </w:rPr>
              <w:t>4</w:t>
            </w:r>
            <w:r w:rsidRPr="00560995">
              <w:rPr>
                <w:lang w:val="ru-RU"/>
              </w:rPr>
              <w:t>(т) +4Н</w:t>
            </w:r>
            <w:r w:rsidRPr="00560995">
              <w:rPr>
                <w:vertAlign w:val="subscript"/>
                <w:lang w:val="ru-RU"/>
              </w:rPr>
              <w:t>2</w:t>
            </w:r>
            <w:r w:rsidRPr="00560995">
              <w:rPr>
                <w:lang w:val="ru-RU"/>
              </w:rPr>
              <w:t>(г). Какой вид имеет выражение константы равновесия?</w:t>
            </w:r>
          </w:p>
          <w:p w:rsidR="00FD4A85" w:rsidRDefault="00FD4A85" w:rsidP="002264E8">
            <w:pPr>
              <w:widowControl w:val="0"/>
            </w:pPr>
            <w:r>
              <w:t xml:space="preserve">1) </w:t>
            </w:r>
            <w:r w:rsidRPr="009711D0">
              <w:rPr>
                <w:position w:val="-32"/>
              </w:rPr>
              <w:object w:dxaOrig="1280" w:dyaOrig="760">
                <v:shape id="_x0000_i1270" type="#_x0000_t75" style="width:63pt;height:38.25pt" o:ole="">
                  <v:imagedata r:id="rId98" o:title=""/>
                </v:shape>
                <o:OLEObject Type="Embed" ProgID="Equation.3" ShapeID="_x0000_i1270" DrawAspect="Content" ObjectID="_1842695965" r:id="rId397"/>
              </w:object>
            </w:r>
            <w:r>
              <w:t xml:space="preserve">;    2) </w:t>
            </w:r>
            <w:r w:rsidRPr="009711D0">
              <w:rPr>
                <w:position w:val="-32"/>
              </w:rPr>
              <w:object w:dxaOrig="1120" w:dyaOrig="760">
                <v:shape id="_x0000_i1271" type="#_x0000_t75" style="width:56.25pt;height:38.25pt" o:ole="">
                  <v:imagedata r:id="rId100" o:title=""/>
                </v:shape>
                <o:OLEObject Type="Embed" ProgID="Equation.3" ShapeID="_x0000_i1271" DrawAspect="Content" ObjectID="_1842695966" r:id="rId398"/>
              </w:object>
            </w:r>
            <w:r>
              <w:t xml:space="preserve">;       3) </w:t>
            </w:r>
            <w:r w:rsidRPr="00E7400B">
              <w:rPr>
                <w:position w:val="-32"/>
              </w:rPr>
              <w:object w:dxaOrig="1280" w:dyaOrig="760">
                <v:shape id="_x0000_i1272" type="#_x0000_t75" style="width:63pt;height:38.25pt" o:ole="">
                  <v:imagedata r:id="rId102" o:title=""/>
                </v:shape>
                <o:OLEObject Type="Embed" ProgID="Equation.3" ShapeID="_x0000_i1272" DrawAspect="Content" ObjectID="_1842695967" r:id="rId399"/>
              </w:object>
            </w:r>
          </w:p>
          <w:p w:rsidR="00FD4A85" w:rsidRDefault="00FD4A85" w:rsidP="002264E8">
            <w:pPr>
              <w:widowControl w:val="0"/>
            </w:pPr>
          </w:p>
        </w:tc>
      </w:tr>
      <w:tr w:rsidR="00FD4A85" w:rsidTr="00702148">
        <w:tc>
          <w:tcPr>
            <w:tcW w:w="10490" w:type="dxa"/>
            <w:gridSpan w:val="3"/>
          </w:tcPr>
          <w:p w:rsidR="00FD4A85" w:rsidRPr="00560995" w:rsidRDefault="00FD4A85" w:rsidP="002264E8">
            <w:pPr>
              <w:rPr>
                <w:lang w:val="ru-RU"/>
              </w:rPr>
            </w:pPr>
            <w:r w:rsidRPr="00560995">
              <w:rPr>
                <w:bCs/>
                <w:iCs/>
                <w:lang w:val="ru-RU"/>
              </w:rPr>
              <w:t>13.</w:t>
            </w:r>
            <w:r w:rsidRPr="0056099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560995">
              <w:rPr>
                <w:lang w:val="ru-RU"/>
              </w:rPr>
              <w:t>Какая реакция обмена идет с выделением газа:</w:t>
            </w:r>
          </w:p>
          <w:p w:rsidR="00FD4A85" w:rsidRPr="00F56263" w:rsidRDefault="00FD4A85" w:rsidP="00FD4A85">
            <w:pPr>
              <w:numPr>
                <w:ilvl w:val="0"/>
                <w:numId w:val="28"/>
              </w:numPr>
              <w:spacing w:line="240" w:lineRule="auto"/>
            </w:pPr>
            <w:r>
              <w:t>CaCl</w:t>
            </w:r>
            <w:r w:rsidRPr="00F56263">
              <w:rPr>
                <w:vertAlign w:val="subscript"/>
              </w:rPr>
              <w:t>2</w:t>
            </w:r>
            <w:r w:rsidRPr="00F56263">
              <w:t>+</w:t>
            </w:r>
            <w:r>
              <w:t>Na</w:t>
            </w:r>
            <w:r w:rsidRPr="00F56263">
              <w:rPr>
                <w:vertAlign w:val="subscript"/>
              </w:rPr>
              <w:t>2</w:t>
            </w:r>
            <w:r>
              <w:t>CO</w:t>
            </w:r>
            <w:r w:rsidRPr="00F56263">
              <w:rPr>
                <w:vertAlign w:val="subscript"/>
              </w:rPr>
              <w:t>3</w:t>
            </w:r>
            <w:r w:rsidRPr="00F56263">
              <w:t>→</w:t>
            </w:r>
          </w:p>
          <w:p w:rsidR="00FD4A85" w:rsidRPr="00F56263" w:rsidRDefault="00FD4A85" w:rsidP="00FD4A85">
            <w:pPr>
              <w:numPr>
                <w:ilvl w:val="0"/>
                <w:numId w:val="28"/>
              </w:numPr>
              <w:spacing w:line="240" w:lineRule="auto"/>
            </w:pPr>
            <w:r>
              <w:t>MgCO</w:t>
            </w:r>
            <w:r w:rsidRPr="00F56263">
              <w:rPr>
                <w:vertAlign w:val="subscript"/>
              </w:rPr>
              <w:t>3</w:t>
            </w:r>
            <w:r w:rsidRPr="00F56263">
              <w:t>+</w:t>
            </w:r>
            <w:r>
              <w:t>HNO</w:t>
            </w:r>
            <w:r w:rsidRPr="00F56263">
              <w:rPr>
                <w:vertAlign w:val="subscript"/>
              </w:rPr>
              <w:t>3</w:t>
            </w:r>
            <w:r w:rsidRPr="00F56263">
              <w:t>→</w:t>
            </w:r>
          </w:p>
          <w:p w:rsidR="00FD4A85" w:rsidRPr="00F56263" w:rsidRDefault="00FD4A85" w:rsidP="00FD4A85">
            <w:pPr>
              <w:numPr>
                <w:ilvl w:val="0"/>
                <w:numId w:val="28"/>
              </w:numPr>
              <w:spacing w:line="240" w:lineRule="auto"/>
            </w:pPr>
            <w:r>
              <w:t>K</w:t>
            </w:r>
            <w:r w:rsidRPr="00F56263">
              <w:rPr>
                <w:vertAlign w:val="subscript"/>
              </w:rPr>
              <w:t>2</w:t>
            </w:r>
            <w:r>
              <w:t>CO</w:t>
            </w:r>
            <w:r w:rsidRPr="00F56263">
              <w:rPr>
                <w:vertAlign w:val="subscript"/>
              </w:rPr>
              <w:t>3</w:t>
            </w:r>
            <w:r w:rsidRPr="00F56263">
              <w:t>+</w:t>
            </w:r>
            <w:r>
              <w:t>H</w:t>
            </w:r>
            <w:r w:rsidRPr="00F56263">
              <w:rPr>
                <w:vertAlign w:val="subscript"/>
              </w:rPr>
              <w:t>2</w:t>
            </w:r>
            <w:r>
              <w:t>SiO</w:t>
            </w:r>
            <w:r w:rsidRPr="00F56263">
              <w:rPr>
                <w:vertAlign w:val="subscript"/>
              </w:rPr>
              <w:t>3</w:t>
            </w:r>
            <w:r w:rsidRPr="00F56263">
              <w:t>→</w:t>
            </w:r>
          </w:p>
          <w:p w:rsidR="00FD4A85" w:rsidRDefault="00FD4A85" w:rsidP="002264E8"/>
        </w:tc>
      </w:tr>
      <w:tr w:rsidR="00FD4A85" w:rsidRPr="00771808" w:rsidTr="00702148">
        <w:tc>
          <w:tcPr>
            <w:tcW w:w="10490" w:type="dxa"/>
            <w:gridSpan w:val="3"/>
          </w:tcPr>
          <w:p w:rsidR="00FD4A85" w:rsidRPr="00560995" w:rsidRDefault="00FD4A85" w:rsidP="002264E8">
            <w:pPr>
              <w:rPr>
                <w:lang w:val="ru-RU"/>
              </w:rPr>
            </w:pPr>
            <w:r w:rsidRPr="00560995">
              <w:rPr>
                <w:bCs/>
                <w:iCs/>
                <w:lang w:val="ru-RU"/>
              </w:rPr>
              <w:t>14.</w:t>
            </w:r>
            <w:r w:rsidRPr="0056099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560995">
              <w:rPr>
                <w:lang w:val="ru-RU"/>
              </w:rPr>
              <w:t xml:space="preserve">При </w:t>
            </w:r>
            <w:smartTag w:uri="urn:schemas-microsoft-com:office:smarttags" w:element="metricconverter">
              <w:smartTagPr>
                <w:attr w:name="ProductID" w:val="20°C"/>
              </w:smartTagPr>
              <w:r w:rsidRPr="00560995">
                <w:rPr>
                  <w:lang w:val="ru-RU"/>
                </w:rPr>
                <w:t>20°</w:t>
              </w:r>
              <w:r>
                <w:t>C</w:t>
              </w:r>
            </w:smartTag>
            <w:r w:rsidRPr="00560995">
              <w:rPr>
                <w:lang w:val="ru-RU"/>
              </w:rPr>
              <w:t xml:space="preserve"> осмотическое давление раствора равно 438</w:t>
            </w:r>
            <w:r>
              <w:t> </w:t>
            </w:r>
            <w:r w:rsidRPr="00560995">
              <w:rPr>
                <w:lang w:val="ru-RU"/>
              </w:rPr>
              <w:t xml:space="preserve">кПа. Если раствор разбавить в три раза, а температуру повысить до </w:t>
            </w:r>
            <w:smartTag w:uri="urn:schemas-microsoft-com:office:smarttags" w:element="metricconverter">
              <w:smartTagPr>
                <w:attr w:name="ProductID" w:val="40°C"/>
              </w:smartTagPr>
              <w:r w:rsidRPr="00560995">
                <w:rPr>
                  <w:lang w:val="ru-RU"/>
                </w:rPr>
                <w:t>40°</w:t>
              </w:r>
              <w:r>
                <w:t>C</w:t>
              </w:r>
            </w:smartTag>
            <w:r w:rsidRPr="00560995">
              <w:rPr>
                <w:lang w:val="ru-RU"/>
              </w:rPr>
              <w:t>, осмотическое давление будет равно…,кПа</w:t>
            </w:r>
          </w:p>
          <w:p w:rsidR="00FD4A85" w:rsidRPr="00560995" w:rsidRDefault="00FD4A85" w:rsidP="002264E8">
            <w:pPr>
              <w:rPr>
                <w:lang w:val="ru-RU"/>
              </w:rPr>
            </w:pPr>
          </w:p>
        </w:tc>
      </w:tr>
      <w:tr w:rsidR="00FD4A85" w:rsidRPr="00771808" w:rsidTr="00702148">
        <w:tc>
          <w:tcPr>
            <w:tcW w:w="10490" w:type="dxa"/>
            <w:gridSpan w:val="3"/>
          </w:tcPr>
          <w:p w:rsidR="00FD4A85" w:rsidRPr="00560995" w:rsidRDefault="00FD4A85" w:rsidP="002264E8">
            <w:pPr>
              <w:rPr>
                <w:lang w:val="ru-RU"/>
              </w:rPr>
            </w:pPr>
            <w:r w:rsidRPr="00560995">
              <w:rPr>
                <w:bCs/>
                <w:iCs/>
                <w:lang w:val="ru-RU"/>
              </w:rPr>
              <w:t>15.</w:t>
            </w:r>
            <w:r w:rsidRPr="0056099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560995">
              <w:rPr>
                <w:lang w:val="ru-RU"/>
              </w:rPr>
              <w:t xml:space="preserve">Температура замерзания 15 % водного раствора </w:t>
            </w:r>
            <w:proofErr w:type="gramStart"/>
            <w:r w:rsidRPr="00560995">
              <w:rPr>
                <w:lang w:val="ru-RU"/>
              </w:rPr>
              <w:t>глицерина  (</w:t>
            </w:r>
            <w:proofErr w:type="gramEnd"/>
            <w:r>
              <w:t>C</w:t>
            </w:r>
            <w:r w:rsidRPr="00560995">
              <w:rPr>
                <w:vertAlign w:val="subscript"/>
                <w:lang w:val="ru-RU"/>
              </w:rPr>
              <w:t>3</w:t>
            </w:r>
            <w:r>
              <w:t>H</w:t>
            </w:r>
            <w:r w:rsidRPr="00560995">
              <w:rPr>
                <w:vertAlign w:val="subscript"/>
                <w:lang w:val="ru-RU"/>
              </w:rPr>
              <w:t>8</w:t>
            </w:r>
            <w:r>
              <w:t>O</w:t>
            </w:r>
            <w:r w:rsidRPr="00560995">
              <w:rPr>
                <w:vertAlign w:val="subscript"/>
                <w:lang w:val="ru-RU"/>
              </w:rPr>
              <w:t>3</w:t>
            </w:r>
            <w:r w:rsidRPr="00560995">
              <w:rPr>
                <w:lang w:val="ru-RU"/>
              </w:rPr>
              <w:t>) равна…,°</w:t>
            </w:r>
            <w:r>
              <w:t>C</w:t>
            </w:r>
          </w:p>
          <w:p w:rsidR="00FD4A85" w:rsidRPr="00560995" w:rsidRDefault="00FD4A85" w:rsidP="002264E8">
            <w:pPr>
              <w:rPr>
                <w:lang w:val="ru-RU"/>
              </w:rPr>
            </w:pPr>
          </w:p>
        </w:tc>
      </w:tr>
      <w:tr w:rsidR="00FD4A85" w:rsidRPr="00771808" w:rsidTr="00702148">
        <w:tc>
          <w:tcPr>
            <w:tcW w:w="10490" w:type="dxa"/>
            <w:gridSpan w:val="3"/>
          </w:tcPr>
          <w:p w:rsidR="00FD4A85" w:rsidRPr="00560995" w:rsidRDefault="00FD4A85" w:rsidP="002264E8">
            <w:pPr>
              <w:rPr>
                <w:lang w:val="ru-RU"/>
              </w:rPr>
            </w:pPr>
            <w:r w:rsidRPr="00560995">
              <w:rPr>
                <w:bCs/>
                <w:iCs/>
                <w:lang w:val="ru-RU"/>
              </w:rPr>
              <w:t>16.</w:t>
            </w:r>
            <w:r w:rsidRPr="0056099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560995">
              <w:rPr>
                <w:lang w:val="ru-RU"/>
              </w:rPr>
              <w:t>Из приведённых ниже солей по аниону гидролизуется:</w:t>
            </w:r>
          </w:p>
          <w:p w:rsidR="00FD4A85" w:rsidRPr="00560995" w:rsidRDefault="00FD4A85" w:rsidP="002264E8">
            <w:pPr>
              <w:rPr>
                <w:szCs w:val="14"/>
                <w:vertAlign w:val="subscript"/>
                <w:lang w:val="ru-RU"/>
              </w:rPr>
            </w:pPr>
            <w:r w:rsidRPr="00560995">
              <w:rPr>
                <w:lang w:val="ru-RU"/>
              </w:rPr>
              <w:t xml:space="preserve">1) </w:t>
            </w:r>
            <w:r>
              <w:t>KNO</w:t>
            </w:r>
            <w:r w:rsidRPr="00560995">
              <w:rPr>
                <w:szCs w:val="14"/>
                <w:vertAlign w:val="subscript"/>
                <w:lang w:val="ru-RU"/>
              </w:rPr>
              <w:t xml:space="preserve">3               </w:t>
            </w:r>
            <w:r w:rsidRPr="00560995">
              <w:rPr>
                <w:lang w:val="ru-RU"/>
              </w:rPr>
              <w:t xml:space="preserve">2) </w:t>
            </w:r>
            <w:r>
              <w:t>CuSO</w:t>
            </w:r>
            <w:r w:rsidRPr="00560995">
              <w:rPr>
                <w:szCs w:val="16"/>
                <w:vertAlign w:val="subscript"/>
                <w:lang w:val="ru-RU"/>
              </w:rPr>
              <w:t xml:space="preserve">4                              </w:t>
            </w:r>
            <w:r w:rsidRPr="00560995">
              <w:rPr>
                <w:lang w:val="ru-RU"/>
              </w:rPr>
              <w:t xml:space="preserve">3) </w:t>
            </w:r>
            <w:r>
              <w:t>Na</w:t>
            </w:r>
            <w:r w:rsidRPr="00560995">
              <w:rPr>
                <w:szCs w:val="14"/>
                <w:vertAlign w:val="subscript"/>
                <w:lang w:val="ru-RU"/>
              </w:rPr>
              <w:t>2</w:t>
            </w:r>
            <w:r>
              <w:t>SO</w:t>
            </w:r>
            <w:r w:rsidRPr="00560995">
              <w:rPr>
                <w:szCs w:val="14"/>
                <w:vertAlign w:val="subscript"/>
                <w:lang w:val="ru-RU"/>
              </w:rPr>
              <w:t>3</w:t>
            </w:r>
          </w:p>
          <w:p w:rsidR="00FD4A85" w:rsidRPr="00560995" w:rsidRDefault="00FD4A85" w:rsidP="002264E8">
            <w:pPr>
              <w:rPr>
                <w:szCs w:val="14"/>
                <w:lang w:val="ru-RU"/>
              </w:rPr>
            </w:pPr>
            <w:r w:rsidRPr="00560995">
              <w:rPr>
                <w:szCs w:val="14"/>
                <w:lang w:val="ru-RU"/>
              </w:rPr>
              <w:t>Ответ подтвердите, составив уравнение реакции:</w:t>
            </w:r>
          </w:p>
          <w:p w:rsidR="00FD4A85" w:rsidRPr="00560995" w:rsidRDefault="00FD4A85" w:rsidP="002264E8">
            <w:pPr>
              <w:rPr>
                <w:lang w:val="ru-RU"/>
              </w:rPr>
            </w:pPr>
          </w:p>
        </w:tc>
      </w:tr>
      <w:tr w:rsidR="00FD4A85" w:rsidRPr="00771808" w:rsidTr="00702148">
        <w:tc>
          <w:tcPr>
            <w:tcW w:w="10490" w:type="dxa"/>
            <w:gridSpan w:val="3"/>
          </w:tcPr>
          <w:p w:rsidR="00FD4A85" w:rsidRPr="00560995" w:rsidRDefault="00FD4A85" w:rsidP="002264E8">
            <w:pPr>
              <w:rPr>
                <w:szCs w:val="28"/>
                <w:lang w:val="ru-RU"/>
              </w:rPr>
            </w:pPr>
            <w:r w:rsidRPr="00560995">
              <w:rPr>
                <w:bCs/>
                <w:iCs/>
                <w:lang w:val="ru-RU"/>
              </w:rPr>
              <w:t>17</w:t>
            </w:r>
            <w:r w:rsidRPr="00560995">
              <w:rPr>
                <w:b/>
                <w:bCs/>
                <w:i/>
                <w:iCs/>
                <w:lang w:val="ru-RU"/>
              </w:rPr>
              <w:t xml:space="preserve">. </w:t>
            </w:r>
            <w:r w:rsidRPr="00560995">
              <w:rPr>
                <w:szCs w:val="28"/>
                <w:lang w:val="ru-RU"/>
              </w:rPr>
              <w:t xml:space="preserve">Масса раствора (с массовой долей 25%), содержащего </w:t>
            </w:r>
            <w:smartTag w:uri="urn:schemas-microsoft-com:office:smarttags" w:element="metricconverter">
              <w:smartTagPr>
                <w:attr w:name="ProductID" w:val="87,5 г"/>
              </w:smartTagPr>
              <w:r w:rsidRPr="00560995">
                <w:rPr>
                  <w:szCs w:val="28"/>
                  <w:lang w:val="ru-RU"/>
                </w:rPr>
                <w:t xml:space="preserve">87,5 </w:t>
              </w:r>
              <w:proofErr w:type="gramStart"/>
              <w:r w:rsidRPr="00560995">
                <w:rPr>
                  <w:szCs w:val="28"/>
                  <w:lang w:val="ru-RU"/>
                </w:rPr>
                <w:t>г</w:t>
              </w:r>
            </w:smartTag>
            <w:r w:rsidRPr="00560995">
              <w:rPr>
                <w:szCs w:val="28"/>
                <w:lang w:val="ru-RU"/>
              </w:rPr>
              <w:t xml:space="preserve">  соли</w:t>
            </w:r>
            <w:proofErr w:type="gramEnd"/>
            <w:r w:rsidRPr="00560995">
              <w:rPr>
                <w:szCs w:val="28"/>
                <w:lang w:val="ru-RU"/>
              </w:rPr>
              <w:t xml:space="preserve"> равна _________. </w:t>
            </w:r>
          </w:p>
          <w:p w:rsidR="00FD4A85" w:rsidRPr="00560995" w:rsidRDefault="00FD4A85" w:rsidP="002264E8">
            <w:pPr>
              <w:rPr>
                <w:lang w:val="ru-RU"/>
              </w:rPr>
            </w:pPr>
          </w:p>
        </w:tc>
      </w:tr>
      <w:tr w:rsidR="00FD4A85" w:rsidTr="00702148">
        <w:tc>
          <w:tcPr>
            <w:tcW w:w="10490" w:type="dxa"/>
            <w:gridSpan w:val="3"/>
          </w:tcPr>
          <w:p w:rsidR="00FD4A85" w:rsidRDefault="00FD4A85" w:rsidP="002264E8">
            <w:pPr>
              <w:rPr>
                <w:szCs w:val="28"/>
              </w:rPr>
            </w:pPr>
            <w:r w:rsidRPr="00560995">
              <w:rPr>
                <w:bCs/>
                <w:iCs/>
                <w:lang w:val="ru-RU"/>
              </w:rPr>
              <w:t>18.</w:t>
            </w:r>
            <w:r w:rsidRPr="0056099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560995">
              <w:rPr>
                <w:szCs w:val="28"/>
                <w:lang w:val="ru-RU"/>
              </w:rPr>
              <w:t xml:space="preserve">На нейтрализацию 30 мл р-ра </w:t>
            </w:r>
            <w:proofErr w:type="gramStart"/>
            <w:r w:rsidRPr="00560995">
              <w:rPr>
                <w:szCs w:val="28"/>
                <w:lang w:val="ru-RU"/>
              </w:rPr>
              <w:t>щелочи  с</w:t>
            </w:r>
            <w:proofErr w:type="gramEnd"/>
            <w:r w:rsidRPr="00560995">
              <w:rPr>
                <w:szCs w:val="28"/>
                <w:lang w:val="ru-RU"/>
              </w:rPr>
              <w:t xml:space="preserve"> концентрацией 0,1н требуется 12 мл кислоты. </w:t>
            </w:r>
            <w:r>
              <w:rPr>
                <w:szCs w:val="28"/>
              </w:rPr>
              <w:t>Нормальность раствора кислоты равна ______, н</w:t>
            </w:r>
          </w:p>
          <w:p w:rsidR="00FD4A85" w:rsidRDefault="00FD4A85" w:rsidP="002264E8"/>
        </w:tc>
      </w:tr>
      <w:tr w:rsidR="00FD4A85" w:rsidRPr="00771808" w:rsidTr="00702148">
        <w:tc>
          <w:tcPr>
            <w:tcW w:w="10490" w:type="dxa"/>
            <w:gridSpan w:val="3"/>
          </w:tcPr>
          <w:p w:rsidR="00FD4A85" w:rsidRPr="00560995" w:rsidRDefault="00FD4A85" w:rsidP="002264E8">
            <w:pPr>
              <w:rPr>
                <w:lang w:val="ru-RU"/>
              </w:rPr>
            </w:pPr>
            <w:r w:rsidRPr="00560995">
              <w:rPr>
                <w:bCs/>
                <w:iCs/>
                <w:lang w:val="ru-RU"/>
              </w:rPr>
              <w:t>19</w:t>
            </w:r>
            <w:r w:rsidRPr="00560995">
              <w:rPr>
                <w:b/>
                <w:bCs/>
                <w:i/>
                <w:iCs/>
                <w:lang w:val="ru-RU"/>
              </w:rPr>
              <w:t xml:space="preserve">. </w:t>
            </w:r>
            <w:r w:rsidRPr="00560995">
              <w:rPr>
                <w:lang w:val="ru-RU"/>
              </w:rPr>
              <w:t>Чтобы вызвать коагуляцию необходимо…</w:t>
            </w:r>
          </w:p>
          <w:p w:rsidR="00FD4A85" w:rsidRPr="00560995" w:rsidRDefault="00FD4A85" w:rsidP="002264E8">
            <w:pPr>
              <w:rPr>
                <w:lang w:val="ru-RU"/>
              </w:rPr>
            </w:pPr>
            <w:r w:rsidRPr="00560995">
              <w:rPr>
                <w:lang w:val="ru-RU"/>
              </w:rPr>
              <w:t>1) увеличить заряд гранул</w:t>
            </w:r>
            <w:r w:rsidRPr="00560995">
              <w:rPr>
                <w:lang w:val="ru-RU"/>
              </w:rPr>
              <w:tab/>
              <w:t xml:space="preserve">  </w:t>
            </w:r>
          </w:p>
          <w:p w:rsidR="00FD4A85" w:rsidRPr="00560995" w:rsidRDefault="00FD4A85" w:rsidP="002264E8">
            <w:pPr>
              <w:rPr>
                <w:lang w:val="ru-RU"/>
              </w:rPr>
            </w:pPr>
            <w:r w:rsidRPr="00560995">
              <w:rPr>
                <w:lang w:val="ru-RU"/>
              </w:rPr>
              <w:t>2) добавить электролит</w:t>
            </w:r>
            <w:r w:rsidRPr="00560995">
              <w:rPr>
                <w:lang w:val="ru-RU"/>
              </w:rPr>
              <w:tab/>
            </w:r>
          </w:p>
          <w:p w:rsidR="00FD4A85" w:rsidRPr="00560995" w:rsidRDefault="00FD4A85" w:rsidP="002264E8">
            <w:pPr>
              <w:rPr>
                <w:lang w:val="ru-RU"/>
              </w:rPr>
            </w:pPr>
            <w:r w:rsidRPr="00560995">
              <w:rPr>
                <w:lang w:val="ru-RU"/>
              </w:rPr>
              <w:lastRenderedPageBreak/>
              <w:t>3) уменьшить степень дисперсности частиц</w:t>
            </w:r>
          </w:p>
          <w:p w:rsidR="00FD4A85" w:rsidRPr="00560995" w:rsidRDefault="00FD4A85" w:rsidP="002264E8">
            <w:pPr>
              <w:rPr>
                <w:lang w:val="ru-RU"/>
              </w:rPr>
            </w:pPr>
          </w:p>
        </w:tc>
      </w:tr>
      <w:tr w:rsidR="00FD4A85" w:rsidTr="00702148">
        <w:tc>
          <w:tcPr>
            <w:tcW w:w="10490" w:type="dxa"/>
            <w:gridSpan w:val="3"/>
          </w:tcPr>
          <w:p w:rsidR="00FD4A85" w:rsidRPr="00560995" w:rsidRDefault="00FD4A85" w:rsidP="002264E8">
            <w:pPr>
              <w:rPr>
                <w:lang w:val="ru-RU"/>
              </w:rPr>
            </w:pPr>
            <w:r w:rsidRPr="00560995">
              <w:rPr>
                <w:bCs/>
                <w:iCs/>
                <w:lang w:val="ru-RU"/>
              </w:rPr>
              <w:lastRenderedPageBreak/>
              <w:t>20.</w:t>
            </w:r>
            <w:r w:rsidRPr="0056099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560995">
              <w:rPr>
                <w:lang w:val="ru-RU"/>
              </w:rPr>
              <w:t>Среди приведенных веществ дисперсной системой называется…</w:t>
            </w:r>
          </w:p>
          <w:p w:rsidR="00FD4A85" w:rsidRDefault="00FD4A85" w:rsidP="002264E8">
            <w:r>
              <w:t>1) соленый раствор</w:t>
            </w:r>
            <w:r>
              <w:tab/>
            </w:r>
            <w:r>
              <w:tab/>
            </w:r>
          </w:p>
          <w:p w:rsidR="00FD4A85" w:rsidRDefault="00FD4A85" w:rsidP="002264E8">
            <w:r>
              <w:t xml:space="preserve">2) минеральная вода </w:t>
            </w:r>
            <w:r>
              <w:tab/>
            </w:r>
          </w:p>
          <w:p w:rsidR="00FD4A85" w:rsidRDefault="00FD4A85" w:rsidP="002264E8">
            <w:r>
              <w:t>3) молоко</w:t>
            </w:r>
          </w:p>
          <w:p w:rsidR="00FD4A85" w:rsidRDefault="00FD4A85" w:rsidP="002264E8"/>
        </w:tc>
      </w:tr>
      <w:tr w:rsidR="00FD4A85" w:rsidRPr="0030017F" w:rsidTr="00702148">
        <w:tc>
          <w:tcPr>
            <w:tcW w:w="10490" w:type="dxa"/>
            <w:gridSpan w:val="3"/>
          </w:tcPr>
          <w:p w:rsidR="00FD4A85" w:rsidRPr="0030017F" w:rsidRDefault="00FD4A85" w:rsidP="002264E8">
            <w:r>
              <w:t xml:space="preserve"> </w:t>
            </w:r>
          </w:p>
        </w:tc>
      </w:tr>
      <w:tr w:rsidR="00FD4A85" w:rsidTr="00702148">
        <w:tc>
          <w:tcPr>
            <w:tcW w:w="10490" w:type="dxa"/>
            <w:gridSpan w:val="3"/>
          </w:tcPr>
          <w:p w:rsidR="00FD4A85" w:rsidRPr="00560995" w:rsidRDefault="00FD4A85" w:rsidP="002264E8">
            <w:pPr>
              <w:rPr>
                <w:lang w:val="ru-RU"/>
              </w:rPr>
            </w:pPr>
            <w:r w:rsidRPr="00560995">
              <w:rPr>
                <w:bCs/>
                <w:iCs/>
                <w:lang w:val="ru-RU"/>
              </w:rPr>
              <w:t>21.</w:t>
            </w:r>
            <w:r w:rsidRPr="0056099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560995">
              <w:rPr>
                <w:lang w:val="ru-RU"/>
              </w:rPr>
              <w:t>Какая из приведенных реакций окислительно-восстановительная?</w:t>
            </w:r>
          </w:p>
          <w:p w:rsidR="00FD4A85" w:rsidRPr="0030017F" w:rsidRDefault="00FD4A85" w:rsidP="00FD4A85">
            <w:pPr>
              <w:numPr>
                <w:ilvl w:val="0"/>
                <w:numId w:val="29"/>
              </w:numPr>
              <w:spacing w:line="240" w:lineRule="auto"/>
              <w:rPr>
                <w:szCs w:val="24"/>
              </w:rPr>
            </w:pPr>
            <w:r w:rsidRPr="00560995">
              <w:rPr>
                <w:szCs w:val="24"/>
                <w:lang w:val="ru-RU"/>
              </w:rPr>
              <w:t xml:space="preserve"> </w:t>
            </w:r>
            <w:r w:rsidRPr="0030017F">
              <w:rPr>
                <w:szCs w:val="24"/>
              </w:rPr>
              <w:t>Mg(OH)Cl+HCl=MgCl</w:t>
            </w:r>
            <w:r w:rsidRPr="0030017F">
              <w:rPr>
                <w:szCs w:val="24"/>
                <w:vertAlign w:val="subscript"/>
              </w:rPr>
              <w:t>2</w:t>
            </w:r>
            <w:r w:rsidRPr="0030017F">
              <w:rPr>
                <w:szCs w:val="24"/>
              </w:rPr>
              <w:t>+H</w:t>
            </w:r>
            <w:r w:rsidRPr="0030017F">
              <w:rPr>
                <w:szCs w:val="24"/>
                <w:vertAlign w:val="subscript"/>
              </w:rPr>
              <w:t>2</w:t>
            </w:r>
            <w:r w:rsidRPr="0030017F">
              <w:rPr>
                <w:szCs w:val="24"/>
              </w:rPr>
              <w:t>O</w:t>
            </w:r>
          </w:p>
          <w:p w:rsidR="00FD4A85" w:rsidRPr="0030017F" w:rsidRDefault="00FD4A85" w:rsidP="00FD4A85">
            <w:pPr>
              <w:numPr>
                <w:ilvl w:val="0"/>
                <w:numId w:val="29"/>
              </w:numPr>
              <w:spacing w:line="240" w:lineRule="auto"/>
              <w:rPr>
                <w:szCs w:val="24"/>
              </w:rPr>
            </w:pPr>
            <w:r w:rsidRPr="0030017F">
              <w:rPr>
                <w:szCs w:val="24"/>
              </w:rPr>
              <w:t xml:space="preserve"> NaOH+HCl=NaCl+H</w:t>
            </w:r>
            <w:r w:rsidRPr="0030017F">
              <w:rPr>
                <w:szCs w:val="24"/>
                <w:vertAlign w:val="subscript"/>
              </w:rPr>
              <w:t>2</w:t>
            </w:r>
            <w:r w:rsidRPr="0030017F">
              <w:rPr>
                <w:szCs w:val="24"/>
              </w:rPr>
              <w:t>O</w:t>
            </w:r>
          </w:p>
          <w:p w:rsidR="00FD4A85" w:rsidRPr="0030017F" w:rsidRDefault="00FD4A85" w:rsidP="00FD4A85">
            <w:pPr>
              <w:numPr>
                <w:ilvl w:val="0"/>
                <w:numId w:val="29"/>
              </w:numPr>
              <w:spacing w:line="240" w:lineRule="auto"/>
              <w:rPr>
                <w:szCs w:val="24"/>
              </w:rPr>
            </w:pPr>
            <w:r w:rsidRPr="0030017F">
              <w:rPr>
                <w:szCs w:val="24"/>
              </w:rPr>
              <w:t xml:space="preserve"> 8HI+H</w:t>
            </w:r>
            <w:r w:rsidRPr="0030017F">
              <w:rPr>
                <w:szCs w:val="24"/>
                <w:vertAlign w:val="subscript"/>
              </w:rPr>
              <w:t>2</w:t>
            </w:r>
            <w:r w:rsidRPr="0030017F">
              <w:rPr>
                <w:szCs w:val="24"/>
              </w:rPr>
              <w:t>SO</w:t>
            </w:r>
            <w:r w:rsidRPr="0030017F">
              <w:rPr>
                <w:szCs w:val="24"/>
                <w:vertAlign w:val="subscript"/>
              </w:rPr>
              <w:t>4</w:t>
            </w:r>
            <w:r w:rsidRPr="0030017F">
              <w:rPr>
                <w:szCs w:val="24"/>
              </w:rPr>
              <w:t>=4I</w:t>
            </w:r>
            <w:r w:rsidRPr="0030017F">
              <w:rPr>
                <w:szCs w:val="24"/>
                <w:vertAlign w:val="subscript"/>
              </w:rPr>
              <w:t>2</w:t>
            </w:r>
            <w:r w:rsidRPr="0030017F">
              <w:rPr>
                <w:szCs w:val="24"/>
              </w:rPr>
              <w:t>+H</w:t>
            </w:r>
            <w:r w:rsidRPr="0030017F">
              <w:rPr>
                <w:szCs w:val="24"/>
                <w:vertAlign w:val="subscript"/>
              </w:rPr>
              <w:t>2</w:t>
            </w:r>
            <w:r w:rsidRPr="0030017F">
              <w:rPr>
                <w:szCs w:val="24"/>
              </w:rPr>
              <w:t>S+4H</w:t>
            </w:r>
            <w:r w:rsidRPr="0030017F">
              <w:rPr>
                <w:szCs w:val="24"/>
                <w:vertAlign w:val="subscript"/>
              </w:rPr>
              <w:t>2</w:t>
            </w:r>
            <w:r w:rsidRPr="0030017F">
              <w:rPr>
                <w:szCs w:val="24"/>
              </w:rPr>
              <w:t>O</w:t>
            </w:r>
          </w:p>
          <w:p w:rsidR="00FD4A85" w:rsidRDefault="00FD4A85" w:rsidP="002264E8">
            <w:pPr>
              <w:ind w:left="360"/>
            </w:pPr>
          </w:p>
        </w:tc>
      </w:tr>
      <w:tr w:rsidR="00FD4A85" w:rsidTr="00702148">
        <w:tc>
          <w:tcPr>
            <w:tcW w:w="10490" w:type="dxa"/>
            <w:gridSpan w:val="3"/>
          </w:tcPr>
          <w:p w:rsidR="00FD4A85" w:rsidRPr="00560995" w:rsidRDefault="00FD4A85" w:rsidP="002264E8">
            <w:pPr>
              <w:rPr>
                <w:lang w:val="ru-RU"/>
              </w:rPr>
            </w:pPr>
            <w:r w:rsidRPr="0056099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560995">
              <w:rPr>
                <w:bCs/>
                <w:iCs/>
                <w:lang w:val="ru-RU"/>
              </w:rPr>
              <w:t>22</w:t>
            </w:r>
            <w:r w:rsidRPr="00560995">
              <w:rPr>
                <w:b/>
                <w:bCs/>
                <w:i/>
                <w:iCs/>
                <w:lang w:val="ru-RU"/>
              </w:rPr>
              <w:t xml:space="preserve">. </w:t>
            </w:r>
            <w:r w:rsidRPr="00560995">
              <w:rPr>
                <w:lang w:val="ru-RU"/>
              </w:rPr>
              <w:t>Какой из перечисленных ионов может быть только восстановителем?</w:t>
            </w:r>
          </w:p>
          <w:p w:rsidR="00FD4A85" w:rsidRPr="00AB3D66" w:rsidRDefault="00FD4A85" w:rsidP="002264E8">
            <w:pPr>
              <w:ind w:left="360"/>
              <w:rPr>
                <w:szCs w:val="24"/>
              </w:rPr>
            </w:pPr>
            <w:r w:rsidRPr="00AB3D66">
              <w:rPr>
                <w:szCs w:val="24"/>
              </w:rPr>
              <w:t>1) SO</w:t>
            </w:r>
            <w:r w:rsidRPr="00AB3D66">
              <w:rPr>
                <w:szCs w:val="24"/>
                <w:vertAlign w:val="subscript"/>
              </w:rPr>
              <w:t>4</w:t>
            </w:r>
            <w:r w:rsidRPr="00AB3D66">
              <w:rPr>
                <w:szCs w:val="24"/>
                <w:vertAlign w:val="superscript"/>
              </w:rPr>
              <w:t>2-</w:t>
            </w:r>
            <w:r>
              <w:rPr>
                <w:szCs w:val="24"/>
              </w:rPr>
              <w:t xml:space="preserve"> </w:t>
            </w:r>
            <w:r w:rsidRPr="00AB3D66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;   </w:t>
            </w:r>
            <w:r w:rsidRPr="00AB3D66">
              <w:rPr>
                <w:szCs w:val="24"/>
              </w:rPr>
              <w:t>2) S</w:t>
            </w:r>
            <w:r w:rsidRPr="00AB3D66">
              <w:rPr>
                <w:szCs w:val="24"/>
                <w:vertAlign w:val="superscript"/>
              </w:rPr>
              <w:t>2-</w:t>
            </w:r>
            <w:r>
              <w:rPr>
                <w:szCs w:val="24"/>
              </w:rPr>
              <w:t xml:space="preserve"> ;  </w:t>
            </w:r>
            <w:r w:rsidRPr="00AB3D66">
              <w:rPr>
                <w:szCs w:val="24"/>
              </w:rPr>
              <w:t>3) Fe</w:t>
            </w:r>
            <w:r w:rsidRPr="00AB3D66">
              <w:rPr>
                <w:szCs w:val="24"/>
                <w:vertAlign w:val="superscript"/>
              </w:rPr>
              <w:t xml:space="preserve">3+ </w:t>
            </w:r>
            <w:r w:rsidRPr="00AB3D66">
              <w:rPr>
                <w:szCs w:val="24"/>
              </w:rPr>
              <w:t xml:space="preserve">    </w:t>
            </w:r>
          </w:p>
          <w:p w:rsidR="00FD4A85" w:rsidRDefault="00FD4A85" w:rsidP="002264E8"/>
        </w:tc>
      </w:tr>
      <w:tr w:rsidR="00FD4A85" w:rsidRPr="00771808" w:rsidTr="00702148">
        <w:tc>
          <w:tcPr>
            <w:tcW w:w="10490" w:type="dxa"/>
            <w:gridSpan w:val="3"/>
          </w:tcPr>
          <w:p w:rsidR="00FD4A85" w:rsidRPr="00181731" w:rsidRDefault="00FD4A85" w:rsidP="002264E8">
            <w:pPr>
              <w:rPr>
                <w:b/>
                <w:sz w:val="28"/>
                <w:szCs w:val="28"/>
                <w:lang w:val="ru-RU"/>
              </w:rPr>
            </w:pPr>
            <w:r w:rsidRPr="00181731">
              <w:rPr>
                <w:bCs/>
                <w:iCs/>
                <w:lang w:val="ru-RU"/>
              </w:rPr>
              <w:t>23</w:t>
            </w:r>
            <w:r w:rsidRPr="00181731">
              <w:rPr>
                <w:b/>
                <w:bCs/>
                <w:i/>
                <w:iCs/>
                <w:lang w:val="ru-RU"/>
              </w:rPr>
              <w:t xml:space="preserve">. </w:t>
            </w:r>
            <w:r w:rsidRPr="00181731">
              <w:rPr>
                <w:lang w:val="ru-RU"/>
              </w:rPr>
              <w:t xml:space="preserve">Из предложенных соединений </w:t>
            </w:r>
            <w:r w:rsidRPr="00F56263">
              <w:t>KClO</w:t>
            </w:r>
            <w:r w:rsidRPr="00181731">
              <w:rPr>
                <w:vertAlign w:val="subscript"/>
                <w:lang w:val="ru-RU"/>
              </w:rPr>
              <w:t>3</w:t>
            </w:r>
            <w:r w:rsidRPr="00181731">
              <w:rPr>
                <w:lang w:val="ru-RU"/>
              </w:rPr>
              <w:t xml:space="preserve">, </w:t>
            </w:r>
            <w:r w:rsidRPr="00F56263">
              <w:t>SO</w:t>
            </w:r>
            <w:r w:rsidRPr="00181731">
              <w:rPr>
                <w:vertAlign w:val="subscript"/>
                <w:lang w:val="ru-RU"/>
              </w:rPr>
              <w:t>2</w:t>
            </w:r>
            <w:r w:rsidRPr="00181731">
              <w:rPr>
                <w:lang w:val="ru-RU"/>
              </w:rPr>
              <w:t xml:space="preserve">, </w:t>
            </w:r>
            <w:r w:rsidRPr="00F56263">
              <w:t>CuCl</w:t>
            </w:r>
            <w:r w:rsidRPr="00181731">
              <w:rPr>
                <w:vertAlign w:val="subscript"/>
                <w:lang w:val="ru-RU"/>
              </w:rPr>
              <w:t>2</w:t>
            </w:r>
            <w:r w:rsidRPr="00181731">
              <w:rPr>
                <w:lang w:val="ru-RU"/>
              </w:rPr>
              <w:t xml:space="preserve">, </w:t>
            </w:r>
            <w:r w:rsidRPr="00F56263">
              <w:t>SnCl</w:t>
            </w:r>
            <w:r w:rsidRPr="00181731">
              <w:rPr>
                <w:vertAlign w:val="subscript"/>
                <w:lang w:val="ru-RU"/>
              </w:rPr>
              <w:t xml:space="preserve">4 </w:t>
            </w:r>
            <w:r w:rsidRPr="00181731">
              <w:rPr>
                <w:lang w:val="ru-RU"/>
              </w:rPr>
              <w:t xml:space="preserve"> выберите окислитель для окисления </w:t>
            </w:r>
            <w:r w:rsidRPr="00F56263">
              <w:t>Te</w:t>
            </w:r>
            <w:r w:rsidRPr="00181731">
              <w:rPr>
                <w:lang w:val="ru-RU"/>
              </w:rPr>
              <w:t xml:space="preserve"> до </w:t>
            </w:r>
            <w:r w:rsidRPr="00F56263">
              <w:t>TeO</w:t>
            </w:r>
            <w:r w:rsidRPr="00181731">
              <w:rPr>
                <w:vertAlign w:val="subscript"/>
                <w:lang w:val="ru-RU"/>
              </w:rPr>
              <w:t>2</w:t>
            </w:r>
            <w:r w:rsidRPr="00181731">
              <w:rPr>
                <w:lang w:val="ru-RU"/>
              </w:rPr>
              <w:t xml:space="preserve">.  </w:t>
            </w:r>
            <w:r w:rsidRPr="00AB3D66">
              <w:rPr>
                <w:b/>
                <w:position w:val="-10"/>
                <w:sz w:val="28"/>
                <w:szCs w:val="28"/>
              </w:rPr>
              <w:object w:dxaOrig="2040" w:dyaOrig="360">
                <v:shape id="_x0000_i1273" type="#_x0000_t75" style="width:102pt;height:18pt" o:ole="" fillcolor="window">
                  <v:imagedata r:id="rId113" o:title=""/>
                </v:shape>
                <o:OLEObject Type="Embed" ProgID="Equation.3" ShapeID="_x0000_i1273" DrawAspect="Content" ObjectID="_1842695968" r:id="rId400"/>
              </w:object>
            </w:r>
            <w:r w:rsidRPr="00181731">
              <w:rPr>
                <w:b/>
                <w:sz w:val="28"/>
                <w:szCs w:val="28"/>
                <w:lang w:val="ru-RU"/>
              </w:rPr>
              <w:t xml:space="preserve">   </w:t>
            </w:r>
            <w:r w:rsidRPr="00AB3D66">
              <w:rPr>
                <w:b/>
                <w:position w:val="-12"/>
                <w:sz w:val="28"/>
                <w:szCs w:val="28"/>
              </w:rPr>
              <w:object w:dxaOrig="2160" w:dyaOrig="380">
                <v:shape id="_x0000_i1274" type="#_x0000_t75" style="width:108pt;height:18.75pt" o:ole="" fillcolor="window">
                  <v:imagedata r:id="rId115" o:title=""/>
                </v:shape>
                <o:OLEObject Type="Embed" ProgID="Equation.3" ShapeID="_x0000_i1274" DrawAspect="Content" ObjectID="_1842695969" r:id="rId401"/>
              </w:object>
            </w:r>
            <w:r w:rsidRPr="00181731">
              <w:rPr>
                <w:b/>
                <w:sz w:val="28"/>
                <w:szCs w:val="28"/>
                <w:lang w:val="ru-RU"/>
              </w:rPr>
              <w:t xml:space="preserve">  </w:t>
            </w:r>
            <w:r w:rsidRPr="00AB3D66">
              <w:rPr>
                <w:b/>
                <w:position w:val="-10"/>
                <w:sz w:val="28"/>
                <w:szCs w:val="28"/>
              </w:rPr>
              <w:object w:dxaOrig="1880" w:dyaOrig="360">
                <v:shape id="_x0000_i1275" type="#_x0000_t75" style="width:93.75pt;height:18pt" o:ole="" fillcolor="window">
                  <v:imagedata r:id="rId117" o:title=""/>
                </v:shape>
                <o:OLEObject Type="Embed" ProgID="Equation.3" ShapeID="_x0000_i1275" DrawAspect="Content" ObjectID="_1842695970" r:id="rId402"/>
              </w:object>
            </w:r>
            <w:r w:rsidRPr="00181731">
              <w:rPr>
                <w:b/>
                <w:sz w:val="28"/>
                <w:szCs w:val="28"/>
                <w:lang w:val="ru-RU"/>
              </w:rPr>
              <w:t xml:space="preserve">  </w:t>
            </w:r>
            <w:r w:rsidRPr="00AB3D66">
              <w:rPr>
                <w:b/>
                <w:position w:val="-10"/>
                <w:sz w:val="28"/>
                <w:szCs w:val="28"/>
              </w:rPr>
              <w:object w:dxaOrig="2100" w:dyaOrig="360">
                <v:shape id="_x0000_i1276" type="#_x0000_t75" style="width:105pt;height:18pt" o:ole="" fillcolor="window">
                  <v:imagedata r:id="rId119" o:title=""/>
                </v:shape>
                <o:OLEObject Type="Embed" ProgID="Equation.3" ShapeID="_x0000_i1276" DrawAspect="Content" ObjectID="_1842695971" r:id="rId403"/>
              </w:object>
            </w:r>
            <w:r w:rsidRPr="00181731">
              <w:rPr>
                <w:b/>
                <w:sz w:val="28"/>
                <w:szCs w:val="28"/>
                <w:lang w:val="ru-RU"/>
              </w:rPr>
              <w:t xml:space="preserve">  </w:t>
            </w:r>
            <w:r w:rsidRPr="00AB3D66">
              <w:rPr>
                <w:b/>
                <w:position w:val="-10"/>
                <w:sz w:val="28"/>
                <w:szCs w:val="28"/>
              </w:rPr>
              <w:object w:dxaOrig="2180" w:dyaOrig="360">
                <v:shape id="_x0000_i1277" type="#_x0000_t75" style="width:108.75pt;height:18pt" o:ole="" fillcolor="window">
                  <v:imagedata r:id="rId404" o:title=""/>
                </v:shape>
                <o:OLEObject Type="Embed" ProgID="Equation.3" ShapeID="_x0000_i1277" DrawAspect="Content" ObjectID="_1842695972" r:id="rId405"/>
              </w:object>
            </w:r>
          </w:p>
          <w:p w:rsidR="00FD4A85" w:rsidRPr="00181731" w:rsidRDefault="00FD4A85" w:rsidP="002264E8">
            <w:pPr>
              <w:rPr>
                <w:lang w:val="ru-RU"/>
              </w:rPr>
            </w:pPr>
          </w:p>
        </w:tc>
      </w:tr>
      <w:tr w:rsidR="00FD4A85" w:rsidTr="00702148">
        <w:tc>
          <w:tcPr>
            <w:tcW w:w="10490" w:type="dxa"/>
            <w:gridSpan w:val="3"/>
          </w:tcPr>
          <w:p w:rsidR="00FD4A85" w:rsidRPr="00560995" w:rsidRDefault="00FD4A85" w:rsidP="002264E8">
            <w:pPr>
              <w:rPr>
                <w:lang w:val="ru-RU"/>
              </w:rPr>
            </w:pPr>
            <w:r w:rsidRPr="00560995">
              <w:rPr>
                <w:bCs/>
                <w:iCs/>
                <w:lang w:val="ru-RU"/>
              </w:rPr>
              <w:t>24</w:t>
            </w:r>
            <w:r w:rsidRPr="00560995">
              <w:rPr>
                <w:b/>
                <w:bCs/>
                <w:i/>
                <w:iCs/>
                <w:lang w:val="ru-RU"/>
              </w:rPr>
              <w:t xml:space="preserve">. </w:t>
            </w:r>
            <w:r w:rsidRPr="00560995">
              <w:rPr>
                <w:lang w:val="ru-RU"/>
              </w:rPr>
              <w:t>На катоде обычно протекают процессы:</w:t>
            </w:r>
          </w:p>
          <w:p w:rsidR="00FD4A85" w:rsidRDefault="00FD4A85" w:rsidP="00FD4A85">
            <w:pPr>
              <w:numPr>
                <w:ilvl w:val="0"/>
                <w:numId w:val="88"/>
              </w:numPr>
              <w:spacing w:line="240" w:lineRule="auto"/>
            </w:pPr>
            <w:r>
              <w:t>Окисления;</w:t>
            </w:r>
          </w:p>
          <w:p w:rsidR="00FD4A85" w:rsidRDefault="00FD4A85" w:rsidP="00FD4A85">
            <w:pPr>
              <w:numPr>
                <w:ilvl w:val="0"/>
                <w:numId w:val="88"/>
              </w:numPr>
              <w:spacing w:line="240" w:lineRule="auto"/>
            </w:pPr>
            <w:r>
              <w:t>Восстановления;</w:t>
            </w:r>
          </w:p>
          <w:p w:rsidR="00FD4A85" w:rsidRDefault="00FD4A85" w:rsidP="00FD4A85">
            <w:pPr>
              <w:numPr>
                <w:ilvl w:val="0"/>
                <w:numId w:val="88"/>
              </w:numPr>
              <w:spacing w:line="240" w:lineRule="auto"/>
            </w:pPr>
            <w:r>
              <w:t>Диссоциации электролитов на ионы.</w:t>
            </w:r>
          </w:p>
          <w:p w:rsidR="00FD4A85" w:rsidRDefault="00FD4A85" w:rsidP="002264E8">
            <w:pPr>
              <w:ind w:left="720"/>
            </w:pPr>
          </w:p>
        </w:tc>
      </w:tr>
      <w:tr w:rsidR="00FD4A85" w:rsidTr="00702148">
        <w:tc>
          <w:tcPr>
            <w:tcW w:w="10490" w:type="dxa"/>
            <w:gridSpan w:val="3"/>
          </w:tcPr>
          <w:p w:rsidR="00FD4A85" w:rsidRDefault="00FD4A85" w:rsidP="002264E8">
            <w:r w:rsidRPr="00560995">
              <w:rPr>
                <w:bCs/>
                <w:iCs/>
                <w:lang w:val="ru-RU"/>
              </w:rPr>
              <w:t xml:space="preserve">5 </w:t>
            </w:r>
            <w:r w:rsidRPr="00560995">
              <w:rPr>
                <w:lang w:val="ru-RU"/>
              </w:rPr>
              <w:t>Ток одинаковой силы пропущен через растворы сульфата ртути (</w:t>
            </w:r>
            <w:r>
              <w:t>II</w:t>
            </w:r>
            <w:r w:rsidRPr="00560995">
              <w:rPr>
                <w:lang w:val="ru-RU"/>
              </w:rPr>
              <w:t xml:space="preserve">) нитрата серебра. </w:t>
            </w:r>
            <w:r>
              <w:t xml:space="preserve">При электролизе выделилось </w:t>
            </w:r>
            <w:smartTag w:uri="urn:schemas-microsoft-com:office:smarttags" w:element="metricconverter">
              <w:smartTagPr>
                <w:attr w:name="ProductID" w:val="0,2 г"/>
              </w:smartTagPr>
              <w:r>
                <w:t>0,2 г</w:t>
              </w:r>
            </w:smartTag>
            <w:r>
              <w:t>. ртути. Сколько выделилось серебра?</w:t>
            </w:r>
          </w:p>
          <w:p w:rsidR="00FD4A85" w:rsidRDefault="00FD4A85" w:rsidP="002264E8"/>
        </w:tc>
      </w:tr>
      <w:tr w:rsidR="00FD4A85" w:rsidTr="00702148">
        <w:tc>
          <w:tcPr>
            <w:tcW w:w="10490" w:type="dxa"/>
            <w:gridSpan w:val="3"/>
          </w:tcPr>
          <w:p w:rsidR="00FD4A85" w:rsidRPr="00560995" w:rsidRDefault="00FD4A85" w:rsidP="002264E8">
            <w:pPr>
              <w:rPr>
                <w:lang w:val="ru-RU"/>
              </w:rPr>
            </w:pPr>
            <w:r w:rsidRPr="00560995">
              <w:rPr>
                <w:b/>
                <w:bCs/>
                <w:iCs/>
                <w:lang w:val="ru-RU"/>
              </w:rPr>
              <w:t xml:space="preserve">26. </w:t>
            </w:r>
            <w:r w:rsidRPr="00560995">
              <w:rPr>
                <w:lang w:val="ru-RU"/>
              </w:rPr>
              <w:t>Какие процессы будут протекать на платиновом аноде при электролизе водного раствора нитрита меди?</w:t>
            </w:r>
          </w:p>
          <w:p w:rsidR="00FD4A85" w:rsidRDefault="00FD4A85" w:rsidP="00FD4A85">
            <w:pPr>
              <w:numPr>
                <w:ilvl w:val="0"/>
                <w:numId w:val="30"/>
              </w:numPr>
              <w:spacing w:line="240" w:lineRule="auto"/>
            </w:pPr>
            <w:r>
              <w:rPr>
                <w:position w:val="-12"/>
              </w:rPr>
              <w:object w:dxaOrig="3200" w:dyaOrig="380">
                <v:shape id="_x0000_i1278" type="#_x0000_t75" style="width:159pt;height:18.75pt" o:ole="">
                  <v:imagedata r:id="rId165" o:title=""/>
                </v:shape>
                <o:OLEObject Type="Embed" ProgID="Equation.3" ShapeID="_x0000_i1278" DrawAspect="Content" ObjectID="_1842695973" r:id="rId406"/>
              </w:object>
            </w:r>
          </w:p>
          <w:p w:rsidR="00FD4A85" w:rsidRDefault="00FD4A85" w:rsidP="00FD4A85">
            <w:pPr>
              <w:numPr>
                <w:ilvl w:val="0"/>
                <w:numId w:val="30"/>
              </w:numPr>
              <w:spacing w:line="240" w:lineRule="auto"/>
            </w:pPr>
            <w:r>
              <w:rPr>
                <w:position w:val="-10"/>
              </w:rPr>
              <w:object w:dxaOrig="2420" w:dyaOrig="360">
                <v:shape id="_x0000_i1279" type="#_x0000_t75" style="width:120.75pt;height:18pt" o:ole="">
                  <v:imagedata r:id="rId149" o:title=""/>
                </v:shape>
                <o:OLEObject Type="Embed" ProgID="Equation.3" ShapeID="_x0000_i1279" DrawAspect="Content" ObjectID="_1842695974" r:id="rId407"/>
              </w:object>
            </w:r>
            <w:r>
              <w:t xml:space="preserve"> </w:t>
            </w:r>
          </w:p>
          <w:p w:rsidR="00FD4A85" w:rsidRDefault="00FD4A85" w:rsidP="00FD4A85">
            <w:pPr>
              <w:numPr>
                <w:ilvl w:val="0"/>
                <w:numId w:val="30"/>
              </w:numPr>
              <w:spacing w:line="240" w:lineRule="auto"/>
            </w:pPr>
            <w:r>
              <w:rPr>
                <w:position w:val="-6"/>
              </w:rPr>
              <w:object w:dxaOrig="1660" w:dyaOrig="320">
                <v:shape id="_x0000_i1280" type="#_x0000_t75" style="width:82.5pt;height:15.75pt" o:ole="">
                  <v:imagedata r:id="rId168" o:title=""/>
                </v:shape>
                <o:OLEObject Type="Embed" ProgID="Equation.3" ShapeID="_x0000_i1280" DrawAspect="Content" ObjectID="_1842695975" r:id="rId408"/>
              </w:object>
            </w:r>
          </w:p>
          <w:p w:rsidR="00FD4A85" w:rsidRDefault="00FD4A85" w:rsidP="002264E8"/>
        </w:tc>
      </w:tr>
      <w:tr w:rsidR="00FD4A85" w:rsidRPr="00771808" w:rsidTr="00702148">
        <w:tc>
          <w:tcPr>
            <w:tcW w:w="10490" w:type="dxa"/>
            <w:gridSpan w:val="3"/>
          </w:tcPr>
          <w:p w:rsidR="00FD4A85" w:rsidRPr="00181731" w:rsidRDefault="00FD4A85" w:rsidP="002264E8">
            <w:pPr>
              <w:rPr>
                <w:lang w:val="ru-RU"/>
              </w:rPr>
            </w:pPr>
            <w:r w:rsidRPr="00181731">
              <w:rPr>
                <w:bCs/>
                <w:iCs/>
                <w:lang w:val="ru-RU"/>
              </w:rPr>
              <w:t xml:space="preserve">27. </w:t>
            </w:r>
            <w:r w:rsidRPr="00181731">
              <w:rPr>
                <w:lang w:val="ru-RU"/>
              </w:rPr>
              <w:t xml:space="preserve">Ион какого элемент имеет на предпоследнем энергетическом уровне </w:t>
            </w:r>
            <w:r>
              <w:rPr>
                <w:position w:val="-10"/>
              </w:rPr>
              <w:object w:dxaOrig="1200" w:dyaOrig="360">
                <v:shape id="_x0000_i1281" type="#_x0000_t75" style="width:60.75pt;height:18pt" o:ole="">
                  <v:imagedata r:id="rId176" o:title=""/>
                </v:shape>
                <o:OLEObject Type="Embed" ProgID="Equation.3" ShapeID="_x0000_i1281" DrawAspect="Content" ObjectID="_1842695976" r:id="rId409"/>
              </w:object>
            </w:r>
            <w:r w:rsidRPr="00181731">
              <w:rPr>
                <w:lang w:val="ru-RU"/>
              </w:rPr>
              <w:t>- электроны?</w:t>
            </w:r>
          </w:p>
          <w:p w:rsidR="00FD4A85" w:rsidRPr="00181731" w:rsidRDefault="00FD4A85" w:rsidP="002264E8">
            <w:pPr>
              <w:rPr>
                <w:lang w:val="ru-RU"/>
              </w:rPr>
            </w:pPr>
          </w:p>
        </w:tc>
      </w:tr>
      <w:tr w:rsidR="00FD4A85" w:rsidTr="00702148">
        <w:tc>
          <w:tcPr>
            <w:tcW w:w="10490" w:type="dxa"/>
            <w:gridSpan w:val="3"/>
            <w:tcBorders>
              <w:bottom w:val="nil"/>
            </w:tcBorders>
          </w:tcPr>
          <w:p w:rsidR="00FD4A85" w:rsidRPr="00181731" w:rsidRDefault="00FD4A85" w:rsidP="002264E8">
            <w:pPr>
              <w:pStyle w:val="23"/>
              <w:rPr>
                <w:lang w:val="ru-RU"/>
              </w:rPr>
            </w:pPr>
            <w:r w:rsidRPr="00181731">
              <w:rPr>
                <w:b/>
                <w:bCs/>
                <w:iCs/>
                <w:lang w:val="ru-RU"/>
              </w:rPr>
              <w:lastRenderedPageBreak/>
              <w:t>28. П</w:t>
            </w:r>
            <w:r w:rsidRPr="00181731">
              <w:rPr>
                <w:lang w:val="ru-RU"/>
              </w:rPr>
              <w:t>родукты, образующиеся при растворении никеля в разбавленной азотной кислоте…</w:t>
            </w:r>
          </w:p>
          <w:p w:rsidR="00FD4A85" w:rsidRPr="00D23257" w:rsidRDefault="00FD4A85" w:rsidP="00FD4A85">
            <w:pPr>
              <w:numPr>
                <w:ilvl w:val="0"/>
                <w:numId w:val="31"/>
              </w:numPr>
              <w:spacing w:line="240" w:lineRule="auto"/>
              <w:jc w:val="both"/>
            </w:pPr>
            <w:r w:rsidRPr="00D23257">
              <w:t>Ni(NO</w:t>
            </w:r>
            <w:r w:rsidRPr="00D23257">
              <w:rPr>
                <w:vertAlign w:val="subscript"/>
              </w:rPr>
              <w:t>3</w:t>
            </w:r>
            <w:r w:rsidRPr="00D23257">
              <w:t>)</w:t>
            </w:r>
            <w:r w:rsidRPr="00D23257">
              <w:rPr>
                <w:vertAlign w:val="subscript"/>
              </w:rPr>
              <w:t>2</w:t>
            </w:r>
            <w:r w:rsidRPr="00D23257">
              <w:t>+ NO + H</w:t>
            </w:r>
            <w:r w:rsidRPr="00D23257">
              <w:rPr>
                <w:vertAlign w:val="subscript"/>
              </w:rPr>
              <w:t>2</w:t>
            </w:r>
            <w:r w:rsidRPr="00D23257">
              <w:t>O;</w:t>
            </w:r>
            <w:r w:rsidRPr="00D23257">
              <w:tab/>
            </w:r>
          </w:p>
          <w:p w:rsidR="00FD4A85" w:rsidRPr="00D23257" w:rsidRDefault="00FD4A85" w:rsidP="00FD4A85">
            <w:pPr>
              <w:numPr>
                <w:ilvl w:val="0"/>
                <w:numId w:val="31"/>
              </w:numPr>
              <w:spacing w:line="240" w:lineRule="auto"/>
              <w:jc w:val="both"/>
            </w:pPr>
            <w:r w:rsidRPr="00D23257">
              <w:t>Ni(NO</w:t>
            </w:r>
            <w:r w:rsidRPr="00D23257">
              <w:rPr>
                <w:vertAlign w:val="subscript"/>
              </w:rPr>
              <w:t>3</w:t>
            </w:r>
            <w:r w:rsidRPr="00D23257">
              <w:t>)</w:t>
            </w:r>
            <w:r w:rsidRPr="00D23257">
              <w:rPr>
                <w:vertAlign w:val="subscript"/>
              </w:rPr>
              <w:t>2</w:t>
            </w:r>
            <w:r w:rsidRPr="00D23257">
              <w:t>+ NO</w:t>
            </w:r>
            <w:r w:rsidRPr="00D23257">
              <w:rPr>
                <w:vertAlign w:val="subscript"/>
              </w:rPr>
              <w:t>2</w:t>
            </w:r>
            <w:r w:rsidRPr="00D23257">
              <w:t>+ H</w:t>
            </w:r>
            <w:r w:rsidRPr="00D23257">
              <w:rPr>
                <w:vertAlign w:val="subscript"/>
              </w:rPr>
              <w:t>2</w:t>
            </w:r>
            <w:r w:rsidRPr="00D23257">
              <w:t>O;</w:t>
            </w:r>
            <w:r w:rsidRPr="00D23257">
              <w:tab/>
            </w:r>
            <w:r w:rsidRPr="00D23257">
              <w:tab/>
            </w:r>
            <w:r w:rsidRPr="00D23257">
              <w:tab/>
            </w:r>
          </w:p>
          <w:p w:rsidR="00FD4A85" w:rsidRDefault="00FD4A85" w:rsidP="00FD4A85">
            <w:pPr>
              <w:numPr>
                <w:ilvl w:val="0"/>
                <w:numId w:val="31"/>
              </w:numPr>
              <w:spacing w:line="240" w:lineRule="auto"/>
              <w:jc w:val="both"/>
            </w:pPr>
            <w:r w:rsidRPr="007E64D4">
              <w:t>Ni(NO</w:t>
            </w:r>
            <w:r w:rsidRPr="007E64D4">
              <w:rPr>
                <w:vertAlign w:val="subscript"/>
              </w:rPr>
              <w:t>3</w:t>
            </w:r>
            <w:r w:rsidRPr="007E64D4">
              <w:t>)</w:t>
            </w:r>
            <w:r w:rsidRPr="007E64D4">
              <w:rPr>
                <w:vertAlign w:val="subscript"/>
              </w:rPr>
              <w:t>2</w:t>
            </w:r>
            <w:r w:rsidRPr="007E64D4">
              <w:t>+ N</w:t>
            </w:r>
            <w:r w:rsidRPr="007E64D4">
              <w:rPr>
                <w:vertAlign w:val="subscript"/>
              </w:rPr>
              <w:t>2</w:t>
            </w:r>
            <w:r w:rsidRPr="007E64D4">
              <w:t>+ H</w:t>
            </w:r>
            <w:r w:rsidRPr="007E64D4">
              <w:rPr>
                <w:vertAlign w:val="subscript"/>
              </w:rPr>
              <w:t>2</w:t>
            </w:r>
            <w:r w:rsidRPr="007E64D4">
              <w:t>O;.</w:t>
            </w:r>
          </w:p>
          <w:p w:rsidR="00FD4A85" w:rsidRDefault="00FD4A85" w:rsidP="002264E8">
            <w:pPr>
              <w:ind w:left="1080"/>
            </w:pPr>
          </w:p>
        </w:tc>
      </w:tr>
      <w:tr w:rsidR="00FD4A85" w:rsidTr="00702148">
        <w:tc>
          <w:tcPr>
            <w:tcW w:w="10490" w:type="dxa"/>
            <w:gridSpan w:val="3"/>
            <w:tcBorders>
              <w:top w:val="nil"/>
              <w:bottom w:val="single" w:sz="4" w:space="0" w:color="auto"/>
            </w:tcBorders>
          </w:tcPr>
          <w:p w:rsidR="00FD4A85" w:rsidRPr="00560995" w:rsidRDefault="00FD4A85" w:rsidP="002264E8">
            <w:pPr>
              <w:rPr>
                <w:szCs w:val="28"/>
                <w:lang w:val="ru-RU"/>
              </w:rPr>
            </w:pPr>
            <w:r w:rsidRPr="00560995">
              <w:rPr>
                <w:b/>
                <w:bCs/>
                <w:i/>
                <w:iCs/>
                <w:lang w:val="ru-RU"/>
              </w:rPr>
              <w:t>29</w:t>
            </w:r>
            <w:r w:rsidRPr="00560995">
              <w:rPr>
                <w:bCs/>
                <w:iCs/>
                <w:lang w:val="ru-RU"/>
              </w:rPr>
              <w:t>.</w:t>
            </w:r>
            <w:r w:rsidRPr="0056099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560995">
              <w:rPr>
                <w:szCs w:val="28"/>
                <w:lang w:val="ru-RU"/>
              </w:rPr>
              <w:t>Присутствие ионов серебра в водном растворе можно обнаружить с помощью ионов ….</w:t>
            </w:r>
          </w:p>
          <w:p w:rsidR="00FD4A85" w:rsidRPr="007E64D4" w:rsidRDefault="00FD4A85" w:rsidP="00FD4A85">
            <w:pPr>
              <w:numPr>
                <w:ilvl w:val="0"/>
                <w:numId w:val="87"/>
              </w:numPr>
              <w:spacing w:line="240" w:lineRule="auto"/>
              <w:rPr>
                <w:b/>
                <w:bCs/>
                <w:i/>
                <w:iCs/>
              </w:rPr>
            </w:pPr>
            <w:r w:rsidRPr="007E64D4">
              <w:rPr>
                <w:szCs w:val="28"/>
              </w:rPr>
              <w:t>Cl</w:t>
            </w:r>
            <w:r w:rsidRPr="007E64D4">
              <w:rPr>
                <w:szCs w:val="28"/>
                <w:vertAlign w:val="superscript"/>
              </w:rPr>
              <w:t>-</w:t>
            </w:r>
            <w:r w:rsidRPr="007E64D4">
              <w:rPr>
                <w:szCs w:val="28"/>
              </w:rPr>
              <w:t xml:space="preserve">   ; 2) NO</w:t>
            </w:r>
            <w:r w:rsidRPr="007E64D4">
              <w:rPr>
                <w:szCs w:val="28"/>
                <w:vertAlign w:val="subscript"/>
              </w:rPr>
              <w:t>3</w:t>
            </w:r>
            <w:r w:rsidRPr="007E64D4">
              <w:rPr>
                <w:szCs w:val="28"/>
                <w:vertAlign w:val="superscript"/>
              </w:rPr>
              <w:t xml:space="preserve">- </w:t>
            </w:r>
            <w:r w:rsidRPr="007E64D4">
              <w:rPr>
                <w:szCs w:val="28"/>
              </w:rPr>
              <w:t xml:space="preserve">   3) H</w:t>
            </w:r>
            <w:r w:rsidRPr="007E64D4">
              <w:rPr>
                <w:szCs w:val="28"/>
                <w:vertAlign w:val="superscript"/>
              </w:rPr>
              <w:t>+</w:t>
            </w:r>
          </w:p>
          <w:p w:rsidR="00FD4A85" w:rsidRDefault="00FD4A85" w:rsidP="002264E8">
            <w:pPr>
              <w:ind w:left="1080"/>
            </w:pPr>
          </w:p>
        </w:tc>
      </w:tr>
      <w:tr w:rsidR="00FD4A85" w:rsidRPr="00771808" w:rsidTr="00702148">
        <w:tc>
          <w:tcPr>
            <w:tcW w:w="10490" w:type="dxa"/>
            <w:gridSpan w:val="3"/>
            <w:tcBorders>
              <w:top w:val="single" w:sz="4" w:space="0" w:color="auto"/>
            </w:tcBorders>
          </w:tcPr>
          <w:p w:rsidR="00FD4A85" w:rsidRPr="007E47E5" w:rsidRDefault="00FD4A85" w:rsidP="002264E8">
            <w:pPr>
              <w:pStyle w:val="21"/>
              <w:spacing w:before="0" w:line="240" w:lineRule="auto"/>
              <w:rPr>
                <w:rFonts w:ascii="Times New Roman" w:hAnsi="Times New Roman"/>
                <w:b w:val="0"/>
                <w:i/>
                <w:sz w:val="24"/>
                <w:szCs w:val="24"/>
              </w:rPr>
            </w:pPr>
          </w:p>
          <w:p w:rsidR="00FD4A85" w:rsidRPr="00560995" w:rsidRDefault="00FD4A85" w:rsidP="002264E8">
            <w:pPr>
              <w:pStyle w:val="21"/>
              <w:spacing w:before="0" w:line="240" w:lineRule="auto"/>
              <w:rPr>
                <w:rFonts w:ascii="Times New Roman" w:hAnsi="Times New Roman"/>
                <w:b w:val="0"/>
                <w:i/>
                <w:color w:val="auto"/>
                <w:sz w:val="24"/>
                <w:szCs w:val="24"/>
                <w:lang w:val="ru-RU"/>
              </w:rPr>
            </w:pPr>
            <w:r w:rsidRPr="00560995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>Тест составил:</w:t>
            </w:r>
            <w:r w:rsidRPr="00560995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 </w:t>
            </w:r>
            <w:r w:rsidRPr="00560995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 xml:space="preserve">доцент </w:t>
            </w:r>
            <w:r w:rsidRPr="00560995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     ____________________   </w:t>
            </w:r>
            <w:r w:rsidRPr="00560995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>Лапина С.Ф.</w:t>
            </w:r>
          </w:p>
          <w:p w:rsidR="00FD4A85" w:rsidRPr="00560995" w:rsidRDefault="00FD4A85" w:rsidP="002264E8">
            <w:pPr>
              <w:rPr>
                <w:sz w:val="12"/>
                <w:lang w:val="ru-RU"/>
              </w:rPr>
            </w:pPr>
            <w:r w:rsidRPr="00560995">
              <w:rPr>
                <w:sz w:val="12"/>
                <w:lang w:val="ru-RU"/>
              </w:rPr>
              <w:t xml:space="preserve">                                                  </w:t>
            </w:r>
          </w:p>
          <w:p w:rsidR="00FD4A85" w:rsidRPr="00560995" w:rsidRDefault="00FD4A85" w:rsidP="002264E8">
            <w:pPr>
              <w:rPr>
                <w:lang w:val="ru-RU"/>
              </w:rPr>
            </w:pPr>
            <w:r w:rsidRPr="00560995">
              <w:rPr>
                <w:lang w:val="ru-RU"/>
              </w:rPr>
              <w:t xml:space="preserve">Утверждено на заседании кафедры: </w:t>
            </w:r>
            <w:r w:rsidR="00702148">
              <w:rPr>
                <w:lang w:val="ru-RU"/>
              </w:rPr>
              <w:t>ЭБЖиФ протокол от «22</w:t>
            </w:r>
            <w:r w:rsidRPr="00560995">
              <w:rPr>
                <w:lang w:val="ru-RU"/>
              </w:rPr>
              <w:t xml:space="preserve">» </w:t>
            </w:r>
            <w:r w:rsidR="00702148">
              <w:rPr>
                <w:lang w:val="ru-RU"/>
              </w:rPr>
              <w:t>апреля 2026 г. № 9</w:t>
            </w:r>
          </w:p>
          <w:p w:rsidR="00FD4A85" w:rsidRPr="00560995" w:rsidRDefault="00FD4A85" w:rsidP="002264E8">
            <w:pPr>
              <w:rPr>
                <w:lang w:val="ru-RU"/>
              </w:rPr>
            </w:pPr>
          </w:p>
          <w:p w:rsidR="00FD4A85" w:rsidRPr="00560995" w:rsidRDefault="00FD4A85" w:rsidP="002264E8">
            <w:pPr>
              <w:rPr>
                <w:lang w:val="ru-RU"/>
              </w:rPr>
            </w:pPr>
            <w:r w:rsidRPr="00560995">
              <w:rPr>
                <w:lang w:val="ru-RU"/>
              </w:rPr>
              <w:t xml:space="preserve">Заведующий кафедрой   ЭБЖиФ             ________________________              Никифорова В.А </w:t>
            </w:r>
          </w:p>
          <w:p w:rsidR="00FD4A85" w:rsidRPr="00560995" w:rsidRDefault="00FD4A85" w:rsidP="002264E8">
            <w:pPr>
              <w:rPr>
                <w:lang w:val="ru-RU"/>
              </w:rPr>
            </w:pPr>
          </w:p>
        </w:tc>
      </w:tr>
    </w:tbl>
    <w:p w:rsidR="00FD4A85" w:rsidRPr="00560995" w:rsidRDefault="00FD4A85" w:rsidP="00FD4A85">
      <w:pPr>
        <w:rPr>
          <w:szCs w:val="24"/>
          <w:lang w:val="ru-RU"/>
        </w:rPr>
      </w:pPr>
    </w:p>
    <w:p w:rsidR="00FD4A85" w:rsidRPr="00560995" w:rsidRDefault="00FD4A85" w:rsidP="00FD4A85">
      <w:pPr>
        <w:rPr>
          <w:szCs w:val="24"/>
          <w:lang w:val="ru-RU"/>
        </w:rPr>
      </w:pPr>
      <w:r w:rsidRPr="00560995">
        <w:rPr>
          <w:szCs w:val="24"/>
          <w:lang w:val="ru-RU"/>
        </w:rPr>
        <w:t>Составитель:</w:t>
      </w:r>
    </w:p>
    <w:p w:rsidR="00FD4A85" w:rsidRPr="00560995" w:rsidRDefault="00FD4A85" w:rsidP="00FD4A85">
      <w:pPr>
        <w:rPr>
          <w:szCs w:val="24"/>
          <w:lang w:val="ru-RU"/>
        </w:rPr>
      </w:pPr>
      <w:r w:rsidRPr="00560995">
        <w:rPr>
          <w:szCs w:val="24"/>
          <w:lang w:val="ru-RU"/>
        </w:rPr>
        <w:t>Лапина Светлана Федоровна, доцент, к.фарм.н. __________________________________</w:t>
      </w:r>
    </w:p>
    <w:p w:rsidR="00FD4A85" w:rsidRPr="00560995" w:rsidRDefault="00FD4A85" w:rsidP="00FD4A85">
      <w:pPr>
        <w:pStyle w:val="ae"/>
        <w:rPr>
          <w:szCs w:val="24"/>
          <w:lang w:val="ru-RU"/>
        </w:rPr>
      </w:pPr>
    </w:p>
    <w:p w:rsidR="00FD4A85" w:rsidRPr="00560995" w:rsidRDefault="00702148" w:rsidP="00FD4A85">
      <w:pPr>
        <w:pStyle w:val="ae"/>
        <w:rPr>
          <w:szCs w:val="24"/>
          <w:lang w:val="ru-RU"/>
        </w:rPr>
      </w:pPr>
      <w:r w:rsidRPr="00702148">
        <w:rPr>
          <w:szCs w:val="24"/>
          <w:lang w:val="ru-RU"/>
        </w:rPr>
        <w:t>"22" апреля 2026</w:t>
      </w:r>
    </w:p>
    <w:p w:rsidR="00FD4A85" w:rsidRPr="00560995" w:rsidRDefault="00FD4A85" w:rsidP="00FD4A85">
      <w:pPr>
        <w:spacing w:line="240" w:lineRule="auto"/>
        <w:jc w:val="center"/>
        <w:rPr>
          <w:b/>
          <w:bCs/>
          <w:sz w:val="28"/>
          <w:szCs w:val="28"/>
          <w:lang w:val="ru-RU"/>
        </w:rPr>
      </w:pPr>
    </w:p>
    <w:p w:rsidR="00FD4A85" w:rsidRPr="00560995" w:rsidRDefault="00FD4A85" w:rsidP="00FD4A85">
      <w:pPr>
        <w:spacing w:line="240" w:lineRule="auto"/>
        <w:jc w:val="center"/>
        <w:rPr>
          <w:b/>
          <w:bCs/>
          <w:sz w:val="28"/>
          <w:szCs w:val="28"/>
          <w:lang w:val="ru-RU"/>
        </w:rPr>
      </w:pPr>
    </w:p>
    <w:p w:rsidR="00FD4A85" w:rsidRPr="00560995" w:rsidRDefault="00FD4A85" w:rsidP="00FD4A85">
      <w:pPr>
        <w:spacing w:line="240" w:lineRule="auto"/>
        <w:jc w:val="center"/>
        <w:rPr>
          <w:b/>
          <w:bCs/>
          <w:sz w:val="28"/>
          <w:szCs w:val="28"/>
          <w:lang w:val="ru-RU"/>
        </w:rPr>
      </w:pPr>
    </w:p>
    <w:p w:rsidR="00FD4A85" w:rsidRPr="00560995" w:rsidRDefault="00FD4A85" w:rsidP="00FD4A85">
      <w:pPr>
        <w:spacing w:line="240" w:lineRule="auto"/>
        <w:jc w:val="center"/>
        <w:rPr>
          <w:b/>
          <w:bCs/>
          <w:sz w:val="28"/>
          <w:szCs w:val="28"/>
          <w:lang w:val="ru-RU"/>
        </w:rPr>
      </w:pPr>
    </w:p>
    <w:p w:rsidR="00FD4A85" w:rsidRPr="00560995" w:rsidRDefault="00FD4A85" w:rsidP="00FD4A85">
      <w:pPr>
        <w:spacing w:line="240" w:lineRule="auto"/>
        <w:jc w:val="center"/>
        <w:rPr>
          <w:b/>
          <w:bCs/>
          <w:sz w:val="28"/>
          <w:szCs w:val="28"/>
          <w:lang w:val="ru-RU"/>
        </w:rPr>
      </w:pPr>
    </w:p>
    <w:p w:rsidR="00FD4A85" w:rsidRPr="00560995" w:rsidRDefault="00FD4A85" w:rsidP="00FD4A85">
      <w:pPr>
        <w:spacing w:line="240" w:lineRule="auto"/>
        <w:jc w:val="center"/>
        <w:rPr>
          <w:b/>
          <w:bCs/>
          <w:sz w:val="28"/>
          <w:szCs w:val="28"/>
          <w:lang w:val="ru-RU"/>
        </w:rPr>
      </w:pPr>
    </w:p>
    <w:p w:rsidR="00FD4A85" w:rsidRPr="00560995" w:rsidRDefault="00FD4A85" w:rsidP="00FD4A85">
      <w:pPr>
        <w:spacing w:line="240" w:lineRule="auto"/>
        <w:jc w:val="center"/>
        <w:rPr>
          <w:b/>
          <w:bCs/>
          <w:sz w:val="28"/>
          <w:szCs w:val="28"/>
          <w:lang w:val="ru-RU"/>
        </w:rPr>
      </w:pPr>
    </w:p>
    <w:p w:rsidR="00FD4A85" w:rsidRPr="00560995" w:rsidRDefault="00FD4A85" w:rsidP="00FD4A85">
      <w:pPr>
        <w:spacing w:line="240" w:lineRule="auto"/>
        <w:jc w:val="center"/>
        <w:rPr>
          <w:b/>
          <w:bCs/>
          <w:sz w:val="28"/>
          <w:szCs w:val="28"/>
          <w:lang w:val="ru-RU"/>
        </w:rPr>
      </w:pPr>
    </w:p>
    <w:p w:rsidR="00FD4A85" w:rsidRPr="00560995" w:rsidRDefault="00FD4A85" w:rsidP="00FD4A85">
      <w:pPr>
        <w:spacing w:line="240" w:lineRule="auto"/>
        <w:jc w:val="center"/>
        <w:rPr>
          <w:b/>
          <w:bCs/>
          <w:sz w:val="28"/>
          <w:szCs w:val="28"/>
          <w:lang w:val="ru-RU"/>
        </w:rPr>
      </w:pPr>
    </w:p>
    <w:p w:rsidR="00FD4A85" w:rsidRPr="00560995" w:rsidRDefault="00FD4A85" w:rsidP="00FD4A85">
      <w:pPr>
        <w:spacing w:line="240" w:lineRule="auto"/>
        <w:jc w:val="center"/>
        <w:rPr>
          <w:b/>
          <w:bCs/>
          <w:sz w:val="28"/>
          <w:szCs w:val="28"/>
          <w:lang w:val="ru-RU"/>
        </w:rPr>
      </w:pPr>
    </w:p>
    <w:p w:rsidR="00FD4A85" w:rsidRPr="00560995" w:rsidRDefault="00FD4A85" w:rsidP="00FD4A85">
      <w:pPr>
        <w:spacing w:line="240" w:lineRule="auto"/>
        <w:jc w:val="center"/>
        <w:rPr>
          <w:b/>
          <w:bCs/>
          <w:sz w:val="28"/>
          <w:szCs w:val="28"/>
          <w:lang w:val="ru-RU"/>
        </w:rPr>
      </w:pPr>
    </w:p>
    <w:p w:rsidR="00FD4A85" w:rsidRPr="00560995" w:rsidRDefault="00FD4A85" w:rsidP="00FD4A85">
      <w:pPr>
        <w:spacing w:line="240" w:lineRule="auto"/>
        <w:jc w:val="center"/>
        <w:rPr>
          <w:b/>
          <w:bCs/>
          <w:sz w:val="28"/>
          <w:szCs w:val="28"/>
          <w:lang w:val="ru-RU"/>
        </w:rPr>
      </w:pPr>
    </w:p>
    <w:p w:rsidR="00FD4A85" w:rsidRPr="00560995" w:rsidRDefault="00FD4A85" w:rsidP="00FD4A85">
      <w:pPr>
        <w:spacing w:line="240" w:lineRule="auto"/>
        <w:jc w:val="center"/>
        <w:rPr>
          <w:b/>
          <w:bCs/>
          <w:sz w:val="28"/>
          <w:szCs w:val="28"/>
          <w:lang w:val="ru-RU"/>
        </w:rPr>
      </w:pPr>
    </w:p>
    <w:p w:rsidR="00FD4A85" w:rsidRPr="00560995" w:rsidRDefault="00FD4A85" w:rsidP="00FD4A85">
      <w:pPr>
        <w:spacing w:line="240" w:lineRule="auto"/>
        <w:jc w:val="center"/>
        <w:rPr>
          <w:b/>
          <w:bCs/>
          <w:sz w:val="28"/>
          <w:szCs w:val="28"/>
          <w:lang w:val="ru-RU"/>
        </w:rPr>
      </w:pPr>
    </w:p>
    <w:p w:rsidR="00FD4A85" w:rsidRPr="00560995" w:rsidRDefault="00FD4A85" w:rsidP="00FD4A85">
      <w:pPr>
        <w:spacing w:line="240" w:lineRule="auto"/>
        <w:jc w:val="center"/>
        <w:rPr>
          <w:b/>
          <w:bCs/>
          <w:sz w:val="28"/>
          <w:szCs w:val="28"/>
          <w:lang w:val="ru-RU"/>
        </w:rPr>
      </w:pPr>
    </w:p>
    <w:p w:rsidR="00FD4A85" w:rsidRPr="00560995" w:rsidRDefault="00FD4A85" w:rsidP="00FD4A85">
      <w:pPr>
        <w:spacing w:line="240" w:lineRule="auto"/>
        <w:jc w:val="center"/>
        <w:rPr>
          <w:b/>
          <w:bCs/>
          <w:sz w:val="28"/>
          <w:szCs w:val="28"/>
          <w:lang w:val="ru-RU"/>
        </w:rPr>
      </w:pPr>
    </w:p>
    <w:p w:rsidR="00FD4A85" w:rsidRPr="00560995" w:rsidRDefault="00FD4A85" w:rsidP="00FD4A85">
      <w:pPr>
        <w:spacing w:line="240" w:lineRule="auto"/>
        <w:jc w:val="center"/>
        <w:rPr>
          <w:b/>
          <w:bCs/>
          <w:sz w:val="28"/>
          <w:szCs w:val="28"/>
          <w:lang w:val="ru-RU"/>
        </w:rPr>
      </w:pPr>
    </w:p>
    <w:p w:rsidR="00FD4A85" w:rsidRPr="00560995" w:rsidRDefault="00FD4A85" w:rsidP="00FD4A85">
      <w:pPr>
        <w:spacing w:line="240" w:lineRule="auto"/>
        <w:jc w:val="center"/>
        <w:rPr>
          <w:b/>
          <w:bCs/>
          <w:sz w:val="28"/>
          <w:szCs w:val="28"/>
          <w:lang w:val="ru-RU"/>
        </w:rPr>
      </w:pPr>
    </w:p>
    <w:p w:rsidR="00FD4A85" w:rsidRPr="00560995" w:rsidRDefault="00FD4A85" w:rsidP="00FD4A85">
      <w:pPr>
        <w:spacing w:line="240" w:lineRule="auto"/>
        <w:jc w:val="center"/>
        <w:rPr>
          <w:b/>
          <w:bCs/>
          <w:sz w:val="28"/>
          <w:szCs w:val="28"/>
          <w:lang w:val="ru-RU"/>
        </w:rPr>
      </w:pPr>
    </w:p>
    <w:p w:rsidR="00FD4A85" w:rsidRPr="00560995" w:rsidRDefault="00FD4A85" w:rsidP="00FD4A85">
      <w:pPr>
        <w:spacing w:line="240" w:lineRule="auto"/>
        <w:jc w:val="center"/>
        <w:rPr>
          <w:b/>
          <w:bCs/>
          <w:sz w:val="28"/>
          <w:szCs w:val="28"/>
          <w:lang w:val="ru-RU"/>
        </w:rPr>
      </w:pPr>
      <w:r w:rsidRPr="00560995">
        <w:rPr>
          <w:b/>
          <w:bCs/>
          <w:sz w:val="28"/>
          <w:szCs w:val="28"/>
          <w:lang w:val="ru-RU"/>
        </w:rPr>
        <w:lastRenderedPageBreak/>
        <w:t>Комплект оценочных средств для диагностического дисциплинарного тестирования</w:t>
      </w:r>
    </w:p>
    <w:p w:rsidR="00FD4A85" w:rsidRPr="00560995" w:rsidRDefault="00FD4A85" w:rsidP="00FD4A85">
      <w:pPr>
        <w:spacing w:line="240" w:lineRule="auto"/>
        <w:jc w:val="center"/>
        <w:rPr>
          <w:b/>
          <w:bCs/>
          <w:sz w:val="28"/>
          <w:szCs w:val="28"/>
          <w:lang w:val="ru-RU"/>
        </w:rPr>
      </w:pPr>
    </w:p>
    <w:p w:rsidR="00FD4A85" w:rsidRPr="00560995" w:rsidRDefault="00FD4A85" w:rsidP="00FD4A85">
      <w:pPr>
        <w:spacing w:line="240" w:lineRule="auto"/>
        <w:jc w:val="center"/>
        <w:rPr>
          <w:b/>
          <w:bCs/>
          <w:sz w:val="28"/>
          <w:szCs w:val="28"/>
          <w:lang w:val="ru-RU"/>
        </w:rPr>
      </w:pPr>
    </w:p>
    <w:p w:rsidR="00FD4A85" w:rsidRPr="00560995" w:rsidRDefault="00FD4A85" w:rsidP="00FD4A85">
      <w:pPr>
        <w:spacing w:line="240" w:lineRule="auto"/>
        <w:jc w:val="center"/>
        <w:rPr>
          <w:b/>
          <w:bCs/>
          <w:sz w:val="28"/>
          <w:szCs w:val="28"/>
          <w:lang w:val="ru-RU"/>
        </w:rPr>
      </w:pPr>
      <w:r w:rsidRPr="00560995">
        <w:rPr>
          <w:b/>
          <w:bCs/>
          <w:sz w:val="28"/>
          <w:szCs w:val="28"/>
          <w:lang w:val="ru-RU"/>
        </w:rPr>
        <w:t>Оценочные средства</w:t>
      </w:r>
    </w:p>
    <w:p w:rsidR="00FD4A85" w:rsidRPr="00560995" w:rsidRDefault="00FD4A85" w:rsidP="00FD4A85">
      <w:pPr>
        <w:spacing w:line="240" w:lineRule="auto"/>
        <w:jc w:val="center"/>
        <w:rPr>
          <w:b/>
          <w:bCs/>
          <w:sz w:val="28"/>
          <w:szCs w:val="28"/>
          <w:lang w:val="ru-RU"/>
        </w:rPr>
      </w:pPr>
      <w:r w:rsidRPr="00560995">
        <w:rPr>
          <w:b/>
          <w:bCs/>
          <w:sz w:val="28"/>
          <w:szCs w:val="28"/>
          <w:lang w:val="ru-RU"/>
        </w:rPr>
        <w:t>для диагностического дисциплинарного тестирования</w:t>
      </w:r>
    </w:p>
    <w:p w:rsidR="00FD4A85" w:rsidRPr="00560995" w:rsidRDefault="00FD4A85" w:rsidP="00FD4A85">
      <w:pPr>
        <w:spacing w:line="240" w:lineRule="auto"/>
        <w:rPr>
          <w:szCs w:val="24"/>
          <w:lang w:val="ru-RU"/>
        </w:rPr>
      </w:pPr>
      <w:r w:rsidRPr="00560995">
        <w:rPr>
          <w:szCs w:val="24"/>
          <w:lang w:val="ru-RU"/>
        </w:rPr>
        <w:t xml:space="preserve">по компетенции ОПК-5.1: </w:t>
      </w:r>
      <w:r w:rsidRPr="00560995">
        <w:rPr>
          <w:lang w:val="ru-RU"/>
        </w:rPr>
        <w:t>Способен использовать основные закономерности, действующие в процессе изготовления машиностроительных изделий требуемого качества, заданного количества при наименьших затратах общественного труда</w:t>
      </w:r>
    </w:p>
    <w:tbl>
      <w:tblPr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6351"/>
      </w:tblGrid>
      <w:tr w:rsidR="00FD4A85" w:rsidRPr="00771808" w:rsidTr="002264E8">
        <w:tc>
          <w:tcPr>
            <w:tcW w:w="4672" w:type="dxa"/>
          </w:tcPr>
          <w:p w:rsidR="00FD4A85" w:rsidRPr="00560995" w:rsidRDefault="00FD4A85" w:rsidP="002264E8">
            <w:pPr>
              <w:rPr>
                <w:szCs w:val="24"/>
                <w:lang w:val="ru-RU"/>
              </w:rPr>
            </w:pPr>
            <w:r w:rsidRPr="00560995">
              <w:rPr>
                <w:b/>
                <w:bCs/>
                <w:szCs w:val="24"/>
                <w:lang w:val="ru-RU"/>
              </w:rPr>
              <w:t>Код и содержание индикаторов достижения</w:t>
            </w:r>
          </w:p>
        </w:tc>
        <w:tc>
          <w:tcPr>
            <w:tcW w:w="6351" w:type="dxa"/>
          </w:tcPr>
          <w:p w:rsidR="00FD4A85" w:rsidRPr="00560995" w:rsidRDefault="00FD4A85" w:rsidP="002264E8">
            <w:pPr>
              <w:rPr>
                <w:szCs w:val="24"/>
                <w:lang w:val="ru-RU"/>
              </w:rPr>
            </w:pPr>
            <w:r w:rsidRPr="00560995">
              <w:rPr>
                <w:b/>
                <w:bCs/>
                <w:szCs w:val="24"/>
                <w:lang w:val="ru-RU"/>
              </w:rPr>
              <w:t>Планируемые результаты обучения по дисциплине</w:t>
            </w:r>
          </w:p>
        </w:tc>
      </w:tr>
      <w:tr w:rsidR="00FD4A85" w:rsidRPr="00771808" w:rsidTr="002264E8">
        <w:tc>
          <w:tcPr>
            <w:tcW w:w="4672" w:type="dxa"/>
          </w:tcPr>
          <w:p w:rsidR="00FD4A85" w:rsidRPr="00560995" w:rsidRDefault="00FD4A85" w:rsidP="002264E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 xml:space="preserve">ОПК.5.1. </w:t>
            </w:r>
            <w:r w:rsidRPr="00560995">
              <w:rPr>
                <w:lang w:val="ru-RU"/>
              </w:rPr>
              <w:t>Использует основные закономерности, действующие в процессе изготовления изделий</w:t>
            </w:r>
          </w:p>
        </w:tc>
        <w:tc>
          <w:tcPr>
            <w:tcW w:w="6351" w:type="dxa"/>
          </w:tcPr>
          <w:p w:rsidR="00FD4A85" w:rsidRPr="00560995" w:rsidRDefault="00FD4A85" w:rsidP="002264E8">
            <w:pPr>
              <w:spacing w:line="240" w:lineRule="auto"/>
              <w:rPr>
                <w:lang w:val="ru-RU"/>
              </w:rPr>
            </w:pPr>
            <w:r w:rsidRPr="00560995">
              <w:rPr>
                <w:b/>
                <w:lang w:val="ru-RU"/>
              </w:rPr>
              <w:t>Знать</w:t>
            </w:r>
            <w:r w:rsidRPr="00560995">
              <w:rPr>
                <w:lang w:val="ru-RU"/>
              </w:rPr>
              <w:t>: теоретические основы химии, основные закономерности протекания химических процессов, понятия, явления, величины и единицы их измерения, используемые в процессе изготовления изделий.</w:t>
            </w:r>
          </w:p>
          <w:p w:rsidR="00FD4A85" w:rsidRPr="00560995" w:rsidRDefault="00FD4A85" w:rsidP="002264E8">
            <w:pPr>
              <w:spacing w:line="240" w:lineRule="auto"/>
              <w:rPr>
                <w:lang w:val="ru-RU"/>
              </w:rPr>
            </w:pPr>
            <w:r w:rsidRPr="00560995">
              <w:rPr>
                <w:b/>
                <w:lang w:val="ru-RU"/>
              </w:rPr>
              <w:t>Уметь:</w:t>
            </w:r>
            <w:r w:rsidRPr="00560995">
              <w:rPr>
                <w:lang w:val="ru-RU"/>
              </w:rPr>
              <w:t xml:space="preserve"> применять полученные знания по химии при изучении других дисциплин, выделять химическую составляющую в решении прикладных задачах в профессиональной деятельности.</w:t>
            </w:r>
          </w:p>
          <w:p w:rsidR="00FD4A85" w:rsidRPr="00560995" w:rsidRDefault="00FD4A85" w:rsidP="002264E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b/>
                <w:lang w:val="ru-RU"/>
              </w:rPr>
              <w:t>Владеть:</w:t>
            </w:r>
            <w:r w:rsidRPr="00560995">
              <w:rPr>
                <w:lang w:val="ru-RU"/>
              </w:rPr>
              <w:t xml:space="preserve"> приемами и методами решения конкретных производственных задач на основе анализа химических явлений, закономерностей и процессов.</w:t>
            </w:r>
          </w:p>
        </w:tc>
      </w:tr>
    </w:tbl>
    <w:p w:rsidR="00FD4A85" w:rsidRPr="00560995" w:rsidRDefault="00FD4A85" w:rsidP="00FD4A85">
      <w:pPr>
        <w:spacing w:line="240" w:lineRule="auto"/>
        <w:rPr>
          <w:rFonts w:ascii="TimesNewRomanPSMT" w:hAnsi="TimesNewRomanPSMT" w:cs="TimesNewRomanPSMT"/>
          <w:szCs w:val="24"/>
          <w:lang w:val="ru-RU"/>
        </w:rPr>
      </w:pPr>
    </w:p>
    <w:p w:rsidR="00FD4A85" w:rsidRPr="00560995" w:rsidRDefault="00FD4A85" w:rsidP="00FD4A85">
      <w:pPr>
        <w:jc w:val="center"/>
        <w:rPr>
          <w:i/>
          <w:szCs w:val="24"/>
          <w:lang w:val="ru-RU"/>
        </w:rPr>
      </w:pPr>
      <w:r w:rsidRPr="00560995">
        <w:rPr>
          <w:b/>
          <w:bCs/>
          <w:szCs w:val="24"/>
          <w:lang w:val="ru-RU"/>
        </w:rPr>
        <w:t>Распределение заданий по типам и уровням сложности</w:t>
      </w:r>
    </w:p>
    <w:p w:rsidR="00FD4A85" w:rsidRPr="00560995" w:rsidRDefault="00FD4A85" w:rsidP="00FD4A85">
      <w:pPr>
        <w:jc w:val="center"/>
        <w:rPr>
          <w:i/>
          <w:szCs w:val="24"/>
          <w:lang w:val="ru-RU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5"/>
        <w:gridCol w:w="1622"/>
        <w:gridCol w:w="3979"/>
        <w:gridCol w:w="3007"/>
      </w:tblGrid>
      <w:tr w:rsidR="00FD4A85" w:rsidTr="00702148">
        <w:tc>
          <w:tcPr>
            <w:tcW w:w="1565" w:type="dxa"/>
          </w:tcPr>
          <w:p w:rsidR="00FD4A85" w:rsidRDefault="00FD4A85" w:rsidP="0070214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Индикатор компетенции</w:t>
            </w:r>
          </w:p>
        </w:tc>
        <w:tc>
          <w:tcPr>
            <w:tcW w:w="1622" w:type="dxa"/>
          </w:tcPr>
          <w:p w:rsidR="00FD4A85" w:rsidRDefault="00FD4A85" w:rsidP="0070214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Уровень сложности задания</w:t>
            </w:r>
          </w:p>
        </w:tc>
        <w:tc>
          <w:tcPr>
            <w:tcW w:w="3979" w:type="dxa"/>
          </w:tcPr>
          <w:p w:rsidR="00FD4A85" w:rsidRDefault="00FD4A85" w:rsidP="0070214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Тип задания</w:t>
            </w:r>
          </w:p>
        </w:tc>
        <w:tc>
          <w:tcPr>
            <w:tcW w:w="3007" w:type="dxa"/>
          </w:tcPr>
          <w:p w:rsidR="00FD4A85" w:rsidRDefault="00FD4A85" w:rsidP="0070214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Количество заданий</w:t>
            </w:r>
          </w:p>
        </w:tc>
      </w:tr>
      <w:tr w:rsidR="00FD4A85" w:rsidTr="00702148">
        <w:tc>
          <w:tcPr>
            <w:tcW w:w="10173" w:type="dxa"/>
            <w:gridSpan w:val="4"/>
          </w:tcPr>
          <w:p w:rsidR="00FD4A85" w:rsidRPr="004D00E1" w:rsidRDefault="00FD4A85" w:rsidP="00702148">
            <w:pPr>
              <w:spacing w:line="240" w:lineRule="auto"/>
              <w:jc w:val="center"/>
              <w:rPr>
                <w:szCs w:val="24"/>
              </w:rPr>
            </w:pPr>
            <w:r w:rsidRPr="004D00E1">
              <w:rPr>
                <w:szCs w:val="24"/>
              </w:rPr>
              <w:t xml:space="preserve">Семестр </w:t>
            </w:r>
            <w:r>
              <w:rPr>
                <w:szCs w:val="24"/>
              </w:rPr>
              <w:t xml:space="preserve"> 1</w:t>
            </w:r>
          </w:p>
        </w:tc>
      </w:tr>
      <w:tr w:rsidR="00FD4A85" w:rsidTr="00702148">
        <w:tc>
          <w:tcPr>
            <w:tcW w:w="1565" w:type="dxa"/>
            <w:vMerge w:val="restart"/>
          </w:tcPr>
          <w:p w:rsidR="00FD4A85" w:rsidRDefault="00FD4A85" w:rsidP="0070214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ОПК - 5.1</w:t>
            </w:r>
          </w:p>
        </w:tc>
        <w:tc>
          <w:tcPr>
            <w:tcW w:w="1622" w:type="dxa"/>
          </w:tcPr>
          <w:p w:rsidR="00FD4A85" w:rsidRDefault="00FD4A85" w:rsidP="0070214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Базовый </w:t>
            </w:r>
          </w:p>
          <w:p w:rsidR="00FD4A85" w:rsidRDefault="00FD4A85" w:rsidP="0070214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(20 %)</w:t>
            </w:r>
          </w:p>
        </w:tc>
        <w:tc>
          <w:tcPr>
            <w:tcW w:w="3979" w:type="dxa"/>
          </w:tcPr>
          <w:p w:rsidR="00FD4A85" w:rsidRPr="00560995" w:rsidRDefault="00FD4A85" w:rsidP="0070214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с выбором одного ответа/нескольких ответов</w:t>
            </w:r>
          </w:p>
        </w:tc>
        <w:tc>
          <w:tcPr>
            <w:tcW w:w="3007" w:type="dxa"/>
          </w:tcPr>
          <w:p w:rsidR="00FD4A85" w:rsidRDefault="00FD4A85" w:rsidP="0070214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</w:tr>
      <w:tr w:rsidR="00FD4A85" w:rsidTr="00702148">
        <w:tc>
          <w:tcPr>
            <w:tcW w:w="1565" w:type="dxa"/>
            <w:vMerge/>
          </w:tcPr>
          <w:p w:rsidR="00FD4A85" w:rsidRDefault="00FD4A85" w:rsidP="00702148">
            <w:pPr>
              <w:spacing w:line="240" w:lineRule="auto"/>
              <w:jc w:val="center"/>
              <w:rPr>
                <w:szCs w:val="24"/>
              </w:rPr>
            </w:pPr>
          </w:p>
        </w:tc>
        <w:tc>
          <w:tcPr>
            <w:tcW w:w="1622" w:type="dxa"/>
          </w:tcPr>
          <w:p w:rsidR="00FD4A85" w:rsidRPr="004D00E1" w:rsidRDefault="00FD4A85" w:rsidP="0070214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Повышенный</w:t>
            </w:r>
            <w:r>
              <w:rPr>
                <w:szCs w:val="24"/>
              </w:rPr>
              <w:t xml:space="preserve"> (70 %)</w:t>
            </w:r>
          </w:p>
        </w:tc>
        <w:tc>
          <w:tcPr>
            <w:tcW w:w="3979" w:type="dxa"/>
          </w:tcPr>
          <w:p w:rsidR="00FD4A85" w:rsidRDefault="00FD4A85" w:rsidP="00702148">
            <w:pPr>
              <w:spacing w:line="240" w:lineRule="auto"/>
              <w:jc w:val="center"/>
              <w:rPr>
                <w:szCs w:val="24"/>
              </w:rPr>
            </w:pPr>
            <w:r w:rsidRPr="004D00E1">
              <w:rPr>
                <w:szCs w:val="24"/>
              </w:rPr>
              <w:t>на установление последовательности/соответствия</w:t>
            </w:r>
          </w:p>
        </w:tc>
        <w:tc>
          <w:tcPr>
            <w:tcW w:w="3007" w:type="dxa"/>
          </w:tcPr>
          <w:p w:rsidR="00FD4A85" w:rsidRDefault="00FD4A85" w:rsidP="0070214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35</w:t>
            </w:r>
          </w:p>
        </w:tc>
      </w:tr>
      <w:tr w:rsidR="00FD4A85" w:rsidTr="00702148">
        <w:tc>
          <w:tcPr>
            <w:tcW w:w="1565" w:type="dxa"/>
            <w:vMerge/>
          </w:tcPr>
          <w:p w:rsidR="00FD4A85" w:rsidRDefault="00FD4A85" w:rsidP="00702148">
            <w:pPr>
              <w:spacing w:line="240" w:lineRule="auto"/>
              <w:jc w:val="center"/>
              <w:rPr>
                <w:szCs w:val="24"/>
              </w:rPr>
            </w:pPr>
          </w:p>
        </w:tc>
        <w:tc>
          <w:tcPr>
            <w:tcW w:w="1622" w:type="dxa"/>
          </w:tcPr>
          <w:p w:rsidR="00FD4A85" w:rsidRDefault="00FD4A85" w:rsidP="0070214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Высокий (10 %)</w:t>
            </w:r>
          </w:p>
        </w:tc>
        <w:tc>
          <w:tcPr>
            <w:tcW w:w="3979" w:type="dxa"/>
          </w:tcPr>
          <w:p w:rsidR="00FD4A85" w:rsidRDefault="00FD4A85" w:rsidP="0070214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с развернутым ответом</w:t>
            </w:r>
          </w:p>
        </w:tc>
        <w:tc>
          <w:tcPr>
            <w:tcW w:w="3007" w:type="dxa"/>
          </w:tcPr>
          <w:p w:rsidR="00FD4A85" w:rsidRDefault="00FD4A85" w:rsidP="0070214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</w:tr>
      <w:tr w:rsidR="00FD4A85" w:rsidTr="00702148">
        <w:tc>
          <w:tcPr>
            <w:tcW w:w="7166" w:type="dxa"/>
            <w:gridSpan w:val="3"/>
          </w:tcPr>
          <w:p w:rsidR="00FD4A85" w:rsidRPr="00791B26" w:rsidRDefault="00FD4A85" w:rsidP="00702148">
            <w:pPr>
              <w:spacing w:line="240" w:lineRule="auto"/>
              <w:jc w:val="right"/>
              <w:rPr>
                <w:b/>
                <w:szCs w:val="24"/>
              </w:rPr>
            </w:pPr>
            <w:r w:rsidRPr="00791B26">
              <w:rPr>
                <w:b/>
                <w:szCs w:val="24"/>
              </w:rPr>
              <w:t xml:space="preserve">Итого для ОПК – 1.1 </w:t>
            </w:r>
          </w:p>
        </w:tc>
        <w:tc>
          <w:tcPr>
            <w:tcW w:w="3007" w:type="dxa"/>
          </w:tcPr>
          <w:p w:rsidR="00FD4A85" w:rsidRPr="00791B26" w:rsidRDefault="00FD4A85" w:rsidP="00702148">
            <w:pPr>
              <w:spacing w:line="240" w:lineRule="auto"/>
              <w:jc w:val="center"/>
              <w:rPr>
                <w:b/>
                <w:szCs w:val="24"/>
              </w:rPr>
            </w:pPr>
            <w:r w:rsidRPr="00791B26">
              <w:rPr>
                <w:b/>
                <w:szCs w:val="24"/>
              </w:rPr>
              <w:t>50</w:t>
            </w:r>
          </w:p>
        </w:tc>
      </w:tr>
    </w:tbl>
    <w:p w:rsidR="00FD4A85" w:rsidRDefault="00FD4A85" w:rsidP="00FD4A85">
      <w:pPr>
        <w:jc w:val="center"/>
        <w:rPr>
          <w:szCs w:val="24"/>
        </w:rPr>
      </w:pPr>
    </w:p>
    <w:p w:rsidR="00FD4A85" w:rsidRPr="00791B26" w:rsidRDefault="00FD4A85" w:rsidP="00FD4A85">
      <w:pPr>
        <w:jc w:val="center"/>
        <w:rPr>
          <w:b/>
          <w:szCs w:val="24"/>
        </w:rPr>
      </w:pPr>
      <w:r w:rsidRPr="00791B26">
        <w:rPr>
          <w:b/>
          <w:szCs w:val="24"/>
        </w:rPr>
        <w:t>Комплект тестовых заданий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11"/>
        <w:gridCol w:w="2305"/>
        <w:gridCol w:w="2509"/>
        <w:gridCol w:w="2580"/>
      </w:tblGrid>
      <w:tr w:rsidR="00FD4A85" w:rsidRPr="004D00E1" w:rsidTr="002264E8">
        <w:trPr>
          <w:trHeight w:val="184"/>
        </w:trPr>
        <w:tc>
          <w:tcPr>
            <w:tcW w:w="2511" w:type="dxa"/>
          </w:tcPr>
          <w:p w:rsidR="00FD4A85" w:rsidRPr="00791B26" w:rsidRDefault="00FD4A85" w:rsidP="00702148">
            <w:pPr>
              <w:spacing w:line="240" w:lineRule="auto"/>
              <w:rPr>
                <w:b/>
                <w:szCs w:val="24"/>
              </w:rPr>
            </w:pPr>
            <w:r w:rsidRPr="00791B26">
              <w:rPr>
                <w:b/>
                <w:szCs w:val="24"/>
              </w:rPr>
              <w:t>Индикатор</w:t>
            </w:r>
          </w:p>
        </w:tc>
        <w:tc>
          <w:tcPr>
            <w:tcW w:w="2305" w:type="dxa"/>
          </w:tcPr>
          <w:p w:rsidR="00FD4A85" w:rsidRPr="00791B26" w:rsidRDefault="00FD4A85" w:rsidP="00702148">
            <w:pPr>
              <w:spacing w:line="240" w:lineRule="auto"/>
              <w:rPr>
                <w:b/>
                <w:szCs w:val="24"/>
              </w:rPr>
            </w:pPr>
            <w:r w:rsidRPr="00791B26">
              <w:rPr>
                <w:b/>
                <w:szCs w:val="24"/>
              </w:rPr>
              <w:t xml:space="preserve">ОПК – </w:t>
            </w:r>
            <w:r>
              <w:rPr>
                <w:b/>
                <w:szCs w:val="24"/>
              </w:rPr>
              <w:t>5</w:t>
            </w:r>
            <w:r w:rsidRPr="00791B26">
              <w:rPr>
                <w:b/>
                <w:szCs w:val="24"/>
              </w:rPr>
              <w:t>.1</w:t>
            </w:r>
          </w:p>
        </w:tc>
        <w:tc>
          <w:tcPr>
            <w:tcW w:w="2509" w:type="dxa"/>
          </w:tcPr>
          <w:p w:rsidR="00FD4A85" w:rsidRPr="00791B26" w:rsidRDefault="00FD4A85" w:rsidP="00702148">
            <w:pPr>
              <w:spacing w:line="240" w:lineRule="auto"/>
              <w:rPr>
                <w:b/>
                <w:szCs w:val="24"/>
              </w:rPr>
            </w:pPr>
            <w:r w:rsidRPr="00791B26">
              <w:rPr>
                <w:b/>
                <w:szCs w:val="24"/>
              </w:rPr>
              <w:t xml:space="preserve">Семестр </w:t>
            </w:r>
          </w:p>
        </w:tc>
        <w:tc>
          <w:tcPr>
            <w:tcW w:w="3556" w:type="dxa"/>
          </w:tcPr>
          <w:p w:rsidR="00FD4A85" w:rsidRPr="00791B26" w:rsidRDefault="00FD4A85" w:rsidP="00702148">
            <w:pPr>
              <w:spacing w:line="240" w:lineRule="auto"/>
              <w:rPr>
                <w:b/>
                <w:szCs w:val="24"/>
              </w:rPr>
            </w:pPr>
            <w:r w:rsidRPr="00791B26">
              <w:rPr>
                <w:b/>
                <w:szCs w:val="24"/>
              </w:rPr>
              <w:t>1</w:t>
            </w:r>
          </w:p>
        </w:tc>
      </w:tr>
      <w:tr w:rsidR="00FD4A85" w:rsidRPr="004D00E1" w:rsidTr="002264E8">
        <w:trPr>
          <w:trHeight w:val="182"/>
        </w:trPr>
        <w:tc>
          <w:tcPr>
            <w:tcW w:w="4816" w:type="dxa"/>
            <w:gridSpan w:val="2"/>
          </w:tcPr>
          <w:p w:rsidR="00FD4A85" w:rsidRPr="00791B26" w:rsidRDefault="00FD4A85" w:rsidP="00702148">
            <w:pPr>
              <w:tabs>
                <w:tab w:val="left" w:pos="3393"/>
              </w:tabs>
              <w:spacing w:line="240" w:lineRule="auto"/>
              <w:rPr>
                <w:b/>
                <w:szCs w:val="24"/>
              </w:rPr>
            </w:pPr>
            <w:r w:rsidRPr="00791B26">
              <w:rPr>
                <w:b/>
                <w:szCs w:val="24"/>
              </w:rPr>
              <w:t>Уровень сложности</w:t>
            </w:r>
          </w:p>
        </w:tc>
        <w:tc>
          <w:tcPr>
            <w:tcW w:w="6065" w:type="dxa"/>
            <w:gridSpan w:val="2"/>
          </w:tcPr>
          <w:p w:rsidR="00FD4A85" w:rsidRPr="00791B26" w:rsidRDefault="00FD4A85" w:rsidP="00702148">
            <w:pPr>
              <w:spacing w:line="240" w:lineRule="auto"/>
              <w:rPr>
                <w:b/>
                <w:szCs w:val="24"/>
              </w:rPr>
            </w:pPr>
            <w:r w:rsidRPr="00791B26">
              <w:rPr>
                <w:b/>
                <w:szCs w:val="24"/>
              </w:rPr>
              <w:t>Базовый</w:t>
            </w:r>
          </w:p>
        </w:tc>
      </w:tr>
      <w:tr w:rsidR="00FD4A85" w:rsidRPr="00771808" w:rsidTr="002264E8">
        <w:trPr>
          <w:trHeight w:val="182"/>
        </w:trPr>
        <w:tc>
          <w:tcPr>
            <w:tcW w:w="4816" w:type="dxa"/>
            <w:gridSpan w:val="2"/>
          </w:tcPr>
          <w:p w:rsidR="00FD4A85" w:rsidRPr="00791B26" w:rsidRDefault="00FD4A85" w:rsidP="00702148">
            <w:pPr>
              <w:spacing w:line="240" w:lineRule="auto"/>
              <w:rPr>
                <w:b/>
                <w:szCs w:val="24"/>
              </w:rPr>
            </w:pPr>
            <w:r w:rsidRPr="00791B26">
              <w:rPr>
                <w:b/>
                <w:szCs w:val="24"/>
              </w:rPr>
              <w:t>Тип задания</w:t>
            </w:r>
          </w:p>
        </w:tc>
        <w:tc>
          <w:tcPr>
            <w:tcW w:w="6065" w:type="dxa"/>
            <w:gridSpan w:val="2"/>
          </w:tcPr>
          <w:p w:rsidR="00FD4A85" w:rsidRPr="00560995" w:rsidRDefault="00FD4A85" w:rsidP="00702148">
            <w:pPr>
              <w:spacing w:line="240" w:lineRule="auto"/>
              <w:rPr>
                <w:b/>
                <w:szCs w:val="24"/>
                <w:lang w:val="ru-RU"/>
              </w:rPr>
            </w:pPr>
            <w:r w:rsidRPr="00560995">
              <w:rPr>
                <w:b/>
                <w:szCs w:val="24"/>
                <w:lang w:val="ru-RU"/>
              </w:rPr>
              <w:t>Задания с выбором одного ответа/нескольких ответов</w:t>
            </w:r>
          </w:p>
        </w:tc>
      </w:tr>
      <w:tr w:rsidR="00FD4A85" w:rsidRPr="00771808" w:rsidTr="002264E8">
        <w:trPr>
          <w:trHeight w:val="182"/>
        </w:trPr>
        <w:tc>
          <w:tcPr>
            <w:tcW w:w="4816" w:type="dxa"/>
            <w:gridSpan w:val="2"/>
          </w:tcPr>
          <w:p w:rsidR="00FD4A85" w:rsidRPr="00791B26" w:rsidRDefault="00FD4A85" w:rsidP="00702148">
            <w:pPr>
              <w:spacing w:line="240" w:lineRule="auto"/>
              <w:rPr>
                <w:b/>
                <w:szCs w:val="24"/>
              </w:rPr>
            </w:pPr>
            <w:r w:rsidRPr="00791B26">
              <w:rPr>
                <w:b/>
                <w:szCs w:val="24"/>
              </w:rPr>
              <w:t>Инструкция</w:t>
            </w:r>
          </w:p>
        </w:tc>
        <w:tc>
          <w:tcPr>
            <w:tcW w:w="6065" w:type="dxa"/>
            <w:gridSpan w:val="2"/>
          </w:tcPr>
          <w:p w:rsidR="00FD4A85" w:rsidRPr="00560995" w:rsidRDefault="00FD4A85" w:rsidP="00702148">
            <w:pPr>
              <w:spacing w:line="240" w:lineRule="auto"/>
              <w:rPr>
                <w:b/>
                <w:szCs w:val="24"/>
                <w:lang w:val="ru-RU"/>
              </w:rPr>
            </w:pPr>
            <w:r w:rsidRPr="00560995">
              <w:rPr>
                <w:b/>
                <w:szCs w:val="24"/>
                <w:lang w:val="ru-RU"/>
              </w:rPr>
              <w:t>укажите один вариант ответа/не менее двух вариантов</w:t>
            </w:r>
          </w:p>
        </w:tc>
      </w:tr>
      <w:tr w:rsidR="00FD4A85" w:rsidRPr="004D00E1" w:rsidTr="002264E8">
        <w:tc>
          <w:tcPr>
            <w:tcW w:w="10881" w:type="dxa"/>
            <w:gridSpan w:val="4"/>
          </w:tcPr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1. Укажите один из вариантов ответа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 xml:space="preserve">Число, каких элементарных частиц является определяющим для понятия «химический </w:t>
            </w:r>
            <w:r w:rsidRPr="00560995">
              <w:rPr>
                <w:szCs w:val="24"/>
                <w:lang w:val="ru-RU"/>
              </w:rPr>
              <w:lastRenderedPageBreak/>
              <w:t>элемент»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b/>
                <w:szCs w:val="24"/>
                <w:lang w:val="ru-RU"/>
              </w:rPr>
              <w:t>А)протоны</w:t>
            </w:r>
            <w:r w:rsidRPr="00560995">
              <w:rPr>
                <w:szCs w:val="24"/>
                <w:lang w:val="ru-RU"/>
              </w:rPr>
              <w:t xml:space="preserve">;  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 xml:space="preserve">Б)нейтроны;  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В)электроны;</w:t>
            </w:r>
          </w:p>
          <w:p w:rsidR="00FD4A85" w:rsidRPr="004D00E1" w:rsidRDefault="00FD4A85" w:rsidP="0070214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Г) ионы.</w:t>
            </w:r>
          </w:p>
        </w:tc>
      </w:tr>
      <w:tr w:rsidR="00FD4A85" w:rsidRPr="004D00E1" w:rsidTr="002264E8">
        <w:tc>
          <w:tcPr>
            <w:tcW w:w="10881" w:type="dxa"/>
            <w:gridSpan w:val="4"/>
          </w:tcPr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lastRenderedPageBreak/>
              <w:t>2. Укажите один из вариантов ответа</w:t>
            </w:r>
          </w:p>
          <w:p w:rsidR="00FD4A85" w:rsidRPr="00560995" w:rsidRDefault="00FD4A85" w:rsidP="00702148">
            <w:pPr>
              <w:tabs>
                <w:tab w:val="left" w:pos="540"/>
              </w:tabs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Число каких элементарных частиц является  определяющим для понятия «изотоп»: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 xml:space="preserve">А)протоны;  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b/>
                <w:szCs w:val="24"/>
                <w:lang w:val="ru-RU"/>
              </w:rPr>
              <w:t>Б)нейтроны</w:t>
            </w:r>
            <w:r w:rsidRPr="00560995">
              <w:rPr>
                <w:szCs w:val="24"/>
                <w:lang w:val="ru-RU"/>
              </w:rPr>
              <w:t xml:space="preserve">;  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В)электроны;</w:t>
            </w:r>
          </w:p>
          <w:p w:rsidR="00FD4A85" w:rsidRPr="004D00E1" w:rsidRDefault="00FD4A85" w:rsidP="0070214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Г) ионы.</w:t>
            </w:r>
          </w:p>
        </w:tc>
      </w:tr>
      <w:tr w:rsidR="00FD4A85" w:rsidRPr="00AB705E" w:rsidTr="002264E8">
        <w:tc>
          <w:tcPr>
            <w:tcW w:w="10881" w:type="dxa"/>
            <w:gridSpan w:val="4"/>
          </w:tcPr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3. Укажите один из вариантов ответа</w:t>
            </w:r>
          </w:p>
          <w:p w:rsidR="00FD4A85" w:rsidRPr="004D00E1" w:rsidRDefault="00FD4A85" w:rsidP="00702148">
            <w:pPr>
              <w:pStyle w:val="2d"/>
              <w:spacing w:line="240" w:lineRule="auto"/>
              <w:ind w:left="0"/>
            </w:pPr>
            <w:r w:rsidRPr="004D00E1">
              <w:t>Исходя из данных о растворимости веществ, определите, в каком случае выпадения осадка не происходит:</w:t>
            </w:r>
          </w:p>
          <w:p w:rsidR="00FD4A85" w:rsidRPr="00560995" w:rsidRDefault="00FD4A85" w:rsidP="00702148">
            <w:pPr>
              <w:tabs>
                <w:tab w:val="left" w:pos="838"/>
              </w:tabs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 xml:space="preserve">А) </w:t>
            </w:r>
            <w:r w:rsidRPr="004D00E1">
              <w:rPr>
                <w:szCs w:val="24"/>
              </w:rPr>
              <w:t>AgNO</w:t>
            </w:r>
            <w:r w:rsidRPr="00560995">
              <w:rPr>
                <w:szCs w:val="24"/>
                <w:vertAlign w:val="subscript"/>
                <w:lang w:val="ru-RU"/>
              </w:rPr>
              <w:t>3</w:t>
            </w:r>
            <w:r w:rsidRPr="00560995">
              <w:rPr>
                <w:szCs w:val="24"/>
                <w:lang w:val="ru-RU"/>
              </w:rPr>
              <w:t>+</w:t>
            </w:r>
            <w:r w:rsidRPr="004D00E1">
              <w:rPr>
                <w:szCs w:val="24"/>
              </w:rPr>
              <w:t>NaCl</w:t>
            </w:r>
            <w:r w:rsidRPr="00560995">
              <w:rPr>
                <w:szCs w:val="24"/>
                <w:lang w:val="ru-RU"/>
              </w:rPr>
              <w:t xml:space="preserve"> →         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 xml:space="preserve">Б) </w:t>
            </w:r>
            <w:r w:rsidRPr="004D00E1">
              <w:rPr>
                <w:szCs w:val="24"/>
              </w:rPr>
              <w:t>CuCl</w:t>
            </w:r>
            <w:r w:rsidRPr="00560995">
              <w:rPr>
                <w:szCs w:val="24"/>
                <w:vertAlign w:val="subscript"/>
                <w:lang w:val="ru-RU"/>
              </w:rPr>
              <w:t>2</w:t>
            </w:r>
            <w:r w:rsidRPr="00560995">
              <w:rPr>
                <w:szCs w:val="24"/>
                <w:lang w:val="ru-RU"/>
              </w:rPr>
              <w:t>+</w:t>
            </w:r>
            <w:r w:rsidRPr="004D00E1">
              <w:rPr>
                <w:szCs w:val="24"/>
              </w:rPr>
              <w:t>NaOH</w:t>
            </w:r>
            <w:r w:rsidRPr="00560995">
              <w:rPr>
                <w:szCs w:val="24"/>
                <w:lang w:val="ru-RU"/>
              </w:rPr>
              <w:t xml:space="preserve"> →</w:t>
            </w:r>
          </w:p>
          <w:p w:rsidR="00FD4A85" w:rsidRPr="00756FBF" w:rsidRDefault="00FD4A85" w:rsidP="00702148">
            <w:pPr>
              <w:spacing w:line="240" w:lineRule="auto"/>
              <w:rPr>
                <w:b/>
                <w:szCs w:val="24"/>
              </w:rPr>
            </w:pPr>
            <w:r w:rsidRPr="004D00E1">
              <w:rPr>
                <w:b/>
                <w:szCs w:val="24"/>
              </w:rPr>
              <w:t>В</w:t>
            </w:r>
            <w:r w:rsidRPr="00756FBF">
              <w:rPr>
                <w:b/>
                <w:szCs w:val="24"/>
              </w:rPr>
              <w:t xml:space="preserve">) </w:t>
            </w:r>
            <w:r w:rsidRPr="004D00E1">
              <w:rPr>
                <w:b/>
                <w:szCs w:val="24"/>
              </w:rPr>
              <w:t>MnSO</w:t>
            </w:r>
            <w:r w:rsidRPr="00756FBF">
              <w:rPr>
                <w:b/>
                <w:szCs w:val="24"/>
                <w:vertAlign w:val="subscript"/>
              </w:rPr>
              <w:t xml:space="preserve">4 </w:t>
            </w:r>
            <w:r w:rsidRPr="00756FBF">
              <w:rPr>
                <w:b/>
                <w:szCs w:val="24"/>
              </w:rPr>
              <w:t>+</w:t>
            </w:r>
            <w:r w:rsidRPr="004D00E1">
              <w:rPr>
                <w:b/>
                <w:szCs w:val="24"/>
              </w:rPr>
              <w:t>NaI</w:t>
            </w:r>
            <w:r w:rsidRPr="00756FBF">
              <w:rPr>
                <w:b/>
                <w:szCs w:val="24"/>
              </w:rPr>
              <w:t>→</w:t>
            </w:r>
          </w:p>
          <w:p w:rsidR="00FD4A85" w:rsidRPr="00756FBF" w:rsidRDefault="00FD4A85" w:rsidP="0070214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Г</w:t>
            </w:r>
            <w:r w:rsidRPr="00756FBF">
              <w:rPr>
                <w:szCs w:val="24"/>
              </w:rPr>
              <w:t xml:space="preserve">) </w:t>
            </w:r>
            <w:r w:rsidRPr="004D00E1">
              <w:rPr>
                <w:szCs w:val="24"/>
              </w:rPr>
              <w:t>BaCl</w:t>
            </w:r>
            <w:r w:rsidRPr="00756FBF">
              <w:rPr>
                <w:szCs w:val="24"/>
                <w:vertAlign w:val="subscript"/>
              </w:rPr>
              <w:t>2</w:t>
            </w:r>
            <w:r w:rsidRPr="00756FBF">
              <w:rPr>
                <w:szCs w:val="24"/>
              </w:rPr>
              <w:t>+</w:t>
            </w:r>
            <w:r w:rsidRPr="004D00E1">
              <w:rPr>
                <w:szCs w:val="24"/>
              </w:rPr>
              <w:t>K</w:t>
            </w:r>
            <w:r w:rsidRPr="00756FBF">
              <w:rPr>
                <w:szCs w:val="24"/>
                <w:vertAlign w:val="subscript"/>
              </w:rPr>
              <w:t>2</w:t>
            </w:r>
            <w:r w:rsidRPr="004D00E1">
              <w:rPr>
                <w:szCs w:val="24"/>
              </w:rPr>
              <w:t>SO</w:t>
            </w:r>
            <w:r w:rsidRPr="00756FBF">
              <w:rPr>
                <w:szCs w:val="24"/>
                <w:vertAlign w:val="subscript"/>
              </w:rPr>
              <w:t>4</w:t>
            </w:r>
          </w:p>
        </w:tc>
      </w:tr>
      <w:tr w:rsidR="00FD4A85" w:rsidRPr="004D00E1" w:rsidTr="002264E8">
        <w:tc>
          <w:tcPr>
            <w:tcW w:w="10881" w:type="dxa"/>
            <w:gridSpan w:val="4"/>
          </w:tcPr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4. Укажите один из вариантов ответа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Из приведённых ниже солей по аниону гидролизуется</w:t>
            </w:r>
          </w:p>
          <w:p w:rsidR="00FD4A85" w:rsidRPr="004D00E1" w:rsidRDefault="00FD4A85" w:rsidP="00702148">
            <w:pPr>
              <w:tabs>
                <w:tab w:val="left" w:pos="720"/>
              </w:tabs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А) KNO</w:t>
            </w:r>
            <w:r w:rsidRPr="004D00E1">
              <w:rPr>
                <w:szCs w:val="24"/>
                <w:vertAlign w:val="subscript"/>
              </w:rPr>
              <w:t xml:space="preserve">3  </w:t>
            </w:r>
          </w:p>
          <w:p w:rsidR="00FD4A85" w:rsidRPr="004D00E1" w:rsidRDefault="00FD4A85" w:rsidP="00702148">
            <w:pPr>
              <w:spacing w:line="240" w:lineRule="auto"/>
              <w:rPr>
                <w:b/>
                <w:szCs w:val="24"/>
              </w:rPr>
            </w:pPr>
            <w:r w:rsidRPr="004D00E1">
              <w:rPr>
                <w:b/>
                <w:szCs w:val="24"/>
              </w:rPr>
              <w:t>Б) CuSO</w:t>
            </w:r>
            <w:r w:rsidRPr="004D00E1">
              <w:rPr>
                <w:b/>
                <w:szCs w:val="24"/>
                <w:vertAlign w:val="subscript"/>
              </w:rPr>
              <w:t>4</w:t>
            </w:r>
          </w:p>
          <w:p w:rsidR="00FD4A85" w:rsidRPr="004D00E1" w:rsidRDefault="00FD4A85" w:rsidP="0070214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В) Na</w:t>
            </w:r>
            <w:r w:rsidRPr="004D00E1">
              <w:rPr>
                <w:szCs w:val="24"/>
                <w:vertAlign w:val="subscript"/>
              </w:rPr>
              <w:t>2</w:t>
            </w:r>
            <w:r w:rsidRPr="004D00E1">
              <w:rPr>
                <w:szCs w:val="24"/>
              </w:rPr>
              <w:t>SO</w:t>
            </w:r>
            <w:r w:rsidRPr="004D00E1">
              <w:rPr>
                <w:szCs w:val="24"/>
                <w:vertAlign w:val="subscript"/>
              </w:rPr>
              <w:t>3</w:t>
            </w:r>
          </w:p>
          <w:p w:rsidR="00FD4A85" w:rsidRPr="004D00E1" w:rsidRDefault="00FD4A85" w:rsidP="0070214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Г) BaCl</w:t>
            </w:r>
            <w:r w:rsidRPr="004D00E1">
              <w:rPr>
                <w:szCs w:val="24"/>
                <w:vertAlign w:val="subscript"/>
              </w:rPr>
              <w:t>2</w:t>
            </w:r>
          </w:p>
        </w:tc>
      </w:tr>
      <w:tr w:rsidR="00FD4A85" w:rsidRPr="004D00E1" w:rsidTr="002264E8">
        <w:tc>
          <w:tcPr>
            <w:tcW w:w="10881" w:type="dxa"/>
            <w:gridSpan w:val="4"/>
          </w:tcPr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5. Укажите один из вариантов ответа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Из приведённых ниже солей по катиону гидролизуется</w:t>
            </w:r>
          </w:p>
          <w:p w:rsidR="00FD4A85" w:rsidRPr="00756FBF" w:rsidRDefault="00FD4A85" w:rsidP="00702148">
            <w:pPr>
              <w:tabs>
                <w:tab w:val="left" w:pos="720"/>
              </w:tabs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А</w:t>
            </w:r>
            <w:r w:rsidRPr="00756FBF">
              <w:rPr>
                <w:szCs w:val="24"/>
              </w:rPr>
              <w:t xml:space="preserve">) </w:t>
            </w:r>
            <w:r w:rsidRPr="004D00E1">
              <w:rPr>
                <w:szCs w:val="24"/>
              </w:rPr>
              <w:t>KNO</w:t>
            </w:r>
            <w:r w:rsidRPr="00756FBF">
              <w:rPr>
                <w:szCs w:val="24"/>
                <w:vertAlign w:val="subscript"/>
              </w:rPr>
              <w:t xml:space="preserve">3  </w:t>
            </w:r>
          </w:p>
          <w:p w:rsidR="00FD4A85" w:rsidRPr="00756FBF" w:rsidRDefault="00FD4A85" w:rsidP="0070214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Б</w:t>
            </w:r>
            <w:r w:rsidRPr="00756FBF">
              <w:rPr>
                <w:szCs w:val="24"/>
              </w:rPr>
              <w:t xml:space="preserve">) </w:t>
            </w:r>
            <w:r w:rsidRPr="004D00E1">
              <w:rPr>
                <w:szCs w:val="24"/>
              </w:rPr>
              <w:t>CuSO</w:t>
            </w:r>
            <w:r w:rsidRPr="00756FBF">
              <w:rPr>
                <w:szCs w:val="24"/>
                <w:vertAlign w:val="subscript"/>
              </w:rPr>
              <w:t>4</w:t>
            </w:r>
          </w:p>
          <w:p w:rsidR="00FD4A85" w:rsidRPr="00756FBF" w:rsidRDefault="00FD4A85" w:rsidP="00702148">
            <w:pPr>
              <w:spacing w:line="240" w:lineRule="auto"/>
              <w:rPr>
                <w:b/>
                <w:szCs w:val="24"/>
              </w:rPr>
            </w:pPr>
            <w:r w:rsidRPr="004D00E1">
              <w:rPr>
                <w:b/>
                <w:szCs w:val="24"/>
              </w:rPr>
              <w:t>В</w:t>
            </w:r>
            <w:r w:rsidRPr="00756FBF">
              <w:rPr>
                <w:b/>
                <w:szCs w:val="24"/>
              </w:rPr>
              <w:t xml:space="preserve">) </w:t>
            </w:r>
            <w:r w:rsidRPr="004D00E1">
              <w:rPr>
                <w:b/>
                <w:szCs w:val="24"/>
              </w:rPr>
              <w:t>Na</w:t>
            </w:r>
            <w:r w:rsidRPr="00756FBF">
              <w:rPr>
                <w:b/>
                <w:szCs w:val="24"/>
                <w:vertAlign w:val="subscript"/>
              </w:rPr>
              <w:t>2</w:t>
            </w:r>
            <w:r w:rsidRPr="004D00E1">
              <w:rPr>
                <w:b/>
                <w:szCs w:val="24"/>
              </w:rPr>
              <w:t>SO</w:t>
            </w:r>
            <w:r w:rsidRPr="00756FBF">
              <w:rPr>
                <w:b/>
                <w:szCs w:val="24"/>
                <w:vertAlign w:val="subscript"/>
              </w:rPr>
              <w:t>3</w:t>
            </w:r>
          </w:p>
          <w:p w:rsidR="00FD4A85" w:rsidRPr="004D00E1" w:rsidRDefault="00FD4A85" w:rsidP="0070214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Г) BaCl</w:t>
            </w:r>
            <w:r w:rsidRPr="004D00E1">
              <w:rPr>
                <w:szCs w:val="24"/>
                <w:vertAlign w:val="subscript"/>
              </w:rPr>
              <w:t>2</w:t>
            </w:r>
          </w:p>
        </w:tc>
      </w:tr>
      <w:tr w:rsidR="00FD4A85" w:rsidRPr="00771808" w:rsidTr="002264E8">
        <w:tc>
          <w:tcPr>
            <w:tcW w:w="10881" w:type="dxa"/>
            <w:gridSpan w:val="4"/>
          </w:tcPr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6. Укажите один из вариантов ответа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 xml:space="preserve">Пропущенными веществами в уравнении реакции </w:t>
            </w:r>
            <w:r w:rsidRPr="004D00E1">
              <w:rPr>
                <w:szCs w:val="24"/>
              </w:rPr>
              <w:t>K</w:t>
            </w:r>
            <w:r w:rsidRPr="00560995">
              <w:rPr>
                <w:szCs w:val="24"/>
                <w:vertAlign w:val="subscript"/>
                <w:lang w:val="ru-RU"/>
              </w:rPr>
              <w:t>2</w:t>
            </w:r>
            <w:r w:rsidRPr="004D00E1">
              <w:rPr>
                <w:szCs w:val="24"/>
              </w:rPr>
              <w:t>CO</w:t>
            </w:r>
            <w:r w:rsidRPr="00560995">
              <w:rPr>
                <w:szCs w:val="24"/>
                <w:vertAlign w:val="subscript"/>
                <w:lang w:val="ru-RU"/>
              </w:rPr>
              <w:t>3</w:t>
            </w:r>
            <w:r w:rsidRPr="00560995">
              <w:rPr>
                <w:szCs w:val="24"/>
                <w:lang w:val="ru-RU"/>
              </w:rPr>
              <w:t>+….→</w:t>
            </w:r>
            <w:r w:rsidRPr="004D00E1">
              <w:rPr>
                <w:szCs w:val="24"/>
              </w:rPr>
              <w:t>KCl</w:t>
            </w:r>
            <w:r w:rsidRPr="00560995">
              <w:rPr>
                <w:szCs w:val="24"/>
                <w:lang w:val="ru-RU"/>
              </w:rPr>
              <w:t>+…+</w:t>
            </w:r>
            <w:r w:rsidRPr="004D00E1">
              <w:rPr>
                <w:szCs w:val="24"/>
              </w:rPr>
              <w:t>H</w:t>
            </w:r>
            <w:r w:rsidRPr="00560995">
              <w:rPr>
                <w:szCs w:val="24"/>
                <w:vertAlign w:val="subscript"/>
                <w:lang w:val="ru-RU"/>
              </w:rPr>
              <w:t>2</w:t>
            </w:r>
            <w:r w:rsidRPr="004D00E1">
              <w:rPr>
                <w:szCs w:val="24"/>
              </w:rPr>
              <w:t>O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 xml:space="preserve">являются </w:t>
            </w:r>
          </w:p>
          <w:p w:rsidR="00FD4A85" w:rsidRPr="00560995" w:rsidRDefault="00FD4A85" w:rsidP="00702148">
            <w:pPr>
              <w:spacing w:line="240" w:lineRule="auto"/>
              <w:rPr>
                <w:b/>
                <w:szCs w:val="24"/>
                <w:lang w:val="ru-RU"/>
              </w:rPr>
            </w:pPr>
            <w:r w:rsidRPr="00560995">
              <w:rPr>
                <w:b/>
                <w:szCs w:val="24"/>
                <w:lang w:val="ru-RU"/>
              </w:rPr>
              <w:t xml:space="preserve">А) </w:t>
            </w:r>
            <w:r w:rsidRPr="004D00E1">
              <w:rPr>
                <w:b/>
                <w:szCs w:val="24"/>
              </w:rPr>
              <w:t>HCl</w:t>
            </w:r>
            <w:r w:rsidRPr="00560995">
              <w:rPr>
                <w:b/>
                <w:szCs w:val="24"/>
                <w:lang w:val="ru-RU"/>
              </w:rPr>
              <w:t xml:space="preserve">  и </w:t>
            </w:r>
            <w:r w:rsidRPr="004D00E1">
              <w:rPr>
                <w:b/>
                <w:szCs w:val="24"/>
              </w:rPr>
              <w:t>CO</w:t>
            </w:r>
            <w:r w:rsidRPr="00560995">
              <w:rPr>
                <w:b/>
                <w:szCs w:val="24"/>
                <w:vertAlign w:val="subscript"/>
                <w:lang w:val="ru-RU"/>
              </w:rPr>
              <w:t>2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 xml:space="preserve">Б) </w:t>
            </w:r>
            <w:r w:rsidRPr="004D00E1">
              <w:rPr>
                <w:szCs w:val="24"/>
              </w:rPr>
              <w:t>H</w:t>
            </w:r>
            <w:r w:rsidRPr="00560995">
              <w:rPr>
                <w:szCs w:val="24"/>
                <w:vertAlign w:val="subscript"/>
                <w:lang w:val="ru-RU"/>
              </w:rPr>
              <w:t>2</w:t>
            </w:r>
            <w:r w:rsidRPr="004D00E1">
              <w:rPr>
                <w:szCs w:val="24"/>
              </w:rPr>
              <w:t>CO</w:t>
            </w:r>
            <w:r w:rsidRPr="00560995">
              <w:rPr>
                <w:szCs w:val="24"/>
                <w:vertAlign w:val="subscript"/>
                <w:lang w:val="ru-RU"/>
              </w:rPr>
              <w:t>3</w:t>
            </w:r>
            <w:r w:rsidRPr="00560995">
              <w:rPr>
                <w:szCs w:val="24"/>
                <w:lang w:val="ru-RU"/>
              </w:rPr>
              <w:t xml:space="preserve"> и </w:t>
            </w:r>
            <w:r w:rsidRPr="004D00E1">
              <w:rPr>
                <w:szCs w:val="24"/>
              </w:rPr>
              <w:t>H</w:t>
            </w:r>
            <w:r w:rsidRPr="00560995">
              <w:rPr>
                <w:szCs w:val="24"/>
                <w:vertAlign w:val="subscript"/>
                <w:lang w:val="ru-RU"/>
              </w:rPr>
              <w:t>2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 xml:space="preserve">В) </w:t>
            </w:r>
            <w:r w:rsidRPr="004D00E1">
              <w:rPr>
                <w:szCs w:val="24"/>
              </w:rPr>
              <w:t>HNO</w:t>
            </w:r>
            <w:r w:rsidRPr="00560995">
              <w:rPr>
                <w:szCs w:val="24"/>
                <w:vertAlign w:val="subscript"/>
                <w:lang w:val="ru-RU"/>
              </w:rPr>
              <w:t>3</w:t>
            </w:r>
            <w:r w:rsidRPr="00560995">
              <w:rPr>
                <w:szCs w:val="24"/>
                <w:lang w:val="ru-RU"/>
              </w:rPr>
              <w:t xml:space="preserve"> и </w:t>
            </w:r>
            <w:r w:rsidRPr="004D00E1">
              <w:rPr>
                <w:szCs w:val="24"/>
              </w:rPr>
              <w:t>N</w:t>
            </w:r>
            <w:r w:rsidRPr="00560995">
              <w:rPr>
                <w:szCs w:val="24"/>
                <w:vertAlign w:val="subscript"/>
                <w:lang w:val="ru-RU"/>
              </w:rPr>
              <w:t>2</w:t>
            </w:r>
            <w:r w:rsidRPr="004D00E1">
              <w:rPr>
                <w:szCs w:val="24"/>
              </w:rPr>
              <w:t>O</w:t>
            </w:r>
            <w:r w:rsidRPr="00560995">
              <w:rPr>
                <w:szCs w:val="24"/>
                <w:vertAlign w:val="subscript"/>
                <w:lang w:val="ru-RU"/>
              </w:rPr>
              <w:t>3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 xml:space="preserve">Г) </w:t>
            </w:r>
            <w:r w:rsidRPr="004D00E1">
              <w:rPr>
                <w:szCs w:val="24"/>
              </w:rPr>
              <w:t>H</w:t>
            </w:r>
            <w:r w:rsidRPr="00560995">
              <w:rPr>
                <w:szCs w:val="24"/>
                <w:vertAlign w:val="subscript"/>
                <w:lang w:val="ru-RU"/>
              </w:rPr>
              <w:t>2</w:t>
            </w:r>
            <w:r w:rsidRPr="004D00E1">
              <w:rPr>
                <w:szCs w:val="24"/>
              </w:rPr>
              <w:t>S</w:t>
            </w:r>
            <w:r w:rsidRPr="00560995">
              <w:rPr>
                <w:szCs w:val="24"/>
                <w:lang w:val="ru-RU"/>
              </w:rPr>
              <w:t xml:space="preserve"> и </w:t>
            </w:r>
            <w:r w:rsidRPr="004D00E1">
              <w:rPr>
                <w:szCs w:val="24"/>
              </w:rPr>
              <w:t>SO</w:t>
            </w:r>
            <w:r w:rsidRPr="00560995">
              <w:rPr>
                <w:szCs w:val="24"/>
                <w:vertAlign w:val="subscript"/>
                <w:lang w:val="ru-RU"/>
              </w:rPr>
              <w:t>2</w:t>
            </w:r>
          </w:p>
        </w:tc>
      </w:tr>
      <w:tr w:rsidR="00FD4A85" w:rsidRPr="004D00E1" w:rsidTr="002264E8">
        <w:tc>
          <w:tcPr>
            <w:tcW w:w="10881" w:type="dxa"/>
            <w:gridSpan w:val="4"/>
          </w:tcPr>
          <w:p w:rsidR="00FD4A85" w:rsidRPr="00560995" w:rsidRDefault="00FD4A85" w:rsidP="00702148">
            <w:pPr>
              <w:spacing w:line="240" w:lineRule="auto"/>
              <w:rPr>
                <w:color w:val="000000"/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 xml:space="preserve">7. </w:t>
            </w:r>
            <w:r w:rsidRPr="00560995">
              <w:rPr>
                <w:color w:val="000000"/>
                <w:szCs w:val="24"/>
                <w:lang w:val="ru-RU"/>
              </w:rPr>
              <w:t>Из числа указанных в ряду элементов выберите два элемента, которые проявляют низшую степень окисления, равную –4</w:t>
            </w:r>
          </w:p>
          <w:p w:rsidR="00FD4A85" w:rsidRPr="004D00E1" w:rsidRDefault="00FD4A85" w:rsidP="0070214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А) Р</w:t>
            </w:r>
          </w:p>
          <w:p w:rsidR="00FD4A85" w:rsidRPr="004D00E1" w:rsidRDefault="00FD4A85" w:rsidP="00702148">
            <w:pPr>
              <w:spacing w:line="240" w:lineRule="auto"/>
              <w:rPr>
                <w:b/>
                <w:szCs w:val="24"/>
              </w:rPr>
            </w:pPr>
            <w:r w:rsidRPr="004D00E1">
              <w:rPr>
                <w:b/>
                <w:szCs w:val="24"/>
              </w:rPr>
              <w:t>Б) С</w:t>
            </w:r>
          </w:p>
          <w:p w:rsidR="00FD4A85" w:rsidRPr="004D00E1" w:rsidRDefault="00FD4A85" w:rsidP="0070214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В) N</w:t>
            </w:r>
          </w:p>
          <w:p w:rsidR="00FD4A85" w:rsidRPr="004D00E1" w:rsidRDefault="00FD4A85" w:rsidP="00702148">
            <w:pPr>
              <w:spacing w:line="240" w:lineRule="auto"/>
              <w:rPr>
                <w:szCs w:val="24"/>
              </w:rPr>
            </w:pPr>
            <w:r w:rsidRPr="004D00E1">
              <w:rPr>
                <w:b/>
                <w:szCs w:val="24"/>
              </w:rPr>
              <w:t>Г) Si</w:t>
            </w:r>
          </w:p>
        </w:tc>
      </w:tr>
      <w:tr w:rsidR="00FD4A85" w:rsidRPr="004D00E1" w:rsidTr="002264E8">
        <w:tc>
          <w:tcPr>
            <w:tcW w:w="10881" w:type="dxa"/>
            <w:gridSpan w:val="4"/>
          </w:tcPr>
          <w:p w:rsidR="00FD4A85" w:rsidRPr="004D00E1" w:rsidRDefault="00FD4A85" w:rsidP="00702148">
            <w:pPr>
              <w:spacing w:line="240" w:lineRule="auto"/>
              <w:rPr>
                <w:color w:val="000000"/>
                <w:szCs w:val="24"/>
              </w:rPr>
            </w:pPr>
            <w:r w:rsidRPr="00560995">
              <w:rPr>
                <w:szCs w:val="24"/>
                <w:lang w:val="ru-RU"/>
              </w:rPr>
              <w:t xml:space="preserve">8. </w:t>
            </w:r>
            <w:r w:rsidRPr="00560995">
              <w:rPr>
                <w:color w:val="000000"/>
                <w:szCs w:val="24"/>
                <w:lang w:val="ru-RU"/>
              </w:rPr>
              <w:t>Из числа ука</w:t>
            </w:r>
            <w:r w:rsidRPr="00560995">
              <w:rPr>
                <w:color w:val="000000"/>
                <w:szCs w:val="24"/>
                <w:lang w:val="ru-RU"/>
              </w:rPr>
              <w:softHyphen/>
              <w:t>зан</w:t>
            </w:r>
            <w:r w:rsidRPr="00560995">
              <w:rPr>
                <w:color w:val="000000"/>
                <w:szCs w:val="24"/>
                <w:lang w:val="ru-RU"/>
              </w:rPr>
              <w:softHyphen/>
              <w:t>ных в ряду эле</w:t>
            </w:r>
            <w:r w:rsidRPr="00560995">
              <w:rPr>
                <w:color w:val="000000"/>
                <w:szCs w:val="24"/>
                <w:lang w:val="ru-RU"/>
              </w:rPr>
              <w:softHyphen/>
              <w:t>мен</w:t>
            </w:r>
            <w:r w:rsidRPr="00560995">
              <w:rPr>
                <w:color w:val="000000"/>
                <w:szCs w:val="24"/>
                <w:lang w:val="ru-RU"/>
              </w:rPr>
              <w:softHyphen/>
              <w:t>тов вы</w:t>
            </w:r>
            <w:r w:rsidRPr="00560995">
              <w:rPr>
                <w:color w:val="000000"/>
                <w:szCs w:val="24"/>
                <w:lang w:val="ru-RU"/>
              </w:rPr>
              <w:softHyphen/>
              <w:t>бе</w:t>
            </w:r>
            <w:r w:rsidRPr="00560995">
              <w:rPr>
                <w:color w:val="000000"/>
                <w:szCs w:val="24"/>
                <w:lang w:val="ru-RU"/>
              </w:rPr>
              <w:softHyphen/>
              <w:t>ри</w:t>
            </w:r>
            <w:r w:rsidRPr="00560995">
              <w:rPr>
                <w:color w:val="000000"/>
                <w:szCs w:val="24"/>
                <w:lang w:val="ru-RU"/>
              </w:rPr>
              <w:softHyphen/>
              <w:t>те два эле</w:t>
            </w:r>
            <w:r w:rsidRPr="00560995">
              <w:rPr>
                <w:color w:val="000000"/>
                <w:szCs w:val="24"/>
                <w:lang w:val="ru-RU"/>
              </w:rPr>
              <w:softHyphen/>
              <w:t>мен</w:t>
            </w:r>
            <w:r w:rsidRPr="00560995">
              <w:rPr>
                <w:color w:val="000000"/>
                <w:szCs w:val="24"/>
                <w:lang w:val="ru-RU"/>
              </w:rPr>
              <w:softHyphen/>
              <w:t>та, ко</w:t>
            </w:r>
            <w:r w:rsidRPr="00560995">
              <w:rPr>
                <w:color w:val="000000"/>
                <w:szCs w:val="24"/>
                <w:lang w:val="ru-RU"/>
              </w:rPr>
              <w:softHyphen/>
              <w:t>то</w:t>
            </w:r>
            <w:r w:rsidRPr="00560995">
              <w:rPr>
                <w:color w:val="000000"/>
                <w:szCs w:val="24"/>
                <w:lang w:val="ru-RU"/>
              </w:rPr>
              <w:softHyphen/>
              <w:t>рые про</w:t>
            </w:r>
            <w:r w:rsidRPr="00560995">
              <w:rPr>
                <w:color w:val="000000"/>
                <w:szCs w:val="24"/>
                <w:lang w:val="ru-RU"/>
              </w:rPr>
              <w:softHyphen/>
              <w:t>яв</w:t>
            </w:r>
            <w:r w:rsidRPr="00560995">
              <w:rPr>
                <w:color w:val="000000"/>
                <w:szCs w:val="24"/>
                <w:lang w:val="ru-RU"/>
              </w:rPr>
              <w:softHyphen/>
              <w:t>ля</w:t>
            </w:r>
            <w:r w:rsidRPr="00560995">
              <w:rPr>
                <w:color w:val="000000"/>
                <w:szCs w:val="24"/>
                <w:lang w:val="ru-RU"/>
              </w:rPr>
              <w:softHyphen/>
              <w:t>ют высшую сте</w:t>
            </w:r>
            <w:r w:rsidRPr="00560995">
              <w:rPr>
                <w:color w:val="000000"/>
                <w:szCs w:val="24"/>
                <w:lang w:val="ru-RU"/>
              </w:rPr>
              <w:softHyphen/>
              <w:t>пень окис</w:t>
            </w:r>
            <w:r w:rsidRPr="00560995">
              <w:rPr>
                <w:color w:val="000000"/>
                <w:szCs w:val="24"/>
                <w:lang w:val="ru-RU"/>
              </w:rPr>
              <w:softHyphen/>
              <w:t>ле</w:t>
            </w:r>
            <w:r w:rsidRPr="00560995">
              <w:rPr>
                <w:color w:val="000000"/>
                <w:szCs w:val="24"/>
                <w:lang w:val="ru-RU"/>
              </w:rPr>
              <w:softHyphen/>
              <w:t>ния, рав</w:t>
            </w:r>
            <w:r w:rsidRPr="00560995">
              <w:rPr>
                <w:color w:val="000000"/>
                <w:szCs w:val="24"/>
                <w:lang w:val="ru-RU"/>
              </w:rPr>
              <w:softHyphen/>
              <w:t xml:space="preserve">ную </w:t>
            </w:r>
            <w:r w:rsidRPr="004D00E1">
              <w:rPr>
                <w:color w:val="000000"/>
                <w:szCs w:val="24"/>
              </w:rPr>
              <w:t>+1.</w:t>
            </w:r>
          </w:p>
          <w:p w:rsidR="00FD4A85" w:rsidRPr="004D00E1" w:rsidRDefault="00FD4A85" w:rsidP="00702148">
            <w:pPr>
              <w:spacing w:line="240" w:lineRule="auto"/>
              <w:rPr>
                <w:b/>
                <w:szCs w:val="24"/>
              </w:rPr>
            </w:pPr>
            <w:r w:rsidRPr="004D00E1">
              <w:rPr>
                <w:b/>
                <w:szCs w:val="24"/>
              </w:rPr>
              <w:t>А) Na</w:t>
            </w:r>
          </w:p>
          <w:p w:rsidR="00FD4A85" w:rsidRPr="004D00E1" w:rsidRDefault="00FD4A85" w:rsidP="00702148">
            <w:pPr>
              <w:spacing w:line="240" w:lineRule="auto"/>
              <w:rPr>
                <w:b/>
                <w:szCs w:val="24"/>
              </w:rPr>
            </w:pPr>
            <w:r w:rsidRPr="004D00E1">
              <w:rPr>
                <w:b/>
                <w:szCs w:val="24"/>
              </w:rPr>
              <w:t>Б) Li</w:t>
            </w:r>
          </w:p>
          <w:p w:rsidR="00FD4A85" w:rsidRPr="004D00E1" w:rsidRDefault="00FD4A85" w:rsidP="0070214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В) Mg</w:t>
            </w:r>
          </w:p>
          <w:p w:rsidR="00FD4A85" w:rsidRPr="004D00E1" w:rsidRDefault="00FD4A85" w:rsidP="0070214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Г) Ba</w:t>
            </w:r>
          </w:p>
        </w:tc>
      </w:tr>
      <w:tr w:rsidR="00FD4A85" w:rsidRPr="004D00E1" w:rsidTr="002264E8">
        <w:tc>
          <w:tcPr>
            <w:tcW w:w="10881" w:type="dxa"/>
            <w:gridSpan w:val="4"/>
          </w:tcPr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 xml:space="preserve">9. </w:t>
            </w:r>
            <w:r w:rsidRPr="00560995">
              <w:rPr>
                <w:color w:val="000000"/>
                <w:szCs w:val="24"/>
                <w:lang w:val="ru-RU"/>
              </w:rPr>
              <w:t xml:space="preserve">Из предложенного перечня выберите два соединения, в которых присутствует ионная </w:t>
            </w:r>
            <w:r w:rsidRPr="00560995">
              <w:rPr>
                <w:color w:val="000000"/>
                <w:szCs w:val="24"/>
                <w:lang w:val="ru-RU"/>
              </w:rPr>
              <w:lastRenderedPageBreak/>
              <w:t>химическая связь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 xml:space="preserve">А) </w:t>
            </w:r>
            <w:r w:rsidRPr="004D00E1">
              <w:rPr>
                <w:szCs w:val="24"/>
              </w:rPr>
              <w:t>Cl</w:t>
            </w:r>
            <w:r w:rsidRPr="00560995">
              <w:rPr>
                <w:szCs w:val="24"/>
                <w:vertAlign w:val="subscript"/>
                <w:lang w:val="ru-RU"/>
              </w:rPr>
              <w:t>2</w:t>
            </w:r>
          </w:p>
          <w:p w:rsidR="00FD4A85" w:rsidRPr="00560995" w:rsidRDefault="00FD4A85" w:rsidP="00702148">
            <w:pPr>
              <w:spacing w:line="240" w:lineRule="auto"/>
              <w:rPr>
                <w:b/>
                <w:szCs w:val="24"/>
                <w:lang w:val="ru-RU"/>
              </w:rPr>
            </w:pPr>
            <w:r w:rsidRPr="00560995">
              <w:rPr>
                <w:b/>
                <w:szCs w:val="24"/>
                <w:lang w:val="ru-RU"/>
              </w:rPr>
              <w:t xml:space="preserve">Б) </w:t>
            </w:r>
            <w:r w:rsidRPr="004D00E1">
              <w:rPr>
                <w:b/>
                <w:szCs w:val="24"/>
              </w:rPr>
              <w:t>NaBr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 xml:space="preserve">В) </w:t>
            </w:r>
            <w:r w:rsidRPr="004D00E1">
              <w:rPr>
                <w:szCs w:val="24"/>
              </w:rPr>
              <w:t>H</w:t>
            </w:r>
            <w:r w:rsidRPr="00560995">
              <w:rPr>
                <w:szCs w:val="24"/>
                <w:vertAlign w:val="subscript"/>
                <w:lang w:val="ru-RU"/>
              </w:rPr>
              <w:t>2</w:t>
            </w:r>
            <w:r w:rsidRPr="004D00E1">
              <w:rPr>
                <w:szCs w:val="24"/>
              </w:rPr>
              <w:t>S</w:t>
            </w:r>
          </w:p>
          <w:p w:rsidR="00FD4A85" w:rsidRPr="004D00E1" w:rsidRDefault="00FD4A85" w:rsidP="00702148">
            <w:pPr>
              <w:spacing w:line="240" w:lineRule="auto"/>
              <w:rPr>
                <w:szCs w:val="24"/>
              </w:rPr>
            </w:pPr>
            <w:r w:rsidRPr="004D00E1">
              <w:rPr>
                <w:b/>
                <w:szCs w:val="24"/>
              </w:rPr>
              <w:t>Г) Na</w:t>
            </w:r>
            <w:r w:rsidRPr="004D00E1">
              <w:rPr>
                <w:b/>
                <w:szCs w:val="24"/>
                <w:vertAlign w:val="subscript"/>
              </w:rPr>
              <w:t>2</w:t>
            </w:r>
            <w:r w:rsidRPr="004D00E1">
              <w:rPr>
                <w:b/>
                <w:szCs w:val="24"/>
              </w:rPr>
              <w:t>O</w:t>
            </w:r>
          </w:p>
        </w:tc>
      </w:tr>
      <w:tr w:rsidR="00FD4A85" w:rsidRPr="004D00E1" w:rsidTr="002264E8">
        <w:tc>
          <w:tcPr>
            <w:tcW w:w="10881" w:type="dxa"/>
            <w:gridSpan w:val="4"/>
          </w:tcPr>
          <w:p w:rsidR="00FD4A85" w:rsidRPr="00560995" w:rsidRDefault="00FD4A85" w:rsidP="00702148">
            <w:pPr>
              <w:spacing w:line="240" w:lineRule="auto"/>
              <w:rPr>
                <w:color w:val="000000"/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lastRenderedPageBreak/>
              <w:t xml:space="preserve">10.  </w:t>
            </w:r>
            <w:r w:rsidRPr="00560995">
              <w:rPr>
                <w:color w:val="000000"/>
                <w:szCs w:val="24"/>
                <w:lang w:val="ru-RU"/>
              </w:rPr>
              <w:t>Из предложенного перечня выберите два вещества, в которых присутствует ко</w:t>
            </w:r>
            <w:r w:rsidRPr="00560995">
              <w:rPr>
                <w:color w:val="000000"/>
                <w:szCs w:val="24"/>
                <w:lang w:val="ru-RU"/>
              </w:rPr>
              <w:softHyphen/>
              <w:t>ва</w:t>
            </w:r>
            <w:r w:rsidRPr="00560995">
              <w:rPr>
                <w:color w:val="000000"/>
                <w:szCs w:val="24"/>
                <w:lang w:val="ru-RU"/>
              </w:rPr>
              <w:softHyphen/>
              <w:t>лент</w:t>
            </w:r>
            <w:r w:rsidRPr="00560995">
              <w:rPr>
                <w:color w:val="000000"/>
                <w:szCs w:val="24"/>
                <w:lang w:val="ru-RU"/>
              </w:rPr>
              <w:softHyphen/>
              <w:t>ная свя</w:t>
            </w:r>
            <w:r w:rsidRPr="00560995">
              <w:rPr>
                <w:color w:val="000000"/>
                <w:szCs w:val="24"/>
                <w:lang w:val="ru-RU"/>
              </w:rPr>
              <w:softHyphen/>
              <w:t>зь.</w:t>
            </w:r>
          </w:p>
          <w:p w:rsidR="00FD4A85" w:rsidRPr="00560995" w:rsidRDefault="00FD4A85" w:rsidP="00702148">
            <w:pPr>
              <w:spacing w:line="240" w:lineRule="auto"/>
              <w:rPr>
                <w:b/>
                <w:szCs w:val="24"/>
                <w:lang w:val="ru-RU"/>
              </w:rPr>
            </w:pPr>
            <w:r w:rsidRPr="00560995">
              <w:rPr>
                <w:b/>
                <w:szCs w:val="24"/>
                <w:lang w:val="ru-RU"/>
              </w:rPr>
              <w:t xml:space="preserve">А) </w:t>
            </w:r>
            <w:r w:rsidRPr="004D00E1">
              <w:rPr>
                <w:b/>
                <w:szCs w:val="24"/>
              </w:rPr>
              <w:t>Cl</w:t>
            </w:r>
            <w:r w:rsidRPr="00560995">
              <w:rPr>
                <w:b/>
                <w:szCs w:val="24"/>
                <w:vertAlign w:val="subscript"/>
                <w:lang w:val="ru-RU"/>
              </w:rPr>
              <w:t>2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 xml:space="preserve">Б) </w:t>
            </w:r>
            <w:r w:rsidRPr="004D00E1">
              <w:rPr>
                <w:szCs w:val="24"/>
              </w:rPr>
              <w:t>NaBr</w:t>
            </w:r>
          </w:p>
          <w:p w:rsidR="00FD4A85" w:rsidRPr="00560995" w:rsidRDefault="00FD4A85" w:rsidP="00702148">
            <w:pPr>
              <w:spacing w:line="240" w:lineRule="auto"/>
              <w:rPr>
                <w:b/>
                <w:szCs w:val="24"/>
                <w:lang w:val="ru-RU"/>
              </w:rPr>
            </w:pPr>
            <w:r w:rsidRPr="00560995">
              <w:rPr>
                <w:b/>
                <w:szCs w:val="24"/>
                <w:lang w:val="ru-RU"/>
              </w:rPr>
              <w:t xml:space="preserve">В) </w:t>
            </w:r>
            <w:r w:rsidRPr="004D00E1">
              <w:rPr>
                <w:b/>
                <w:szCs w:val="24"/>
              </w:rPr>
              <w:t>H</w:t>
            </w:r>
            <w:r w:rsidRPr="00560995">
              <w:rPr>
                <w:b/>
                <w:szCs w:val="24"/>
                <w:vertAlign w:val="subscript"/>
                <w:lang w:val="ru-RU"/>
              </w:rPr>
              <w:t>2</w:t>
            </w:r>
            <w:r w:rsidRPr="004D00E1">
              <w:rPr>
                <w:b/>
                <w:szCs w:val="24"/>
              </w:rPr>
              <w:t>S</w:t>
            </w:r>
          </w:p>
          <w:p w:rsidR="00FD4A85" w:rsidRPr="004D00E1" w:rsidRDefault="00FD4A85" w:rsidP="0070214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Г)</w:t>
            </w:r>
            <w:r>
              <w:rPr>
                <w:szCs w:val="24"/>
              </w:rPr>
              <w:t xml:space="preserve"> </w:t>
            </w:r>
            <w:r w:rsidRPr="004D00E1">
              <w:rPr>
                <w:szCs w:val="24"/>
              </w:rPr>
              <w:t>Na</w:t>
            </w:r>
            <w:r w:rsidRPr="004D00E1">
              <w:rPr>
                <w:szCs w:val="24"/>
                <w:vertAlign w:val="subscript"/>
              </w:rPr>
              <w:t>2</w:t>
            </w:r>
            <w:r w:rsidRPr="004D00E1">
              <w:rPr>
                <w:szCs w:val="24"/>
              </w:rPr>
              <w:t>O</w:t>
            </w:r>
          </w:p>
        </w:tc>
      </w:tr>
      <w:tr w:rsidR="00FD4A85" w:rsidRPr="004D00E1" w:rsidTr="002264E8">
        <w:tc>
          <w:tcPr>
            <w:tcW w:w="10881" w:type="dxa"/>
            <w:gridSpan w:val="4"/>
          </w:tcPr>
          <w:p w:rsidR="00FD4A85" w:rsidRPr="004D00E1" w:rsidRDefault="00FD4A85" w:rsidP="00702148">
            <w:pPr>
              <w:spacing w:line="240" w:lineRule="auto"/>
              <w:rPr>
                <w:szCs w:val="24"/>
              </w:rPr>
            </w:pPr>
          </w:p>
        </w:tc>
      </w:tr>
      <w:tr w:rsidR="00FD4A85" w:rsidRPr="00791B26" w:rsidTr="002264E8">
        <w:trPr>
          <w:trHeight w:val="182"/>
        </w:trPr>
        <w:tc>
          <w:tcPr>
            <w:tcW w:w="4816" w:type="dxa"/>
            <w:gridSpan w:val="2"/>
          </w:tcPr>
          <w:p w:rsidR="00FD4A85" w:rsidRPr="00791B26" w:rsidRDefault="00FD4A85" w:rsidP="00702148">
            <w:pPr>
              <w:tabs>
                <w:tab w:val="left" w:pos="3393"/>
              </w:tabs>
              <w:spacing w:line="240" w:lineRule="auto"/>
              <w:rPr>
                <w:b/>
                <w:szCs w:val="24"/>
              </w:rPr>
            </w:pPr>
            <w:r w:rsidRPr="00791B26">
              <w:rPr>
                <w:b/>
                <w:szCs w:val="24"/>
              </w:rPr>
              <w:t>Уровень сложности</w:t>
            </w:r>
          </w:p>
        </w:tc>
        <w:tc>
          <w:tcPr>
            <w:tcW w:w="6065" w:type="dxa"/>
            <w:gridSpan w:val="2"/>
          </w:tcPr>
          <w:p w:rsidR="00FD4A85" w:rsidRPr="00791B26" w:rsidRDefault="00FD4A85" w:rsidP="00702148">
            <w:pPr>
              <w:spacing w:line="240" w:lineRule="auto"/>
              <w:rPr>
                <w:b/>
                <w:szCs w:val="24"/>
              </w:rPr>
            </w:pPr>
            <w:r w:rsidRPr="00791B26">
              <w:rPr>
                <w:b/>
                <w:szCs w:val="24"/>
              </w:rPr>
              <w:t>Повышенный</w:t>
            </w:r>
          </w:p>
        </w:tc>
      </w:tr>
      <w:tr w:rsidR="00FD4A85" w:rsidRPr="00771808" w:rsidTr="002264E8">
        <w:trPr>
          <w:trHeight w:val="182"/>
        </w:trPr>
        <w:tc>
          <w:tcPr>
            <w:tcW w:w="4816" w:type="dxa"/>
            <w:gridSpan w:val="2"/>
          </w:tcPr>
          <w:p w:rsidR="00FD4A85" w:rsidRPr="00791B26" w:rsidRDefault="00FD4A85" w:rsidP="00702148">
            <w:pPr>
              <w:spacing w:line="240" w:lineRule="auto"/>
              <w:rPr>
                <w:b/>
                <w:szCs w:val="24"/>
              </w:rPr>
            </w:pPr>
            <w:r w:rsidRPr="00791B26">
              <w:rPr>
                <w:b/>
                <w:szCs w:val="24"/>
              </w:rPr>
              <w:t>Тип задания</w:t>
            </w:r>
          </w:p>
        </w:tc>
        <w:tc>
          <w:tcPr>
            <w:tcW w:w="6065" w:type="dxa"/>
            <w:gridSpan w:val="2"/>
          </w:tcPr>
          <w:p w:rsidR="00FD4A85" w:rsidRPr="00560995" w:rsidRDefault="00FD4A85" w:rsidP="00702148">
            <w:pPr>
              <w:spacing w:line="240" w:lineRule="auto"/>
              <w:rPr>
                <w:b/>
                <w:szCs w:val="24"/>
                <w:lang w:val="ru-RU"/>
              </w:rPr>
            </w:pPr>
            <w:r w:rsidRPr="00560995">
              <w:rPr>
                <w:b/>
                <w:szCs w:val="24"/>
                <w:lang w:val="ru-RU"/>
              </w:rPr>
              <w:t>Задания на установление последовательности/соответствия</w:t>
            </w:r>
          </w:p>
        </w:tc>
      </w:tr>
      <w:tr w:rsidR="00FD4A85" w:rsidRPr="00771808" w:rsidTr="002264E8">
        <w:trPr>
          <w:trHeight w:val="182"/>
        </w:trPr>
        <w:tc>
          <w:tcPr>
            <w:tcW w:w="4816" w:type="dxa"/>
            <w:gridSpan w:val="2"/>
          </w:tcPr>
          <w:p w:rsidR="00FD4A85" w:rsidRPr="00791B26" w:rsidRDefault="00FD4A85" w:rsidP="00702148">
            <w:pPr>
              <w:spacing w:line="240" w:lineRule="auto"/>
              <w:rPr>
                <w:b/>
                <w:szCs w:val="24"/>
              </w:rPr>
            </w:pPr>
            <w:r w:rsidRPr="00791B26">
              <w:rPr>
                <w:b/>
                <w:szCs w:val="24"/>
              </w:rPr>
              <w:t>Инструкция</w:t>
            </w:r>
          </w:p>
        </w:tc>
        <w:tc>
          <w:tcPr>
            <w:tcW w:w="6065" w:type="dxa"/>
            <w:gridSpan w:val="2"/>
          </w:tcPr>
          <w:p w:rsidR="00FD4A85" w:rsidRPr="00560995" w:rsidRDefault="00FD4A85" w:rsidP="00702148">
            <w:pPr>
              <w:spacing w:line="240" w:lineRule="auto"/>
              <w:rPr>
                <w:b/>
                <w:szCs w:val="24"/>
                <w:lang w:val="ru-RU"/>
              </w:rPr>
            </w:pPr>
            <w:r w:rsidRPr="00560995">
              <w:rPr>
                <w:b/>
                <w:szCs w:val="24"/>
                <w:lang w:val="ru-RU"/>
              </w:rPr>
              <w:t>Установите последовательность элементов/соответствие между объектами задания и вариантами ответа</w:t>
            </w:r>
          </w:p>
        </w:tc>
      </w:tr>
      <w:tr w:rsidR="00FD4A85" w:rsidRPr="004D00E1" w:rsidTr="002264E8">
        <w:tc>
          <w:tcPr>
            <w:tcW w:w="10881" w:type="dxa"/>
            <w:gridSpan w:val="4"/>
          </w:tcPr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11. Укажите в какой последовательности, согласно принципу минимума энергии, будут заполняться электронные подуровни</w:t>
            </w:r>
          </w:p>
          <w:p w:rsidR="00FD4A85" w:rsidRPr="004D00E1" w:rsidRDefault="00FD4A85" w:rsidP="00702148">
            <w:pPr>
              <w:pStyle w:val="ae"/>
              <w:numPr>
                <w:ilvl w:val="0"/>
                <w:numId w:val="89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2s</w:t>
            </w:r>
          </w:p>
          <w:p w:rsidR="00FD4A85" w:rsidRPr="004D00E1" w:rsidRDefault="00FD4A85" w:rsidP="00702148">
            <w:pPr>
              <w:pStyle w:val="ae"/>
              <w:numPr>
                <w:ilvl w:val="0"/>
                <w:numId w:val="89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2p</w:t>
            </w:r>
          </w:p>
          <w:p w:rsidR="00FD4A85" w:rsidRPr="004D00E1" w:rsidRDefault="00FD4A85" w:rsidP="00702148">
            <w:pPr>
              <w:pStyle w:val="ae"/>
              <w:numPr>
                <w:ilvl w:val="0"/>
                <w:numId w:val="89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3s</w:t>
            </w:r>
          </w:p>
          <w:p w:rsidR="00FD4A85" w:rsidRDefault="00FD4A85" w:rsidP="00702148">
            <w:pPr>
              <w:pStyle w:val="ae"/>
              <w:numPr>
                <w:ilvl w:val="0"/>
                <w:numId w:val="89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 xml:space="preserve">3p </w:t>
            </w:r>
          </w:p>
          <w:p w:rsidR="00FD4A85" w:rsidRPr="004D00E1" w:rsidRDefault="00FD4A85" w:rsidP="00702148">
            <w:pPr>
              <w:pStyle w:val="ae"/>
              <w:spacing w:line="240" w:lineRule="auto"/>
              <w:rPr>
                <w:szCs w:val="24"/>
              </w:rPr>
            </w:pPr>
          </w:p>
        </w:tc>
      </w:tr>
      <w:tr w:rsidR="00FD4A85" w:rsidRPr="004D00E1" w:rsidTr="002264E8">
        <w:tc>
          <w:tcPr>
            <w:tcW w:w="10881" w:type="dxa"/>
            <w:gridSpan w:val="4"/>
          </w:tcPr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12. Укажите в какой последовательности, согласно принципу минимума энергии, будут заполняться электронные подуровни</w:t>
            </w:r>
          </w:p>
          <w:p w:rsidR="00FD4A85" w:rsidRPr="004D00E1" w:rsidRDefault="00FD4A85" w:rsidP="00702148">
            <w:pPr>
              <w:pStyle w:val="ae"/>
              <w:numPr>
                <w:ilvl w:val="0"/>
                <w:numId w:val="90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 xml:space="preserve">4s </w:t>
            </w:r>
          </w:p>
          <w:p w:rsidR="00FD4A85" w:rsidRPr="004D00E1" w:rsidRDefault="00FD4A85" w:rsidP="00702148">
            <w:pPr>
              <w:pStyle w:val="ae"/>
              <w:numPr>
                <w:ilvl w:val="0"/>
                <w:numId w:val="90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 xml:space="preserve">3d </w:t>
            </w:r>
          </w:p>
          <w:p w:rsidR="00FD4A85" w:rsidRPr="004D00E1" w:rsidRDefault="00FD4A85" w:rsidP="00702148">
            <w:pPr>
              <w:pStyle w:val="ae"/>
              <w:numPr>
                <w:ilvl w:val="0"/>
                <w:numId w:val="90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 xml:space="preserve">4p </w:t>
            </w:r>
          </w:p>
          <w:p w:rsidR="00FD4A85" w:rsidRPr="004D00E1" w:rsidRDefault="00FD4A85" w:rsidP="00702148">
            <w:pPr>
              <w:pStyle w:val="ae"/>
              <w:numPr>
                <w:ilvl w:val="0"/>
                <w:numId w:val="90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5s</w:t>
            </w:r>
          </w:p>
        </w:tc>
      </w:tr>
      <w:tr w:rsidR="00FD4A85" w:rsidRPr="004D00E1" w:rsidTr="002264E8">
        <w:tc>
          <w:tcPr>
            <w:tcW w:w="10881" w:type="dxa"/>
            <w:gridSpan w:val="4"/>
          </w:tcPr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13. Укажите в какой последовательности, согласно принципу минимума энергии, будут заполняться электронные подуровни</w:t>
            </w:r>
          </w:p>
          <w:p w:rsidR="00FD4A85" w:rsidRPr="004D00E1" w:rsidRDefault="00FD4A85" w:rsidP="00702148">
            <w:pPr>
              <w:pStyle w:val="ae"/>
              <w:numPr>
                <w:ilvl w:val="0"/>
                <w:numId w:val="91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 xml:space="preserve">6s </w:t>
            </w:r>
          </w:p>
          <w:p w:rsidR="00FD4A85" w:rsidRPr="004D00E1" w:rsidRDefault="00FD4A85" w:rsidP="00702148">
            <w:pPr>
              <w:pStyle w:val="ae"/>
              <w:numPr>
                <w:ilvl w:val="0"/>
                <w:numId w:val="91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 xml:space="preserve">5d   </w:t>
            </w:r>
          </w:p>
          <w:p w:rsidR="00FD4A85" w:rsidRPr="004D00E1" w:rsidRDefault="00FD4A85" w:rsidP="00702148">
            <w:pPr>
              <w:pStyle w:val="ae"/>
              <w:numPr>
                <w:ilvl w:val="0"/>
                <w:numId w:val="91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 xml:space="preserve">4f </w:t>
            </w:r>
          </w:p>
          <w:p w:rsidR="00FD4A85" w:rsidRPr="004D00E1" w:rsidRDefault="00FD4A85" w:rsidP="00702148">
            <w:pPr>
              <w:pStyle w:val="ae"/>
              <w:numPr>
                <w:ilvl w:val="0"/>
                <w:numId w:val="91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6p</w:t>
            </w:r>
          </w:p>
        </w:tc>
      </w:tr>
      <w:tr w:rsidR="00FD4A85" w:rsidRPr="004D00E1" w:rsidTr="002264E8">
        <w:tc>
          <w:tcPr>
            <w:tcW w:w="10881" w:type="dxa"/>
            <w:gridSpan w:val="4"/>
          </w:tcPr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14.  Расположите вещества в следующем порядке: кислотный оксид, кислота, соль</w:t>
            </w:r>
          </w:p>
          <w:p w:rsidR="00FD4A85" w:rsidRPr="004D00E1" w:rsidRDefault="00FD4A85" w:rsidP="00702148">
            <w:pPr>
              <w:pStyle w:val="ae"/>
              <w:numPr>
                <w:ilvl w:val="0"/>
                <w:numId w:val="92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CO</w:t>
            </w:r>
            <w:r w:rsidRPr="004D00E1">
              <w:rPr>
                <w:szCs w:val="24"/>
                <w:vertAlign w:val="subscript"/>
              </w:rPr>
              <w:t>2</w:t>
            </w:r>
            <w:r w:rsidRPr="004D00E1">
              <w:rPr>
                <w:szCs w:val="24"/>
              </w:rPr>
              <w:t xml:space="preserve"> </w:t>
            </w:r>
          </w:p>
          <w:p w:rsidR="00FD4A85" w:rsidRPr="004D00E1" w:rsidRDefault="00FD4A85" w:rsidP="00702148">
            <w:pPr>
              <w:pStyle w:val="ae"/>
              <w:numPr>
                <w:ilvl w:val="0"/>
                <w:numId w:val="92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H</w:t>
            </w:r>
            <w:r w:rsidRPr="004D00E1">
              <w:rPr>
                <w:szCs w:val="24"/>
                <w:vertAlign w:val="subscript"/>
              </w:rPr>
              <w:t>2</w:t>
            </w:r>
            <w:r w:rsidRPr="004D00E1">
              <w:rPr>
                <w:szCs w:val="24"/>
              </w:rPr>
              <w:t>CO</w:t>
            </w:r>
            <w:r w:rsidRPr="004D00E1">
              <w:rPr>
                <w:szCs w:val="24"/>
                <w:vertAlign w:val="subscript"/>
              </w:rPr>
              <w:t>3</w:t>
            </w:r>
          </w:p>
          <w:p w:rsidR="00FD4A85" w:rsidRPr="004D00E1" w:rsidRDefault="00FD4A85" w:rsidP="00702148">
            <w:pPr>
              <w:pStyle w:val="ae"/>
              <w:numPr>
                <w:ilvl w:val="0"/>
                <w:numId w:val="92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Na</w:t>
            </w:r>
            <w:r w:rsidRPr="004D00E1">
              <w:rPr>
                <w:szCs w:val="24"/>
                <w:vertAlign w:val="subscript"/>
              </w:rPr>
              <w:t>2</w:t>
            </w:r>
            <w:r w:rsidRPr="004D00E1">
              <w:rPr>
                <w:szCs w:val="24"/>
              </w:rPr>
              <w:t>CO</w:t>
            </w:r>
            <w:r w:rsidRPr="004D00E1">
              <w:rPr>
                <w:szCs w:val="24"/>
                <w:vertAlign w:val="subscript"/>
              </w:rPr>
              <w:t>3</w:t>
            </w:r>
          </w:p>
        </w:tc>
      </w:tr>
      <w:tr w:rsidR="00FD4A85" w:rsidRPr="004D00E1" w:rsidTr="002264E8">
        <w:tc>
          <w:tcPr>
            <w:tcW w:w="10881" w:type="dxa"/>
            <w:gridSpan w:val="4"/>
          </w:tcPr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15. Расположите вещества в следующем порядке: основной оксид, основание, соль</w:t>
            </w:r>
          </w:p>
          <w:p w:rsidR="00FD4A85" w:rsidRPr="004D00E1" w:rsidRDefault="00FD4A85" w:rsidP="00702148">
            <w:pPr>
              <w:pStyle w:val="ae"/>
              <w:numPr>
                <w:ilvl w:val="0"/>
                <w:numId w:val="94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K</w:t>
            </w:r>
            <w:r w:rsidRPr="004D00E1">
              <w:rPr>
                <w:szCs w:val="24"/>
                <w:vertAlign w:val="subscript"/>
              </w:rPr>
              <w:t>2</w:t>
            </w:r>
            <w:r w:rsidRPr="004D00E1">
              <w:rPr>
                <w:szCs w:val="24"/>
              </w:rPr>
              <w:t>O</w:t>
            </w:r>
          </w:p>
          <w:p w:rsidR="00FD4A85" w:rsidRPr="004D00E1" w:rsidRDefault="00FD4A85" w:rsidP="00702148">
            <w:pPr>
              <w:pStyle w:val="ae"/>
              <w:numPr>
                <w:ilvl w:val="0"/>
                <w:numId w:val="94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Cu(OH)</w:t>
            </w:r>
            <w:r w:rsidRPr="004D00E1">
              <w:rPr>
                <w:szCs w:val="24"/>
                <w:vertAlign w:val="subscript"/>
              </w:rPr>
              <w:t>2</w:t>
            </w:r>
          </w:p>
          <w:p w:rsidR="00FD4A85" w:rsidRPr="004D00E1" w:rsidRDefault="00FD4A85" w:rsidP="00702148">
            <w:pPr>
              <w:pStyle w:val="ae"/>
              <w:numPr>
                <w:ilvl w:val="0"/>
                <w:numId w:val="94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BaCl</w:t>
            </w:r>
            <w:r w:rsidRPr="004D00E1">
              <w:rPr>
                <w:szCs w:val="24"/>
                <w:vertAlign w:val="subscript"/>
              </w:rPr>
              <w:t>2</w:t>
            </w:r>
          </w:p>
          <w:p w:rsidR="00FD4A85" w:rsidRPr="004D00E1" w:rsidRDefault="00FD4A85" w:rsidP="00702148">
            <w:pPr>
              <w:spacing w:line="240" w:lineRule="auto"/>
              <w:rPr>
                <w:szCs w:val="24"/>
              </w:rPr>
            </w:pPr>
          </w:p>
        </w:tc>
      </w:tr>
      <w:tr w:rsidR="00FD4A85" w:rsidRPr="004D00E1" w:rsidTr="002264E8">
        <w:tc>
          <w:tcPr>
            <w:tcW w:w="10881" w:type="dxa"/>
            <w:gridSpan w:val="4"/>
          </w:tcPr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16.  Расположите вещества в следующем порядке: кислая соль, средняя соль, основная соль</w:t>
            </w:r>
          </w:p>
          <w:p w:rsidR="00FD4A85" w:rsidRPr="004D00E1" w:rsidRDefault="00FD4A85" w:rsidP="00702148">
            <w:pPr>
              <w:pStyle w:val="ae"/>
              <w:numPr>
                <w:ilvl w:val="0"/>
                <w:numId w:val="95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Гидросульфат натрия</w:t>
            </w:r>
          </w:p>
          <w:p w:rsidR="00FD4A85" w:rsidRPr="004D00E1" w:rsidRDefault="00FD4A85" w:rsidP="00702148">
            <w:pPr>
              <w:pStyle w:val="ae"/>
              <w:numPr>
                <w:ilvl w:val="0"/>
                <w:numId w:val="95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Хлорид бария</w:t>
            </w:r>
          </w:p>
          <w:p w:rsidR="00FD4A85" w:rsidRPr="004D00E1" w:rsidRDefault="00FD4A85" w:rsidP="00702148">
            <w:pPr>
              <w:pStyle w:val="ae"/>
              <w:numPr>
                <w:ilvl w:val="0"/>
                <w:numId w:val="95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Гидроксокарбонат меди.</w:t>
            </w:r>
          </w:p>
        </w:tc>
      </w:tr>
      <w:tr w:rsidR="00FD4A85" w:rsidRPr="004D00E1" w:rsidTr="002264E8">
        <w:tc>
          <w:tcPr>
            <w:tcW w:w="10881" w:type="dxa"/>
            <w:gridSpan w:val="4"/>
          </w:tcPr>
          <w:p w:rsidR="00FD4A85" w:rsidRPr="00560995" w:rsidRDefault="00FD4A85" w:rsidP="00702148">
            <w:pPr>
              <w:spacing w:line="240" w:lineRule="auto"/>
              <w:rPr>
                <w:color w:val="000000"/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 xml:space="preserve">17. </w:t>
            </w:r>
            <w:r w:rsidRPr="00560995">
              <w:rPr>
                <w:color w:val="000000"/>
                <w:szCs w:val="24"/>
                <w:lang w:val="ru-RU"/>
              </w:rPr>
              <w:t>Расположите химические элементы в порядке возрастания их металлических свойств</w:t>
            </w:r>
          </w:p>
          <w:p w:rsidR="00FD4A85" w:rsidRPr="004D00E1" w:rsidRDefault="00FD4A85" w:rsidP="00702148">
            <w:pPr>
              <w:pStyle w:val="ae"/>
              <w:numPr>
                <w:ilvl w:val="0"/>
                <w:numId w:val="93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lastRenderedPageBreak/>
              <w:t>Кремний</w:t>
            </w:r>
          </w:p>
          <w:p w:rsidR="00FD4A85" w:rsidRPr="004D00E1" w:rsidRDefault="00FD4A85" w:rsidP="00702148">
            <w:pPr>
              <w:pStyle w:val="ae"/>
              <w:numPr>
                <w:ilvl w:val="0"/>
                <w:numId w:val="93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Магний</w:t>
            </w:r>
          </w:p>
          <w:p w:rsidR="00FD4A85" w:rsidRPr="004D00E1" w:rsidRDefault="00FD4A85" w:rsidP="00702148">
            <w:pPr>
              <w:pStyle w:val="ae"/>
              <w:numPr>
                <w:ilvl w:val="0"/>
                <w:numId w:val="93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Натрий</w:t>
            </w:r>
          </w:p>
        </w:tc>
      </w:tr>
      <w:tr w:rsidR="00FD4A85" w:rsidRPr="004D00E1" w:rsidTr="002264E8">
        <w:tc>
          <w:tcPr>
            <w:tcW w:w="10881" w:type="dxa"/>
            <w:gridSpan w:val="4"/>
          </w:tcPr>
          <w:p w:rsidR="00FD4A85" w:rsidRPr="00560995" w:rsidRDefault="00FD4A85" w:rsidP="00702148">
            <w:pPr>
              <w:spacing w:line="240" w:lineRule="auto"/>
              <w:rPr>
                <w:color w:val="000000"/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lastRenderedPageBreak/>
              <w:t xml:space="preserve">18. </w:t>
            </w:r>
            <w:r w:rsidRPr="00560995">
              <w:rPr>
                <w:color w:val="000000"/>
                <w:szCs w:val="24"/>
                <w:lang w:val="ru-RU"/>
              </w:rPr>
              <w:t>Рас</w:t>
            </w:r>
            <w:r w:rsidRPr="00560995">
              <w:rPr>
                <w:color w:val="000000"/>
                <w:szCs w:val="24"/>
                <w:lang w:val="ru-RU"/>
              </w:rPr>
              <w:softHyphen/>
              <w:t>по</w:t>
            </w:r>
            <w:r w:rsidRPr="00560995">
              <w:rPr>
                <w:color w:val="000000"/>
                <w:szCs w:val="24"/>
                <w:lang w:val="ru-RU"/>
              </w:rPr>
              <w:softHyphen/>
              <w:t>ло</w:t>
            </w:r>
            <w:r w:rsidRPr="00560995">
              <w:rPr>
                <w:color w:val="000000"/>
                <w:szCs w:val="24"/>
                <w:lang w:val="ru-RU"/>
              </w:rPr>
              <w:softHyphen/>
              <w:t>жи</w:t>
            </w:r>
            <w:r w:rsidRPr="00560995">
              <w:rPr>
                <w:color w:val="000000"/>
                <w:szCs w:val="24"/>
                <w:lang w:val="ru-RU"/>
              </w:rPr>
              <w:softHyphen/>
              <w:t>те химические эле</w:t>
            </w:r>
            <w:r w:rsidRPr="00560995">
              <w:rPr>
                <w:color w:val="000000"/>
                <w:szCs w:val="24"/>
                <w:lang w:val="ru-RU"/>
              </w:rPr>
              <w:softHyphen/>
              <w:t>мен</w:t>
            </w:r>
            <w:r w:rsidRPr="00560995">
              <w:rPr>
                <w:color w:val="000000"/>
                <w:szCs w:val="24"/>
                <w:lang w:val="ru-RU"/>
              </w:rPr>
              <w:softHyphen/>
              <w:t>ты в по</w:t>
            </w:r>
            <w:r w:rsidRPr="00560995">
              <w:rPr>
                <w:color w:val="000000"/>
                <w:szCs w:val="24"/>
                <w:lang w:val="ru-RU"/>
              </w:rPr>
              <w:softHyphen/>
              <w:t>ряд</w:t>
            </w:r>
            <w:r w:rsidRPr="00560995">
              <w:rPr>
                <w:color w:val="000000"/>
                <w:szCs w:val="24"/>
                <w:lang w:val="ru-RU"/>
              </w:rPr>
              <w:softHyphen/>
              <w:t>ке воз</w:t>
            </w:r>
            <w:r w:rsidRPr="00560995">
              <w:rPr>
                <w:color w:val="000000"/>
                <w:szCs w:val="24"/>
                <w:lang w:val="ru-RU"/>
              </w:rPr>
              <w:softHyphen/>
              <w:t>рас</w:t>
            </w:r>
            <w:r w:rsidRPr="00560995">
              <w:rPr>
                <w:color w:val="000000"/>
                <w:szCs w:val="24"/>
                <w:lang w:val="ru-RU"/>
              </w:rPr>
              <w:softHyphen/>
              <w:t>та</w:t>
            </w:r>
            <w:r w:rsidRPr="00560995">
              <w:rPr>
                <w:color w:val="000000"/>
                <w:szCs w:val="24"/>
                <w:lang w:val="ru-RU"/>
              </w:rPr>
              <w:softHyphen/>
              <w:t>ния их ме</w:t>
            </w:r>
            <w:r w:rsidRPr="00560995">
              <w:rPr>
                <w:color w:val="000000"/>
                <w:szCs w:val="24"/>
                <w:lang w:val="ru-RU"/>
              </w:rPr>
              <w:softHyphen/>
              <w:t>тал</w:t>
            </w:r>
            <w:r w:rsidRPr="00560995">
              <w:rPr>
                <w:color w:val="000000"/>
                <w:szCs w:val="24"/>
                <w:lang w:val="ru-RU"/>
              </w:rPr>
              <w:softHyphen/>
              <w:t>ли</w:t>
            </w:r>
            <w:r w:rsidRPr="00560995">
              <w:rPr>
                <w:color w:val="000000"/>
                <w:szCs w:val="24"/>
                <w:lang w:val="ru-RU"/>
              </w:rPr>
              <w:softHyphen/>
              <w:t>че</w:t>
            </w:r>
            <w:r w:rsidRPr="00560995">
              <w:rPr>
                <w:color w:val="000000"/>
                <w:szCs w:val="24"/>
                <w:lang w:val="ru-RU"/>
              </w:rPr>
              <w:softHyphen/>
              <w:t>ских свойств</w:t>
            </w:r>
          </w:p>
          <w:p w:rsidR="00FD4A85" w:rsidRPr="004D00E1" w:rsidRDefault="00FD4A85" w:rsidP="00702148">
            <w:pPr>
              <w:pStyle w:val="ae"/>
              <w:numPr>
                <w:ilvl w:val="0"/>
                <w:numId w:val="98"/>
              </w:numPr>
              <w:spacing w:line="240" w:lineRule="auto"/>
              <w:rPr>
                <w:szCs w:val="24"/>
              </w:rPr>
            </w:pPr>
            <w:r w:rsidRPr="00560995">
              <w:rPr>
                <w:szCs w:val="24"/>
                <w:lang w:val="ru-RU"/>
              </w:rPr>
              <w:t xml:space="preserve"> </w:t>
            </w:r>
            <w:r w:rsidRPr="004D00E1">
              <w:rPr>
                <w:szCs w:val="24"/>
              </w:rPr>
              <w:t>Алюминий</w:t>
            </w:r>
          </w:p>
          <w:p w:rsidR="00FD4A85" w:rsidRPr="004D00E1" w:rsidRDefault="00FD4A85" w:rsidP="00702148">
            <w:pPr>
              <w:pStyle w:val="ae"/>
              <w:numPr>
                <w:ilvl w:val="0"/>
                <w:numId w:val="98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 xml:space="preserve"> Магний</w:t>
            </w:r>
          </w:p>
          <w:p w:rsidR="00FD4A85" w:rsidRPr="004D00E1" w:rsidRDefault="00FD4A85" w:rsidP="00702148">
            <w:pPr>
              <w:pStyle w:val="ae"/>
              <w:numPr>
                <w:ilvl w:val="0"/>
                <w:numId w:val="98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 xml:space="preserve"> Натрий</w:t>
            </w:r>
          </w:p>
          <w:p w:rsidR="00FD4A85" w:rsidRPr="004D00E1" w:rsidRDefault="00FD4A85" w:rsidP="00702148">
            <w:pPr>
              <w:spacing w:line="240" w:lineRule="auto"/>
              <w:rPr>
                <w:szCs w:val="24"/>
              </w:rPr>
            </w:pPr>
          </w:p>
        </w:tc>
      </w:tr>
      <w:tr w:rsidR="00FD4A85" w:rsidRPr="004D00E1" w:rsidTr="002264E8">
        <w:tc>
          <w:tcPr>
            <w:tcW w:w="10881" w:type="dxa"/>
            <w:gridSpan w:val="4"/>
          </w:tcPr>
          <w:p w:rsidR="00FD4A85" w:rsidRPr="00560995" w:rsidRDefault="00FD4A85" w:rsidP="00702148">
            <w:pPr>
              <w:spacing w:line="240" w:lineRule="auto"/>
              <w:rPr>
                <w:color w:val="000000"/>
                <w:szCs w:val="24"/>
                <w:lang w:val="ru-RU"/>
              </w:rPr>
            </w:pPr>
            <w:r w:rsidRPr="00560995">
              <w:rPr>
                <w:color w:val="000000"/>
                <w:szCs w:val="24"/>
                <w:lang w:val="ru-RU"/>
              </w:rPr>
              <w:t>19. Рас</w:t>
            </w:r>
            <w:r w:rsidRPr="00560995">
              <w:rPr>
                <w:color w:val="000000"/>
                <w:szCs w:val="24"/>
                <w:lang w:val="ru-RU"/>
              </w:rPr>
              <w:softHyphen/>
              <w:t>по</w:t>
            </w:r>
            <w:r w:rsidRPr="00560995">
              <w:rPr>
                <w:color w:val="000000"/>
                <w:szCs w:val="24"/>
                <w:lang w:val="ru-RU"/>
              </w:rPr>
              <w:softHyphen/>
              <w:t>ло</w:t>
            </w:r>
            <w:r w:rsidRPr="00560995">
              <w:rPr>
                <w:color w:val="000000"/>
                <w:szCs w:val="24"/>
                <w:lang w:val="ru-RU"/>
              </w:rPr>
              <w:softHyphen/>
              <w:t>жи</w:t>
            </w:r>
            <w:r w:rsidRPr="00560995">
              <w:rPr>
                <w:color w:val="000000"/>
                <w:szCs w:val="24"/>
                <w:lang w:val="ru-RU"/>
              </w:rPr>
              <w:softHyphen/>
              <w:t>те химические эле</w:t>
            </w:r>
            <w:r w:rsidRPr="00560995">
              <w:rPr>
                <w:color w:val="000000"/>
                <w:szCs w:val="24"/>
                <w:lang w:val="ru-RU"/>
              </w:rPr>
              <w:softHyphen/>
              <w:t>мен</w:t>
            </w:r>
            <w:r w:rsidRPr="00560995">
              <w:rPr>
                <w:color w:val="000000"/>
                <w:szCs w:val="24"/>
                <w:lang w:val="ru-RU"/>
              </w:rPr>
              <w:softHyphen/>
              <w:t>ты в по</w:t>
            </w:r>
            <w:r w:rsidRPr="00560995">
              <w:rPr>
                <w:color w:val="000000"/>
                <w:szCs w:val="24"/>
                <w:lang w:val="ru-RU"/>
              </w:rPr>
              <w:softHyphen/>
              <w:t>ряд</w:t>
            </w:r>
            <w:r w:rsidRPr="00560995">
              <w:rPr>
                <w:color w:val="000000"/>
                <w:szCs w:val="24"/>
                <w:lang w:val="ru-RU"/>
              </w:rPr>
              <w:softHyphen/>
              <w:t>ке воз</w:t>
            </w:r>
            <w:r w:rsidRPr="00560995">
              <w:rPr>
                <w:color w:val="000000"/>
                <w:szCs w:val="24"/>
                <w:lang w:val="ru-RU"/>
              </w:rPr>
              <w:softHyphen/>
              <w:t>рас</w:t>
            </w:r>
            <w:r w:rsidRPr="00560995">
              <w:rPr>
                <w:color w:val="000000"/>
                <w:szCs w:val="24"/>
                <w:lang w:val="ru-RU"/>
              </w:rPr>
              <w:softHyphen/>
              <w:t>та</w:t>
            </w:r>
            <w:r w:rsidRPr="00560995">
              <w:rPr>
                <w:color w:val="000000"/>
                <w:szCs w:val="24"/>
                <w:lang w:val="ru-RU"/>
              </w:rPr>
              <w:softHyphen/>
              <w:t>ния их неме</w:t>
            </w:r>
            <w:r w:rsidRPr="00560995">
              <w:rPr>
                <w:color w:val="000000"/>
                <w:szCs w:val="24"/>
                <w:lang w:val="ru-RU"/>
              </w:rPr>
              <w:softHyphen/>
              <w:t>тал</w:t>
            </w:r>
            <w:r w:rsidRPr="00560995">
              <w:rPr>
                <w:color w:val="000000"/>
                <w:szCs w:val="24"/>
                <w:lang w:val="ru-RU"/>
              </w:rPr>
              <w:softHyphen/>
              <w:t>ли</w:t>
            </w:r>
            <w:r w:rsidRPr="00560995">
              <w:rPr>
                <w:color w:val="000000"/>
                <w:szCs w:val="24"/>
                <w:lang w:val="ru-RU"/>
              </w:rPr>
              <w:softHyphen/>
              <w:t>че</w:t>
            </w:r>
            <w:r w:rsidRPr="00560995">
              <w:rPr>
                <w:color w:val="000000"/>
                <w:szCs w:val="24"/>
                <w:lang w:val="ru-RU"/>
              </w:rPr>
              <w:softHyphen/>
              <w:t>ских свойств.</w:t>
            </w:r>
          </w:p>
          <w:p w:rsidR="00FD4A85" w:rsidRPr="004D00E1" w:rsidRDefault="00FD4A85" w:rsidP="00702148">
            <w:pPr>
              <w:pStyle w:val="ae"/>
              <w:numPr>
                <w:ilvl w:val="0"/>
                <w:numId w:val="97"/>
              </w:numPr>
              <w:spacing w:line="240" w:lineRule="auto"/>
              <w:rPr>
                <w:szCs w:val="24"/>
              </w:rPr>
            </w:pPr>
            <w:r w:rsidRPr="00560995">
              <w:rPr>
                <w:szCs w:val="24"/>
                <w:lang w:val="ru-RU"/>
              </w:rPr>
              <w:t xml:space="preserve"> </w:t>
            </w:r>
            <w:r w:rsidRPr="004D00E1">
              <w:rPr>
                <w:szCs w:val="24"/>
              </w:rPr>
              <w:t>Магний</w:t>
            </w:r>
          </w:p>
          <w:p w:rsidR="00FD4A85" w:rsidRPr="004D00E1" w:rsidRDefault="00FD4A85" w:rsidP="00702148">
            <w:pPr>
              <w:pStyle w:val="ae"/>
              <w:numPr>
                <w:ilvl w:val="0"/>
                <w:numId w:val="97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 xml:space="preserve"> Кремний</w:t>
            </w:r>
          </w:p>
          <w:p w:rsidR="00FD4A85" w:rsidRPr="004D00E1" w:rsidRDefault="00FD4A85" w:rsidP="00702148">
            <w:pPr>
              <w:pStyle w:val="ae"/>
              <w:numPr>
                <w:ilvl w:val="0"/>
                <w:numId w:val="97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 xml:space="preserve"> Хлор</w:t>
            </w:r>
          </w:p>
          <w:p w:rsidR="00FD4A85" w:rsidRPr="004D00E1" w:rsidRDefault="00FD4A85" w:rsidP="00702148">
            <w:pPr>
              <w:spacing w:line="240" w:lineRule="auto"/>
              <w:rPr>
                <w:szCs w:val="24"/>
              </w:rPr>
            </w:pPr>
          </w:p>
        </w:tc>
      </w:tr>
      <w:tr w:rsidR="00FD4A85" w:rsidRPr="004D00E1" w:rsidTr="002264E8">
        <w:tc>
          <w:tcPr>
            <w:tcW w:w="10881" w:type="dxa"/>
            <w:gridSpan w:val="4"/>
          </w:tcPr>
          <w:p w:rsidR="00FD4A85" w:rsidRPr="00560995" w:rsidRDefault="00FD4A85" w:rsidP="00702148">
            <w:pPr>
              <w:spacing w:line="240" w:lineRule="auto"/>
              <w:rPr>
                <w:color w:val="000000"/>
                <w:szCs w:val="24"/>
                <w:lang w:val="ru-RU"/>
              </w:rPr>
            </w:pPr>
            <w:r w:rsidRPr="00560995">
              <w:rPr>
                <w:color w:val="000000"/>
                <w:szCs w:val="24"/>
                <w:lang w:val="ru-RU"/>
              </w:rPr>
              <w:t>20. Рас</w:t>
            </w:r>
            <w:r w:rsidRPr="00560995">
              <w:rPr>
                <w:color w:val="000000"/>
                <w:szCs w:val="24"/>
                <w:lang w:val="ru-RU"/>
              </w:rPr>
              <w:softHyphen/>
              <w:t>по</w:t>
            </w:r>
            <w:r w:rsidRPr="00560995">
              <w:rPr>
                <w:color w:val="000000"/>
                <w:szCs w:val="24"/>
                <w:lang w:val="ru-RU"/>
              </w:rPr>
              <w:softHyphen/>
              <w:t>ло</w:t>
            </w:r>
            <w:r w:rsidRPr="00560995">
              <w:rPr>
                <w:color w:val="000000"/>
                <w:szCs w:val="24"/>
                <w:lang w:val="ru-RU"/>
              </w:rPr>
              <w:softHyphen/>
              <w:t>жи</w:t>
            </w:r>
            <w:r w:rsidRPr="00560995">
              <w:rPr>
                <w:color w:val="000000"/>
                <w:szCs w:val="24"/>
                <w:lang w:val="ru-RU"/>
              </w:rPr>
              <w:softHyphen/>
              <w:t>те химические эле</w:t>
            </w:r>
            <w:r w:rsidRPr="00560995">
              <w:rPr>
                <w:color w:val="000000"/>
                <w:szCs w:val="24"/>
                <w:lang w:val="ru-RU"/>
              </w:rPr>
              <w:softHyphen/>
              <w:t>мен</w:t>
            </w:r>
            <w:r w:rsidRPr="00560995">
              <w:rPr>
                <w:color w:val="000000"/>
                <w:szCs w:val="24"/>
                <w:lang w:val="ru-RU"/>
              </w:rPr>
              <w:softHyphen/>
              <w:t>ты в по</w:t>
            </w:r>
            <w:r w:rsidRPr="00560995">
              <w:rPr>
                <w:color w:val="000000"/>
                <w:szCs w:val="24"/>
                <w:lang w:val="ru-RU"/>
              </w:rPr>
              <w:softHyphen/>
              <w:t>ряд</w:t>
            </w:r>
            <w:r w:rsidRPr="00560995">
              <w:rPr>
                <w:color w:val="000000"/>
                <w:szCs w:val="24"/>
                <w:lang w:val="ru-RU"/>
              </w:rPr>
              <w:softHyphen/>
              <w:t>ке воз</w:t>
            </w:r>
            <w:r w:rsidRPr="00560995">
              <w:rPr>
                <w:color w:val="000000"/>
                <w:szCs w:val="24"/>
                <w:lang w:val="ru-RU"/>
              </w:rPr>
              <w:softHyphen/>
              <w:t>рас</w:t>
            </w:r>
            <w:r w:rsidRPr="00560995">
              <w:rPr>
                <w:color w:val="000000"/>
                <w:szCs w:val="24"/>
                <w:lang w:val="ru-RU"/>
              </w:rPr>
              <w:softHyphen/>
              <w:t>та</w:t>
            </w:r>
            <w:r w:rsidRPr="00560995">
              <w:rPr>
                <w:color w:val="000000"/>
                <w:szCs w:val="24"/>
                <w:lang w:val="ru-RU"/>
              </w:rPr>
              <w:softHyphen/>
              <w:t>ния их неме</w:t>
            </w:r>
            <w:r w:rsidRPr="00560995">
              <w:rPr>
                <w:color w:val="000000"/>
                <w:szCs w:val="24"/>
                <w:lang w:val="ru-RU"/>
              </w:rPr>
              <w:softHyphen/>
              <w:t>тал</w:t>
            </w:r>
            <w:r w:rsidRPr="00560995">
              <w:rPr>
                <w:color w:val="000000"/>
                <w:szCs w:val="24"/>
                <w:lang w:val="ru-RU"/>
              </w:rPr>
              <w:softHyphen/>
              <w:t>ли</w:t>
            </w:r>
            <w:r w:rsidRPr="00560995">
              <w:rPr>
                <w:color w:val="000000"/>
                <w:szCs w:val="24"/>
                <w:lang w:val="ru-RU"/>
              </w:rPr>
              <w:softHyphen/>
              <w:t>че</w:t>
            </w:r>
            <w:r w:rsidRPr="00560995">
              <w:rPr>
                <w:color w:val="000000"/>
                <w:szCs w:val="24"/>
                <w:lang w:val="ru-RU"/>
              </w:rPr>
              <w:softHyphen/>
              <w:t>ских свойств.</w:t>
            </w:r>
          </w:p>
          <w:p w:rsidR="00FD4A85" w:rsidRPr="004D00E1" w:rsidRDefault="00FD4A85" w:rsidP="00702148">
            <w:pPr>
              <w:pStyle w:val="ae"/>
              <w:numPr>
                <w:ilvl w:val="0"/>
                <w:numId w:val="96"/>
              </w:numPr>
              <w:spacing w:line="240" w:lineRule="auto"/>
              <w:jc w:val="both"/>
              <w:rPr>
                <w:szCs w:val="24"/>
              </w:rPr>
            </w:pPr>
            <w:r w:rsidRPr="004D00E1">
              <w:rPr>
                <w:szCs w:val="24"/>
              </w:rPr>
              <w:t>Калий</w:t>
            </w:r>
          </w:p>
          <w:p w:rsidR="00FD4A85" w:rsidRPr="004D00E1" w:rsidRDefault="00FD4A85" w:rsidP="00702148">
            <w:pPr>
              <w:pStyle w:val="ae"/>
              <w:numPr>
                <w:ilvl w:val="0"/>
                <w:numId w:val="96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 xml:space="preserve"> Мышьяк</w:t>
            </w:r>
          </w:p>
          <w:p w:rsidR="00FD4A85" w:rsidRPr="004D00E1" w:rsidRDefault="00FD4A85" w:rsidP="00702148">
            <w:pPr>
              <w:pStyle w:val="ae"/>
              <w:numPr>
                <w:ilvl w:val="0"/>
                <w:numId w:val="96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 xml:space="preserve"> Бром</w:t>
            </w:r>
          </w:p>
        </w:tc>
      </w:tr>
      <w:tr w:rsidR="00FD4A85" w:rsidRPr="004D00E1" w:rsidTr="002264E8">
        <w:tc>
          <w:tcPr>
            <w:tcW w:w="10881" w:type="dxa"/>
            <w:gridSpan w:val="4"/>
          </w:tcPr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21. Расположите химические элементы в порядке возрастания их атомных радиусов</w:t>
            </w:r>
          </w:p>
          <w:p w:rsidR="00FD4A85" w:rsidRPr="004D00E1" w:rsidRDefault="00FD4A85" w:rsidP="00702148">
            <w:pPr>
              <w:pStyle w:val="ae"/>
              <w:numPr>
                <w:ilvl w:val="0"/>
                <w:numId w:val="99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Li</w:t>
            </w:r>
          </w:p>
          <w:p w:rsidR="00FD4A85" w:rsidRPr="004D00E1" w:rsidRDefault="00FD4A85" w:rsidP="00702148">
            <w:pPr>
              <w:pStyle w:val="ae"/>
              <w:numPr>
                <w:ilvl w:val="0"/>
                <w:numId w:val="99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Na</w:t>
            </w:r>
          </w:p>
          <w:p w:rsidR="00FD4A85" w:rsidRPr="004D00E1" w:rsidRDefault="00FD4A85" w:rsidP="00702148">
            <w:pPr>
              <w:pStyle w:val="ae"/>
              <w:numPr>
                <w:ilvl w:val="0"/>
                <w:numId w:val="99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K</w:t>
            </w:r>
          </w:p>
        </w:tc>
      </w:tr>
      <w:tr w:rsidR="00FD4A85" w:rsidRPr="004D00E1" w:rsidTr="002264E8">
        <w:tc>
          <w:tcPr>
            <w:tcW w:w="10881" w:type="dxa"/>
            <w:gridSpan w:val="4"/>
          </w:tcPr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22. Расположите химические элементы в порядке возрастания их атомных радиусов</w:t>
            </w:r>
          </w:p>
          <w:p w:rsidR="00FD4A85" w:rsidRPr="004D00E1" w:rsidRDefault="00FD4A85" w:rsidP="00702148">
            <w:pPr>
              <w:pStyle w:val="ae"/>
              <w:numPr>
                <w:ilvl w:val="0"/>
                <w:numId w:val="100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S</w:t>
            </w:r>
          </w:p>
          <w:p w:rsidR="00FD4A85" w:rsidRPr="004D00E1" w:rsidRDefault="00FD4A85" w:rsidP="00702148">
            <w:pPr>
              <w:pStyle w:val="ae"/>
              <w:numPr>
                <w:ilvl w:val="0"/>
                <w:numId w:val="100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Se</w:t>
            </w:r>
          </w:p>
          <w:p w:rsidR="00FD4A85" w:rsidRPr="004D00E1" w:rsidRDefault="00FD4A85" w:rsidP="00702148">
            <w:pPr>
              <w:pStyle w:val="ae"/>
              <w:numPr>
                <w:ilvl w:val="0"/>
                <w:numId w:val="100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Te</w:t>
            </w:r>
          </w:p>
        </w:tc>
      </w:tr>
      <w:tr w:rsidR="00FD4A85" w:rsidRPr="004D00E1" w:rsidTr="002264E8">
        <w:tc>
          <w:tcPr>
            <w:tcW w:w="10881" w:type="dxa"/>
            <w:gridSpan w:val="4"/>
          </w:tcPr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23. Расположите химические элементы в порядке убывания их атомных радиусов</w:t>
            </w:r>
          </w:p>
          <w:p w:rsidR="00FD4A85" w:rsidRPr="004D00E1" w:rsidRDefault="00FD4A85" w:rsidP="00702148">
            <w:pPr>
              <w:pStyle w:val="ae"/>
              <w:numPr>
                <w:ilvl w:val="0"/>
                <w:numId w:val="101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Al</w:t>
            </w:r>
          </w:p>
          <w:p w:rsidR="00FD4A85" w:rsidRPr="004D00E1" w:rsidRDefault="00FD4A85" w:rsidP="00702148">
            <w:pPr>
              <w:pStyle w:val="ae"/>
              <w:numPr>
                <w:ilvl w:val="0"/>
                <w:numId w:val="101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P</w:t>
            </w:r>
          </w:p>
          <w:p w:rsidR="00FD4A85" w:rsidRPr="004D00E1" w:rsidRDefault="00FD4A85" w:rsidP="00702148">
            <w:pPr>
              <w:pStyle w:val="ae"/>
              <w:numPr>
                <w:ilvl w:val="0"/>
                <w:numId w:val="101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Cl</w:t>
            </w:r>
          </w:p>
        </w:tc>
      </w:tr>
      <w:tr w:rsidR="00FD4A85" w:rsidRPr="004D00E1" w:rsidTr="002264E8">
        <w:tc>
          <w:tcPr>
            <w:tcW w:w="10881" w:type="dxa"/>
            <w:gridSpan w:val="4"/>
          </w:tcPr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24. Расположите химические элементы в порядке убывания их атомных радиусов</w:t>
            </w:r>
          </w:p>
          <w:p w:rsidR="00FD4A85" w:rsidRPr="004D00E1" w:rsidRDefault="00FD4A85" w:rsidP="00702148">
            <w:pPr>
              <w:pStyle w:val="ae"/>
              <w:numPr>
                <w:ilvl w:val="0"/>
                <w:numId w:val="102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In</w:t>
            </w:r>
          </w:p>
          <w:p w:rsidR="00FD4A85" w:rsidRPr="004D00E1" w:rsidRDefault="00FD4A85" w:rsidP="00702148">
            <w:pPr>
              <w:pStyle w:val="ae"/>
              <w:numPr>
                <w:ilvl w:val="0"/>
                <w:numId w:val="102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Sb</w:t>
            </w:r>
          </w:p>
          <w:p w:rsidR="00FD4A85" w:rsidRPr="004D00E1" w:rsidRDefault="00FD4A85" w:rsidP="00702148">
            <w:pPr>
              <w:pStyle w:val="ae"/>
              <w:numPr>
                <w:ilvl w:val="0"/>
                <w:numId w:val="102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I</w:t>
            </w:r>
          </w:p>
        </w:tc>
      </w:tr>
      <w:tr w:rsidR="00FD4A85" w:rsidRPr="004D00E1" w:rsidTr="002264E8">
        <w:tc>
          <w:tcPr>
            <w:tcW w:w="10881" w:type="dxa"/>
            <w:gridSpan w:val="4"/>
          </w:tcPr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25. Расположите химические элементы в порядке возрастания их энергии ионизации</w:t>
            </w:r>
          </w:p>
          <w:p w:rsidR="00FD4A85" w:rsidRPr="004D00E1" w:rsidRDefault="00FD4A85" w:rsidP="00702148">
            <w:pPr>
              <w:pStyle w:val="ae"/>
              <w:numPr>
                <w:ilvl w:val="0"/>
                <w:numId w:val="103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Na</w:t>
            </w:r>
          </w:p>
          <w:p w:rsidR="00FD4A85" w:rsidRPr="004D00E1" w:rsidRDefault="00FD4A85" w:rsidP="00702148">
            <w:pPr>
              <w:pStyle w:val="ae"/>
              <w:numPr>
                <w:ilvl w:val="0"/>
                <w:numId w:val="103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Mg</w:t>
            </w:r>
          </w:p>
          <w:p w:rsidR="00FD4A85" w:rsidRPr="004D00E1" w:rsidRDefault="00FD4A85" w:rsidP="00702148">
            <w:pPr>
              <w:pStyle w:val="ae"/>
              <w:numPr>
                <w:ilvl w:val="0"/>
                <w:numId w:val="103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Al</w:t>
            </w:r>
          </w:p>
        </w:tc>
      </w:tr>
      <w:tr w:rsidR="00FD4A85" w:rsidRPr="004D00E1" w:rsidTr="002264E8">
        <w:tc>
          <w:tcPr>
            <w:tcW w:w="10881" w:type="dxa"/>
            <w:gridSpan w:val="4"/>
            <w:tcBorders>
              <w:bottom w:val="single" w:sz="4" w:space="0" w:color="auto"/>
            </w:tcBorders>
          </w:tcPr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26. Расположите химические элементы в порядке убывания их энергии ионизации</w:t>
            </w:r>
          </w:p>
          <w:p w:rsidR="00FD4A85" w:rsidRPr="004D00E1" w:rsidRDefault="00FD4A85" w:rsidP="00702148">
            <w:pPr>
              <w:pStyle w:val="ae"/>
              <w:numPr>
                <w:ilvl w:val="0"/>
                <w:numId w:val="104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Li</w:t>
            </w:r>
          </w:p>
          <w:p w:rsidR="00FD4A85" w:rsidRPr="004D00E1" w:rsidRDefault="00FD4A85" w:rsidP="00702148">
            <w:pPr>
              <w:pStyle w:val="ae"/>
              <w:numPr>
                <w:ilvl w:val="0"/>
                <w:numId w:val="104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Na</w:t>
            </w:r>
          </w:p>
          <w:p w:rsidR="00FD4A85" w:rsidRPr="004D00E1" w:rsidRDefault="00FD4A85" w:rsidP="00702148">
            <w:pPr>
              <w:pStyle w:val="ae"/>
              <w:numPr>
                <w:ilvl w:val="0"/>
                <w:numId w:val="104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K</w:t>
            </w:r>
          </w:p>
          <w:p w:rsidR="00FD4A85" w:rsidRPr="004D00E1" w:rsidRDefault="00FD4A85" w:rsidP="00702148">
            <w:pPr>
              <w:spacing w:line="240" w:lineRule="auto"/>
              <w:rPr>
                <w:szCs w:val="24"/>
              </w:rPr>
            </w:pPr>
          </w:p>
        </w:tc>
      </w:tr>
      <w:tr w:rsidR="00FD4A85" w:rsidRPr="00771808" w:rsidTr="002264E8">
        <w:tc>
          <w:tcPr>
            <w:tcW w:w="10881" w:type="dxa"/>
            <w:gridSpan w:val="4"/>
            <w:tcBorders>
              <w:bottom w:val="nil"/>
            </w:tcBorders>
          </w:tcPr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27. Установите соответствие между формулой соли и продуктами электролиза водного раствора этой соли</w:t>
            </w:r>
          </w:p>
        </w:tc>
      </w:tr>
      <w:tr w:rsidR="00FD4A85" w:rsidRPr="004D00E1" w:rsidTr="002264E8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FD4A85" w:rsidRPr="00560995" w:rsidRDefault="00FD4A85" w:rsidP="00702148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560995">
              <w:rPr>
                <w:szCs w:val="24"/>
                <w:u w:val="single"/>
                <w:lang w:val="ru-RU"/>
              </w:rPr>
              <w:t>Формула соли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 xml:space="preserve">1 </w:t>
            </w:r>
            <w:r w:rsidRPr="004D00E1">
              <w:rPr>
                <w:szCs w:val="24"/>
              </w:rPr>
              <w:t>KCl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 xml:space="preserve">2 </w:t>
            </w:r>
            <w:r w:rsidRPr="004D00E1">
              <w:rPr>
                <w:szCs w:val="24"/>
              </w:rPr>
              <w:t>Na</w:t>
            </w:r>
            <w:r w:rsidRPr="00560995">
              <w:rPr>
                <w:szCs w:val="24"/>
                <w:vertAlign w:val="subscript"/>
                <w:lang w:val="ru-RU"/>
              </w:rPr>
              <w:t>3</w:t>
            </w:r>
            <w:r w:rsidRPr="004D00E1">
              <w:rPr>
                <w:szCs w:val="24"/>
              </w:rPr>
              <w:t>PO</w:t>
            </w:r>
            <w:r w:rsidRPr="00560995">
              <w:rPr>
                <w:szCs w:val="24"/>
                <w:vertAlign w:val="subscript"/>
                <w:lang w:val="ru-RU"/>
              </w:rPr>
              <w:t>4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 xml:space="preserve">3 </w:t>
            </w:r>
            <w:r w:rsidRPr="004D00E1">
              <w:rPr>
                <w:szCs w:val="24"/>
              </w:rPr>
              <w:t>Cu</w:t>
            </w:r>
            <w:r w:rsidRPr="00560995">
              <w:rPr>
                <w:szCs w:val="24"/>
                <w:lang w:val="ru-RU"/>
              </w:rPr>
              <w:t>(</w:t>
            </w:r>
            <w:r w:rsidRPr="004D00E1">
              <w:rPr>
                <w:szCs w:val="24"/>
              </w:rPr>
              <w:t>NO</w:t>
            </w:r>
            <w:r w:rsidRPr="00560995">
              <w:rPr>
                <w:szCs w:val="24"/>
                <w:vertAlign w:val="subscript"/>
                <w:lang w:val="ru-RU"/>
              </w:rPr>
              <w:t>3</w:t>
            </w:r>
            <w:r w:rsidRPr="00560995">
              <w:rPr>
                <w:szCs w:val="24"/>
                <w:lang w:val="ru-RU"/>
              </w:rPr>
              <w:t>)</w:t>
            </w:r>
            <w:r w:rsidRPr="00560995">
              <w:rPr>
                <w:szCs w:val="24"/>
                <w:vertAlign w:val="subscript"/>
                <w:lang w:val="ru-RU"/>
              </w:rPr>
              <w:t>2</w:t>
            </w:r>
          </w:p>
        </w:tc>
        <w:tc>
          <w:tcPr>
            <w:tcW w:w="6065" w:type="dxa"/>
            <w:gridSpan w:val="2"/>
            <w:tcBorders>
              <w:top w:val="nil"/>
              <w:bottom w:val="nil"/>
            </w:tcBorders>
          </w:tcPr>
          <w:p w:rsidR="00FD4A85" w:rsidRPr="00560995" w:rsidRDefault="00FD4A85" w:rsidP="00702148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560995">
              <w:rPr>
                <w:szCs w:val="24"/>
                <w:u w:val="single"/>
                <w:lang w:val="ru-RU"/>
              </w:rPr>
              <w:t>Продукты электролиза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 xml:space="preserve">А. </w:t>
            </w:r>
            <w:r w:rsidRPr="004D00E1">
              <w:rPr>
                <w:szCs w:val="24"/>
              </w:rPr>
              <w:t>Cu</w:t>
            </w:r>
            <w:r w:rsidRPr="00560995">
              <w:rPr>
                <w:szCs w:val="24"/>
                <w:lang w:val="ru-RU"/>
              </w:rPr>
              <w:t xml:space="preserve">, </w:t>
            </w:r>
            <w:r w:rsidRPr="004D00E1">
              <w:rPr>
                <w:szCs w:val="24"/>
              </w:rPr>
              <w:t>O</w:t>
            </w:r>
            <w:r w:rsidRPr="00560995">
              <w:rPr>
                <w:szCs w:val="24"/>
                <w:vertAlign w:val="subscript"/>
                <w:lang w:val="ru-RU"/>
              </w:rPr>
              <w:t>2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 xml:space="preserve">Б. </w:t>
            </w:r>
            <w:r w:rsidRPr="004D00E1">
              <w:rPr>
                <w:szCs w:val="24"/>
              </w:rPr>
              <w:t>H</w:t>
            </w:r>
            <w:r w:rsidRPr="00560995">
              <w:rPr>
                <w:szCs w:val="24"/>
                <w:vertAlign w:val="subscript"/>
                <w:lang w:val="ru-RU"/>
              </w:rPr>
              <w:t>2</w:t>
            </w:r>
            <w:r w:rsidRPr="00560995">
              <w:rPr>
                <w:szCs w:val="24"/>
                <w:lang w:val="ru-RU"/>
              </w:rPr>
              <w:t xml:space="preserve">, </w:t>
            </w:r>
            <w:r w:rsidRPr="004D00E1">
              <w:rPr>
                <w:szCs w:val="24"/>
              </w:rPr>
              <w:t>O</w:t>
            </w:r>
            <w:r w:rsidRPr="00560995">
              <w:rPr>
                <w:szCs w:val="24"/>
                <w:vertAlign w:val="subscript"/>
                <w:lang w:val="ru-RU"/>
              </w:rPr>
              <w:t>2</w:t>
            </w:r>
          </w:p>
          <w:p w:rsidR="00FD4A85" w:rsidRPr="004D00E1" w:rsidRDefault="00FD4A85" w:rsidP="0070214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В. H</w:t>
            </w:r>
            <w:r w:rsidRPr="004D00E1">
              <w:rPr>
                <w:szCs w:val="24"/>
                <w:vertAlign w:val="subscript"/>
              </w:rPr>
              <w:t>2</w:t>
            </w:r>
            <w:r w:rsidRPr="004D00E1">
              <w:rPr>
                <w:szCs w:val="24"/>
              </w:rPr>
              <w:t>,Cl</w:t>
            </w:r>
            <w:r w:rsidRPr="004D00E1">
              <w:rPr>
                <w:szCs w:val="24"/>
                <w:vertAlign w:val="subscript"/>
              </w:rPr>
              <w:t>2</w:t>
            </w:r>
          </w:p>
          <w:p w:rsidR="00FD4A85" w:rsidRPr="004D00E1" w:rsidRDefault="00FD4A85" w:rsidP="0070214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Г. Cu, NO</w:t>
            </w:r>
            <w:r w:rsidRPr="004D00E1">
              <w:rPr>
                <w:szCs w:val="24"/>
                <w:vertAlign w:val="subscript"/>
              </w:rPr>
              <w:t>2</w:t>
            </w:r>
          </w:p>
        </w:tc>
      </w:tr>
      <w:tr w:rsidR="00FD4A85" w:rsidRPr="004D00E1" w:rsidTr="002264E8">
        <w:tc>
          <w:tcPr>
            <w:tcW w:w="10881" w:type="dxa"/>
            <w:gridSpan w:val="4"/>
            <w:tcBorders>
              <w:top w:val="nil"/>
              <w:bottom w:val="single" w:sz="4" w:space="0" w:color="auto"/>
            </w:tcBorders>
          </w:tcPr>
          <w:p w:rsidR="00FD4A85" w:rsidRPr="00756FBF" w:rsidRDefault="00FD4A85" w:rsidP="00702148">
            <w:pPr>
              <w:spacing w:line="240" w:lineRule="auto"/>
              <w:rPr>
                <w:b/>
                <w:szCs w:val="24"/>
              </w:rPr>
            </w:pPr>
            <w:r w:rsidRPr="00756FBF">
              <w:rPr>
                <w:b/>
                <w:szCs w:val="24"/>
              </w:rPr>
              <w:t>1В, 2Б, 3А</w:t>
            </w:r>
          </w:p>
        </w:tc>
      </w:tr>
      <w:tr w:rsidR="00FD4A85" w:rsidRPr="00771808" w:rsidTr="002264E8">
        <w:tc>
          <w:tcPr>
            <w:tcW w:w="10881" w:type="dxa"/>
            <w:gridSpan w:val="4"/>
            <w:tcBorders>
              <w:bottom w:val="nil"/>
            </w:tcBorders>
          </w:tcPr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 xml:space="preserve">28. Установите соответствие между формулой соли и продуктами электролиза водного </w:t>
            </w:r>
            <w:r w:rsidRPr="00560995">
              <w:rPr>
                <w:szCs w:val="24"/>
                <w:lang w:val="ru-RU"/>
              </w:rPr>
              <w:lastRenderedPageBreak/>
              <w:t>раствора этой соли</w:t>
            </w:r>
          </w:p>
        </w:tc>
      </w:tr>
      <w:tr w:rsidR="00FD4A85" w:rsidRPr="004D00E1" w:rsidTr="002264E8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FD4A85" w:rsidRPr="00560995" w:rsidRDefault="00FD4A85" w:rsidP="00702148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560995">
              <w:rPr>
                <w:szCs w:val="24"/>
                <w:u w:val="single"/>
                <w:lang w:val="ru-RU"/>
              </w:rPr>
              <w:lastRenderedPageBreak/>
              <w:t>Формула соли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 xml:space="preserve">1. </w:t>
            </w:r>
            <w:r w:rsidRPr="004D00E1">
              <w:rPr>
                <w:szCs w:val="24"/>
              </w:rPr>
              <w:t>NaI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 xml:space="preserve">2. </w:t>
            </w:r>
            <w:r w:rsidRPr="004D00E1">
              <w:rPr>
                <w:szCs w:val="24"/>
              </w:rPr>
              <w:t>AgNO</w:t>
            </w:r>
            <w:r w:rsidRPr="00560995">
              <w:rPr>
                <w:szCs w:val="24"/>
                <w:vertAlign w:val="subscript"/>
                <w:lang w:val="ru-RU"/>
              </w:rPr>
              <w:t>3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 xml:space="preserve">3. </w:t>
            </w:r>
            <w:r w:rsidRPr="004D00E1">
              <w:rPr>
                <w:szCs w:val="24"/>
              </w:rPr>
              <w:t>K</w:t>
            </w:r>
            <w:r w:rsidRPr="00560995">
              <w:rPr>
                <w:szCs w:val="24"/>
                <w:vertAlign w:val="subscript"/>
                <w:lang w:val="ru-RU"/>
              </w:rPr>
              <w:t>2</w:t>
            </w:r>
            <w:r w:rsidRPr="004D00E1">
              <w:rPr>
                <w:szCs w:val="24"/>
              </w:rPr>
              <w:t>SO</w:t>
            </w:r>
            <w:r w:rsidRPr="00560995">
              <w:rPr>
                <w:szCs w:val="24"/>
                <w:vertAlign w:val="subscript"/>
                <w:lang w:val="ru-RU"/>
              </w:rPr>
              <w:t>4</w:t>
            </w:r>
          </w:p>
        </w:tc>
        <w:tc>
          <w:tcPr>
            <w:tcW w:w="6065" w:type="dxa"/>
            <w:gridSpan w:val="2"/>
            <w:tcBorders>
              <w:top w:val="nil"/>
              <w:bottom w:val="nil"/>
            </w:tcBorders>
          </w:tcPr>
          <w:p w:rsidR="00FD4A85" w:rsidRPr="00560995" w:rsidRDefault="00FD4A85" w:rsidP="00702148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560995">
              <w:rPr>
                <w:szCs w:val="24"/>
                <w:u w:val="single"/>
                <w:lang w:val="ru-RU"/>
              </w:rPr>
              <w:t>Продукты электролиза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 xml:space="preserve">А. </w:t>
            </w:r>
            <w:r w:rsidRPr="004D00E1">
              <w:rPr>
                <w:szCs w:val="24"/>
              </w:rPr>
              <w:t>Ag</w:t>
            </w:r>
            <w:r w:rsidRPr="00560995">
              <w:rPr>
                <w:szCs w:val="24"/>
                <w:lang w:val="ru-RU"/>
              </w:rPr>
              <w:t xml:space="preserve">, </w:t>
            </w:r>
            <w:r w:rsidRPr="004D00E1">
              <w:rPr>
                <w:szCs w:val="24"/>
              </w:rPr>
              <w:t>O</w:t>
            </w:r>
            <w:r w:rsidRPr="00560995">
              <w:rPr>
                <w:szCs w:val="24"/>
                <w:vertAlign w:val="subscript"/>
                <w:lang w:val="ru-RU"/>
              </w:rPr>
              <w:t>2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 xml:space="preserve">Б. </w:t>
            </w:r>
            <w:r w:rsidRPr="004D00E1">
              <w:rPr>
                <w:szCs w:val="24"/>
              </w:rPr>
              <w:t>H</w:t>
            </w:r>
            <w:r w:rsidRPr="00560995">
              <w:rPr>
                <w:szCs w:val="24"/>
                <w:vertAlign w:val="subscript"/>
                <w:lang w:val="ru-RU"/>
              </w:rPr>
              <w:t>2</w:t>
            </w:r>
            <w:r w:rsidRPr="00560995">
              <w:rPr>
                <w:szCs w:val="24"/>
                <w:lang w:val="ru-RU"/>
              </w:rPr>
              <w:t xml:space="preserve">, </w:t>
            </w:r>
            <w:r w:rsidRPr="004D00E1">
              <w:rPr>
                <w:szCs w:val="24"/>
              </w:rPr>
              <w:t>O</w:t>
            </w:r>
            <w:r w:rsidRPr="00560995">
              <w:rPr>
                <w:szCs w:val="24"/>
                <w:vertAlign w:val="subscript"/>
                <w:lang w:val="ru-RU"/>
              </w:rPr>
              <w:t>2</w:t>
            </w:r>
          </w:p>
          <w:p w:rsidR="00FD4A85" w:rsidRPr="004D00E1" w:rsidRDefault="00FD4A85" w:rsidP="0070214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В</w:t>
            </w:r>
            <w:r>
              <w:rPr>
                <w:szCs w:val="24"/>
              </w:rPr>
              <w:t>.</w:t>
            </w:r>
            <w:r w:rsidRPr="004D00E1">
              <w:rPr>
                <w:szCs w:val="24"/>
              </w:rPr>
              <w:t xml:space="preserve"> K, SO</w:t>
            </w:r>
            <w:r w:rsidRPr="004D00E1">
              <w:rPr>
                <w:szCs w:val="24"/>
                <w:vertAlign w:val="subscript"/>
              </w:rPr>
              <w:t>2</w:t>
            </w:r>
          </w:p>
          <w:p w:rsidR="00FD4A85" w:rsidRPr="00756FBF" w:rsidRDefault="00FD4A85" w:rsidP="0070214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Г. H</w:t>
            </w:r>
            <w:r w:rsidRPr="00756FBF">
              <w:rPr>
                <w:szCs w:val="24"/>
                <w:vertAlign w:val="subscript"/>
              </w:rPr>
              <w:t>2</w:t>
            </w:r>
            <w:r w:rsidRPr="00756FBF">
              <w:rPr>
                <w:szCs w:val="24"/>
              </w:rPr>
              <w:t xml:space="preserve">, </w:t>
            </w:r>
            <w:r w:rsidRPr="004D00E1">
              <w:rPr>
                <w:szCs w:val="24"/>
              </w:rPr>
              <w:t>I</w:t>
            </w:r>
            <w:r w:rsidRPr="00756FBF">
              <w:rPr>
                <w:szCs w:val="24"/>
                <w:vertAlign w:val="subscript"/>
              </w:rPr>
              <w:t>2</w:t>
            </w:r>
          </w:p>
        </w:tc>
      </w:tr>
      <w:tr w:rsidR="00FD4A85" w:rsidRPr="004D00E1" w:rsidTr="002264E8">
        <w:tc>
          <w:tcPr>
            <w:tcW w:w="10881" w:type="dxa"/>
            <w:gridSpan w:val="4"/>
            <w:tcBorders>
              <w:top w:val="nil"/>
            </w:tcBorders>
          </w:tcPr>
          <w:p w:rsidR="00FD4A85" w:rsidRPr="00756FBF" w:rsidRDefault="00FD4A85" w:rsidP="00702148">
            <w:pPr>
              <w:spacing w:line="240" w:lineRule="auto"/>
              <w:rPr>
                <w:b/>
                <w:szCs w:val="24"/>
              </w:rPr>
            </w:pPr>
            <w:r w:rsidRPr="00756FBF">
              <w:rPr>
                <w:b/>
                <w:szCs w:val="24"/>
              </w:rPr>
              <w:t>1Г, 2А, 3Б</w:t>
            </w:r>
          </w:p>
        </w:tc>
      </w:tr>
      <w:tr w:rsidR="00FD4A85" w:rsidRPr="00771808" w:rsidTr="002264E8">
        <w:tc>
          <w:tcPr>
            <w:tcW w:w="10881" w:type="dxa"/>
            <w:gridSpan w:val="4"/>
            <w:tcBorders>
              <w:bottom w:val="nil"/>
            </w:tcBorders>
          </w:tcPr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29. Установите соответствие между молекулярным и ионным уравнением реакции</w:t>
            </w:r>
          </w:p>
        </w:tc>
      </w:tr>
      <w:tr w:rsidR="00FD4A85" w:rsidRPr="007D41C0" w:rsidTr="002264E8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FD4A85" w:rsidRPr="00560995" w:rsidRDefault="00FD4A85" w:rsidP="00702148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560995">
              <w:rPr>
                <w:szCs w:val="24"/>
                <w:u w:val="single"/>
                <w:lang w:val="ru-RU"/>
              </w:rPr>
              <w:t>Молекулярное уравнение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1. С</w:t>
            </w:r>
            <w:r w:rsidRPr="004D00E1">
              <w:rPr>
                <w:szCs w:val="24"/>
              </w:rPr>
              <w:t>u</w:t>
            </w:r>
            <w:r w:rsidRPr="00560995">
              <w:rPr>
                <w:szCs w:val="24"/>
                <w:lang w:val="ru-RU"/>
              </w:rPr>
              <w:t>(</w:t>
            </w:r>
            <w:r w:rsidRPr="004D00E1">
              <w:rPr>
                <w:szCs w:val="24"/>
              </w:rPr>
              <w:t>OH</w:t>
            </w:r>
            <w:r w:rsidRPr="00560995">
              <w:rPr>
                <w:szCs w:val="24"/>
                <w:lang w:val="ru-RU"/>
              </w:rPr>
              <w:t>)</w:t>
            </w:r>
            <w:r w:rsidRPr="00560995">
              <w:rPr>
                <w:szCs w:val="24"/>
                <w:vertAlign w:val="subscript"/>
                <w:lang w:val="ru-RU"/>
              </w:rPr>
              <w:t>2</w:t>
            </w:r>
            <w:r w:rsidRPr="00560995">
              <w:rPr>
                <w:szCs w:val="24"/>
                <w:lang w:val="ru-RU"/>
              </w:rPr>
              <w:t>+2</w:t>
            </w:r>
            <w:r w:rsidRPr="004D00E1">
              <w:rPr>
                <w:szCs w:val="24"/>
              </w:rPr>
              <w:t>HCl</w:t>
            </w:r>
            <w:r w:rsidRPr="00560995">
              <w:rPr>
                <w:szCs w:val="24"/>
                <w:lang w:val="ru-RU"/>
              </w:rPr>
              <w:t>→</w:t>
            </w:r>
          </w:p>
          <w:p w:rsidR="00FD4A85" w:rsidRPr="00756FBF" w:rsidRDefault="00FD4A85" w:rsidP="0070214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2. BaCl</w:t>
            </w:r>
            <w:r w:rsidRPr="00756FBF">
              <w:rPr>
                <w:szCs w:val="24"/>
                <w:vertAlign w:val="subscript"/>
              </w:rPr>
              <w:t>2</w:t>
            </w:r>
            <w:r w:rsidRPr="004D00E1">
              <w:rPr>
                <w:szCs w:val="24"/>
              </w:rPr>
              <w:t>+Na</w:t>
            </w:r>
            <w:r w:rsidRPr="00756FBF">
              <w:rPr>
                <w:szCs w:val="24"/>
                <w:vertAlign w:val="subscript"/>
              </w:rPr>
              <w:t>2</w:t>
            </w:r>
            <w:r w:rsidRPr="004D00E1">
              <w:rPr>
                <w:szCs w:val="24"/>
              </w:rPr>
              <w:t>SO</w:t>
            </w:r>
            <w:r w:rsidRPr="00756FBF">
              <w:rPr>
                <w:szCs w:val="24"/>
                <w:vertAlign w:val="subscript"/>
              </w:rPr>
              <w:t>4</w:t>
            </w:r>
            <w:r>
              <w:rPr>
                <w:szCs w:val="24"/>
              </w:rPr>
              <w:t>→</w:t>
            </w:r>
          </w:p>
          <w:p w:rsidR="00FD4A85" w:rsidRPr="004D00E1" w:rsidRDefault="00FD4A85" w:rsidP="0070214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3. H</w:t>
            </w:r>
            <w:r w:rsidRPr="00756FBF">
              <w:rPr>
                <w:szCs w:val="24"/>
                <w:vertAlign w:val="subscript"/>
              </w:rPr>
              <w:t>2</w:t>
            </w:r>
            <w:r w:rsidRPr="004D00E1">
              <w:rPr>
                <w:szCs w:val="24"/>
              </w:rPr>
              <w:t>SO</w:t>
            </w:r>
            <w:r w:rsidRPr="00756FBF">
              <w:rPr>
                <w:szCs w:val="24"/>
                <w:vertAlign w:val="subscript"/>
              </w:rPr>
              <w:t>4</w:t>
            </w:r>
            <w:r w:rsidRPr="004D00E1">
              <w:rPr>
                <w:szCs w:val="24"/>
              </w:rPr>
              <w:t>+</w:t>
            </w:r>
            <w:r>
              <w:rPr>
                <w:szCs w:val="24"/>
              </w:rPr>
              <w:t>2</w:t>
            </w:r>
            <w:r w:rsidRPr="004D00E1">
              <w:rPr>
                <w:szCs w:val="24"/>
              </w:rPr>
              <w:t>KOH</w:t>
            </w:r>
            <w:r>
              <w:rPr>
                <w:szCs w:val="24"/>
              </w:rPr>
              <w:t>→</w:t>
            </w:r>
          </w:p>
        </w:tc>
        <w:tc>
          <w:tcPr>
            <w:tcW w:w="6065" w:type="dxa"/>
            <w:gridSpan w:val="2"/>
            <w:tcBorders>
              <w:top w:val="nil"/>
              <w:bottom w:val="nil"/>
            </w:tcBorders>
          </w:tcPr>
          <w:p w:rsidR="00FD4A85" w:rsidRPr="00560995" w:rsidRDefault="00FD4A85" w:rsidP="00702148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560995">
              <w:rPr>
                <w:szCs w:val="24"/>
                <w:u w:val="single"/>
                <w:lang w:val="ru-RU"/>
              </w:rPr>
              <w:t>Ионное уравнение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 xml:space="preserve">А. </w:t>
            </w:r>
            <w:r>
              <w:rPr>
                <w:szCs w:val="24"/>
              </w:rPr>
              <w:t>Ba</w:t>
            </w:r>
            <w:r w:rsidRPr="00560995">
              <w:rPr>
                <w:szCs w:val="24"/>
                <w:vertAlign w:val="superscript"/>
                <w:lang w:val="ru-RU"/>
              </w:rPr>
              <w:t>2+</w:t>
            </w:r>
            <w:r w:rsidRPr="00560995">
              <w:rPr>
                <w:szCs w:val="24"/>
                <w:lang w:val="ru-RU"/>
              </w:rPr>
              <w:t>+</w:t>
            </w:r>
            <w:r w:rsidRPr="004D00E1">
              <w:rPr>
                <w:szCs w:val="24"/>
              </w:rPr>
              <w:t>SO</w:t>
            </w:r>
            <w:r w:rsidRPr="00560995">
              <w:rPr>
                <w:szCs w:val="24"/>
                <w:vertAlign w:val="subscript"/>
                <w:lang w:val="ru-RU"/>
              </w:rPr>
              <w:t>4</w:t>
            </w:r>
            <w:r w:rsidRPr="00560995">
              <w:rPr>
                <w:szCs w:val="24"/>
                <w:vertAlign w:val="superscript"/>
                <w:lang w:val="ru-RU"/>
              </w:rPr>
              <w:t>2-</w:t>
            </w:r>
            <w:r w:rsidRPr="00560995">
              <w:rPr>
                <w:szCs w:val="24"/>
                <w:lang w:val="ru-RU"/>
              </w:rPr>
              <w:t xml:space="preserve">→ </w:t>
            </w:r>
            <w:r>
              <w:rPr>
                <w:szCs w:val="24"/>
              </w:rPr>
              <w:t>Ba</w:t>
            </w:r>
            <w:r w:rsidRPr="004D00E1">
              <w:rPr>
                <w:szCs w:val="24"/>
              </w:rPr>
              <w:t>SO</w:t>
            </w:r>
            <w:r w:rsidRPr="00560995">
              <w:rPr>
                <w:szCs w:val="24"/>
                <w:vertAlign w:val="subscript"/>
                <w:lang w:val="ru-RU"/>
              </w:rPr>
              <w:t>4</w:t>
            </w:r>
            <w:r w:rsidRPr="00560995">
              <w:rPr>
                <w:szCs w:val="24"/>
                <w:lang w:val="ru-RU"/>
              </w:rPr>
              <w:t>↓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Б. С</w:t>
            </w:r>
            <w:r w:rsidRPr="004D00E1">
              <w:rPr>
                <w:szCs w:val="24"/>
              </w:rPr>
              <w:t>u</w:t>
            </w:r>
            <w:r w:rsidRPr="00560995">
              <w:rPr>
                <w:szCs w:val="24"/>
                <w:lang w:val="ru-RU"/>
              </w:rPr>
              <w:t>(</w:t>
            </w:r>
            <w:r w:rsidRPr="004D00E1">
              <w:rPr>
                <w:szCs w:val="24"/>
              </w:rPr>
              <w:t>OH</w:t>
            </w:r>
            <w:r w:rsidRPr="00560995">
              <w:rPr>
                <w:szCs w:val="24"/>
                <w:lang w:val="ru-RU"/>
              </w:rPr>
              <w:t>)</w:t>
            </w:r>
            <w:r w:rsidRPr="00560995">
              <w:rPr>
                <w:szCs w:val="24"/>
                <w:vertAlign w:val="subscript"/>
                <w:lang w:val="ru-RU"/>
              </w:rPr>
              <w:t>2</w:t>
            </w:r>
            <w:r w:rsidRPr="00560995">
              <w:rPr>
                <w:szCs w:val="24"/>
                <w:lang w:val="ru-RU"/>
              </w:rPr>
              <w:t>+2</w:t>
            </w:r>
            <w:r w:rsidRPr="004D00E1">
              <w:rPr>
                <w:szCs w:val="24"/>
              </w:rPr>
              <w:t>H</w:t>
            </w:r>
            <w:r w:rsidRPr="00560995">
              <w:rPr>
                <w:szCs w:val="24"/>
                <w:vertAlign w:val="superscript"/>
                <w:lang w:val="ru-RU"/>
              </w:rPr>
              <w:t>+</w:t>
            </w:r>
            <w:r w:rsidRPr="00560995">
              <w:rPr>
                <w:szCs w:val="24"/>
                <w:lang w:val="ru-RU"/>
              </w:rPr>
              <w:t>→</w:t>
            </w:r>
            <w:r>
              <w:rPr>
                <w:szCs w:val="24"/>
              </w:rPr>
              <w:t>Cu</w:t>
            </w:r>
            <w:r w:rsidRPr="00560995">
              <w:rPr>
                <w:szCs w:val="24"/>
                <w:vertAlign w:val="superscript"/>
                <w:lang w:val="ru-RU"/>
              </w:rPr>
              <w:t>2+</w:t>
            </w:r>
            <w:r w:rsidRPr="00560995">
              <w:rPr>
                <w:szCs w:val="24"/>
                <w:lang w:val="ru-RU"/>
              </w:rPr>
              <w:t>+2</w:t>
            </w:r>
            <w:r>
              <w:rPr>
                <w:szCs w:val="24"/>
              </w:rPr>
              <w:t>H</w:t>
            </w:r>
            <w:r w:rsidRPr="00560995">
              <w:rPr>
                <w:szCs w:val="24"/>
                <w:vertAlign w:val="subscript"/>
                <w:lang w:val="ru-RU"/>
              </w:rPr>
              <w:t>2</w:t>
            </w:r>
            <w:r>
              <w:rPr>
                <w:szCs w:val="24"/>
              </w:rPr>
              <w:t>O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 xml:space="preserve">В. </w:t>
            </w:r>
            <w:r>
              <w:rPr>
                <w:szCs w:val="24"/>
              </w:rPr>
              <w:t>Ba</w:t>
            </w:r>
            <w:r w:rsidRPr="00560995">
              <w:rPr>
                <w:szCs w:val="24"/>
                <w:vertAlign w:val="superscript"/>
                <w:lang w:val="ru-RU"/>
              </w:rPr>
              <w:t>2+</w:t>
            </w:r>
            <w:r w:rsidRPr="00560995">
              <w:rPr>
                <w:szCs w:val="24"/>
                <w:lang w:val="ru-RU"/>
              </w:rPr>
              <w:t>+С</w:t>
            </w:r>
            <w:r w:rsidRPr="004D00E1">
              <w:rPr>
                <w:szCs w:val="24"/>
              </w:rPr>
              <w:t>O</w:t>
            </w:r>
            <w:r w:rsidRPr="00560995">
              <w:rPr>
                <w:szCs w:val="24"/>
                <w:vertAlign w:val="subscript"/>
                <w:lang w:val="ru-RU"/>
              </w:rPr>
              <w:t>3</w:t>
            </w:r>
            <w:r w:rsidRPr="00560995">
              <w:rPr>
                <w:szCs w:val="24"/>
                <w:vertAlign w:val="superscript"/>
                <w:lang w:val="ru-RU"/>
              </w:rPr>
              <w:t>2-</w:t>
            </w:r>
            <w:r w:rsidRPr="00560995">
              <w:rPr>
                <w:szCs w:val="24"/>
                <w:lang w:val="ru-RU"/>
              </w:rPr>
              <w:t xml:space="preserve">→ </w:t>
            </w:r>
            <w:r>
              <w:rPr>
                <w:szCs w:val="24"/>
              </w:rPr>
              <w:t>Ba</w:t>
            </w:r>
            <w:r w:rsidRPr="00560995">
              <w:rPr>
                <w:szCs w:val="24"/>
                <w:lang w:val="ru-RU"/>
              </w:rPr>
              <w:t>С</w:t>
            </w:r>
            <w:r w:rsidRPr="004D00E1">
              <w:rPr>
                <w:szCs w:val="24"/>
              </w:rPr>
              <w:t>O</w:t>
            </w:r>
            <w:r w:rsidRPr="00560995">
              <w:rPr>
                <w:szCs w:val="24"/>
                <w:vertAlign w:val="subscript"/>
                <w:lang w:val="ru-RU"/>
              </w:rPr>
              <w:t>3</w:t>
            </w:r>
            <w:r w:rsidRPr="00560995">
              <w:rPr>
                <w:szCs w:val="24"/>
                <w:lang w:val="ru-RU"/>
              </w:rPr>
              <w:t>↓</w:t>
            </w:r>
          </w:p>
          <w:p w:rsidR="00FD4A85" w:rsidRPr="007D41C0" w:rsidRDefault="00FD4A85" w:rsidP="0070214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Г</w:t>
            </w:r>
            <w:r w:rsidRPr="007D41C0">
              <w:rPr>
                <w:szCs w:val="24"/>
              </w:rPr>
              <w:t>.</w:t>
            </w:r>
            <w:r>
              <w:rPr>
                <w:szCs w:val="24"/>
              </w:rPr>
              <w:t xml:space="preserve"> 2</w:t>
            </w:r>
            <w:r w:rsidRPr="004D00E1">
              <w:rPr>
                <w:szCs w:val="24"/>
              </w:rPr>
              <w:t>H</w:t>
            </w:r>
            <w:r w:rsidRPr="007D41C0">
              <w:rPr>
                <w:szCs w:val="24"/>
                <w:vertAlign w:val="superscript"/>
              </w:rPr>
              <w:t>+</w:t>
            </w:r>
            <w:r w:rsidRPr="004D00E1">
              <w:rPr>
                <w:szCs w:val="24"/>
              </w:rPr>
              <w:t>+</w:t>
            </w:r>
            <w:r>
              <w:rPr>
                <w:szCs w:val="24"/>
              </w:rPr>
              <w:t>2</w:t>
            </w:r>
            <w:r w:rsidRPr="004D00E1">
              <w:rPr>
                <w:szCs w:val="24"/>
              </w:rPr>
              <w:t>OH</w:t>
            </w:r>
            <w:r w:rsidRPr="007D41C0">
              <w:rPr>
                <w:szCs w:val="24"/>
                <w:vertAlign w:val="superscript"/>
              </w:rPr>
              <w:t>-</w:t>
            </w:r>
            <w:r>
              <w:rPr>
                <w:szCs w:val="24"/>
              </w:rPr>
              <w:t>→2H</w:t>
            </w:r>
            <w:r w:rsidRPr="007D41C0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O</w:t>
            </w:r>
          </w:p>
        </w:tc>
      </w:tr>
      <w:tr w:rsidR="00FD4A85" w:rsidRPr="004D00E1" w:rsidTr="002264E8">
        <w:tc>
          <w:tcPr>
            <w:tcW w:w="10881" w:type="dxa"/>
            <w:gridSpan w:val="4"/>
            <w:tcBorders>
              <w:top w:val="nil"/>
            </w:tcBorders>
          </w:tcPr>
          <w:p w:rsidR="00FD4A85" w:rsidRPr="007D41C0" w:rsidRDefault="00FD4A85" w:rsidP="00702148">
            <w:pPr>
              <w:spacing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(</w:t>
            </w:r>
            <w:r w:rsidRPr="007D41C0">
              <w:rPr>
                <w:b/>
                <w:szCs w:val="24"/>
              </w:rPr>
              <w:t>1Б, 2A, 3Г</w:t>
            </w:r>
            <w:r>
              <w:rPr>
                <w:b/>
                <w:szCs w:val="24"/>
              </w:rPr>
              <w:t>)</w:t>
            </w:r>
          </w:p>
        </w:tc>
      </w:tr>
      <w:tr w:rsidR="00FD4A85" w:rsidRPr="00771808" w:rsidTr="002264E8">
        <w:tc>
          <w:tcPr>
            <w:tcW w:w="10881" w:type="dxa"/>
            <w:gridSpan w:val="4"/>
            <w:tcBorders>
              <w:bottom w:val="nil"/>
            </w:tcBorders>
          </w:tcPr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30. Установите соответствие между молекулярным и ионным уравнением реакции</w:t>
            </w:r>
          </w:p>
        </w:tc>
      </w:tr>
      <w:tr w:rsidR="00FD4A85" w:rsidRPr="004D00E1" w:rsidTr="002264E8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FD4A85" w:rsidRPr="00756FBF" w:rsidRDefault="00FD4A85" w:rsidP="00702148">
            <w:pPr>
              <w:spacing w:line="240" w:lineRule="auto"/>
              <w:rPr>
                <w:szCs w:val="24"/>
                <w:u w:val="single"/>
              </w:rPr>
            </w:pPr>
            <w:r w:rsidRPr="00756FBF">
              <w:rPr>
                <w:szCs w:val="24"/>
                <w:u w:val="single"/>
              </w:rPr>
              <w:t>Молекулярное уравнение</w:t>
            </w:r>
          </w:p>
          <w:p w:rsidR="00FD4A85" w:rsidRPr="00756FBF" w:rsidRDefault="00FD4A85" w:rsidP="00702148">
            <w:pPr>
              <w:pStyle w:val="ae"/>
              <w:numPr>
                <w:ilvl w:val="0"/>
                <w:numId w:val="105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AgNO</w:t>
            </w:r>
            <w:r w:rsidRPr="00756FBF">
              <w:rPr>
                <w:szCs w:val="24"/>
                <w:vertAlign w:val="subscript"/>
              </w:rPr>
              <w:t>3</w:t>
            </w:r>
            <w:r w:rsidRPr="00756FBF">
              <w:rPr>
                <w:szCs w:val="24"/>
              </w:rPr>
              <w:t>+</w:t>
            </w:r>
            <w:r w:rsidRPr="004D00E1">
              <w:rPr>
                <w:szCs w:val="24"/>
              </w:rPr>
              <w:t>KCl</w:t>
            </w:r>
            <w:r>
              <w:rPr>
                <w:szCs w:val="24"/>
              </w:rPr>
              <w:t>→</w:t>
            </w:r>
          </w:p>
          <w:p w:rsidR="00FD4A85" w:rsidRPr="00756FBF" w:rsidRDefault="00FD4A85" w:rsidP="00702148">
            <w:pPr>
              <w:pStyle w:val="ae"/>
              <w:numPr>
                <w:ilvl w:val="0"/>
                <w:numId w:val="105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HCl</w:t>
            </w:r>
            <w:r w:rsidRPr="00756FBF">
              <w:rPr>
                <w:szCs w:val="24"/>
              </w:rPr>
              <w:t>+</w:t>
            </w:r>
            <w:r w:rsidRPr="004D00E1">
              <w:rPr>
                <w:szCs w:val="24"/>
              </w:rPr>
              <w:t>NaOH</w:t>
            </w:r>
            <w:r>
              <w:rPr>
                <w:szCs w:val="24"/>
              </w:rPr>
              <w:t>→</w:t>
            </w:r>
          </w:p>
          <w:p w:rsidR="00FD4A85" w:rsidRPr="00756FBF" w:rsidRDefault="00FD4A85" w:rsidP="00702148">
            <w:pPr>
              <w:pStyle w:val="ae"/>
              <w:numPr>
                <w:ilvl w:val="0"/>
                <w:numId w:val="105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Na</w:t>
            </w:r>
            <w:r w:rsidRPr="00756FBF">
              <w:rPr>
                <w:szCs w:val="24"/>
                <w:vertAlign w:val="subscript"/>
              </w:rPr>
              <w:t>2</w:t>
            </w:r>
            <w:r w:rsidRPr="004D00E1">
              <w:rPr>
                <w:szCs w:val="24"/>
              </w:rPr>
              <w:t>CO</w:t>
            </w:r>
            <w:r w:rsidRPr="00756FBF">
              <w:rPr>
                <w:szCs w:val="24"/>
                <w:vertAlign w:val="subscript"/>
              </w:rPr>
              <w:t>3</w:t>
            </w:r>
            <w:r w:rsidRPr="00756FBF">
              <w:rPr>
                <w:szCs w:val="24"/>
              </w:rPr>
              <w:t>+</w:t>
            </w:r>
            <w:r w:rsidRPr="004D00E1">
              <w:rPr>
                <w:szCs w:val="24"/>
              </w:rPr>
              <w:t>MgCl</w:t>
            </w:r>
            <w:r w:rsidRPr="00756FBF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→</w:t>
            </w:r>
          </w:p>
          <w:p w:rsidR="00FD4A85" w:rsidRPr="00756FBF" w:rsidRDefault="00FD4A85" w:rsidP="00702148">
            <w:pPr>
              <w:spacing w:line="240" w:lineRule="auto"/>
              <w:rPr>
                <w:szCs w:val="24"/>
              </w:rPr>
            </w:pPr>
          </w:p>
        </w:tc>
        <w:tc>
          <w:tcPr>
            <w:tcW w:w="6065" w:type="dxa"/>
            <w:gridSpan w:val="2"/>
            <w:tcBorders>
              <w:top w:val="nil"/>
              <w:bottom w:val="nil"/>
            </w:tcBorders>
          </w:tcPr>
          <w:p w:rsidR="00FD4A85" w:rsidRPr="00756FBF" w:rsidRDefault="00FD4A85" w:rsidP="00702148">
            <w:pPr>
              <w:spacing w:line="240" w:lineRule="auto"/>
              <w:rPr>
                <w:szCs w:val="24"/>
                <w:u w:val="single"/>
              </w:rPr>
            </w:pPr>
            <w:r w:rsidRPr="00756FBF">
              <w:rPr>
                <w:szCs w:val="24"/>
                <w:u w:val="single"/>
              </w:rPr>
              <w:t>Ионное уравнение</w:t>
            </w:r>
          </w:p>
          <w:p w:rsidR="00FD4A85" w:rsidRPr="004D00E1" w:rsidRDefault="00FD4A85" w:rsidP="0070214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А</w:t>
            </w:r>
            <w:r>
              <w:rPr>
                <w:szCs w:val="24"/>
              </w:rPr>
              <w:t>. 2</w:t>
            </w:r>
            <w:r w:rsidRPr="004D00E1">
              <w:rPr>
                <w:szCs w:val="24"/>
              </w:rPr>
              <w:t>H</w:t>
            </w:r>
            <w:r w:rsidRPr="007D41C0">
              <w:rPr>
                <w:szCs w:val="24"/>
                <w:vertAlign w:val="superscript"/>
              </w:rPr>
              <w:t>+</w:t>
            </w:r>
            <w:r w:rsidRPr="004D00E1">
              <w:rPr>
                <w:szCs w:val="24"/>
              </w:rPr>
              <w:t>+</w:t>
            </w:r>
            <w:r>
              <w:rPr>
                <w:szCs w:val="24"/>
              </w:rPr>
              <w:t>2</w:t>
            </w:r>
            <w:r w:rsidRPr="004D00E1">
              <w:rPr>
                <w:szCs w:val="24"/>
              </w:rPr>
              <w:t>OH</w:t>
            </w:r>
            <w:r w:rsidRPr="007D41C0">
              <w:rPr>
                <w:szCs w:val="24"/>
                <w:vertAlign w:val="superscript"/>
              </w:rPr>
              <w:t>-</w:t>
            </w:r>
            <w:r>
              <w:rPr>
                <w:szCs w:val="24"/>
              </w:rPr>
              <w:t>→2H</w:t>
            </w:r>
            <w:r w:rsidRPr="007D41C0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O</w:t>
            </w:r>
          </w:p>
          <w:p w:rsidR="00FD4A85" w:rsidRPr="007D41C0" w:rsidRDefault="00FD4A85" w:rsidP="00702148">
            <w:pPr>
              <w:spacing w:line="240" w:lineRule="auto"/>
              <w:rPr>
                <w:szCs w:val="24"/>
              </w:rPr>
            </w:pPr>
            <w:r w:rsidRPr="007D41C0">
              <w:rPr>
                <w:szCs w:val="24"/>
              </w:rPr>
              <w:t>Б. CO</w:t>
            </w:r>
            <w:r w:rsidRPr="007D41C0">
              <w:rPr>
                <w:szCs w:val="24"/>
                <w:vertAlign w:val="subscript"/>
              </w:rPr>
              <w:t>3</w:t>
            </w:r>
            <w:r w:rsidRPr="007D41C0">
              <w:rPr>
                <w:szCs w:val="24"/>
                <w:vertAlign w:val="superscript"/>
              </w:rPr>
              <w:t>2-</w:t>
            </w:r>
            <w:r w:rsidRPr="007D41C0">
              <w:rPr>
                <w:szCs w:val="24"/>
              </w:rPr>
              <w:t>+Mg</w:t>
            </w:r>
            <w:r w:rsidRPr="007D41C0">
              <w:rPr>
                <w:szCs w:val="24"/>
                <w:vertAlign w:val="superscript"/>
              </w:rPr>
              <w:t>2+</w:t>
            </w:r>
            <w:r w:rsidRPr="007D41C0">
              <w:rPr>
                <w:szCs w:val="24"/>
              </w:rPr>
              <w:t>→Mg CO</w:t>
            </w:r>
            <w:r w:rsidRPr="007D41C0">
              <w:rPr>
                <w:szCs w:val="24"/>
                <w:vertAlign w:val="subscript"/>
              </w:rPr>
              <w:t>3</w:t>
            </w:r>
            <w:r>
              <w:rPr>
                <w:szCs w:val="24"/>
              </w:rPr>
              <w:t>↓</w:t>
            </w:r>
          </w:p>
          <w:p w:rsidR="00FD4A85" w:rsidRDefault="00FD4A85" w:rsidP="00702148">
            <w:pPr>
              <w:spacing w:line="240" w:lineRule="auto"/>
              <w:rPr>
                <w:szCs w:val="24"/>
              </w:rPr>
            </w:pPr>
            <w:r w:rsidRPr="007D41C0">
              <w:rPr>
                <w:szCs w:val="24"/>
              </w:rPr>
              <w:t xml:space="preserve">В. </w:t>
            </w:r>
            <w:r>
              <w:rPr>
                <w:szCs w:val="24"/>
              </w:rPr>
              <w:t>Ag</w:t>
            </w:r>
            <w:r w:rsidRPr="007D41C0">
              <w:rPr>
                <w:szCs w:val="24"/>
                <w:vertAlign w:val="superscript"/>
              </w:rPr>
              <w:t>+</w:t>
            </w:r>
            <w:r w:rsidRPr="007D41C0">
              <w:rPr>
                <w:szCs w:val="24"/>
              </w:rPr>
              <w:t>+Cl</w:t>
            </w:r>
            <w:r w:rsidRPr="007D41C0">
              <w:rPr>
                <w:szCs w:val="24"/>
                <w:vertAlign w:val="superscript"/>
              </w:rPr>
              <w:t>-</w:t>
            </w:r>
            <w:r w:rsidRPr="007D41C0">
              <w:rPr>
                <w:szCs w:val="24"/>
              </w:rPr>
              <w:t>→</w:t>
            </w:r>
            <w:r w:rsidRPr="004D00E1">
              <w:rPr>
                <w:szCs w:val="24"/>
              </w:rPr>
              <w:t xml:space="preserve"> </w:t>
            </w:r>
            <w:r>
              <w:rPr>
                <w:szCs w:val="24"/>
              </w:rPr>
              <w:t>Ag</w:t>
            </w:r>
            <w:r w:rsidRPr="004D00E1">
              <w:rPr>
                <w:szCs w:val="24"/>
              </w:rPr>
              <w:t>Cl</w:t>
            </w:r>
            <w:r>
              <w:rPr>
                <w:szCs w:val="24"/>
              </w:rPr>
              <w:t>↓</w:t>
            </w:r>
          </w:p>
          <w:p w:rsidR="00FD4A85" w:rsidRPr="004D00E1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Г. Ba</w:t>
            </w:r>
            <w:r w:rsidRPr="007D41C0">
              <w:rPr>
                <w:szCs w:val="24"/>
                <w:vertAlign w:val="superscript"/>
              </w:rPr>
              <w:t>2+</w:t>
            </w:r>
            <w:r>
              <w:rPr>
                <w:szCs w:val="24"/>
              </w:rPr>
              <w:t>+С</w:t>
            </w:r>
            <w:r w:rsidRPr="004D00E1">
              <w:rPr>
                <w:szCs w:val="24"/>
              </w:rPr>
              <w:t>O</w:t>
            </w:r>
            <w:r>
              <w:rPr>
                <w:szCs w:val="24"/>
                <w:vertAlign w:val="subscript"/>
              </w:rPr>
              <w:t>3</w:t>
            </w:r>
            <w:r>
              <w:rPr>
                <w:szCs w:val="24"/>
                <w:vertAlign w:val="superscript"/>
              </w:rPr>
              <w:t>2-</w:t>
            </w:r>
            <w:r>
              <w:rPr>
                <w:szCs w:val="24"/>
              </w:rPr>
              <w:t>→</w:t>
            </w:r>
            <w:r w:rsidRPr="004D00E1">
              <w:rPr>
                <w:szCs w:val="24"/>
              </w:rPr>
              <w:t xml:space="preserve"> </w:t>
            </w:r>
            <w:r>
              <w:rPr>
                <w:szCs w:val="24"/>
              </w:rPr>
              <w:t>BaС</w:t>
            </w:r>
            <w:r w:rsidRPr="004D00E1">
              <w:rPr>
                <w:szCs w:val="24"/>
              </w:rPr>
              <w:t>O</w:t>
            </w:r>
            <w:r>
              <w:rPr>
                <w:szCs w:val="24"/>
                <w:vertAlign w:val="subscript"/>
              </w:rPr>
              <w:t>3</w:t>
            </w:r>
            <w:r>
              <w:rPr>
                <w:szCs w:val="24"/>
              </w:rPr>
              <w:t>↓</w:t>
            </w:r>
          </w:p>
        </w:tc>
      </w:tr>
      <w:tr w:rsidR="00FD4A85" w:rsidRPr="004D00E1" w:rsidTr="002264E8">
        <w:tc>
          <w:tcPr>
            <w:tcW w:w="10881" w:type="dxa"/>
            <w:gridSpan w:val="4"/>
            <w:tcBorders>
              <w:top w:val="nil"/>
            </w:tcBorders>
          </w:tcPr>
          <w:p w:rsidR="00FD4A85" w:rsidRPr="007D41C0" w:rsidRDefault="00FD4A85" w:rsidP="00702148">
            <w:pPr>
              <w:spacing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(</w:t>
            </w:r>
            <w:r w:rsidRPr="007D41C0">
              <w:rPr>
                <w:b/>
                <w:szCs w:val="24"/>
              </w:rPr>
              <w:t>1В, 2А, 3Б</w:t>
            </w:r>
            <w:r>
              <w:rPr>
                <w:b/>
                <w:szCs w:val="24"/>
              </w:rPr>
              <w:t>)</w:t>
            </w:r>
          </w:p>
        </w:tc>
      </w:tr>
      <w:tr w:rsidR="00FD4A85" w:rsidRPr="00771808" w:rsidTr="002264E8">
        <w:tc>
          <w:tcPr>
            <w:tcW w:w="10881" w:type="dxa"/>
            <w:gridSpan w:val="4"/>
            <w:tcBorders>
              <w:bottom w:val="nil"/>
            </w:tcBorders>
          </w:tcPr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31. Установите соответствие между молекулярным и ионным уравнением реакции</w:t>
            </w:r>
          </w:p>
        </w:tc>
      </w:tr>
      <w:tr w:rsidR="00FD4A85" w:rsidRPr="00AB705E" w:rsidTr="002264E8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FD4A85" w:rsidRPr="00560995" w:rsidRDefault="00FD4A85" w:rsidP="00702148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560995">
              <w:rPr>
                <w:szCs w:val="24"/>
                <w:u w:val="single"/>
                <w:lang w:val="ru-RU"/>
              </w:rPr>
              <w:t>Молекулярное уравнение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1. С</w:t>
            </w:r>
            <w:r w:rsidRPr="004D00E1">
              <w:rPr>
                <w:szCs w:val="24"/>
              </w:rPr>
              <w:t>u</w:t>
            </w:r>
            <w:r>
              <w:rPr>
                <w:szCs w:val="24"/>
              </w:rPr>
              <w:t>SO</w:t>
            </w:r>
            <w:r w:rsidRPr="00560995">
              <w:rPr>
                <w:szCs w:val="24"/>
                <w:vertAlign w:val="subscript"/>
                <w:lang w:val="ru-RU"/>
              </w:rPr>
              <w:t>4</w:t>
            </w:r>
            <w:r w:rsidRPr="00560995">
              <w:rPr>
                <w:szCs w:val="24"/>
                <w:lang w:val="ru-RU"/>
              </w:rPr>
              <w:t>+2</w:t>
            </w:r>
            <w:r w:rsidRPr="004D00E1">
              <w:rPr>
                <w:szCs w:val="24"/>
              </w:rPr>
              <w:t>NaOH</w:t>
            </w:r>
            <w:r w:rsidRPr="00560995">
              <w:rPr>
                <w:szCs w:val="24"/>
                <w:lang w:val="ru-RU"/>
              </w:rPr>
              <w:t>→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 xml:space="preserve">2. </w:t>
            </w:r>
            <w:r w:rsidRPr="00756FBF">
              <w:rPr>
                <w:szCs w:val="24"/>
              </w:rPr>
              <w:t>Na</w:t>
            </w:r>
            <w:r w:rsidRPr="00560995">
              <w:rPr>
                <w:szCs w:val="24"/>
                <w:vertAlign w:val="subscript"/>
                <w:lang w:val="ru-RU"/>
              </w:rPr>
              <w:t>2</w:t>
            </w:r>
            <w:r w:rsidRPr="00756FBF">
              <w:rPr>
                <w:szCs w:val="24"/>
              </w:rPr>
              <w:t>CO</w:t>
            </w:r>
            <w:r w:rsidRPr="00560995">
              <w:rPr>
                <w:szCs w:val="24"/>
                <w:vertAlign w:val="subscript"/>
                <w:lang w:val="ru-RU"/>
              </w:rPr>
              <w:t>3</w:t>
            </w:r>
            <w:r w:rsidRPr="00560995">
              <w:rPr>
                <w:szCs w:val="24"/>
                <w:lang w:val="ru-RU"/>
              </w:rPr>
              <w:t>+2Н</w:t>
            </w:r>
            <w:r w:rsidRPr="00756FBF">
              <w:rPr>
                <w:szCs w:val="24"/>
              </w:rPr>
              <w:t>Cl</w:t>
            </w:r>
            <w:r w:rsidRPr="00560995">
              <w:rPr>
                <w:szCs w:val="24"/>
                <w:lang w:val="ru-RU"/>
              </w:rPr>
              <w:t>→</w:t>
            </w:r>
          </w:p>
          <w:p w:rsidR="00FD4A85" w:rsidRPr="007D41C0" w:rsidRDefault="00FD4A85" w:rsidP="00702148">
            <w:pPr>
              <w:spacing w:line="240" w:lineRule="auto"/>
              <w:rPr>
                <w:szCs w:val="24"/>
              </w:rPr>
            </w:pPr>
            <w:r w:rsidRPr="007D41C0">
              <w:rPr>
                <w:szCs w:val="24"/>
              </w:rPr>
              <w:t>3.</w:t>
            </w:r>
            <w:r>
              <w:rPr>
                <w:szCs w:val="24"/>
              </w:rPr>
              <w:t xml:space="preserve"> </w:t>
            </w:r>
            <w:r w:rsidRPr="004D00E1">
              <w:rPr>
                <w:szCs w:val="24"/>
              </w:rPr>
              <w:t>BaCl</w:t>
            </w:r>
            <w:r w:rsidRPr="00756FBF">
              <w:rPr>
                <w:szCs w:val="24"/>
                <w:vertAlign w:val="subscript"/>
              </w:rPr>
              <w:t>2</w:t>
            </w:r>
            <w:r w:rsidRPr="004D00E1">
              <w:rPr>
                <w:szCs w:val="24"/>
              </w:rPr>
              <w:t>+Na</w:t>
            </w:r>
            <w:r w:rsidRPr="00756FBF">
              <w:rPr>
                <w:szCs w:val="24"/>
                <w:vertAlign w:val="subscript"/>
              </w:rPr>
              <w:t>2</w:t>
            </w:r>
            <w:r w:rsidRPr="004D00E1">
              <w:rPr>
                <w:szCs w:val="24"/>
              </w:rPr>
              <w:t>SO</w:t>
            </w:r>
            <w:r w:rsidRPr="00756FBF">
              <w:rPr>
                <w:szCs w:val="24"/>
                <w:vertAlign w:val="subscript"/>
              </w:rPr>
              <w:t>4</w:t>
            </w:r>
            <w:r>
              <w:rPr>
                <w:szCs w:val="24"/>
              </w:rPr>
              <w:t>→</w:t>
            </w:r>
          </w:p>
        </w:tc>
        <w:tc>
          <w:tcPr>
            <w:tcW w:w="6065" w:type="dxa"/>
            <w:gridSpan w:val="2"/>
            <w:tcBorders>
              <w:top w:val="nil"/>
              <w:bottom w:val="nil"/>
            </w:tcBorders>
          </w:tcPr>
          <w:p w:rsidR="00FD4A85" w:rsidRPr="00560995" w:rsidRDefault="00FD4A85" w:rsidP="00702148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560995">
              <w:rPr>
                <w:szCs w:val="24"/>
                <w:u w:val="single"/>
                <w:lang w:val="ru-RU"/>
              </w:rPr>
              <w:t>Ионное уравнение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 xml:space="preserve">А. </w:t>
            </w:r>
            <w:r w:rsidRPr="00756FBF">
              <w:rPr>
                <w:szCs w:val="24"/>
              </w:rPr>
              <w:t>CO</w:t>
            </w:r>
            <w:r w:rsidRPr="00560995">
              <w:rPr>
                <w:szCs w:val="24"/>
                <w:vertAlign w:val="subscript"/>
                <w:lang w:val="ru-RU"/>
              </w:rPr>
              <w:t>3</w:t>
            </w:r>
            <w:r w:rsidRPr="00560995">
              <w:rPr>
                <w:szCs w:val="24"/>
                <w:vertAlign w:val="superscript"/>
                <w:lang w:val="ru-RU"/>
              </w:rPr>
              <w:t>2-</w:t>
            </w:r>
            <w:r w:rsidRPr="00560995">
              <w:rPr>
                <w:szCs w:val="24"/>
                <w:lang w:val="ru-RU"/>
              </w:rPr>
              <w:t>+2Н</w:t>
            </w:r>
            <w:r w:rsidRPr="00560995">
              <w:rPr>
                <w:szCs w:val="24"/>
                <w:vertAlign w:val="superscript"/>
                <w:lang w:val="ru-RU"/>
              </w:rPr>
              <w:t>+</w:t>
            </w:r>
            <w:r w:rsidRPr="00560995">
              <w:rPr>
                <w:szCs w:val="24"/>
                <w:lang w:val="ru-RU"/>
              </w:rPr>
              <w:t>→СО</w:t>
            </w:r>
            <w:r w:rsidRPr="00560995">
              <w:rPr>
                <w:szCs w:val="24"/>
                <w:vertAlign w:val="subscript"/>
                <w:lang w:val="ru-RU"/>
              </w:rPr>
              <w:t>2</w:t>
            </w:r>
            <w:r w:rsidRPr="00560995">
              <w:rPr>
                <w:szCs w:val="24"/>
                <w:lang w:val="ru-RU"/>
              </w:rPr>
              <w:t xml:space="preserve">↑+ </w:t>
            </w:r>
            <w:r>
              <w:rPr>
                <w:szCs w:val="24"/>
              </w:rPr>
              <w:t>H</w:t>
            </w:r>
            <w:r w:rsidRPr="00560995">
              <w:rPr>
                <w:szCs w:val="24"/>
                <w:vertAlign w:val="subscript"/>
                <w:lang w:val="ru-RU"/>
              </w:rPr>
              <w:t>2</w:t>
            </w:r>
            <w:r>
              <w:rPr>
                <w:szCs w:val="24"/>
              </w:rPr>
              <w:t>O</w:t>
            </w:r>
          </w:p>
          <w:p w:rsidR="00FD4A85" w:rsidRPr="007D41C0" w:rsidRDefault="00FD4A85" w:rsidP="0070214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Б</w:t>
            </w:r>
            <w:r w:rsidRPr="007D41C0">
              <w:rPr>
                <w:szCs w:val="24"/>
              </w:rPr>
              <w:t>.</w:t>
            </w:r>
            <w:r>
              <w:rPr>
                <w:szCs w:val="24"/>
              </w:rPr>
              <w:t xml:space="preserve"> Ba</w:t>
            </w:r>
            <w:r w:rsidRPr="007D41C0">
              <w:rPr>
                <w:szCs w:val="24"/>
                <w:vertAlign w:val="superscript"/>
              </w:rPr>
              <w:t>2+</w:t>
            </w:r>
            <w:r>
              <w:rPr>
                <w:szCs w:val="24"/>
              </w:rPr>
              <w:t>+</w:t>
            </w:r>
            <w:r w:rsidRPr="004D00E1">
              <w:rPr>
                <w:szCs w:val="24"/>
              </w:rPr>
              <w:t>SO</w:t>
            </w:r>
            <w:r w:rsidRPr="00756FBF">
              <w:rPr>
                <w:szCs w:val="24"/>
                <w:vertAlign w:val="subscript"/>
              </w:rPr>
              <w:t>4</w:t>
            </w:r>
            <w:r>
              <w:rPr>
                <w:szCs w:val="24"/>
                <w:vertAlign w:val="superscript"/>
              </w:rPr>
              <w:t>2-</w:t>
            </w:r>
            <w:r>
              <w:rPr>
                <w:szCs w:val="24"/>
              </w:rPr>
              <w:t>→</w:t>
            </w:r>
            <w:r w:rsidRPr="004D00E1">
              <w:rPr>
                <w:szCs w:val="24"/>
              </w:rPr>
              <w:t xml:space="preserve"> </w:t>
            </w:r>
            <w:r>
              <w:rPr>
                <w:szCs w:val="24"/>
              </w:rPr>
              <w:t>Ba</w:t>
            </w:r>
            <w:r w:rsidRPr="004D00E1">
              <w:rPr>
                <w:szCs w:val="24"/>
              </w:rPr>
              <w:t>SO</w:t>
            </w:r>
            <w:r w:rsidRPr="00756FBF">
              <w:rPr>
                <w:szCs w:val="24"/>
                <w:vertAlign w:val="subscript"/>
              </w:rPr>
              <w:t>4</w:t>
            </w:r>
            <w:r>
              <w:rPr>
                <w:szCs w:val="24"/>
              </w:rPr>
              <w:t>↓</w:t>
            </w:r>
          </w:p>
          <w:p w:rsidR="00FD4A85" w:rsidRPr="007D41C0" w:rsidRDefault="00FD4A85" w:rsidP="0070214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В</w:t>
            </w:r>
            <w:r w:rsidRPr="007D41C0">
              <w:rPr>
                <w:szCs w:val="24"/>
              </w:rPr>
              <w:t xml:space="preserve">. </w:t>
            </w:r>
            <w:r w:rsidRPr="004D00E1">
              <w:rPr>
                <w:szCs w:val="24"/>
              </w:rPr>
              <w:t>Сu</w:t>
            </w:r>
            <w:r>
              <w:rPr>
                <w:szCs w:val="24"/>
              </w:rPr>
              <w:t>SO</w:t>
            </w:r>
            <w:r w:rsidRPr="007D41C0">
              <w:rPr>
                <w:szCs w:val="24"/>
                <w:vertAlign w:val="subscript"/>
              </w:rPr>
              <w:t>4</w:t>
            </w:r>
            <w:r w:rsidRPr="007D41C0">
              <w:rPr>
                <w:szCs w:val="24"/>
              </w:rPr>
              <w:t>+</w:t>
            </w:r>
            <w:r>
              <w:rPr>
                <w:szCs w:val="24"/>
              </w:rPr>
              <w:t>2</w:t>
            </w:r>
            <w:r w:rsidRPr="004D00E1">
              <w:rPr>
                <w:szCs w:val="24"/>
              </w:rPr>
              <w:t>OH</w:t>
            </w:r>
            <w:r w:rsidRPr="007D41C0">
              <w:rPr>
                <w:szCs w:val="24"/>
                <w:vertAlign w:val="superscript"/>
              </w:rPr>
              <w:t>-</w:t>
            </w:r>
            <w:r>
              <w:rPr>
                <w:szCs w:val="24"/>
              </w:rPr>
              <w:t>→</w:t>
            </w:r>
            <w:r w:rsidRPr="007D41C0">
              <w:rPr>
                <w:szCs w:val="24"/>
              </w:rPr>
              <w:t xml:space="preserve"> </w:t>
            </w:r>
            <w:r w:rsidRPr="004D00E1">
              <w:rPr>
                <w:szCs w:val="24"/>
              </w:rPr>
              <w:t>Сu</w:t>
            </w:r>
            <w:r w:rsidRPr="00756FBF">
              <w:rPr>
                <w:szCs w:val="24"/>
              </w:rPr>
              <w:t>(</w:t>
            </w:r>
            <w:r w:rsidRPr="004D00E1">
              <w:rPr>
                <w:szCs w:val="24"/>
              </w:rPr>
              <w:t>OH</w:t>
            </w:r>
            <w:r w:rsidRPr="00756FBF">
              <w:rPr>
                <w:szCs w:val="24"/>
              </w:rPr>
              <w:t>)</w:t>
            </w:r>
            <w:r w:rsidRPr="00756FBF">
              <w:rPr>
                <w:szCs w:val="24"/>
                <w:vertAlign w:val="subscript"/>
              </w:rPr>
              <w:t>2</w:t>
            </w:r>
            <w:r>
              <w:rPr>
                <w:szCs w:val="24"/>
                <w:vertAlign w:val="subscript"/>
              </w:rPr>
              <w:t>↓</w:t>
            </w:r>
          </w:p>
          <w:p w:rsidR="00FD4A85" w:rsidRPr="007D41C0" w:rsidRDefault="00FD4A85" w:rsidP="0070214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Г</w:t>
            </w:r>
            <w:r w:rsidRPr="007D41C0">
              <w:rPr>
                <w:szCs w:val="24"/>
              </w:rPr>
              <w:t xml:space="preserve">. </w:t>
            </w:r>
            <w:r w:rsidRPr="004D00E1">
              <w:rPr>
                <w:szCs w:val="24"/>
              </w:rPr>
              <w:t>Сu</w:t>
            </w:r>
            <w:r w:rsidRPr="00756FBF">
              <w:rPr>
                <w:szCs w:val="24"/>
              </w:rPr>
              <w:t>(</w:t>
            </w:r>
            <w:r w:rsidRPr="004D00E1">
              <w:rPr>
                <w:szCs w:val="24"/>
              </w:rPr>
              <w:t>OH</w:t>
            </w:r>
            <w:r w:rsidRPr="00756FBF">
              <w:rPr>
                <w:szCs w:val="24"/>
              </w:rPr>
              <w:t>)</w:t>
            </w:r>
            <w:r w:rsidRPr="00756FBF">
              <w:rPr>
                <w:szCs w:val="24"/>
                <w:vertAlign w:val="subscript"/>
              </w:rPr>
              <w:t>2</w:t>
            </w:r>
            <w:r w:rsidRPr="00756FBF">
              <w:rPr>
                <w:szCs w:val="24"/>
              </w:rPr>
              <w:t>+</w:t>
            </w:r>
            <w:r>
              <w:rPr>
                <w:szCs w:val="24"/>
              </w:rPr>
              <w:t>2</w:t>
            </w:r>
            <w:r w:rsidRPr="004D00E1">
              <w:rPr>
                <w:szCs w:val="24"/>
              </w:rPr>
              <w:t>H</w:t>
            </w:r>
            <w:r w:rsidRPr="007D41C0">
              <w:rPr>
                <w:szCs w:val="24"/>
                <w:vertAlign w:val="superscript"/>
              </w:rPr>
              <w:t>+</w:t>
            </w:r>
            <w:r>
              <w:rPr>
                <w:szCs w:val="24"/>
              </w:rPr>
              <w:t>→Cu</w:t>
            </w:r>
            <w:r w:rsidRPr="007D41C0">
              <w:rPr>
                <w:szCs w:val="24"/>
                <w:vertAlign w:val="superscript"/>
              </w:rPr>
              <w:t>2+</w:t>
            </w:r>
            <w:r>
              <w:rPr>
                <w:szCs w:val="24"/>
              </w:rPr>
              <w:t>+2H</w:t>
            </w:r>
            <w:r w:rsidRPr="007D41C0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O</w:t>
            </w:r>
          </w:p>
        </w:tc>
      </w:tr>
      <w:tr w:rsidR="00FD4A85" w:rsidRPr="007D41C0" w:rsidTr="002264E8">
        <w:tc>
          <w:tcPr>
            <w:tcW w:w="10881" w:type="dxa"/>
            <w:gridSpan w:val="4"/>
            <w:tcBorders>
              <w:top w:val="nil"/>
            </w:tcBorders>
          </w:tcPr>
          <w:p w:rsidR="00FD4A85" w:rsidRPr="007D41C0" w:rsidRDefault="00FD4A85" w:rsidP="00702148">
            <w:pPr>
              <w:spacing w:line="240" w:lineRule="auto"/>
              <w:rPr>
                <w:b/>
                <w:szCs w:val="24"/>
              </w:rPr>
            </w:pPr>
            <w:r w:rsidRPr="007D41C0">
              <w:rPr>
                <w:b/>
                <w:szCs w:val="24"/>
              </w:rPr>
              <w:t>(1В, 2А, 3Б)</w:t>
            </w:r>
          </w:p>
        </w:tc>
      </w:tr>
      <w:tr w:rsidR="00FD4A85" w:rsidRPr="00771808" w:rsidTr="002264E8">
        <w:tc>
          <w:tcPr>
            <w:tcW w:w="10881" w:type="dxa"/>
            <w:gridSpan w:val="4"/>
            <w:tcBorders>
              <w:bottom w:val="nil"/>
            </w:tcBorders>
          </w:tcPr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 xml:space="preserve">32 </w:t>
            </w:r>
            <w:r w:rsidRPr="00560995">
              <w:rPr>
                <w:color w:val="000000"/>
                <w:szCs w:val="24"/>
                <w:lang w:val="ru-RU"/>
              </w:rPr>
              <w:t>Установите соответствие между формулой соли и продуктом, образующимся на инертном аноде при электролизе ее водного раствора</w:t>
            </w:r>
          </w:p>
        </w:tc>
      </w:tr>
      <w:tr w:rsidR="00FD4A85" w:rsidRPr="00AB705E" w:rsidTr="002264E8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FD4A85" w:rsidRPr="00560995" w:rsidRDefault="00FD4A85" w:rsidP="00702148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560995">
              <w:rPr>
                <w:szCs w:val="24"/>
                <w:u w:val="single"/>
                <w:lang w:val="ru-RU"/>
              </w:rPr>
              <w:t>Формула соли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1. К</w:t>
            </w:r>
            <w:r w:rsidRPr="00560995">
              <w:rPr>
                <w:szCs w:val="24"/>
                <w:vertAlign w:val="subscript"/>
                <w:lang w:val="ru-RU"/>
              </w:rPr>
              <w:t>2</w:t>
            </w:r>
            <w:r w:rsidRPr="004D00E1">
              <w:rPr>
                <w:szCs w:val="24"/>
              </w:rPr>
              <w:t>CO</w:t>
            </w:r>
            <w:r w:rsidRPr="00560995">
              <w:rPr>
                <w:szCs w:val="24"/>
                <w:vertAlign w:val="subscript"/>
                <w:lang w:val="ru-RU"/>
              </w:rPr>
              <w:t>3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 xml:space="preserve">2. </w:t>
            </w:r>
            <w:r w:rsidRPr="004D00E1">
              <w:rPr>
                <w:szCs w:val="24"/>
              </w:rPr>
              <w:t>Na</w:t>
            </w:r>
            <w:r w:rsidRPr="00560995">
              <w:rPr>
                <w:szCs w:val="24"/>
                <w:vertAlign w:val="subscript"/>
                <w:lang w:val="ru-RU"/>
              </w:rPr>
              <w:t>2</w:t>
            </w:r>
            <w:r w:rsidRPr="004D00E1">
              <w:rPr>
                <w:szCs w:val="24"/>
              </w:rPr>
              <w:t>S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 xml:space="preserve">3. </w:t>
            </w:r>
            <w:r w:rsidRPr="004D00E1">
              <w:rPr>
                <w:szCs w:val="24"/>
              </w:rPr>
              <w:t>MgSO</w:t>
            </w:r>
            <w:r w:rsidRPr="00560995">
              <w:rPr>
                <w:szCs w:val="24"/>
                <w:vertAlign w:val="subscript"/>
                <w:lang w:val="ru-RU"/>
              </w:rPr>
              <w:t>4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 xml:space="preserve">4. </w:t>
            </w:r>
            <w:r w:rsidRPr="004D00E1">
              <w:rPr>
                <w:szCs w:val="24"/>
              </w:rPr>
              <w:t>CuBr</w:t>
            </w:r>
            <w:r w:rsidRPr="00560995">
              <w:rPr>
                <w:szCs w:val="24"/>
                <w:vertAlign w:val="subscript"/>
                <w:lang w:val="ru-RU"/>
              </w:rPr>
              <w:t xml:space="preserve">2 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</w:p>
        </w:tc>
        <w:tc>
          <w:tcPr>
            <w:tcW w:w="6065" w:type="dxa"/>
            <w:gridSpan w:val="2"/>
            <w:tcBorders>
              <w:top w:val="nil"/>
              <w:bottom w:val="nil"/>
            </w:tcBorders>
          </w:tcPr>
          <w:p w:rsidR="00FD4A85" w:rsidRPr="00560995" w:rsidRDefault="00FD4A85" w:rsidP="00702148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560995">
              <w:rPr>
                <w:color w:val="000000"/>
                <w:szCs w:val="24"/>
                <w:u w:val="single"/>
                <w:lang w:val="ru-RU"/>
              </w:rPr>
              <w:t>Продукт электролиза на аноде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 xml:space="preserve">А. </w:t>
            </w:r>
            <w:r w:rsidRPr="004D00E1">
              <w:rPr>
                <w:szCs w:val="24"/>
              </w:rPr>
              <w:t>HBr</w:t>
            </w:r>
          </w:p>
          <w:p w:rsidR="00FD4A85" w:rsidRPr="004D00E1" w:rsidRDefault="00FD4A85" w:rsidP="0070214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Б. Cu</w:t>
            </w:r>
          </w:p>
          <w:p w:rsidR="00FD4A85" w:rsidRPr="004D00E1" w:rsidRDefault="00FD4A85" w:rsidP="0070214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В. O</w:t>
            </w:r>
            <w:r w:rsidRPr="004D00E1">
              <w:rPr>
                <w:szCs w:val="24"/>
                <w:vertAlign w:val="subscript"/>
              </w:rPr>
              <w:t>2</w:t>
            </w:r>
          </w:p>
          <w:p w:rsidR="00FD4A85" w:rsidRPr="004D00E1" w:rsidRDefault="00FD4A85" w:rsidP="0070214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Г. Br</w:t>
            </w:r>
            <w:r w:rsidRPr="004D00E1">
              <w:rPr>
                <w:szCs w:val="24"/>
                <w:vertAlign w:val="subscript"/>
              </w:rPr>
              <w:t>2</w:t>
            </w:r>
          </w:p>
          <w:p w:rsidR="00FD4A85" w:rsidRPr="004D00E1" w:rsidRDefault="00FD4A85" w:rsidP="0070214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Д. S</w:t>
            </w:r>
          </w:p>
        </w:tc>
      </w:tr>
      <w:tr w:rsidR="00FD4A85" w:rsidRPr="004D00E1" w:rsidTr="002264E8">
        <w:tc>
          <w:tcPr>
            <w:tcW w:w="10881" w:type="dxa"/>
            <w:gridSpan w:val="4"/>
            <w:tcBorders>
              <w:top w:val="nil"/>
            </w:tcBorders>
          </w:tcPr>
          <w:p w:rsidR="00FD4A85" w:rsidRPr="004D00E1" w:rsidRDefault="00FD4A85" w:rsidP="00702148">
            <w:pPr>
              <w:spacing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(</w:t>
            </w:r>
            <w:r w:rsidRPr="004D00E1">
              <w:rPr>
                <w:b/>
                <w:szCs w:val="24"/>
              </w:rPr>
              <w:t>1B, 2Д, 3В, 4Г</w:t>
            </w:r>
            <w:r>
              <w:rPr>
                <w:b/>
                <w:szCs w:val="24"/>
              </w:rPr>
              <w:t>)</w:t>
            </w:r>
          </w:p>
        </w:tc>
      </w:tr>
      <w:tr w:rsidR="00FD4A85" w:rsidRPr="00771808" w:rsidTr="002264E8">
        <w:tc>
          <w:tcPr>
            <w:tcW w:w="10881" w:type="dxa"/>
            <w:gridSpan w:val="4"/>
            <w:tcBorders>
              <w:bottom w:val="nil"/>
            </w:tcBorders>
          </w:tcPr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 xml:space="preserve">33 Установите соответствие между </w:t>
            </w:r>
            <w:r w:rsidRPr="00560995">
              <w:rPr>
                <w:color w:val="000000"/>
                <w:szCs w:val="24"/>
                <w:lang w:val="ru-RU"/>
              </w:rPr>
              <w:t>формулой соли и продуктом, образующимся на катоде при электролизе ее водного раствора</w:t>
            </w:r>
          </w:p>
        </w:tc>
      </w:tr>
      <w:tr w:rsidR="00FD4A85" w:rsidRPr="004D00E1" w:rsidTr="002264E8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FD4A85" w:rsidRPr="004D00E1" w:rsidRDefault="00FD4A85" w:rsidP="00702148">
            <w:pPr>
              <w:spacing w:line="240" w:lineRule="auto"/>
              <w:rPr>
                <w:szCs w:val="24"/>
                <w:u w:val="single"/>
              </w:rPr>
            </w:pPr>
            <w:r w:rsidRPr="004D00E1">
              <w:rPr>
                <w:szCs w:val="24"/>
                <w:u w:val="single"/>
              </w:rPr>
              <w:t>Формула соли</w:t>
            </w:r>
          </w:p>
          <w:p w:rsidR="00FD4A85" w:rsidRPr="004D00E1" w:rsidRDefault="00FD4A85" w:rsidP="00702148">
            <w:pPr>
              <w:pStyle w:val="ae"/>
              <w:numPr>
                <w:ilvl w:val="0"/>
                <w:numId w:val="106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CuSO</w:t>
            </w:r>
            <w:r w:rsidRPr="004D00E1">
              <w:rPr>
                <w:szCs w:val="24"/>
                <w:vertAlign w:val="subscript"/>
              </w:rPr>
              <w:t>4</w:t>
            </w:r>
          </w:p>
          <w:p w:rsidR="00FD4A85" w:rsidRPr="004D00E1" w:rsidRDefault="00FD4A85" w:rsidP="00702148">
            <w:pPr>
              <w:pStyle w:val="ae"/>
              <w:numPr>
                <w:ilvl w:val="0"/>
                <w:numId w:val="106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AgF</w:t>
            </w:r>
          </w:p>
          <w:p w:rsidR="00FD4A85" w:rsidRPr="004D00E1" w:rsidRDefault="00FD4A85" w:rsidP="00702148">
            <w:pPr>
              <w:pStyle w:val="ae"/>
              <w:numPr>
                <w:ilvl w:val="0"/>
                <w:numId w:val="106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Ba(OH)</w:t>
            </w:r>
            <w:r w:rsidRPr="004D00E1">
              <w:rPr>
                <w:szCs w:val="24"/>
                <w:vertAlign w:val="subscript"/>
              </w:rPr>
              <w:t>2</w:t>
            </w:r>
          </w:p>
          <w:p w:rsidR="00FD4A85" w:rsidRPr="004D00E1" w:rsidRDefault="00FD4A85" w:rsidP="00702148">
            <w:pPr>
              <w:pStyle w:val="ae"/>
              <w:numPr>
                <w:ilvl w:val="0"/>
                <w:numId w:val="106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LiOH</w:t>
            </w:r>
          </w:p>
        </w:tc>
        <w:tc>
          <w:tcPr>
            <w:tcW w:w="6065" w:type="dxa"/>
            <w:gridSpan w:val="2"/>
            <w:tcBorders>
              <w:top w:val="nil"/>
              <w:bottom w:val="nil"/>
            </w:tcBorders>
          </w:tcPr>
          <w:p w:rsidR="00FD4A85" w:rsidRPr="004D00E1" w:rsidRDefault="00FD4A85" w:rsidP="00702148">
            <w:pPr>
              <w:spacing w:line="240" w:lineRule="auto"/>
              <w:rPr>
                <w:szCs w:val="24"/>
                <w:u w:val="single"/>
              </w:rPr>
            </w:pPr>
            <w:r w:rsidRPr="004D00E1">
              <w:rPr>
                <w:color w:val="000000"/>
                <w:szCs w:val="24"/>
                <w:u w:val="single"/>
              </w:rPr>
              <w:t>Продукт  электролиза на катоде</w:t>
            </w:r>
          </w:p>
          <w:p w:rsidR="00FD4A85" w:rsidRPr="004D00E1" w:rsidRDefault="00FD4A85" w:rsidP="0070214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А. H2</w:t>
            </w:r>
          </w:p>
          <w:p w:rsidR="00FD4A85" w:rsidRPr="004D00E1" w:rsidRDefault="00FD4A85" w:rsidP="0070214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Б. Ba</w:t>
            </w:r>
          </w:p>
          <w:p w:rsidR="00FD4A85" w:rsidRPr="004D00E1" w:rsidRDefault="00FD4A85" w:rsidP="0070214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В. Cu</w:t>
            </w:r>
          </w:p>
          <w:p w:rsidR="00FD4A85" w:rsidRPr="004D00E1" w:rsidRDefault="00FD4A85" w:rsidP="0070214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Г. O2</w:t>
            </w:r>
          </w:p>
          <w:p w:rsidR="00FD4A85" w:rsidRPr="004D00E1" w:rsidRDefault="00FD4A85" w:rsidP="0070214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Д. Ag</w:t>
            </w:r>
          </w:p>
        </w:tc>
      </w:tr>
      <w:tr w:rsidR="00FD4A85" w:rsidRPr="004D00E1" w:rsidTr="002264E8">
        <w:tc>
          <w:tcPr>
            <w:tcW w:w="10881" w:type="dxa"/>
            <w:gridSpan w:val="4"/>
            <w:tcBorders>
              <w:top w:val="nil"/>
            </w:tcBorders>
          </w:tcPr>
          <w:p w:rsidR="00FD4A85" w:rsidRPr="004D00E1" w:rsidRDefault="00FD4A85" w:rsidP="00702148">
            <w:pPr>
              <w:spacing w:line="240" w:lineRule="auto"/>
              <w:rPr>
                <w:b/>
                <w:color w:val="000000"/>
                <w:szCs w:val="24"/>
                <w:u w:val="single"/>
              </w:rPr>
            </w:pPr>
            <w:r>
              <w:rPr>
                <w:b/>
                <w:szCs w:val="24"/>
              </w:rPr>
              <w:t>(</w:t>
            </w:r>
            <w:r w:rsidRPr="004D00E1">
              <w:rPr>
                <w:b/>
                <w:szCs w:val="24"/>
              </w:rPr>
              <w:t>1В, 2Д, 3А, 4А</w:t>
            </w:r>
            <w:r>
              <w:rPr>
                <w:b/>
                <w:szCs w:val="24"/>
              </w:rPr>
              <w:t>)</w:t>
            </w:r>
          </w:p>
        </w:tc>
      </w:tr>
      <w:tr w:rsidR="00FD4A85" w:rsidRPr="00771808" w:rsidTr="002264E8">
        <w:tc>
          <w:tcPr>
            <w:tcW w:w="10881" w:type="dxa"/>
            <w:gridSpan w:val="4"/>
            <w:tcBorders>
              <w:bottom w:val="nil"/>
            </w:tcBorders>
          </w:tcPr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 xml:space="preserve">34 </w:t>
            </w:r>
            <w:r w:rsidRPr="00560995">
              <w:rPr>
                <w:color w:val="000000"/>
                <w:szCs w:val="24"/>
                <w:lang w:val="ru-RU"/>
              </w:rPr>
              <w:t>Установите со</w:t>
            </w:r>
            <w:r w:rsidRPr="00560995">
              <w:rPr>
                <w:color w:val="000000"/>
                <w:szCs w:val="24"/>
                <w:lang w:val="ru-RU"/>
              </w:rPr>
              <w:softHyphen/>
              <w:t>от</w:t>
            </w:r>
            <w:r w:rsidRPr="00560995">
              <w:rPr>
                <w:color w:val="000000"/>
                <w:szCs w:val="24"/>
                <w:lang w:val="ru-RU"/>
              </w:rPr>
              <w:softHyphen/>
              <w:t>вет</w:t>
            </w:r>
            <w:r w:rsidRPr="00560995">
              <w:rPr>
                <w:color w:val="000000"/>
                <w:szCs w:val="24"/>
                <w:lang w:val="ru-RU"/>
              </w:rPr>
              <w:softHyphen/>
              <w:t>ствие между урав</w:t>
            </w:r>
            <w:r w:rsidRPr="00560995">
              <w:rPr>
                <w:color w:val="000000"/>
                <w:szCs w:val="24"/>
                <w:lang w:val="ru-RU"/>
              </w:rPr>
              <w:softHyphen/>
              <w:t>не</w:t>
            </w:r>
            <w:r w:rsidRPr="00560995">
              <w:rPr>
                <w:color w:val="000000"/>
                <w:szCs w:val="24"/>
                <w:lang w:val="ru-RU"/>
              </w:rPr>
              <w:softHyphen/>
              <w:t>ни</w:t>
            </w:r>
            <w:r w:rsidRPr="00560995">
              <w:rPr>
                <w:color w:val="000000"/>
                <w:szCs w:val="24"/>
                <w:lang w:val="ru-RU"/>
              </w:rPr>
              <w:softHyphen/>
              <w:t>ем хи</w:t>
            </w:r>
            <w:r w:rsidRPr="00560995">
              <w:rPr>
                <w:color w:val="000000"/>
                <w:szCs w:val="24"/>
                <w:lang w:val="ru-RU"/>
              </w:rPr>
              <w:softHyphen/>
              <w:t>ми</w:t>
            </w:r>
            <w:r w:rsidRPr="00560995">
              <w:rPr>
                <w:color w:val="000000"/>
                <w:szCs w:val="24"/>
                <w:lang w:val="ru-RU"/>
              </w:rPr>
              <w:softHyphen/>
              <w:t>че</w:t>
            </w:r>
            <w:r w:rsidRPr="00560995">
              <w:rPr>
                <w:color w:val="000000"/>
                <w:szCs w:val="24"/>
                <w:lang w:val="ru-RU"/>
              </w:rPr>
              <w:softHyphen/>
              <w:t>ской ре</w:t>
            </w:r>
            <w:r w:rsidRPr="00560995">
              <w:rPr>
                <w:color w:val="000000"/>
                <w:szCs w:val="24"/>
                <w:lang w:val="ru-RU"/>
              </w:rPr>
              <w:softHyphen/>
              <w:t>ак</w:t>
            </w:r>
            <w:r w:rsidRPr="00560995">
              <w:rPr>
                <w:color w:val="000000"/>
                <w:szCs w:val="24"/>
                <w:lang w:val="ru-RU"/>
              </w:rPr>
              <w:softHyphen/>
              <w:t>ции и на</w:t>
            </w:r>
            <w:r w:rsidRPr="00560995">
              <w:rPr>
                <w:color w:val="000000"/>
                <w:szCs w:val="24"/>
                <w:lang w:val="ru-RU"/>
              </w:rPr>
              <w:softHyphen/>
              <w:t>прав</w:t>
            </w:r>
            <w:r w:rsidRPr="00560995">
              <w:rPr>
                <w:color w:val="000000"/>
                <w:szCs w:val="24"/>
                <w:lang w:val="ru-RU"/>
              </w:rPr>
              <w:softHyphen/>
              <w:t>ле</w:t>
            </w:r>
            <w:r w:rsidRPr="00560995">
              <w:rPr>
                <w:color w:val="000000"/>
                <w:szCs w:val="24"/>
                <w:lang w:val="ru-RU"/>
              </w:rPr>
              <w:softHyphen/>
              <w:t>ни</w:t>
            </w:r>
            <w:r w:rsidRPr="00560995">
              <w:rPr>
                <w:color w:val="000000"/>
                <w:szCs w:val="24"/>
                <w:lang w:val="ru-RU"/>
              </w:rPr>
              <w:softHyphen/>
              <w:t>ем сме</w:t>
            </w:r>
            <w:r w:rsidRPr="00560995">
              <w:rPr>
                <w:color w:val="000000"/>
                <w:szCs w:val="24"/>
                <w:lang w:val="ru-RU"/>
              </w:rPr>
              <w:softHyphen/>
              <w:t>ще</w:t>
            </w:r>
            <w:r w:rsidRPr="00560995">
              <w:rPr>
                <w:color w:val="000000"/>
                <w:szCs w:val="24"/>
                <w:lang w:val="ru-RU"/>
              </w:rPr>
              <w:softHyphen/>
              <w:t>ния хи</w:t>
            </w:r>
            <w:r w:rsidRPr="00560995">
              <w:rPr>
                <w:color w:val="000000"/>
                <w:szCs w:val="24"/>
                <w:lang w:val="ru-RU"/>
              </w:rPr>
              <w:softHyphen/>
              <w:t>ми</w:t>
            </w:r>
            <w:r w:rsidRPr="00560995">
              <w:rPr>
                <w:color w:val="000000"/>
                <w:szCs w:val="24"/>
                <w:lang w:val="ru-RU"/>
              </w:rPr>
              <w:softHyphen/>
              <w:t>че</w:t>
            </w:r>
            <w:r w:rsidRPr="00560995">
              <w:rPr>
                <w:color w:val="000000"/>
                <w:szCs w:val="24"/>
                <w:lang w:val="ru-RU"/>
              </w:rPr>
              <w:softHyphen/>
              <w:t>ско</w:t>
            </w:r>
            <w:r w:rsidRPr="00560995">
              <w:rPr>
                <w:color w:val="000000"/>
                <w:szCs w:val="24"/>
                <w:lang w:val="ru-RU"/>
              </w:rPr>
              <w:softHyphen/>
              <w:t>го рав</w:t>
            </w:r>
            <w:r w:rsidRPr="00560995">
              <w:rPr>
                <w:color w:val="000000"/>
                <w:szCs w:val="24"/>
                <w:lang w:val="ru-RU"/>
              </w:rPr>
              <w:softHyphen/>
              <w:t>но</w:t>
            </w:r>
            <w:r w:rsidRPr="00560995">
              <w:rPr>
                <w:color w:val="000000"/>
                <w:szCs w:val="24"/>
                <w:lang w:val="ru-RU"/>
              </w:rPr>
              <w:softHyphen/>
              <w:t>ве</w:t>
            </w:r>
            <w:r w:rsidRPr="00560995">
              <w:rPr>
                <w:color w:val="000000"/>
                <w:szCs w:val="24"/>
                <w:lang w:val="ru-RU"/>
              </w:rPr>
              <w:softHyphen/>
              <w:t>сия при уве</w:t>
            </w:r>
            <w:r w:rsidRPr="00560995">
              <w:rPr>
                <w:color w:val="000000"/>
                <w:szCs w:val="24"/>
                <w:lang w:val="ru-RU"/>
              </w:rPr>
              <w:softHyphen/>
              <w:t>ли</w:t>
            </w:r>
            <w:r w:rsidRPr="00560995">
              <w:rPr>
                <w:color w:val="000000"/>
                <w:szCs w:val="24"/>
                <w:lang w:val="ru-RU"/>
              </w:rPr>
              <w:softHyphen/>
              <w:t>че</w:t>
            </w:r>
            <w:r w:rsidRPr="00560995">
              <w:rPr>
                <w:color w:val="000000"/>
                <w:szCs w:val="24"/>
                <w:lang w:val="ru-RU"/>
              </w:rPr>
              <w:softHyphen/>
              <w:t>нии дав</w:t>
            </w:r>
            <w:r w:rsidRPr="00560995">
              <w:rPr>
                <w:color w:val="000000"/>
                <w:szCs w:val="24"/>
                <w:lang w:val="ru-RU"/>
              </w:rPr>
              <w:softHyphen/>
              <w:t>ле</w:t>
            </w:r>
            <w:r w:rsidRPr="00560995">
              <w:rPr>
                <w:color w:val="000000"/>
                <w:szCs w:val="24"/>
                <w:lang w:val="ru-RU"/>
              </w:rPr>
              <w:softHyphen/>
              <w:t>ния в системе</w:t>
            </w:r>
          </w:p>
        </w:tc>
      </w:tr>
      <w:tr w:rsidR="00FD4A85" w:rsidRPr="00771808" w:rsidTr="002264E8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FD4A85" w:rsidRPr="004D00E1" w:rsidRDefault="00FD4A85" w:rsidP="00702148">
            <w:pPr>
              <w:spacing w:line="240" w:lineRule="auto"/>
              <w:rPr>
                <w:szCs w:val="24"/>
                <w:u w:val="single"/>
              </w:rPr>
            </w:pPr>
            <w:r w:rsidRPr="004D00E1">
              <w:rPr>
                <w:szCs w:val="24"/>
                <w:u w:val="single"/>
              </w:rPr>
              <w:t>Уравнение реакции</w:t>
            </w:r>
          </w:p>
          <w:p w:rsidR="00FD4A85" w:rsidRPr="004D00E1" w:rsidRDefault="00FD4A85" w:rsidP="00702148">
            <w:pPr>
              <w:spacing w:line="240" w:lineRule="auto"/>
              <w:rPr>
                <w:szCs w:val="24"/>
              </w:rPr>
            </w:pPr>
          </w:p>
          <w:p w:rsidR="00FD4A85" w:rsidRPr="004D00E1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>1</w:t>
            </w:r>
            <w:r w:rsidRPr="004D00E1">
              <w:rPr>
                <w:szCs w:val="24"/>
              </w:rPr>
              <w:t xml:space="preserve">. </w:t>
            </w:r>
            <w:r w:rsidRPr="004D00E1">
              <w:rPr>
                <w:noProof/>
                <w:color w:val="000000"/>
                <w:szCs w:val="24"/>
                <w:lang w:val="ru-RU" w:eastAsia="ru-RU"/>
              </w:rPr>
              <w:drawing>
                <wp:inline distT="0" distB="0" distL="0" distR="0" wp14:anchorId="27E99342" wp14:editId="46C30F63">
                  <wp:extent cx="2441575" cy="182880"/>
                  <wp:effectExtent l="0" t="0" r="0" b="7620"/>
                  <wp:docPr id="3" name="Рисунок 3" descr="https://ege.sdamgia.ru/formula/8c/8c4755937baf623c49f3e011dd996977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s://ege.sdamgia.ru/formula/8c/8c4755937baf623c49f3e011dd996977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1575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D4A85" w:rsidRPr="004D00E1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2.</w:t>
            </w:r>
            <w:r w:rsidRPr="004D00E1">
              <w:rPr>
                <w:szCs w:val="24"/>
              </w:rPr>
              <w:t xml:space="preserve"> </w:t>
            </w:r>
            <w:r w:rsidRPr="004D00E1">
              <w:rPr>
                <w:noProof/>
                <w:color w:val="000000"/>
                <w:szCs w:val="24"/>
                <w:lang w:val="ru-RU" w:eastAsia="ru-RU"/>
              </w:rPr>
              <w:drawing>
                <wp:inline distT="0" distB="0" distL="0" distR="0" wp14:anchorId="44321C96" wp14:editId="517F753E">
                  <wp:extent cx="2377440" cy="182880"/>
                  <wp:effectExtent l="0" t="0" r="3810" b="7620"/>
                  <wp:docPr id="6" name="Рисунок 6" descr="https://ege.sdamgia.ru/formula/9a/9aff0b2cefb86c78f2205d8b04743110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s://ege.sdamgia.ru/formula/9a/9aff0b2cefb86c78f2205d8b04743110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744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D4A85" w:rsidRPr="004D00E1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3.</w:t>
            </w:r>
            <w:r w:rsidRPr="004D00E1">
              <w:rPr>
                <w:szCs w:val="24"/>
              </w:rPr>
              <w:t xml:space="preserve"> </w:t>
            </w:r>
            <w:r w:rsidRPr="004D00E1">
              <w:rPr>
                <w:noProof/>
                <w:color w:val="000000"/>
                <w:szCs w:val="24"/>
                <w:lang w:val="ru-RU" w:eastAsia="ru-RU"/>
              </w:rPr>
              <w:drawing>
                <wp:inline distT="0" distB="0" distL="0" distR="0" wp14:anchorId="21C1A1B1" wp14:editId="1C64D8CC">
                  <wp:extent cx="2359025" cy="182880"/>
                  <wp:effectExtent l="0" t="0" r="3175" b="7620"/>
                  <wp:docPr id="7" name="Рисунок 7" descr="https://ege.sdamgia.ru/formula/8c/8c5064240116fce2902b8716b5e139a5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s://ege.sdamgia.ru/formula/8c/8c5064240116fce2902b8716b5e139a5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9025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D4A85" w:rsidRPr="004D00E1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4.</w:t>
            </w:r>
            <w:r w:rsidRPr="004D00E1">
              <w:rPr>
                <w:szCs w:val="24"/>
              </w:rPr>
              <w:t xml:space="preserve"> </w:t>
            </w:r>
            <w:r w:rsidRPr="004D00E1">
              <w:rPr>
                <w:noProof/>
                <w:color w:val="000000"/>
                <w:szCs w:val="24"/>
                <w:lang w:val="ru-RU" w:eastAsia="ru-RU"/>
              </w:rPr>
              <w:drawing>
                <wp:inline distT="0" distB="0" distL="0" distR="0" wp14:anchorId="63DDC740" wp14:editId="4E31C47B">
                  <wp:extent cx="2534022" cy="179092"/>
                  <wp:effectExtent l="0" t="0" r="0" b="0"/>
                  <wp:docPr id="8" name="Рисунок 8" descr="https://ege.sdamgia.ru/formula/e8/e86e565dd9de9846eb48e26d3f7179e5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s://ege.sdamgia.ru/formula/e8/e86e565dd9de9846eb48e26d3f7179e5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872" cy="1817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5" w:type="dxa"/>
            <w:gridSpan w:val="2"/>
            <w:tcBorders>
              <w:top w:val="nil"/>
              <w:bottom w:val="nil"/>
            </w:tcBorders>
          </w:tcPr>
          <w:p w:rsidR="00FD4A85" w:rsidRPr="00560995" w:rsidRDefault="00FD4A85" w:rsidP="00702148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560995">
              <w:rPr>
                <w:szCs w:val="24"/>
                <w:u w:val="single"/>
                <w:lang w:val="ru-RU"/>
              </w:rPr>
              <w:lastRenderedPageBreak/>
              <w:t>Направление смещения химического равновесия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А. в сторону продуктов реакции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lastRenderedPageBreak/>
              <w:t>Б. в сторону исходных веществ</w:t>
            </w:r>
          </w:p>
          <w:p w:rsidR="00FD4A85" w:rsidRPr="00560995" w:rsidRDefault="00FD4A85" w:rsidP="00702148">
            <w:pPr>
              <w:spacing w:line="240" w:lineRule="auto"/>
              <w:rPr>
                <w:lang w:val="ru-RU"/>
              </w:rPr>
            </w:pPr>
            <w:r w:rsidRPr="00560995">
              <w:rPr>
                <w:szCs w:val="24"/>
                <w:lang w:val="ru-RU"/>
              </w:rPr>
              <w:t>В. не смещается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</w:p>
        </w:tc>
      </w:tr>
      <w:tr w:rsidR="00FD4A85" w:rsidRPr="004D00E1" w:rsidTr="002264E8">
        <w:tc>
          <w:tcPr>
            <w:tcW w:w="10881" w:type="dxa"/>
            <w:gridSpan w:val="4"/>
            <w:tcBorders>
              <w:top w:val="nil"/>
              <w:bottom w:val="single" w:sz="4" w:space="0" w:color="auto"/>
            </w:tcBorders>
          </w:tcPr>
          <w:p w:rsidR="00FD4A85" w:rsidRPr="00ED3AF8" w:rsidRDefault="00FD4A85" w:rsidP="00702148">
            <w:pPr>
              <w:spacing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>(</w:t>
            </w:r>
            <w:r w:rsidRPr="00ED3AF8">
              <w:rPr>
                <w:b/>
                <w:szCs w:val="24"/>
              </w:rPr>
              <w:t>1А, 2А, 3В, 4В</w:t>
            </w:r>
            <w:r>
              <w:rPr>
                <w:b/>
                <w:szCs w:val="24"/>
              </w:rPr>
              <w:t>)</w:t>
            </w:r>
          </w:p>
        </w:tc>
      </w:tr>
      <w:tr w:rsidR="00FD4A85" w:rsidRPr="00771808" w:rsidTr="002264E8">
        <w:tc>
          <w:tcPr>
            <w:tcW w:w="10881" w:type="dxa"/>
            <w:gridSpan w:val="4"/>
            <w:tcBorders>
              <w:bottom w:val="nil"/>
            </w:tcBorders>
          </w:tcPr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 xml:space="preserve">35 </w:t>
            </w:r>
            <w:r w:rsidRPr="00560995">
              <w:rPr>
                <w:color w:val="000000"/>
                <w:szCs w:val="24"/>
                <w:lang w:val="ru-RU"/>
              </w:rPr>
              <w:t>Установите со</w:t>
            </w:r>
            <w:r w:rsidRPr="00560995">
              <w:rPr>
                <w:color w:val="000000"/>
                <w:szCs w:val="24"/>
                <w:lang w:val="ru-RU"/>
              </w:rPr>
              <w:softHyphen/>
              <w:t>от</w:t>
            </w:r>
            <w:r w:rsidRPr="00560995">
              <w:rPr>
                <w:color w:val="000000"/>
                <w:szCs w:val="24"/>
                <w:lang w:val="ru-RU"/>
              </w:rPr>
              <w:softHyphen/>
              <w:t>вет</w:t>
            </w:r>
            <w:r w:rsidRPr="00560995">
              <w:rPr>
                <w:color w:val="000000"/>
                <w:szCs w:val="24"/>
                <w:lang w:val="ru-RU"/>
              </w:rPr>
              <w:softHyphen/>
              <w:t>ствие между урав</w:t>
            </w:r>
            <w:r w:rsidRPr="00560995">
              <w:rPr>
                <w:color w:val="000000"/>
                <w:szCs w:val="24"/>
                <w:lang w:val="ru-RU"/>
              </w:rPr>
              <w:softHyphen/>
              <w:t>не</w:t>
            </w:r>
            <w:r w:rsidRPr="00560995">
              <w:rPr>
                <w:color w:val="000000"/>
                <w:szCs w:val="24"/>
                <w:lang w:val="ru-RU"/>
              </w:rPr>
              <w:softHyphen/>
              <w:t>ни</w:t>
            </w:r>
            <w:r w:rsidRPr="00560995">
              <w:rPr>
                <w:color w:val="000000"/>
                <w:szCs w:val="24"/>
                <w:lang w:val="ru-RU"/>
              </w:rPr>
              <w:softHyphen/>
              <w:t>ем хи</w:t>
            </w:r>
            <w:r w:rsidRPr="00560995">
              <w:rPr>
                <w:color w:val="000000"/>
                <w:szCs w:val="24"/>
                <w:lang w:val="ru-RU"/>
              </w:rPr>
              <w:softHyphen/>
              <w:t>ми</w:t>
            </w:r>
            <w:r w:rsidRPr="00560995">
              <w:rPr>
                <w:color w:val="000000"/>
                <w:szCs w:val="24"/>
                <w:lang w:val="ru-RU"/>
              </w:rPr>
              <w:softHyphen/>
              <w:t>че</w:t>
            </w:r>
            <w:r w:rsidRPr="00560995">
              <w:rPr>
                <w:color w:val="000000"/>
                <w:szCs w:val="24"/>
                <w:lang w:val="ru-RU"/>
              </w:rPr>
              <w:softHyphen/>
              <w:t>ской ре</w:t>
            </w:r>
            <w:r w:rsidRPr="00560995">
              <w:rPr>
                <w:color w:val="000000"/>
                <w:szCs w:val="24"/>
                <w:lang w:val="ru-RU"/>
              </w:rPr>
              <w:softHyphen/>
              <w:t>ак</w:t>
            </w:r>
            <w:r w:rsidRPr="00560995">
              <w:rPr>
                <w:color w:val="000000"/>
                <w:szCs w:val="24"/>
                <w:lang w:val="ru-RU"/>
              </w:rPr>
              <w:softHyphen/>
              <w:t>ции и на</w:t>
            </w:r>
            <w:r w:rsidRPr="00560995">
              <w:rPr>
                <w:color w:val="000000"/>
                <w:szCs w:val="24"/>
                <w:lang w:val="ru-RU"/>
              </w:rPr>
              <w:softHyphen/>
              <w:t>прав</w:t>
            </w:r>
            <w:r w:rsidRPr="00560995">
              <w:rPr>
                <w:color w:val="000000"/>
                <w:szCs w:val="24"/>
                <w:lang w:val="ru-RU"/>
              </w:rPr>
              <w:softHyphen/>
              <w:t>ле</w:t>
            </w:r>
            <w:r w:rsidRPr="00560995">
              <w:rPr>
                <w:color w:val="000000"/>
                <w:szCs w:val="24"/>
                <w:lang w:val="ru-RU"/>
              </w:rPr>
              <w:softHyphen/>
              <w:t>ни</w:t>
            </w:r>
            <w:r w:rsidRPr="00560995">
              <w:rPr>
                <w:color w:val="000000"/>
                <w:szCs w:val="24"/>
                <w:lang w:val="ru-RU"/>
              </w:rPr>
              <w:softHyphen/>
              <w:t>ем сме</w:t>
            </w:r>
            <w:r w:rsidRPr="00560995">
              <w:rPr>
                <w:color w:val="000000"/>
                <w:szCs w:val="24"/>
                <w:lang w:val="ru-RU"/>
              </w:rPr>
              <w:softHyphen/>
              <w:t>ще</w:t>
            </w:r>
            <w:r w:rsidRPr="00560995">
              <w:rPr>
                <w:color w:val="000000"/>
                <w:szCs w:val="24"/>
                <w:lang w:val="ru-RU"/>
              </w:rPr>
              <w:softHyphen/>
              <w:t>ния хи</w:t>
            </w:r>
            <w:r w:rsidRPr="00560995">
              <w:rPr>
                <w:color w:val="000000"/>
                <w:szCs w:val="24"/>
                <w:lang w:val="ru-RU"/>
              </w:rPr>
              <w:softHyphen/>
              <w:t>ми</w:t>
            </w:r>
            <w:r w:rsidRPr="00560995">
              <w:rPr>
                <w:color w:val="000000"/>
                <w:szCs w:val="24"/>
                <w:lang w:val="ru-RU"/>
              </w:rPr>
              <w:softHyphen/>
              <w:t>че</w:t>
            </w:r>
            <w:r w:rsidRPr="00560995">
              <w:rPr>
                <w:color w:val="000000"/>
                <w:szCs w:val="24"/>
                <w:lang w:val="ru-RU"/>
              </w:rPr>
              <w:softHyphen/>
              <w:t>ско</w:t>
            </w:r>
            <w:r w:rsidRPr="00560995">
              <w:rPr>
                <w:color w:val="000000"/>
                <w:szCs w:val="24"/>
                <w:lang w:val="ru-RU"/>
              </w:rPr>
              <w:softHyphen/>
              <w:t>го рав</w:t>
            </w:r>
            <w:r w:rsidRPr="00560995">
              <w:rPr>
                <w:color w:val="000000"/>
                <w:szCs w:val="24"/>
                <w:lang w:val="ru-RU"/>
              </w:rPr>
              <w:softHyphen/>
              <w:t>но</w:t>
            </w:r>
            <w:r w:rsidRPr="00560995">
              <w:rPr>
                <w:color w:val="000000"/>
                <w:szCs w:val="24"/>
                <w:lang w:val="ru-RU"/>
              </w:rPr>
              <w:softHyphen/>
              <w:t>ве</w:t>
            </w:r>
            <w:r w:rsidRPr="00560995">
              <w:rPr>
                <w:color w:val="000000"/>
                <w:szCs w:val="24"/>
                <w:lang w:val="ru-RU"/>
              </w:rPr>
              <w:softHyphen/>
              <w:t>сия при уве</w:t>
            </w:r>
            <w:r w:rsidRPr="00560995">
              <w:rPr>
                <w:color w:val="000000"/>
                <w:szCs w:val="24"/>
                <w:lang w:val="ru-RU"/>
              </w:rPr>
              <w:softHyphen/>
              <w:t>ли</w:t>
            </w:r>
            <w:r w:rsidRPr="00560995">
              <w:rPr>
                <w:color w:val="000000"/>
                <w:szCs w:val="24"/>
                <w:lang w:val="ru-RU"/>
              </w:rPr>
              <w:softHyphen/>
              <w:t>че</w:t>
            </w:r>
            <w:r w:rsidRPr="00560995">
              <w:rPr>
                <w:color w:val="000000"/>
                <w:szCs w:val="24"/>
                <w:lang w:val="ru-RU"/>
              </w:rPr>
              <w:softHyphen/>
              <w:t>нии дав</w:t>
            </w:r>
            <w:r w:rsidRPr="00560995">
              <w:rPr>
                <w:color w:val="000000"/>
                <w:szCs w:val="24"/>
                <w:lang w:val="ru-RU"/>
              </w:rPr>
              <w:softHyphen/>
              <w:t>ле</w:t>
            </w:r>
            <w:r w:rsidRPr="00560995">
              <w:rPr>
                <w:color w:val="000000"/>
                <w:szCs w:val="24"/>
                <w:lang w:val="ru-RU"/>
              </w:rPr>
              <w:softHyphen/>
              <w:t>ния в системе</w:t>
            </w:r>
          </w:p>
        </w:tc>
      </w:tr>
      <w:tr w:rsidR="00FD4A85" w:rsidRPr="00771808" w:rsidTr="002264E8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FD4A85" w:rsidRPr="004D00E1" w:rsidRDefault="00FD4A85" w:rsidP="00702148">
            <w:pPr>
              <w:spacing w:line="240" w:lineRule="auto"/>
              <w:rPr>
                <w:szCs w:val="24"/>
                <w:u w:val="single"/>
              </w:rPr>
            </w:pPr>
            <w:r w:rsidRPr="004D00E1">
              <w:rPr>
                <w:szCs w:val="24"/>
                <w:u w:val="single"/>
              </w:rPr>
              <w:t>Уравнение реакции</w:t>
            </w:r>
          </w:p>
          <w:p w:rsidR="00FD4A85" w:rsidRPr="004D00E1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</w:t>
            </w:r>
            <w:r w:rsidRPr="004D00E1">
              <w:rPr>
                <w:szCs w:val="24"/>
              </w:rPr>
              <w:t xml:space="preserve">. </w:t>
            </w:r>
            <w:r w:rsidRPr="004D00E1">
              <w:rPr>
                <w:noProof/>
                <w:color w:val="000000"/>
                <w:szCs w:val="24"/>
                <w:lang w:val="ru-RU" w:eastAsia="ru-RU"/>
              </w:rPr>
              <w:drawing>
                <wp:inline distT="0" distB="0" distL="0" distR="0" wp14:anchorId="664B818A" wp14:editId="79B589AF">
                  <wp:extent cx="2921328" cy="176530"/>
                  <wp:effectExtent l="0" t="0" r="0" b="0"/>
                  <wp:docPr id="52" name="Рисунок 52" descr="https://ege.sdamgia.ru/formula/c5/c573ca18022f77897614416f25b7a3e7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s://ege.sdamgia.ru/formula/c5/c573ca18022f77897614416f25b7a3e7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8025" cy="1829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D4A85" w:rsidRPr="004D00E1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</w:t>
            </w:r>
            <w:r w:rsidRPr="004D00E1">
              <w:rPr>
                <w:szCs w:val="24"/>
              </w:rPr>
              <w:t>.</w:t>
            </w:r>
          </w:p>
          <w:p w:rsidR="00FD4A85" w:rsidRPr="004D00E1" w:rsidRDefault="00FD4A85" w:rsidP="00702148">
            <w:pPr>
              <w:spacing w:line="240" w:lineRule="auto"/>
              <w:rPr>
                <w:szCs w:val="24"/>
              </w:rPr>
            </w:pPr>
            <w:r w:rsidRPr="004D00E1">
              <w:rPr>
                <w:noProof/>
                <w:color w:val="000000"/>
                <w:szCs w:val="24"/>
                <w:lang w:val="ru-RU" w:eastAsia="ru-RU"/>
              </w:rPr>
              <w:drawing>
                <wp:inline distT="0" distB="0" distL="0" distR="0" wp14:anchorId="446FF6C2" wp14:editId="165A57CE">
                  <wp:extent cx="2587625" cy="191770"/>
                  <wp:effectExtent l="0" t="0" r="3175" b="0"/>
                  <wp:docPr id="51" name="Рисунок 51" descr="https://ege.sdamgia.ru/formula/f7/f77b7ee88a044d65e46f3b4429eebadb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ege.sdamgia.ru/formula/f7/f77b7ee88a044d65e46f3b4429eebadb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762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D4A85" w:rsidRPr="004D00E1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3</w:t>
            </w:r>
            <w:r w:rsidRPr="004D00E1">
              <w:rPr>
                <w:szCs w:val="24"/>
              </w:rPr>
              <w:t>.</w:t>
            </w:r>
          </w:p>
          <w:p w:rsidR="00FD4A85" w:rsidRPr="004D00E1" w:rsidRDefault="00FD4A85" w:rsidP="00702148">
            <w:pPr>
              <w:spacing w:line="240" w:lineRule="auto"/>
              <w:rPr>
                <w:szCs w:val="24"/>
              </w:rPr>
            </w:pPr>
            <w:r w:rsidRPr="004D00E1">
              <w:rPr>
                <w:noProof/>
                <w:color w:val="000000"/>
                <w:szCs w:val="24"/>
                <w:lang w:val="ru-RU" w:eastAsia="ru-RU"/>
              </w:rPr>
              <w:drawing>
                <wp:inline distT="0" distB="0" distL="0" distR="0" wp14:anchorId="22E73FD2" wp14:editId="1C8827CB">
                  <wp:extent cx="2725797" cy="160655"/>
                  <wp:effectExtent l="0" t="0" r="0" b="0"/>
                  <wp:docPr id="50" name="Рисунок 50" descr="https://ege.sdamgia.ru/formula/ac/ac8e8e337aa76ec40c94e7214a3f4837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s://ege.sdamgia.ru/formula/ac/ac8e8e337aa76ec40c94e7214a3f4837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1817" cy="1710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D4A85" w:rsidRPr="004D00E1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4</w:t>
            </w:r>
            <w:r w:rsidRPr="004D00E1">
              <w:rPr>
                <w:szCs w:val="24"/>
              </w:rPr>
              <w:t>.</w:t>
            </w:r>
          </w:p>
          <w:p w:rsidR="00FD4A85" w:rsidRPr="004D00E1" w:rsidRDefault="00FD4A85" w:rsidP="00702148">
            <w:pPr>
              <w:spacing w:line="240" w:lineRule="auto"/>
              <w:rPr>
                <w:szCs w:val="24"/>
              </w:rPr>
            </w:pPr>
            <w:r w:rsidRPr="004D00E1">
              <w:rPr>
                <w:noProof/>
                <w:color w:val="000000"/>
                <w:szCs w:val="24"/>
                <w:lang w:val="ru-RU" w:eastAsia="ru-RU"/>
              </w:rPr>
              <w:drawing>
                <wp:inline distT="0" distB="0" distL="0" distR="0" wp14:anchorId="2E6B5BAE" wp14:editId="67A9003E">
                  <wp:extent cx="2419810" cy="161321"/>
                  <wp:effectExtent l="0" t="0" r="0" b="0"/>
                  <wp:docPr id="49" name="Рисунок 49" descr="https://ege.sdamgia.ru/formula/52/52f5efb517bbb65e357eb92e53a9ff23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s://ege.sdamgia.ru/formula/52/52f5efb517bbb65e357eb92e53a9ff23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5848" cy="171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5" w:type="dxa"/>
            <w:gridSpan w:val="2"/>
            <w:tcBorders>
              <w:top w:val="nil"/>
              <w:bottom w:val="nil"/>
            </w:tcBorders>
          </w:tcPr>
          <w:p w:rsidR="00FD4A85" w:rsidRPr="00560995" w:rsidRDefault="00FD4A85" w:rsidP="00702148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560995">
              <w:rPr>
                <w:szCs w:val="24"/>
                <w:u w:val="single"/>
                <w:lang w:val="ru-RU"/>
              </w:rPr>
              <w:t>Направление смещения химического равновесия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А. в сторону продуктов реакции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Б. в сторону исходных веществ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В. не смещается</w:t>
            </w:r>
          </w:p>
        </w:tc>
      </w:tr>
      <w:tr w:rsidR="00FD4A85" w:rsidRPr="004D00E1" w:rsidTr="002264E8">
        <w:tc>
          <w:tcPr>
            <w:tcW w:w="10881" w:type="dxa"/>
            <w:gridSpan w:val="4"/>
            <w:tcBorders>
              <w:top w:val="nil"/>
            </w:tcBorders>
          </w:tcPr>
          <w:p w:rsidR="00FD4A85" w:rsidRPr="00ED3AF8" w:rsidRDefault="00FD4A85" w:rsidP="00702148">
            <w:pPr>
              <w:spacing w:line="240" w:lineRule="auto"/>
              <w:rPr>
                <w:b/>
                <w:szCs w:val="24"/>
              </w:rPr>
            </w:pPr>
            <w:r w:rsidRPr="00ED3AF8">
              <w:rPr>
                <w:b/>
                <w:szCs w:val="24"/>
              </w:rPr>
              <w:t>(1В, 2Б, 3В, 4А)</w:t>
            </w:r>
          </w:p>
        </w:tc>
      </w:tr>
      <w:tr w:rsidR="00FD4A85" w:rsidRPr="00771808" w:rsidTr="002264E8">
        <w:tc>
          <w:tcPr>
            <w:tcW w:w="10881" w:type="dxa"/>
            <w:gridSpan w:val="4"/>
            <w:tcBorders>
              <w:bottom w:val="nil"/>
            </w:tcBorders>
          </w:tcPr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 xml:space="preserve">36 </w:t>
            </w:r>
            <w:r w:rsidRPr="00560995">
              <w:rPr>
                <w:color w:val="000000"/>
                <w:szCs w:val="24"/>
                <w:lang w:val="ru-RU"/>
              </w:rPr>
              <w:t>Установите со</w:t>
            </w:r>
            <w:r w:rsidRPr="00560995">
              <w:rPr>
                <w:color w:val="000000"/>
                <w:szCs w:val="24"/>
                <w:lang w:val="ru-RU"/>
              </w:rPr>
              <w:softHyphen/>
              <w:t>от</w:t>
            </w:r>
            <w:r w:rsidRPr="00560995">
              <w:rPr>
                <w:color w:val="000000"/>
                <w:szCs w:val="24"/>
                <w:lang w:val="ru-RU"/>
              </w:rPr>
              <w:softHyphen/>
              <w:t>вет</w:t>
            </w:r>
            <w:r w:rsidRPr="00560995">
              <w:rPr>
                <w:color w:val="000000"/>
                <w:szCs w:val="24"/>
                <w:lang w:val="ru-RU"/>
              </w:rPr>
              <w:softHyphen/>
              <w:t>ствие между урав</w:t>
            </w:r>
            <w:r w:rsidRPr="00560995">
              <w:rPr>
                <w:color w:val="000000"/>
                <w:szCs w:val="24"/>
                <w:lang w:val="ru-RU"/>
              </w:rPr>
              <w:softHyphen/>
              <w:t>не</w:t>
            </w:r>
            <w:r w:rsidRPr="00560995">
              <w:rPr>
                <w:color w:val="000000"/>
                <w:szCs w:val="24"/>
                <w:lang w:val="ru-RU"/>
              </w:rPr>
              <w:softHyphen/>
              <w:t>ни</w:t>
            </w:r>
            <w:r w:rsidRPr="00560995">
              <w:rPr>
                <w:color w:val="000000"/>
                <w:szCs w:val="24"/>
                <w:lang w:val="ru-RU"/>
              </w:rPr>
              <w:softHyphen/>
              <w:t>ем хи</w:t>
            </w:r>
            <w:r w:rsidRPr="00560995">
              <w:rPr>
                <w:color w:val="000000"/>
                <w:szCs w:val="24"/>
                <w:lang w:val="ru-RU"/>
              </w:rPr>
              <w:softHyphen/>
              <w:t>ми</w:t>
            </w:r>
            <w:r w:rsidRPr="00560995">
              <w:rPr>
                <w:color w:val="000000"/>
                <w:szCs w:val="24"/>
                <w:lang w:val="ru-RU"/>
              </w:rPr>
              <w:softHyphen/>
              <w:t>че</w:t>
            </w:r>
            <w:r w:rsidRPr="00560995">
              <w:rPr>
                <w:color w:val="000000"/>
                <w:szCs w:val="24"/>
                <w:lang w:val="ru-RU"/>
              </w:rPr>
              <w:softHyphen/>
              <w:t>ской ре</w:t>
            </w:r>
            <w:r w:rsidRPr="00560995">
              <w:rPr>
                <w:color w:val="000000"/>
                <w:szCs w:val="24"/>
                <w:lang w:val="ru-RU"/>
              </w:rPr>
              <w:softHyphen/>
              <w:t>ак</w:t>
            </w:r>
            <w:r w:rsidRPr="00560995">
              <w:rPr>
                <w:color w:val="000000"/>
                <w:szCs w:val="24"/>
                <w:lang w:val="ru-RU"/>
              </w:rPr>
              <w:softHyphen/>
              <w:t>ции и из</w:t>
            </w:r>
            <w:r w:rsidRPr="00560995">
              <w:rPr>
                <w:color w:val="000000"/>
                <w:szCs w:val="24"/>
                <w:lang w:val="ru-RU"/>
              </w:rPr>
              <w:softHyphen/>
              <w:t>ме</w:t>
            </w:r>
            <w:r w:rsidRPr="00560995">
              <w:rPr>
                <w:color w:val="000000"/>
                <w:szCs w:val="24"/>
                <w:lang w:val="ru-RU"/>
              </w:rPr>
              <w:softHyphen/>
              <w:t>не</w:t>
            </w:r>
            <w:r w:rsidRPr="00560995">
              <w:rPr>
                <w:color w:val="000000"/>
                <w:szCs w:val="24"/>
                <w:lang w:val="ru-RU"/>
              </w:rPr>
              <w:softHyphen/>
              <w:t>ни</w:t>
            </w:r>
            <w:r w:rsidRPr="00560995">
              <w:rPr>
                <w:color w:val="000000"/>
                <w:szCs w:val="24"/>
                <w:lang w:val="ru-RU"/>
              </w:rPr>
              <w:softHyphen/>
              <w:t>ем условий, ко</w:t>
            </w:r>
            <w:r w:rsidRPr="00560995">
              <w:rPr>
                <w:color w:val="000000"/>
                <w:szCs w:val="24"/>
                <w:lang w:val="ru-RU"/>
              </w:rPr>
              <w:softHyphen/>
              <w:t>то</w:t>
            </w:r>
            <w:r w:rsidRPr="00560995">
              <w:rPr>
                <w:color w:val="000000"/>
                <w:szCs w:val="24"/>
                <w:lang w:val="ru-RU"/>
              </w:rPr>
              <w:softHyphen/>
              <w:t>рое при</w:t>
            </w:r>
            <w:r w:rsidRPr="00560995">
              <w:rPr>
                <w:color w:val="000000"/>
                <w:szCs w:val="24"/>
                <w:lang w:val="ru-RU"/>
              </w:rPr>
              <w:softHyphen/>
              <w:t>во</w:t>
            </w:r>
            <w:r w:rsidRPr="00560995">
              <w:rPr>
                <w:color w:val="000000"/>
                <w:szCs w:val="24"/>
                <w:lang w:val="ru-RU"/>
              </w:rPr>
              <w:softHyphen/>
              <w:t>дит к сме</w:t>
            </w:r>
            <w:r w:rsidRPr="00560995">
              <w:rPr>
                <w:color w:val="000000"/>
                <w:szCs w:val="24"/>
                <w:lang w:val="ru-RU"/>
              </w:rPr>
              <w:softHyphen/>
              <w:t>ще</w:t>
            </w:r>
            <w:r w:rsidRPr="00560995">
              <w:rPr>
                <w:color w:val="000000"/>
                <w:szCs w:val="24"/>
                <w:lang w:val="ru-RU"/>
              </w:rPr>
              <w:softHyphen/>
              <w:t>нию рав</w:t>
            </w:r>
            <w:r w:rsidRPr="00560995">
              <w:rPr>
                <w:color w:val="000000"/>
                <w:szCs w:val="24"/>
                <w:lang w:val="ru-RU"/>
              </w:rPr>
              <w:softHyphen/>
              <w:t>но</w:t>
            </w:r>
            <w:r w:rsidRPr="00560995">
              <w:rPr>
                <w:color w:val="000000"/>
                <w:szCs w:val="24"/>
                <w:lang w:val="ru-RU"/>
              </w:rPr>
              <w:softHyphen/>
              <w:t>ве</w:t>
            </w:r>
            <w:r w:rsidRPr="00560995">
              <w:rPr>
                <w:color w:val="000000"/>
                <w:szCs w:val="24"/>
                <w:lang w:val="ru-RU"/>
              </w:rPr>
              <w:softHyphen/>
              <w:t>сия в сто</w:t>
            </w:r>
            <w:r w:rsidRPr="00560995">
              <w:rPr>
                <w:color w:val="000000"/>
                <w:szCs w:val="24"/>
                <w:lang w:val="ru-RU"/>
              </w:rPr>
              <w:softHyphen/>
              <w:t>ро</w:t>
            </w:r>
            <w:r w:rsidRPr="00560995">
              <w:rPr>
                <w:color w:val="000000"/>
                <w:szCs w:val="24"/>
                <w:lang w:val="ru-RU"/>
              </w:rPr>
              <w:softHyphen/>
              <w:t>ну продуктов:</w:t>
            </w:r>
          </w:p>
        </w:tc>
      </w:tr>
      <w:tr w:rsidR="00FD4A85" w:rsidRPr="004D00E1" w:rsidTr="002264E8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FD4A85" w:rsidRPr="004D00E1" w:rsidRDefault="00FD4A85" w:rsidP="00702148">
            <w:pPr>
              <w:spacing w:line="240" w:lineRule="auto"/>
              <w:rPr>
                <w:szCs w:val="24"/>
                <w:u w:val="single"/>
              </w:rPr>
            </w:pPr>
            <w:r w:rsidRPr="004D00E1">
              <w:rPr>
                <w:szCs w:val="24"/>
                <w:u w:val="single"/>
              </w:rPr>
              <w:t>Уравнение реакции</w:t>
            </w:r>
          </w:p>
          <w:p w:rsidR="00FD4A85" w:rsidRPr="004D00E1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</w:t>
            </w:r>
            <w:r w:rsidRPr="004D00E1">
              <w:rPr>
                <w:noProof/>
                <w:color w:val="000000"/>
                <w:szCs w:val="24"/>
              </w:rPr>
              <w:t>.</w:t>
            </w:r>
            <w:r w:rsidRPr="004D00E1">
              <w:rPr>
                <w:noProof/>
                <w:color w:val="000000"/>
                <w:szCs w:val="24"/>
                <w:lang w:val="ru-RU" w:eastAsia="ru-RU"/>
              </w:rPr>
              <w:drawing>
                <wp:inline distT="0" distB="0" distL="0" distR="0" wp14:anchorId="597B4927" wp14:editId="69B235F5">
                  <wp:extent cx="2672066" cy="167005"/>
                  <wp:effectExtent l="0" t="0" r="0" b="4445"/>
                  <wp:docPr id="24" name="Рисунок 24" descr="https://ege.sdamgia.ru/formula/70/701934c29e758e4542fe595679bc5973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https://ege.sdamgia.ru/formula/70/701934c29e758e4542fe595679bc5973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3235" cy="1758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D4A85" w:rsidRPr="004D00E1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2. </w:t>
            </w:r>
            <w:r w:rsidRPr="004D00E1">
              <w:rPr>
                <w:noProof/>
                <w:color w:val="000000"/>
                <w:szCs w:val="24"/>
                <w:lang w:val="ru-RU" w:eastAsia="ru-RU"/>
              </w:rPr>
              <w:drawing>
                <wp:inline distT="0" distB="0" distL="0" distR="0" wp14:anchorId="74CCDB35" wp14:editId="72026CF9">
                  <wp:extent cx="2145533" cy="144474"/>
                  <wp:effectExtent l="0" t="0" r="0" b="8255"/>
                  <wp:docPr id="23" name="Рисунок 23" descr="https://ege.sdamgia.ru/formula/0d/0d93a5bcefee594066d2d0e9309618f4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https://ege.sdamgia.ru/formula/0d/0d93a5bcefee594066d2d0e9309618f4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7641" cy="176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D4A85" w:rsidRPr="004D00E1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3. </w:t>
            </w:r>
            <w:r w:rsidRPr="004D00E1">
              <w:rPr>
                <w:noProof/>
                <w:color w:val="000000"/>
                <w:szCs w:val="24"/>
                <w:lang w:val="ru-RU" w:eastAsia="ru-RU"/>
              </w:rPr>
              <w:drawing>
                <wp:inline distT="0" distB="0" distL="0" distR="0" wp14:anchorId="621B7BE0" wp14:editId="536C1E1C">
                  <wp:extent cx="2468709" cy="157356"/>
                  <wp:effectExtent l="0" t="0" r="0" b="0"/>
                  <wp:docPr id="22" name="Рисунок 22" descr="https://ege.sdamgia.ru/formula/d8/d82daaf051577a88d8730196fc11b6ee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https://ege.sdamgia.ru/formula/d8/d82daaf051577a88d8730196fc11b6ee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2109" cy="17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D4A85" w:rsidRPr="004D00E1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4.</w:t>
            </w:r>
            <w:r w:rsidRPr="004D00E1">
              <w:rPr>
                <w:noProof/>
                <w:color w:val="000000"/>
                <w:szCs w:val="24"/>
                <w:lang w:val="ru-RU" w:eastAsia="ru-RU"/>
              </w:rPr>
              <w:drawing>
                <wp:inline distT="0" distB="0" distL="0" distR="0" wp14:anchorId="75CBFAED" wp14:editId="2D663F60">
                  <wp:extent cx="2326702" cy="141429"/>
                  <wp:effectExtent l="0" t="0" r="0" b="0"/>
                  <wp:docPr id="21" name="Рисунок 21" descr="https://ege.sdamgia.ru/formula/43/43c54d121a350fd331f8b35c3bb5c58d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https://ege.sdamgia.ru/formula/43/43c54d121a350fd331f8b35c3bb5c58d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2272" cy="164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5" w:type="dxa"/>
            <w:gridSpan w:val="2"/>
            <w:tcBorders>
              <w:top w:val="nil"/>
              <w:bottom w:val="nil"/>
            </w:tcBorders>
          </w:tcPr>
          <w:p w:rsidR="00FD4A85" w:rsidRPr="00560995" w:rsidRDefault="00FD4A85" w:rsidP="00702148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560995">
              <w:rPr>
                <w:szCs w:val="24"/>
                <w:u w:val="single"/>
                <w:lang w:val="ru-RU"/>
              </w:rPr>
              <w:t>Равновесие смещается в сторону продуктов реакции при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А. повышении давления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Б. понижении давления</w:t>
            </w:r>
          </w:p>
          <w:p w:rsidR="00FD4A85" w:rsidRPr="004D00E1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В</w:t>
            </w:r>
            <w:r w:rsidRPr="004D00E1">
              <w:rPr>
                <w:szCs w:val="24"/>
              </w:rPr>
              <w:t>. нагревании</w:t>
            </w:r>
          </w:p>
        </w:tc>
      </w:tr>
      <w:tr w:rsidR="00FD4A85" w:rsidRPr="004D00E1" w:rsidTr="002264E8">
        <w:tc>
          <w:tcPr>
            <w:tcW w:w="10881" w:type="dxa"/>
            <w:gridSpan w:val="4"/>
            <w:tcBorders>
              <w:top w:val="nil"/>
            </w:tcBorders>
          </w:tcPr>
          <w:p w:rsidR="00FD4A85" w:rsidRPr="00F1537D" w:rsidRDefault="00FD4A85" w:rsidP="00702148">
            <w:pPr>
              <w:spacing w:line="240" w:lineRule="auto"/>
              <w:rPr>
                <w:b/>
                <w:szCs w:val="24"/>
              </w:rPr>
            </w:pPr>
            <w:r w:rsidRPr="00F1537D">
              <w:rPr>
                <w:b/>
                <w:szCs w:val="24"/>
              </w:rPr>
              <w:t>(1А, 2В, 3А, 4Б)</w:t>
            </w:r>
          </w:p>
        </w:tc>
      </w:tr>
      <w:tr w:rsidR="00FD4A85" w:rsidRPr="00771808" w:rsidTr="002264E8">
        <w:tc>
          <w:tcPr>
            <w:tcW w:w="10881" w:type="dxa"/>
            <w:gridSpan w:val="4"/>
            <w:tcBorders>
              <w:bottom w:val="nil"/>
            </w:tcBorders>
          </w:tcPr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 xml:space="preserve">37 </w:t>
            </w:r>
            <w:r w:rsidRPr="00560995">
              <w:rPr>
                <w:color w:val="000000"/>
                <w:szCs w:val="24"/>
                <w:lang w:val="ru-RU"/>
              </w:rPr>
              <w:t>Установите со</w:t>
            </w:r>
            <w:r w:rsidRPr="00560995">
              <w:rPr>
                <w:color w:val="000000"/>
                <w:szCs w:val="24"/>
                <w:lang w:val="ru-RU"/>
              </w:rPr>
              <w:softHyphen/>
              <w:t>от</w:t>
            </w:r>
            <w:r w:rsidRPr="00560995">
              <w:rPr>
                <w:color w:val="000000"/>
                <w:szCs w:val="24"/>
                <w:lang w:val="ru-RU"/>
              </w:rPr>
              <w:softHyphen/>
              <w:t>вет</w:t>
            </w:r>
            <w:r w:rsidRPr="00560995">
              <w:rPr>
                <w:color w:val="000000"/>
                <w:szCs w:val="24"/>
                <w:lang w:val="ru-RU"/>
              </w:rPr>
              <w:softHyphen/>
              <w:t>ствие между урав</w:t>
            </w:r>
            <w:r w:rsidRPr="00560995">
              <w:rPr>
                <w:color w:val="000000"/>
                <w:szCs w:val="24"/>
                <w:lang w:val="ru-RU"/>
              </w:rPr>
              <w:softHyphen/>
              <w:t>не</w:t>
            </w:r>
            <w:r w:rsidRPr="00560995">
              <w:rPr>
                <w:color w:val="000000"/>
                <w:szCs w:val="24"/>
                <w:lang w:val="ru-RU"/>
              </w:rPr>
              <w:softHyphen/>
              <w:t>ни</w:t>
            </w:r>
            <w:r w:rsidRPr="00560995">
              <w:rPr>
                <w:color w:val="000000"/>
                <w:szCs w:val="24"/>
                <w:lang w:val="ru-RU"/>
              </w:rPr>
              <w:softHyphen/>
              <w:t>ем хи</w:t>
            </w:r>
            <w:r w:rsidRPr="00560995">
              <w:rPr>
                <w:color w:val="000000"/>
                <w:szCs w:val="24"/>
                <w:lang w:val="ru-RU"/>
              </w:rPr>
              <w:softHyphen/>
              <w:t>ми</w:t>
            </w:r>
            <w:r w:rsidRPr="00560995">
              <w:rPr>
                <w:color w:val="000000"/>
                <w:szCs w:val="24"/>
                <w:lang w:val="ru-RU"/>
              </w:rPr>
              <w:softHyphen/>
              <w:t>че</w:t>
            </w:r>
            <w:r w:rsidRPr="00560995">
              <w:rPr>
                <w:color w:val="000000"/>
                <w:szCs w:val="24"/>
                <w:lang w:val="ru-RU"/>
              </w:rPr>
              <w:softHyphen/>
              <w:t>ской ре</w:t>
            </w:r>
            <w:r w:rsidRPr="00560995">
              <w:rPr>
                <w:color w:val="000000"/>
                <w:szCs w:val="24"/>
                <w:lang w:val="ru-RU"/>
              </w:rPr>
              <w:softHyphen/>
              <w:t>ак</w:t>
            </w:r>
            <w:r w:rsidRPr="00560995">
              <w:rPr>
                <w:color w:val="000000"/>
                <w:szCs w:val="24"/>
                <w:lang w:val="ru-RU"/>
              </w:rPr>
              <w:softHyphen/>
              <w:t>ции и из</w:t>
            </w:r>
            <w:r w:rsidRPr="00560995">
              <w:rPr>
                <w:color w:val="000000"/>
                <w:szCs w:val="24"/>
                <w:lang w:val="ru-RU"/>
              </w:rPr>
              <w:softHyphen/>
              <w:t>ме</w:t>
            </w:r>
            <w:r w:rsidRPr="00560995">
              <w:rPr>
                <w:color w:val="000000"/>
                <w:szCs w:val="24"/>
                <w:lang w:val="ru-RU"/>
              </w:rPr>
              <w:softHyphen/>
              <w:t>не</w:t>
            </w:r>
            <w:r w:rsidRPr="00560995">
              <w:rPr>
                <w:color w:val="000000"/>
                <w:szCs w:val="24"/>
                <w:lang w:val="ru-RU"/>
              </w:rPr>
              <w:softHyphen/>
              <w:t>ни</w:t>
            </w:r>
            <w:r w:rsidRPr="00560995">
              <w:rPr>
                <w:color w:val="000000"/>
                <w:szCs w:val="24"/>
                <w:lang w:val="ru-RU"/>
              </w:rPr>
              <w:softHyphen/>
              <w:t>ем условий, ко</w:t>
            </w:r>
            <w:r w:rsidRPr="00560995">
              <w:rPr>
                <w:color w:val="000000"/>
                <w:szCs w:val="24"/>
                <w:lang w:val="ru-RU"/>
              </w:rPr>
              <w:softHyphen/>
              <w:t>то</w:t>
            </w:r>
            <w:r w:rsidRPr="00560995">
              <w:rPr>
                <w:color w:val="000000"/>
                <w:szCs w:val="24"/>
                <w:lang w:val="ru-RU"/>
              </w:rPr>
              <w:softHyphen/>
              <w:t>рое при</w:t>
            </w:r>
            <w:r w:rsidRPr="00560995">
              <w:rPr>
                <w:color w:val="000000"/>
                <w:szCs w:val="24"/>
                <w:lang w:val="ru-RU"/>
              </w:rPr>
              <w:softHyphen/>
              <w:t>во</w:t>
            </w:r>
            <w:r w:rsidRPr="00560995">
              <w:rPr>
                <w:color w:val="000000"/>
                <w:szCs w:val="24"/>
                <w:lang w:val="ru-RU"/>
              </w:rPr>
              <w:softHyphen/>
              <w:t>дит к сме</w:t>
            </w:r>
            <w:r w:rsidRPr="00560995">
              <w:rPr>
                <w:color w:val="000000"/>
                <w:szCs w:val="24"/>
                <w:lang w:val="ru-RU"/>
              </w:rPr>
              <w:softHyphen/>
              <w:t>ще</w:t>
            </w:r>
            <w:r w:rsidRPr="00560995">
              <w:rPr>
                <w:color w:val="000000"/>
                <w:szCs w:val="24"/>
                <w:lang w:val="ru-RU"/>
              </w:rPr>
              <w:softHyphen/>
              <w:t>нию рав</w:t>
            </w:r>
            <w:r w:rsidRPr="00560995">
              <w:rPr>
                <w:color w:val="000000"/>
                <w:szCs w:val="24"/>
                <w:lang w:val="ru-RU"/>
              </w:rPr>
              <w:softHyphen/>
              <w:t>но</w:t>
            </w:r>
            <w:r w:rsidRPr="00560995">
              <w:rPr>
                <w:color w:val="000000"/>
                <w:szCs w:val="24"/>
                <w:lang w:val="ru-RU"/>
              </w:rPr>
              <w:softHyphen/>
              <w:t>ве</w:t>
            </w:r>
            <w:r w:rsidRPr="00560995">
              <w:rPr>
                <w:color w:val="000000"/>
                <w:szCs w:val="24"/>
                <w:lang w:val="ru-RU"/>
              </w:rPr>
              <w:softHyphen/>
              <w:t>сия в сто</w:t>
            </w:r>
            <w:r w:rsidRPr="00560995">
              <w:rPr>
                <w:color w:val="000000"/>
                <w:szCs w:val="24"/>
                <w:lang w:val="ru-RU"/>
              </w:rPr>
              <w:softHyphen/>
              <w:t>ро</w:t>
            </w:r>
            <w:r w:rsidRPr="00560995">
              <w:rPr>
                <w:color w:val="000000"/>
                <w:szCs w:val="24"/>
                <w:lang w:val="ru-RU"/>
              </w:rPr>
              <w:softHyphen/>
              <w:t>ну продуктов:</w:t>
            </w:r>
          </w:p>
        </w:tc>
      </w:tr>
      <w:tr w:rsidR="00FD4A85" w:rsidRPr="00771808" w:rsidTr="002264E8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FD4A85" w:rsidRPr="004D00E1" w:rsidRDefault="00FD4A85" w:rsidP="00702148">
            <w:pPr>
              <w:spacing w:line="240" w:lineRule="auto"/>
              <w:rPr>
                <w:szCs w:val="24"/>
                <w:u w:val="single"/>
              </w:rPr>
            </w:pPr>
            <w:r w:rsidRPr="004D00E1">
              <w:rPr>
                <w:szCs w:val="24"/>
                <w:u w:val="single"/>
              </w:rPr>
              <w:t>Уравнение реакции</w:t>
            </w:r>
          </w:p>
          <w:p w:rsidR="00FD4A85" w:rsidRPr="004D00E1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1. </w:t>
            </w:r>
            <w:r w:rsidRPr="004D00E1">
              <w:rPr>
                <w:noProof/>
                <w:color w:val="000000"/>
                <w:szCs w:val="24"/>
                <w:lang w:val="ru-RU" w:eastAsia="ru-RU"/>
              </w:rPr>
              <w:drawing>
                <wp:inline distT="0" distB="0" distL="0" distR="0" wp14:anchorId="469A014B" wp14:editId="1D3075A9">
                  <wp:extent cx="2058905" cy="146014"/>
                  <wp:effectExtent l="0" t="0" r="0" b="6985"/>
                  <wp:docPr id="28" name="Рисунок 28" descr="https://ege.sdamgia.ru/formula/76/767a0ebc80196f7109fb2983196c960c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https://ege.sdamgia.ru/formula/76/767a0ebc80196f7109fb2983196c960c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6535" cy="157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D4A85" w:rsidRPr="004D00E1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2. </w:t>
            </w:r>
            <w:r w:rsidRPr="004D00E1">
              <w:rPr>
                <w:noProof/>
                <w:color w:val="000000"/>
                <w:szCs w:val="24"/>
                <w:lang w:val="ru-RU" w:eastAsia="ru-RU"/>
              </w:rPr>
              <w:drawing>
                <wp:inline distT="0" distB="0" distL="0" distR="0" wp14:anchorId="671E9EF2" wp14:editId="1CC49FDB">
                  <wp:extent cx="2401492" cy="146874"/>
                  <wp:effectExtent l="0" t="0" r="0" b="5715"/>
                  <wp:docPr id="27" name="Рисунок 27" descr="https://ege.sdamgia.ru/formula/16/16c3084f2fc50caa0c376eefa13e07bc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s://ege.sdamgia.ru/formula/16/16c3084f2fc50caa0c376eefa13e07bc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2140" cy="164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D4A85" w:rsidRPr="004D00E1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3. </w:t>
            </w:r>
            <w:r w:rsidRPr="004D00E1">
              <w:rPr>
                <w:noProof/>
                <w:color w:val="000000"/>
                <w:szCs w:val="24"/>
                <w:lang w:val="ru-RU" w:eastAsia="ru-RU"/>
              </w:rPr>
              <w:drawing>
                <wp:inline distT="0" distB="0" distL="0" distR="0" wp14:anchorId="3E35444A" wp14:editId="1C899969">
                  <wp:extent cx="2309940" cy="151471"/>
                  <wp:effectExtent l="0" t="0" r="0" b="1270"/>
                  <wp:docPr id="26" name="Рисунок 26" descr="https://ege.sdamgia.ru/formula/20/2021cf1b324603ec77d8b6c01425938d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https://ege.sdamgia.ru/formula/20/2021cf1b324603ec77d8b6c01425938d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2279" cy="1667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D4A85" w:rsidRPr="004D00E1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4.</w:t>
            </w:r>
            <w:r w:rsidRPr="004D00E1">
              <w:rPr>
                <w:noProof/>
                <w:color w:val="000000"/>
                <w:szCs w:val="24"/>
                <w:lang w:val="ru-RU" w:eastAsia="ru-RU"/>
              </w:rPr>
              <w:drawing>
                <wp:inline distT="0" distB="0" distL="0" distR="0" wp14:anchorId="65CF1268" wp14:editId="540201A3">
                  <wp:extent cx="2732431" cy="158849"/>
                  <wp:effectExtent l="0" t="0" r="0" b="0"/>
                  <wp:docPr id="25" name="Рисунок 25" descr="https://ege.sdamgia.ru/formula/f5/f5af0f58cc56b77bc4a11d488e1071aa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https://ege.sdamgia.ru/formula/f5/f5af0f58cc56b77bc4a11d488e1071aa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331" cy="170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5" w:type="dxa"/>
            <w:gridSpan w:val="2"/>
            <w:tcBorders>
              <w:top w:val="nil"/>
              <w:bottom w:val="nil"/>
            </w:tcBorders>
          </w:tcPr>
          <w:p w:rsidR="00FD4A85" w:rsidRPr="00560995" w:rsidRDefault="00FD4A85" w:rsidP="00702148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560995">
              <w:rPr>
                <w:szCs w:val="24"/>
                <w:u w:val="single"/>
                <w:lang w:val="ru-RU"/>
              </w:rPr>
              <w:t>Равновесие смещается в сторону продуктов реакции при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А. охлаждении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Б. повышении давления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560995">
              <w:rPr>
                <w:szCs w:val="24"/>
                <w:lang w:val="ru-RU"/>
              </w:rPr>
              <w:t>В. понижении давления</w:t>
            </w:r>
          </w:p>
        </w:tc>
      </w:tr>
      <w:tr w:rsidR="00FD4A85" w:rsidRPr="004D00E1" w:rsidTr="002264E8">
        <w:tc>
          <w:tcPr>
            <w:tcW w:w="10881" w:type="dxa"/>
            <w:gridSpan w:val="4"/>
            <w:tcBorders>
              <w:top w:val="nil"/>
            </w:tcBorders>
          </w:tcPr>
          <w:p w:rsidR="00FD4A85" w:rsidRPr="00F1537D" w:rsidRDefault="00FD4A85" w:rsidP="00702148">
            <w:pPr>
              <w:spacing w:line="240" w:lineRule="auto"/>
              <w:rPr>
                <w:b/>
                <w:szCs w:val="24"/>
              </w:rPr>
            </w:pPr>
            <w:r w:rsidRPr="00F1537D">
              <w:rPr>
                <w:b/>
                <w:szCs w:val="24"/>
              </w:rPr>
              <w:t>(1А, 2В, 3А, 4В)</w:t>
            </w:r>
          </w:p>
        </w:tc>
      </w:tr>
      <w:tr w:rsidR="00FD4A85" w:rsidRPr="00771808" w:rsidTr="002264E8">
        <w:tc>
          <w:tcPr>
            <w:tcW w:w="10881" w:type="dxa"/>
            <w:gridSpan w:val="4"/>
            <w:tcBorders>
              <w:bottom w:val="nil"/>
            </w:tcBorders>
          </w:tcPr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 xml:space="preserve">38 </w:t>
            </w:r>
            <w:r w:rsidRPr="00560995">
              <w:rPr>
                <w:color w:val="000000"/>
                <w:szCs w:val="24"/>
                <w:lang w:val="ru-RU"/>
              </w:rPr>
              <w:t>Установите соответствие между названием соли и ее отношением к гидролизу:</w:t>
            </w:r>
          </w:p>
        </w:tc>
      </w:tr>
      <w:tr w:rsidR="00FD4A85" w:rsidRPr="004D00E1" w:rsidTr="002264E8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FD4A85" w:rsidRPr="00560995" w:rsidRDefault="00FD4A85" w:rsidP="00702148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560995">
              <w:rPr>
                <w:szCs w:val="24"/>
                <w:u w:val="single"/>
                <w:lang w:val="ru-RU"/>
              </w:rPr>
              <w:t>Название соли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1. нитрат натрия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2. фосфат натрия</w:t>
            </w:r>
          </w:p>
          <w:p w:rsidR="00FD4A85" w:rsidRPr="004D00E1" w:rsidRDefault="00FD4A85" w:rsidP="00702148">
            <w:pPr>
              <w:spacing w:line="240" w:lineRule="auto"/>
              <w:rPr>
                <w:szCs w:val="24"/>
              </w:rPr>
            </w:pPr>
            <w:r w:rsidRPr="00F1537D">
              <w:rPr>
                <w:szCs w:val="24"/>
              </w:rPr>
              <w:t>3</w:t>
            </w:r>
            <w:r>
              <w:rPr>
                <w:szCs w:val="24"/>
              </w:rPr>
              <w:t xml:space="preserve">. </w:t>
            </w:r>
            <w:r w:rsidRPr="004D00E1">
              <w:rPr>
                <w:szCs w:val="24"/>
              </w:rPr>
              <w:t xml:space="preserve">сульфат </w:t>
            </w:r>
            <w:r>
              <w:rPr>
                <w:szCs w:val="24"/>
              </w:rPr>
              <w:t>алюминия</w:t>
            </w:r>
          </w:p>
          <w:p w:rsidR="00FD4A85" w:rsidRPr="004D00E1" w:rsidRDefault="00FD4A85" w:rsidP="00702148">
            <w:pPr>
              <w:spacing w:line="240" w:lineRule="auto"/>
              <w:rPr>
                <w:szCs w:val="24"/>
              </w:rPr>
            </w:pPr>
          </w:p>
        </w:tc>
        <w:tc>
          <w:tcPr>
            <w:tcW w:w="6065" w:type="dxa"/>
            <w:gridSpan w:val="2"/>
            <w:tcBorders>
              <w:top w:val="nil"/>
              <w:bottom w:val="nil"/>
            </w:tcBorders>
          </w:tcPr>
          <w:p w:rsidR="00FD4A85" w:rsidRPr="00560995" w:rsidRDefault="00FD4A85" w:rsidP="00702148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560995">
              <w:rPr>
                <w:szCs w:val="24"/>
                <w:u w:val="single"/>
                <w:lang w:val="ru-RU"/>
              </w:rPr>
              <w:t>Отношение к гидролизу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 xml:space="preserve">А. </w:t>
            </w:r>
            <w:r w:rsidRPr="00560995">
              <w:rPr>
                <w:color w:val="000000"/>
                <w:szCs w:val="24"/>
                <w:lang w:val="ru-RU"/>
              </w:rPr>
              <w:t>гидролизуется по катиону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 xml:space="preserve">Б. </w:t>
            </w:r>
            <w:r w:rsidRPr="00560995">
              <w:rPr>
                <w:color w:val="000000"/>
                <w:szCs w:val="24"/>
                <w:lang w:val="ru-RU"/>
              </w:rPr>
              <w:t>гидролизуется по аниону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В.</w:t>
            </w:r>
            <w:r w:rsidRPr="00560995">
              <w:rPr>
                <w:color w:val="000000"/>
                <w:szCs w:val="24"/>
                <w:lang w:val="ru-RU"/>
              </w:rPr>
              <w:t xml:space="preserve"> гидролизуется по катиону и аниону</w:t>
            </w:r>
          </w:p>
          <w:p w:rsidR="00FD4A85" w:rsidRPr="004D00E1" w:rsidRDefault="00FD4A85" w:rsidP="0070214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Г</w:t>
            </w:r>
            <w:r>
              <w:rPr>
                <w:szCs w:val="24"/>
              </w:rPr>
              <w:t>.</w:t>
            </w:r>
            <w:r w:rsidRPr="004D00E1">
              <w:rPr>
                <w:szCs w:val="24"/>
              </w:rPr>
              <w:t xml:space="preserve"> не подвергается гидролизу</w:t>
            </w:r>
          </w:p>
        </w:tc>
      </w:tr>
      <w:tr w:rsidR="00FD4A85" w:rsidRPr="004D00E1" w:rsidTr="002264E8">
        <w:tc>
          <w:tcPr>
            <w:tcW w:w="10881" w:type="dxa"/>
            <w:gridSpan w:val="4"/>
            <w:tcBorders>
              <w:top w:val="nil"/>
            </w:tcBorders>
          </w:tcPr>
          <w:p w:rsidR="00FD4A85" w:rsidRPr="00F1537D" w:rsidRDefault="00FD4A85" w:rsidP="00702148">
            <w:pPr>
              <w:spacing w:line="240" w:lineRule="auto"/>
              <w:rPr>
                <w:b/>
                <w:szCs w:val="24"/>
              </w:rPr>
            </w:pPr>
            <w:r w:rsidRPr="00F1537D">
              <w:rPr>
                <w:b/>
                <w:szCs w:val="24"/>
              </w:rPr>
              <w:t>(1Г, 2Б, 3А)</w:t>
            </w:r>
          </w:p>
        </w:tc>
      </w:tr>
      <w:tr w:rsidR="00FD4A85" w:rsidRPr="00771808" w:rsidTr="002264E8">
        <w:tc>
          <w:tcPr>
            <w:tcW w:w="10881" w:type="dxa"/>
            <w:gridSpan w:val="4"/>
            <w:tcBorders>
              <w:bottom w:val="nil"/>
            </w:tcBorders>
          </w:tcPr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 xml:space="preserve">39 </w:t>
            </w:r>
            <w:r w:rsidRPr="00560995">
              <w:rPr>
                <w:color w:val="000000"/>
                <w:szCs w:val="24"/>
                <w:lang w:val="ru-RU"/>
              </w:rPr>
              <w:t>Установите соответствие между названием соли и ее отношением к гидролизу:</w:t>
            </w:r>
          </w:p>
        </w:tc>
      </w:tr>
      <w:tr w:rsidR="00FD4A85" w:rsidRPr="004D00E1" w:rsidTr="002264E8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FD4A85" w:rsidRPr="00560995" w:rsidRDefault="00FD4A85" w:rsidP="00702148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560995">
              <w:rPr>
                <w:szCs w:val="24"/>
                <w:u w:val="single"/>
                <w:lang w:val="ru-RU"/>
              </w:rPr>
              <w:t>Название соли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 xml:space="preserve">1. ацетат аммония 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2. карбонат натрия</w:t>
            </w:r>
          </w:p>
          <w:p w:rsidR="00FD4A85" w:rsidRPr="004D00E1" w:rsidRDefault="00FD4A85" w:rsidP="00702148">
            <w:pPr>
              <w:spacing w:line="240" w:lineRule="auto"/>
              <w:rPr>
                <w:szCs w:val="24"/>
              </w:rPr>
            </w:pPr>
            <w:r w:rsidRPr="00F1537D">
              <w:rPr>
                <w:szCs w:val="24"/>
              </w:rPr>
              <w:t>3</w:t>
            </w:r>
            <w:r>
              <w:rPr>
                <w:szCs w:val="24"/>
              </w:rPr>
              <w:t>. хлорид цинка</w:t>
            </w:r>
          </w:p>
          <w:p w:rsidR="00FD4A85" w:rsidRPr="004D00E1" w:rsidRDefault="00FD4A85" w:rsidP="00702148">
            <w:pPr>
              <w:spacing w:line="240" w:lineRule="auto"/>
              <w:rPr>
                <w:szCs w:val="24"/>
              </w:rPr>
            </w:pPr>
          </w:p>
        </w:tc>
        <w:tc>
          <w:tcPr>
            <w:tcW w:w="6065" w:type="dxa"/>
            <w:gridSpan w:val="2"/>
            <w:tcBorders>
              <w:top w:val="nil"/>
              <w:bottom w:val="nil"/>
            </w:tcBorders>
          </w:tcPr>
          <w:p w:rsidR="00FD4A85" w:rsidRPr="00560995" w:rsidRDefault="00FD4A85" w:rsidP="00702148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560995">
              <w:rPr>
                <w:szCs w:val="24"/>
                <w:u w:val="single"/>
                <w:lang w:val="ru-RU"/>
              </w:rPr>
              <w:t>Отношение к гидролизу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 xml:space="preserve">А. </w:t>
            </w:r>
            <w:r w:rsidRPr="00560995">
              <w:rPr>
                <w:color w:val="000000"/>
                <w:szCs w:val="24"/>
                <w:lang w:val="ru-RU"/>
              </w:rPr>
              <w:t>гидролизуется по катиону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 xml:space="preserve">Б. </w:t>
            </w:r>
            <w:r w:rsidRPr="00560995">
              <w:rPr>
                <w:color w:val="000000"/>
                <w:szCs w:val="24"/>
                <w:lang w:val="ru-RU"/>
              </w:rPr>
              <w:t>гидролизуется по аниону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В.</w:t>
            </w:r>
            <w:r w:rsidRPr="00560995">
              <w:rPr>
                <w:color w:val="000000"/>
                <w:szCs w:val="24"/>
                <w:lang w:val="ru-RU"/>
              </w:rPr>
              <w:t xml:space="preserve"> гидролизуется по катиону и аниону</w:t>
            </w:r>
          </w:p>
          <w:p w:rsidR="00FD4A85" w:rsidRPr="004D00E1" w:rsidRDefault="00FD4A85" w:rsidP="0070214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Г</w:t>
            </w:r>
            <w:r>
              <w:rPr>
                <w:szCs w:val="24"/>
              </w:rPr>
              <w:t>.</w:t>
            </w:r>
            <w:r w:rsidRPr="004D00E1">
              <w:rPr>
                <w:szCs w:val="24"/>
              </w:rPr>
              <w:t xml:space="preserve"> не подвергается гидролизу</w:t>
            </w:r>
          </w:p>
        </w:tc>
      </w:tr>
      <w:tr w:rsidR="00FD4A85" w:rsidRPr="00BA04A5" w:rsidTr="002264E8">
        <w:tc>
          <w:tcPr>
            <w:tcW w:w="10881" w:type="dxa"/>
            <w:gridSpan w:val="4"/>
            <w:tcBorders>
              <w:top w:val="nil"/>
            </w:tcBorders>
          </w:tcPr>
          <w:p w:rsidR="00FD4A85" w:rsidRPr="00BA04A5" w:rsidRDefault="00FD4A85" w:rsidP="00702148">
            <w:pPr>
              <w:spacing w:line="240" w:lineRule="auto"/>
              <w:rPr>
                <w:b/>
                <w:szCs w:val="24"/>
              </w:rPr>
            </w:pPr>
            <w:r w:rsidRPr="00BA04A5">
              <w:rPr>
                <w:b/>
                <w:szCs w:val="24"/>
              </w:rPr>
              <w:t>(1В, 2Б, 3А)</w:t>
            </w:r>
          </w:p>
        </w:tc>
      </w:tr>
      <w:tr w:rsidR="00FD4A85" w:rsidRPr="00771808" w:rsidTr="002264E8">
        <w:tc>
          <w:tcPr>
            <w:tcW w:w="10881" w:type="dxa"/>
            <w:gridSpan w:val="4"/>
            <w:tcBorders>
              <w:bottom w:val="nil"/>
            </w:tcBorders>
          </w:tcPr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 xml:space="preserve">40 </w:t>
            </w:r>
            <w:r w:rsidRPr="00560995">
              <w:rPr>
                <w:color w:val="000000"/>
                <w:szCs w:val="24"/>
                <w:lang w:val="ru-RU"/>
              </w:rPr>
              <w:t>Установите соответствие между названием соли и ее отношением к гидролизу:</w:t>
            </w:r>
          </w:p>
        </w:tc>
      </w:tr>
      <w:tr w:rsidR="00FD4A85" w:rsidRPr="004D00E1" w:rsidTr="002264E8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FD4A85" w:rsidRPr="00791B26" w:rsidRDefault="00FD4A85" w:rsidP="00702148">
            <w:pPr>
              <w:spacing w:line="240" w:lineRule="auto"/>
              <w:rPr>
                <w:szCs w:val="24"/>
                <w:u w:val="single"/>
              </w:rPr>
            </w:pPr>
            <w:r w:rsidRPr="004D00E1">
              <w:rPr>
                <w:szCs w:val="24"/>
                <w:u w:val="single"/>
              </w:rPr>
              <w:t>Формулой</w:t>
            </w:r>
            <w:r w:rsidRPr="00791B26">
              <w:rPr>
                <w:szCs w:val="24"/>
                <w:u w:val="single"/>
              </w:rPr>
              <w:t xml:space="preserve"> </w:t>
            </w:r>
            <w:r w:rsidRPr="004D00E1">
              <w:rPr>
                <w:szCs w:val="24"/>
                <w:u w:val="single"/>
              </w:rPr>
              <w:t>соли</w:t>
            </w:r>
          </w:p>
          <w:p w:rsidR="00FD4A85" w:rsidRPr="00791B26" w:rsidRDefault="00FD4A85" w:rsidP="00702148">
            <w:pPr>
              <w:spacing w:line="240" w:lineRule="auto"/>
              <w:rPr>
                <w:szCs w:val="24"/>
              </w:rPr>
            </w:pPr>
            <w:r w:rsidRPr="00791B26">
              <w:rPr>
                <w:szCs w:val="24"/>
              </w:rPr>
              <w:lastRenderedPageBreak/>
              <w:t xml:space="preserve">1. </w:t>
            </w:r>
            <w:r w:rsidRPr="004D00E1">
              <w:rPr>
                <w:szCs w:val="24"/>
              </w:rPr>
              <w:t>Al</w:t>
            </w:r>
            <w:r w:rsidRPr="00791B26">
              <w:rPr>
                <w:szCs w:val="24"/>
              </w:rPr>
              <w:t>(</w:t>
            </w:r>
            <w:r w:rsidRPr="004D00E1">
              <w:rPr>
                <w:szCs w:val="24"/>
              </w:rPr>
              <w:t>NO</w:t>
            </w:r>
            <w:r w:rsidRPr="00791B26">
              <w:rPr>
                <w:szCs w:val="24"/>
                <w:vertAlign w:val="subscript"/>
              </w:rPr>
              <w:t>3</w:t>
            </w:r>
            <w:r w:rsidRPr="00791B26">
              <w:rPr>
                <w:szCs w:val="24"/>
              </w:rPr>
              <w:t>)</w:t>
            </w:r>
            <w:r w:rsidRPr="00791B26">
              <w:rPr>
                <w:szCs w:val="24"/>
                <w:vertAlign w:val="subscript"/>
              </w:rPr>
              <w:t>3</w:t>
            </w:r>
          </w:p>
          <w:p w:rsidR="00FD4A85" w:rsidRPr="00791B26" w:rsidRDefault="00FD4A85" w:rsidP="00702148">
            <w:pPr>
              <w:spacing w:line="240" w:lineRule="auto"/>
              <w:rPr>
                <w:szCs w:val="24"/>
              </w:rPr>
            </w:pPr>
            <w:r w:rsidRPr="00791B26">
              <w:rPr>
                <w:szCs w:val="24"/>
              </w:rPr>
              <w:t xml:space="preserve">2. </w:t>
            </w:r>
            <w:r w:rsidRPr="004D00E1">
              <w:rPr>
                <w:szCs w:val="24"/>
              </w:rPr>
              <w:t>K</w:t>
            </w:r>
            <w:r w:rsidRPr="00791B26">
              <w:rPr>
                <w:szCs w:val="24"/>
                <w:vertAlign w:val="subscript"/>
              </w:rPr>
              <w:t>2</w:t>
            </w:r>
            <w:r w:rsidRPr="004D00E1">
              <w:rPr>
                <w:szCs w:val="24"/>
              </w:rPr>
              <w:t>SO</w:t>
            </w:r>
            <w:r w:rsidRPr="00791B26">
              <w:rPr>
                <w:szCs w:val="24"/>
                <w:vertAlign w:val="subscript"/>
              </w:rPr>
              <w:t>4</w:t>
            </w:r>
          </w:p>
          <w:p w:rsidR="00FD4A85" w:rsidRPr="00791B26" w:rsidRDefault="00FD4A85" w:rsidP="00702148">
            <w:pPr>
              <w:spacing w:line="240" w:lineRule="auto"/>
              <w:rPr>
                <w:szCs w:val="24"/>
              </w:rPr>
            </w:pPr>
            <w:r w:rsidRPr="00791B26">
              <w:rPr>
                <w:szCs w:val="24"/>
              </w:rPr>
              <w:t>3. (</w:t>
            </w:r>
            <w:r w:rsidRPr="004D00E1">
              <w:rPr>
                <w:szCs w:val="24"/>
              </w:rPr>
              <w:t>NH</w:t>
            </w:r>
            <w:r w:rsidRPr="00791B26">
              <w:rPr>
                <w:szCs w:val="24"/>
                <w:vertAlign w:val="subscript"/>
              </w:rPr>
              <w:t>4</w:t>
            </w:r>
            <w:r w:rsidRPr="00791B26">
              <w:rPr>
                <w:szCs w:val="24"/>
              </w:rPr>
              <w:t>)</w:t>
            </w:r>
            <w:r w:rsidRPr="00791B26">
              <w:rPr>
                <w:szCs w:val="24"/>
                <w:vertAlign w:val="subscript"/>
              </w:rPr>
              <w:t>2</w:t>
            </w:r>
            <w:r w:rsidRPr="004D00E1">
              <w:rPr>
                <w:szCs w:val="24"/>
              </w:rPr>
              <w:t>CO</w:t>
            </w:r>
            <w:r w:rsidRPr="00791B26">
              <w:rPr>
                <w:szCs w:val="24"/>
                <w:vertAlign w:val="subscript"/>
              </w:rPr>
              <w:t>3</w:t>
            </w:r>
          </w:p>
        </w:tc>
        <w:tc>
          <w:tcPr>
            <w:tcW w:w="6065" w:type="dxa"/>
            <w:gridSpan w:val="2"/>
            <w:tcBorders>
              <w:top w:val="nil"/>
              <w:bottom w:val="nil"/>
            </w:tcBorders>
          </w:tcPr>
          <w:p w:rsidR="00FD4A85" w:rsidRPr="00560995" w:rsidRDefault="00FD4A85" w:rsidP="00702148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560995">
              <w:rPr>
                <w:szCs w:val="24"/>
                <w:u w:val="single"/>
                <w:lang w:val="ru-RU"/>
              </w:rPr>
              <w:lastRenderedPageBreak/>
              <w:t>Отношение к гидролизу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lastRenderedPageBreak/>
              <w:t xml:space="preserve">А. </w:t>
            </w:r>
            <w:r w:rsidRPr="00560995">
              <w:rPr>
                <w:color w:val="000000"/>
                <w:szCs w:val="24"/>
                <w:lang w:val="ru-RU"/>
              </w:rPr>
              <w:t>гидролизуется по катиону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 xml:space="preserve">Б. </w:t>
            </w:r>
            <w:r w:rsidRPr="00560995">
              <w:rPr>
                <w:color w:val="000000"/>
                <w:szCs w:val="24"/>
                <w:lang w:val="ru-RU"/>
              </w:rPr>
              <w:t>гидролизуется по аниону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В.</w:t>
            </w:r>
            <w:r w:rsidRPr="00560995">
              <w:rPr>
                <w:color w:val="000000"/>
                <w:szCs w:val="24"/>
                <w:lang w:val="ru-RU"/>
              </w:rPr>
              <w:t xml:space="preserve"> гидролизуется по катиону и аниону</w:t>
            </w:r>
          </w:p>
          <w:p w:rsidR="00FD4A85" w:rsidRPr="004D00E1" w:rsidRDefault="00FD4A85" w:rsidP="0070214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Г</w:t>
            </w:r>
            <w:r>
              <w:rPr>
                <w:szCs w:val="24"/>
              </w:rPr>
              <w:t>.</w:t>
            </w:r>
            <w:r w:rsidRPr="004D00E1">
              <w:rPr>
                <w:szCs w:val="24"/>
              </w:rPr>
              <w:t xml:space="preserve"> не подвергается гидролизу</w:t>
            </w:r>
          </w:p>
        </w:tc>
      </w:tr>
      <w:tr w:rsidR="00FD4A85" w:rsidRPr="00BA04A5" w:rsidTr="002264E8">
        <w:tc>
          <w:tcPr>
            <w:tcW w:w="10881" w:type="dxa"/>
            <w:gridSpan w:val="4"/>
            <w:tcBorders>
              <w:top w:val="nil"/>
            </w:tcBorders>
          </w:tcPr>
          <w:p w:rsidR="00FD4A85" w:rsidRPr="00BA04A5" w:rsidRDefault="00FD4A85" w:rsidP="00702148">
            <w:pPr>
              <w:spacing w:line="240" w:lineRule="auto"/>
              <w:rPr>
                <w:b/>
                <w:szCs w:val="24"/>
              </w:rPr>
            </w:pPr>
            <w:r w:rsidRPr="00BA04A5">
              <w:rPr>
                <w:b/>
                <w:szCs w:val="24"/>
              </w:rPr>
              <w:lastRenderedPageBreak/>
              <w:t>(1А, 2Г, 3В)</w:t>
            </w:r>
          </w:p>
        </w:tc>
      </w:tr>
      <w:tr w:rsidR="00FD4A85" w:rsidRPr="00771808" w:rsidTr="002264E8">
        <w:tc>
          <w:tcPr>
            <w:tcW w:w="10881" w:type="dxa"/>
            <w:gridSpan w:val="4"/>
            <w:tcBorders>
              <w:bottom w:val="nil"/>
            </w:tcBorders>
          </w:tcPr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 xml:space="preserve">41. </w:t>
            </w:r>
            <w:r w:rsidRPr="00560995">
              <w:rPr>
                <w:color w:val="000000"/>
                <w:szCs w:val="24"/>
                <w:lang w:val="ru-RU"/>
              </w:rPr>
              <w:t>Установите соответствие между названием соли и ее отношением к гидролизу:</w:t>
            </w:r>
          </w:p>
        </w:tc>
      </w:tr>
      <w:tr w:rsidR="00FD4A85" w:rsidRPr="004D00E1" w:rsidTr="002264E8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FD4A85" w:rsidRPr="00560995" w:rsidRDefault="00FD4A85" w:rsidP="00702148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560995">
              <w:rPr>
                <w:szCs w:val="24"/>
                <w:u w:val="single"/>
                <w:lang w:val="ru-RU"/>
              </w:rPr>
              <w:t>Формулой соли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 xml:space="preserve">1. </w:t>
            </w:r>
            <w:r w:rsidRPr="004D00E1">
              <w:rPr>
                <w:szCs w:val="24"/>
              </w:rPr>
              <w:t>NaNO</w:t>
            </w:r>
            <w:r w:rsidRPr="00560995">
              <w:rPr>
                <w:szCs w:val="24"/>
                <w:vertAlign w:val="subscript"/>
                <w:lang w:val="ru-RU"/>
              </w:rPr>
              <w:t>3</w:t>
            </w:r>
          </w:p>
          <w:p w:rsidR="00FD4A85" w:rsidRPr="00560995" w:rsidRDefault="00FD4A85" w:rsidP="00702148">
            <w:pPr>
              <w:tabs>
                <w:tab w:val="left" w:pos="720"/>
              </w:tabs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 xml:space="preserve">2. </w:t>
            </w:r>
            <w:r w:rsidRPr="004D00E1">
              <w:rPr>
                <w:szCs w:val="24"/>
              </w:rPr>
              <w:t>Cu</w:t>
            </w:r>
            <w:r w:rsidRPr="00560995">
              <w:rPr>
                <w:szCs w:val="24"/>
                <w:lang w:val="ru-RU"/>
              </w:rPr>
              <w:t>(</w:t>
            </w:r>
            <w:r w:rsidRPr="004D00E1">
              <w:rPr>
                <w:szCs w:val="24"/>
              </w:rPr>
              <w:t>NO</w:t>
            </w:r>
            <w:r w:rsidRPr="00560995">
              <w:rPr>
                <w:szCs w:val="24"/>
                <w:vertAlign w:val="subscript"/>
                <w:lang w:val="ru-RU"/>
              </w:rPr>
              <w:t>3</w:t>
            </w:r>
            <w:r w:rsidRPr="00560995">
              <w:rPr>
                <w:szCs w:val="24"/>
                <w:lang w:val="ru-RU"/>
              </w:rPr>
              <w:t>)</w:t>
            </w:r>
            <w:r w:rsidRPr="00560995">
              <w:rPr>
                <w:szCs w:val="24"/>
                <w:vertAlign w:val="subscript"/>
                <w:lang w:val="ru-RU"/>
              </w:rPr>
              <w:t>2</w:t>
            </w:r>
          </w:p>
          <w:p w:rsidR="00FD4A85" w:rsidRPr="004D00E1" w:rsidRDefault="00FD4A85" w:rsidP="00702148">
            <w:pPr>
              <w:tabs>
                <w:tab w:val="left" w:pos="720"/>
              </w:tabs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3</w:t>
            </w:r>
            <w:r>
              <w:rPr>
                <w:szCs w:val="24"/>
              </w:rPr>
              <w:t>.</w:t>
            </w:r>
            <w:r w:rsidRPr="004D00E1">
              <w:rPr>
                <w:szCs w:val="24"/>
              </w:rPr>
              <w:t xml:space="preserve"> Na</w:t>
            </w:r>
            <w:r w:rsidRPr="004D00E1">
              <w:rPr>
                <w:szCs w:val="24"/>
                <w:vertAlign w:val="subscript"/>
              </w:rPr>
              <w:t>2</w:t>
            </w:r>
            <w:r w:rsidRPr="004D00E1">
              <w:rPr>
                <w:szCs w:val="24"/>
              </w:rPr>
              <w:t>SO</w:t>
            </w:r>
            <w:r w:rsidRPr="004D00E1">
              <w:rPr>
                <w:szCs w:val="24"/>
                <w:vertAlign w:val="subscript"/>
              </w:rPr>
              <w:t>3</w:t>
            </w:r>
          </w:p>
          <w:p w:rsidR="00FD4A85" w:rsidRPr="004D00E1" w:rsidRDefault="00FD4A85" w:rsidP="00702148">
            <w:pPr>
              <w:tabs>
                <w:tab w:val="left" w:pos="720"/>
              </w:tabs>
              <w:spacing w:line="240" w:lineRule="auto"/>
              <w:rPr>
                <w:szCs w:val="24"/>
              </w:rPr>
            </w:pPr>
          </w:p>
        </w:tc>
        <w:tc>
          <w:tcPr>
            <w:tcW w:w="6065" w:type="dxa"/>
            <w:gridSpan w:val="2"/>
            <w:tcBorders>
              <w:top w:val="nil"/>
              <w:bottom w:val="nil"/>
            </w:tcBorders>
          </w:tcPr>
          <w:p w:rsidR="00FD4A85" w:rsidRPr="00560995" w:rsidRDefault="00FD4A85" w:rsidP="00702148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560995">
              <w:rPr>
                <w:szCs w:val="24"/>
                <w:u w:val="single"/>
                <w:lang w:val="ru-RU"/>
              </w:rPr>
              <w:t>Отношение к гидролизу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 xml:space="preserve">А. </w:t>
            </w:r>
            <w:r w:rsidRPr="00560995">
              <w:rPr>
                <w:color w:val="000000"/>
                <w:szCs w:val="24"/>
                <w:lang w:val="ru-RU"/>
              </w:rPr>
              <w:t>гидролизуется по катиону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 xml:space="preserve">Б. </w:t>
            </w:r>
            <w:r w:rsidRPr="00560995">
              <w:rPr>
                <w:color w:val="000000"/>
                <w:szCs w:val="24"/>
                <w:lang w:val="ru-RU"/>
              </w:rPr>
              <w:t>гидролизуется по аниону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В.</w:t>
            </w:r>
            <w:r w:rsidRPr="00560995">
              <w:rPr>
                <w:color w:val="000000"/>
                <w:szCs w:val="24"/>
                <w:lang w:val="ru-RU"/>
              </w:rPr>
              <w:t xml:space="preserve"> гидролизуется по катиону и аниону</w:t>
            </w:r>
          </w:p>
          <w:p w:rsidR="00FD4A85" w:rsidRPr="004D00E1" w:rsidRDefault="00FD4A85" w:rsidP="0070214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Г</w:t>
            </w:r>
            <w:r>
              <w:rPr>
                <w:szCs w:val="24"/>
              </w:rPr>
              <w:t>.</w:t>
            </w:r>
            <w:r w:rsidRPr="004D00E1">
              <w:rPr>
                <w:szCs w:val="24"/>
              </w:rPr>
              <w:t xml:space="preserve"> не подвергается гидролизу</w:t>
            </w:r>
          </w:p>
        </w:tc>
      </w:tr>
      <w:tr w:rsidR="00FD4A85" w:rsidRPr="004D00E1" w:rsidTr="002264E8">
        <w:tc>
          <w:tcPr>
            <w:tcW w:w="10881" w:type="dxa"/>
            <w:gridSpan w:val="4"/>
            <w:tcBorders>
              <w:top w:val="nil"/>
            </w:tcBorders>
          </w:tcPr>
          <w:p w:rsidR="00FD4A85" w:rsidRPr="00BA04A5" w:rsidRDefault="00FD4A85" w:rsidP="00702148">
            <w:pPr>
              <w:spacing w:line="240" w:lineRule="auto"/>
              <w:rPr>
                <w:b/>
                <w:szCs w:val="24"/>
              </w:rPr>
            </w:pPr>
            <w:r w:rsidRPr="00BA04A5">
              <w:rPr>
                <w:b/>
                <w:szCs w:val="24"/>
              </w:rPr>
              <w:t>(1Г, 2А, 3Б)</w:t>
            </w:r>
          </w:p>
        </w:tc>
      </w:tr>
      <w:tr w:rsidR="00FD4A85" w:rsidRPr="00771808" w:rsidTr="002264E8">
        <w:tc>
          <w:tcPr>
            <w:tcW w:w="10881" w:type="dxa"/>
            <w:gridSpan w:val="4"/>
            <w:tcBorders>
              <w:bottom w:val="nil"/>
            </w:tcBorders>
          </w:tcPr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42. Установите соответствие между формулой вещества и классом неорганического соединения, к которому это вещество принадлежит</w:t>
            </w:r>
          </w:p>
        </w:tc>
      </w:tr>
      <w:tr w:rsidR="00FD4A85" w:rsidRPr="004D00E1" w:rsidTr="002264E8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FD4A85" w:rsidRPr="00560995" w:rsidRDefault="00FD4A85" w:rsidP="00702148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560995">
              <w:rPr>
                <w:szCs w:val="24"/>
                <w:u w:val="single"/>
                <w:lang w:val="ru-RU"/>
              </w:rPr>
              <w:t>Формула вещества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1.</w:t>
            </w:r>
            <w:r w:rsidRPr="00560995">
              <w:rPr>
                <w:noProof/>
                <w:color w:val="000000"/>
                <w:szCs w:val="24"/>
                <w:lang w:val="ru-RU"/>
              </w:rPr>
              <w:t xml:space="preserve"> </w:t>
            </w:r>
            <w:r w:rsidRPr="004D00E1">
              <w:rPr>
                <w:noProof/>
                <w:color w:val="000000"/>
                <w:szCs w:val="24"/>
              </w:rPr>
              <w:t>NH</w:t>
            </w:r>
            <w:r w:rsidRPr="00560995">
              <w:rPr>
                <w:noProof/>
                <w:color w:val="000000"/>
                <w:szCs w:val="24"/>
                <w:vertAlign w:val="subscript"/>
                <w:lang w:val="ru-RU"/>
              </w:rPr>
              <w:t>4</w:t>
            </w:r>
            <w:r w:rsidRPr="004D00E1">
              <w:rPr>
                <w:noProof/>
                <w:color w:val="000000"/>
                <w:szCs w:val="24"/>
              </w:rPr>
              <w:t>HCO</w:t>
            </w:r>
            <w:r w:rsidRPr="00560995">
              <w:rPr>
                <w:noProof/>
                <w:color w:val="000000"/>
                <w:szCs w:val="24"/>
                <w:vertAlign w:val="subscript"/>
                <w:lang w:val="ru-RU"/>
              </w:rPr>
              <w:t>3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 xml:space="preserve">2. </w:t>
            </w:r>
            <w:r w:rsidRPr="004D00E1">
              <w:rPr>
                <w:szCs w:val="24"/>
              </w:rPr>
              <w:t>KF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 xml:space="preserve">3. </w:t>
            </w:r>
            <w:r w:rsidRPr="004D00E1">
              <w:rPr>
                <w:szCs w:val="24"/>
              </w:rPr>
              <w:t>NO</w:t>
            </w:r>
          </w:p>
        </w:tc>
        <w:tc>
          <w:tcPr>
            <w:tcW w:w="6065" w:type="dxa"/>
            <w:gridSpan w:val="2"/>
            <w:tcBorders>
              <w:top w:val="nil"/>
              <w:bottom w:val="nil"/>
            </w:tcBorders>
          </w:tcPr>
          <w:p w:rsidR="00FD4A85" w:rsidRPr="00560995" w:rsidRDefault="00FD4A85" w:rsidP="00702148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560995">
              <w:rPr>
                <w:szCs w:val="24"/>
                <w:u w:val="single"/>
                <w:lang w:val="ru-RU"/>
              </w:rPr>
              <w:t>Класс неорганического соединения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А. соль средняя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Б. оксид кислотный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В. оксид несолеобразующийся</w:t>
            </w:r>
          </w:p>
          <w:p w:rsidR="00FD4A85" w:rsidRPr="004D00E1" w:rsidRDefault="00FD4A85" w:rsidP="0070214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Г</w:t>
            </w:r>
            <w:r>
              <w:rPr>
                <w:szCs w:val="24"/>
              </w:rPr>
              <w:t>.</w:t>
            </w:r>
            <w:r w:rsidRPr="004D00E1">
              <w:rPr>
                <w:szCs w:val="24"/>
              </w:rPr>
              <w:t xml:space="preserve"> соль кислая </w:t>
            </w:r>
          </w:p>
        </w:tc>
      </w:tr>
      <w:tr w:rsidR="00FD4A85" w:rsidRPr="004D00E1" w:rsidTr="002264E8">
        <w:tc>
          <w:tcPr>
            <w:tcW w:w="10881" w:type="dxa"/>
            <w:gridSpan w:val="4"/>
            <w:tcBorders>
              <w:top w:val="nil"/>
            </w:tcBorders>
          </w:tcPr>
          <w:p w:rsidR="00FD4A85" w:rsidRPr="00BA04A5" w:rsidRDefault="00FD4A85" w:rsidP="00702148">
            <w:pPr>
              <w:spacing w:line="240" w:lineRule="auto"/>
              <w:rPr>
                <w:b/>
                <w:szCs w:val="24"/>
              </w:rPr>
            </w:pPr>
            <w:r w:rsidRPr="00BA04A5">
              <w:rPr>
                <w:b/>
                <w:szCs w:val="24"/>
              </w:rPr>
              <w:t>(1Г, 2А, 3В)</w:t>
            </w:r>
          </w:p>
        </w:tc>
      </w:tr>
      <w:tr w:rsidR="00FD4A85" w:rsidRPr="00771808" w:rsidTr="002264E8">
        <w:tc>
          <w:tcPr>
            <w:tcW w:w="10881" w:type="dxa"/>
            <w:gridSpan w:val="4"/>
            <w:tcBorders>
              <w:bottom w:val="nil"/>
            </w:tcBorders>
          </w:tcPr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43 Установите соответствие между формулой вещества и классом неорганического соединения, к которому это вещество принадлежит</w:t>
            </w:r>
          </w:p>
        </w:tc>
      </w:tr>
      <w:tr w:rsidR="00FD4A85" w:rsidRPr="004D00E1" w:rsidTr="002264E8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FD4A85" w:rsidRPr="00560995" w:rsidRDefault="00FD4A85" w:rsidP="00702148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560995">
              <w:rPr>
                <w:szCs w:val="24"/>
                <w:u w:val="single"/>
                <w:lang w:val="ru-RU"/>
              </w:rPr>
              <w:t>Формула вещества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 xml:space="preserve">1. </w:t>
            </w:r>
            <w:r w:rsidRPr="004D00E1">
              <w:rPr>
                <w:szCs w:val="24"/>
              </w:rPr>
              <w:t>Li</w:t>
            </w:r>
            <w:r w:rsidRPr="00560995">
              <w:rPr>
                <w:szCs w:val="24"/>
                <w:vertAlign w:val="subscript"/>
                <w:lang w:val="ru-RU"/>
              </w:rPr>
              <w:t>2</w:t>
            </w:r>
            <w:r w:rsidRPr="004D00E1">
              <w:rPr>
                <w:szCs w:val="24"/>
              </w:rPr>
              <w:t>O</w:t>
            </w:r>
            <w:r w:rsidRPr="00560995">
              <w:rPr>
                <w:szCs w:val="24"/>
                <w:vertAlign w:val="subscript"/>
                <w:lang w:val="ru-RU"/>
              </w:rPr>
              <w:t>2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 xml:space="preserve">2. </w:t>
            </w:r>
            <w:r w:rsidRPr="004D00E1">
              <w:rPr>
                <w:szCs w:val="24"/>
              </w:rPr>
              <w:t>P</w:t>
            </w:r>
            <w:r w:rsidRPr="00560995">
              <w:rPr>
                <w:szCs w:val="24"/>
                <w:vertAlign w:val="subscript"/>
                <w:lang w:val="ru-RU"/>
              </w:rPr>
              <w:t>2</w:t>
            </w:r>
            <w:r w:rsidRPr="004D00E1">
              <w:rPr>
                <w:szCs w:val="24"/>
              </w:rPr>
              <w:t>O</w:t>
            </w:r>
            <w:r w:rsidRPr="00560995">
              <w:rPr>
                <w:szCs w:val="24"/>
                <w:vertAlign w:val="subscript"/>
                <w:lang w:val="ru-RU"/>
              </w:rPr>
              <w:t>5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 xml:space="preserve">3. </w:t>
            </w:r>
            <w:r w:rsidRPr="004D00E1">
              <w:rPr>
                <w:szCs w:val="24"/>
              </w:rPr>
              <w:t>Al</w:t>
            </w:r>
            <w:r w:rsidRPr="00560995">
              <w:rPr>
                <w:szCs w:val="24"/>
                <w:vertAlign w:val="subscript"/>
                <w:lang w:val="ru-RU"/>
              </w:rPr>
              <w:t>2</w:t>
            </w:r>
            <w:r w:rsidRPr="004D00E1">
              <w:rPr>
                <w:szCs w:val="24"/>
              </w:rPr>
              <w:t>O</w:t>
            </w:r>
            <w:r w:rsidRPr="00560995">
              <w:rPr>
                <w:szCs w:val="24"/>
                <w:vertAlign w:val="subscript"/>
                <w:lang w:val="ru-RU"/>
              </w:rPr>
              <w:t>3</w:t>
            </w:r>
          </w:p>
        </w:tc>
        <w:tc>
          <w:tcPr>
            <w:tcW w:w="6065" w:type="dxa"/>
            <w:gridSpan w:val="2"/>
            <w:tcBorders>
              <w:top w:val="nil"/>
              <w:bottom w:val="nil"/>
            </w:tcBorders>
          </w:tcPr>
          <w:p w:rsidR="00FD4A85" w:rsidRPr="00560995" w:rsidRDefault="00FD4A85" w:rsidP="00702148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560995">
              <w:rPr>
                <w:szCs w:val="24"/>
                <w:u w:val="single"/>
                <w:lang w:val="ru-RU"/>
              </w:rPr>
              <w:t>Класс неорганического соединения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А. основной оксид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Б. амфотерный оксид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В. кислотный оксид</w:t>
            </w:r>
          </w:p>
          <w:p w:rsidR="00FD4A85" w:rsidRPr="004D00E1" w:rsidRDefault="00FD4A85" w:rsidP="0070214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Г</w:t>
            </w:r>
            <w:r>
              <w:rPr>
                <w:szCs w:val="24"/>
              </w:rPr>
              <w:t>.</w:t>
            </w:r>
            <w:r w:rsidRPr="004D00E1">
              <w:rPr>
                <w:szCs w:val="24"/>
              </w:rPr>
              <w:t xml:space="preserve"> пероксид</w:t>
            </w:r>
          </w:p>
        </w:tc>
      </w:tr>
      <w:tr w:rsidR="00FD4A85" w:rsidRPr="004D00E1" w:rsidTr="002264E8">
        <w:tc>
          <w:tcPr>
            <w:tcW w:w="10881" w:type="dxa"/>
            <w:gridSpan w:val="4"/>
            <w:tcBorders>
              <w:top w:val="nil"/>
            </w:tcBorders>
          </w:tcPr>
          <w:p w:rsidR="00FD4A85" w:rsidRPr="00BA04A5" w:rsidRDefault="00FD4A85" w:rsidP="00702148">
            <w:pPr>
              <w:spacing w:line="240" w:lineRule="auto"/>
              <w:rPr>
                <w:b/>
                <w:szCs w:val="24"/>
              </w:rPr>
            </w:pPr>
            <w:r w:rsidRPr="00BA04A5">
              <w:rPr>
                <w:b/>
                <w:szCs w:val="24"/>
              </w:rPr>
              <w:t>(1А, 2В, 3Б)</w:t>
            </w:r>
          </w:p>
        </w:tc>
      </w:tr>
      <w:tr w:rsidR="00FD4A85" w:rsidRPr="00771808" w:rsidTr="002264E8">
        <w:tc>
          <w:tcPr>
            <w:tcW w:w="10881" w:type="dxa"/>
            <w:gridSpan w:val="4"/>
            <w:tcBorders>
              <w:bottom w:val="nil"/>
            </w:tcBorders>
          </w:tcPr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44  Установите соответствие между химическим элементом и  электронной конфигурацией его атома</w:t>
            </w:r>
          </w:p>
        </w:tc>
      </w:tr>
      <w:tr w:rsidR="00FD4A85" w:rsidRPr="004D00E1" w:rsidTr="002264E8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FD4A85" w:rsidRPr="00560995" w:rsidRDefault="00FD4A85" w:rsidP="00702148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560995">
              <w:rPr>
                <w:szCs w:val="24"/>
                <w:u w:val="single"/>
                <w:lang w:val="ru-RU"/>
              </w:rPr>
              <w:t>Химический элемент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1. натрий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2. хлор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3. углерод</w:t>
            </w:r>
          </w:p>
        </w:tc>
        <w:tc>
          <w:tcPr>
            <w:tcW w:w="6065" w:type="dxa"/>
            <w:gridSpan w:val="2"/>
            <w:tcBorders>
              <w:top w:val="nil"/>
              <w:bottom w:val="nil"/>
            </w:tcBorders>
          </w:tcPr>
          <w:p w:rsidR="00FD4A85" w:rsidRPr="00560995" w:rsidRDefault="00FD4A85" w:rsidP="00702148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560995">
              <w:rPr>
                <w:szCs w:val="24"/>
                <w:u w:val="single"/>
                <w:lang w:val="ru-RU"/>
              </w:rPr>
              <w:t>Электронная конфигурация атома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А. 1</w:t>
            </w:r>
            <w:r w:rsidRPr="004D00E1">
              <w:rPr>
                <w:szCs w:val="24"/>
              </w:rPr>
              <w:t>s</w:t>
            </w:r>
            <w:r w:rsidRPr="00560995">
              <w:rPr>
                <w:szCs w:val="24"/>
                <w:vertAlign w:val="superscript"/>
                <w:lang w:val="ru-RU"/>
              </w:rPr>
              <w:t>2</w:t>
            </w:r>
            <w:r w:rsidRPr="00560995">
              <w:rPr>
                <w:szCs w:val="24"/>
                <w:lang w:val="ru-RU"/>
              </w:rPr>
              <w:t>2</w:t>
            </w:r>
            <w:r w:rsidRPr="004D00E1">
              <w:rPr>
                <w:szCs w:val="24"/>
              </w:rPr>
              <w:t>s</w:t>
            </w:r>
            <w:r w:rsidRPr="00560995">
              <w:rPr>
                <w:szCs w:val="24"/>
                <w:vertAlign w:val="superscript"/>
                <w:lang w:val="ru-RU"/>
              </w:rPr>
              <w:t>2</w:t>
            </w:r>
            <w:r w:rsidRPr="00560995">
              <w:rPr>
                <w:szCs w:val="24"/>
                <w:lang w:val="ru-RU"/>
              </w:rPr>
              <w:t>2</w:t>
            </w:r>
            <w:r w:rsidRPr="004D00E1">
              <w:rPr>
                <w:szCs w:val="24"/>
              </w:rPr>
              <w:t>p</w:t>
            </w:r>
            <w:r w:rsidRPr="00560995">
              <w:rPr>
                <w:szCs w:val="24"/>
                <w:vertAlign w:val="superscript"/>
                <w:lang w:val="ru-RU"/>
              </w:rPr>
              <w:t>4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Б. 1</w:t>
            </w:r>
            <w:r w:rsidRPr="004D00E1">
              <w:rPr>
                <w:szCs w:val="24"/>
              </w:rPr>
              <w:t>s</w:t>
            </w:r>
            <w:r w:rsidRPr="00560995">
              <w:rPr>
                <w:szCs w:val="24"/>
                <w:vertAlign w:val="superscript"/>
                <w:lang w:val="ru-RU"/>
              </w:rPr>
              <w:t>2</w:t>
            </w:r>
            <w:r w:rsidRPr="00560995">
              <w:rPr>
                <w:szCs w:val="24"/>
                <w:lang w:val="ru-RU"/>
              </w:rPr>
              <w:t>2</w:t>
            </w:r>
            <w:r w:rsidRPr="004D00E1">
              <w:rPr>
                <w:szCs w:val="24"/>
              </w:rPr>
              <w:t>s</w:t>
            </w:r>
            <w:r w:rsidRPr="00560995">
              <w:rPr>
                <w:szCs w:val="24"/>
                <w:vertAlign w:val="superscript"/>
                <w:lang w:val="ru-RU"/>
              </w:rPr>
              <w:t>2</w:t>
            </w:r>
            <w:r w:rsidRPr="00560995">
              <w:rPr>
                <w:szCs w:val="24"/>
                <w:lang w:val="ru-RU"/>
              </w:rPr>
              <w:t>2</w:t>
            </w:r>
            <w:r w:rsidRPr="004D00E1">
              <w:rPr>
                <w:szCs w:val="24"/>
              </w:rPr>
              <w:t>p</w:t>
            </w:r>
            <w:r w:rsidRPr="00560995">
              <w:rPr>
                <w:szCs w:val="24"/>
                <w:vertAlign w:val="superscript"/>
                <w:lang w:val="ru-RU"/>
              </w:rPr>
              <w:t>6</w:t>
            </w:r>
            <w:r w:rsidRPr="00560995">
              <w:rPr>
                <w:szCs w:val="24"/>
                <w:lang w:val="ru-RU"/>
              </w:rPr>
              <w:t>3</w:t>
            </w:r>
            <w:r w:rsidRPr="004D00E1">
              <w:rPr>
                <w:szCs w:val="24"/>
              </w:rPr>
              <w:t>s</w:t>
            </w:r>
            <w:r w:rsidRPr="00560995">
              <w:rPr>
                <w:szCs w:val="24"/>
                <w:vertAlign w:val="superscript"/>
                <w:lang w:val="ru-RU"/>
              </w:rPr>
              <w:t>1</w:t>
            </w:r>
          </w:p>
          <w:p w:rsidR="00FD4A85" w:rsidRPr="004D00E1" w:rsidRDefault="00FD4A85" w:rsidP="0070214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В. 1s</w:t>
            </w:r>
            <w:r w:rsidRPr="004D00E1">
              <w:rPr>
                <w:szCs w:val="24"/>
                <w:vertAlign w:val="superscript"/>
              </w:rPr>
              <w:t>2</w:t>
            </w:r>
            <w:r w:rsidRPr="004D00E1">
              <w:rPr>
                <w:szCs w:val="24"/>
              </w:rPr>
              <w:t>2s</w:t>
            </w:r>
            <w:r w:rsidRPr="004D00E1">
              <w:rPr>
                <w:szCs w:val="24"/>
                <w:vertAlign w:val="superscript"/>
              </w:rPr>
              <w:t>2</w:t>
            </w:r>
            <w:r w:rsidRPr="004D00E1">
              <w:rPr>
                <w:szCs w:val="24"/>
              </w:rPr>
              <w:t>2p</w:t>
            </w:r>
            <w:r w:rsidRPr="004D00E1">
              <w:rPr>
                <w:szCs w:val="24"/>
                <w:vertAlign w:val="superscript"/>
              </w:rPr>
              <w:t>6</w:t>
            </w:r>
            <w:r w:rsidRPr="004D00E1">
              <w:rPr>
                <w:szCs w:val="24"/>
              </w:rPr>
              <w:t>3s</w:t>
            </w:r>
            <w:r w:rsidRPr="004D00E1">
              <w:rPr>
                <w:szCs w:val="24"/>
                <w:vertAlign w:val="superscript"/>
              </w:rPr>
              <w:t>2</w:t>
            </w:r>
            <w:r w:rsidRPr="004D00E1">
              <w:rPr>
                <w:szCs w:val="24"/>
              </w:rPr>
              <w:t>3p</w:t>
            </w:r>
            <w:r w:rsidRPr="004D00E1">
              <w:rPr>
                <w:szCs w:val="24"/>
                <w:vertAlign w:val="superscript"/>
              </w:rPr>
              <w:t>5</w:t>
            </w:r>
          </w:p>
          <w:p w:rsidR="00FD4A85" w:rsidRPr="004D00E1" w:rsidRDefault="00FD4A85" w:rsidP="0070214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Г. 1s</w:t>
            </w:r>
            <w:r w:rsidRPr="004D00E1">
              <w:rPr>
                <w:szCs w:val="24"/>
                <w:vertAlign w:val="superscript"/>
              </w:rPr>
              <w:t>2</w:t>
            </w:r>
            <w:r w:rsidRPr="004D00E1">
              <w:rPr>
                <w:szCs w:val="24"/>
              </w:rPr>
              <w:t>2s</w:t>
            </w:r>
            <w:r w:rsidRPr="004D00E1">
              <w:rPr>
                <w:szCs w:val="24"/>
                <w:vertAlign w:val="superscript"/>
              </w:rPr>
              <w:t>2</w:t>
            </w:r>
            <w:r w:rsidRPr="004D00E1">
              <w:rPr>
                <w:szCs w:val="24"/>
              </w:rPr>
              <w:t>2p</w:t>
            </w:r>
            <w:r w:rsidRPr="004D00E1">
              <w:rPr>
                <w:szCs w:val="24"/>
                <w:vertAlign w:val="superscript"/>
              </w:rPr>
              <w:t>6</w:t>
            </w:r>
            <w:r w:rsidRPr="004D00E1">
              <w:rPr>
                <w:szCs w:val="24"/>
              </w:rPr>
              <w:t>3s</w:t>
            </w:r>
            <w:r w:rsidRPr="004D00E1">
              <w:rPr>
                <w:szCs w:val="24"/>
                <w:vertAlign w:val="superscript"/>
              </w:rPr>
              <w:t>2</w:t>
            </w:r>
            <w:r w:rsidRPr="004D00E1">
              <w:rPr>
                <w:szCs w:val="24"/>
              </w:rPr>
              <w:t>3p</w:t>
            </w:r>
            <w:r w:rsidRPr="004D00E1">
              <w:rPr>
                <w:szCs w:val="24"/>
                <w:vertAlign w:val="superscript"/>
              </w:rPr>
              <w:t>6</w:t>
            </w:r>
          </w:p>
        </w:tc>
      </w:tr>
      <w:tr w:rsidR="00FD4A85" w:rsidRPr="004D00E1" w:rsidTr="002264E8">
        <w:tc>
          <w:tcPr>
            <w:tcW w:w="10881" w:type="dxa"/>
            <w:gridSpan w:val="4"/>
            <w:tcBorders>
              <w:top w:val="nil"/>
            </w:tcBorders>
          </w:tcPr>
          <w:p w:rsidR="00FD4A85" w:rsidRPr="00BA04A5" w:rsidRDefault="00FD4A85" w:rsidP="00702148">
            <w:pPr>
              <w:spacing w:line="240" w:lineRule="auto"/>
              <w:rPr>
                <w:b/>
                <w:szCs w:val="24"/>
              </w:rPr>
            </w:pPr>
            <w:r w:rsidRPr="00BA04A5">
              <w:rPr>
                <w:b/>
                <w:szCs w:val="24"/>
              </w:rPr>
              <w:t>(1Б, 2В, 3А)</w:t>
            </w:r>
          </w:p>
        </w:tc>
      </w:tr>
      <w:tr w:rsidR="00FD4A85" w:rsidRPr="00771808" w:rsidTr="002264E8">
        <w:tc>
          <w:tcPr>
            <w:tcW w:w="10881" w:type="dxa"/>
            <w:gridSpan w:val="4"/>
            <w:tcBorders>
              <w:bottom w:val="nil"/>
            </w:tcBorders>
          </w:tcPr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45 Установите соответствие между химическим элементом и его электронной конфигурацией</w:t>
            </w:r>
          </w:p>
        </w:tc>
      </w:tr>
      <w:tr w:rsidR="00FD4A85" w:rsidRPr="00BA04A5" w:rsidTr="002264E8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FD4A85" w:rsidRPr="00560995" w:rsidRDefault="00FD4A85" w:rsidP="00702148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560995">
              <w:rPr>
                <w:szCs w:val="24"/>
                <w:u w:val="single"/>
                <w:lang w:val="ru-RU"/>
              </w:rPr>
              <w:t>Химический элемент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1. калий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2. бром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3. скандий</w:t>
            </w:r>
          </w:p>
        </w:tc>
        <w:tc>
          <w:tcPr>
            <w:tcW w:w="6065" w:type="dxa"/>
            <w:gridSpan w:val="2"/>
            <w:tcBorders>
              <w:top w:val="nil"/>
              <w:bottom w:val="nil"/>
            </w:tcBorders>
          </w:tcPr>
          <w:p w:rsidR="00FD4A85" w:rsidRPr="004D00E1" w:rsidRDefault="00FD4A85" w:rsidP="00702148">
            <w:pPr>
              <w:spacing w:line="240" w:lineRule="auto"/>
              <w:rPr>
                <w:szCs w:val="24"/>
                <w:u w:val="single"/>
              </w:rPr>
            </w:pPr>
            <w:r w:rsidRPr="004D00E1">
              <w:rPr>
                <w:szCs w:val="24"/>
                <w:u w:val="single"/>
              </w:rPr>
              <w:t>Электронная конфигурация атома</w:t>
            </w:r>
          </w:p>
          <w:p w:rsidR="00FD4A85" w:rsidRPr="004D00E1" w:rsidRDefault="00FD4A85" w:rsidP="0070214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А. 1s</w:t>
            </w:r>
            <w:r w:rsidRPr="004D00E1">
              <w:rPr>
                <w:szCs w:val="24"/>
                <w:vertAlign w:val="superscript"/>
              </w:rPr>
              <w:t>2</w:t>
            </w:r>
            <w:r w:rsidRPr="004D00E1">
              <w:rPr>
                <w:szCs w:val="24"/>
              </w:rPr>
              <w:t>2s</w:t>
            </w:r>
            <w:r w:rsidRPr="004D00E1">
              <w:rPr>
                <w:szCs w:val="24"/>
                <w:vertAlign w:val="superscript"/>
              </w:rPr>
              <w:t>2</w:t>
            </w:r>
            <w:r w:rsidRPr="004D00E1">
              <w:rPr>
                <w:szCs w:val="24"/>
              </w:rPr>
              <w:t>2p</w:t>
            </w:r>
            <w:r w:rsidRPr="004D00E1">
              <w:rPr>
                <w:szCs w:val="24"/>
                <w:vertAlign w:val="superscript"/>
              </w:rPr>
              <w:t>6</w:t>
            </w:r>
            <w:r w:rsidRPr="004D00E1">
              <w:rPr>
                <w:szCs w:val="24"/>
              </w:rPr>
              <w:t>3s</w:t>
            </w:r>
            <w:r w:rsidRPr="004D00E1">
              <w:rPr>
                <w:szCs w:val="24"/>
                <w:vertAlign w:val="superscript"/>
              </w:rPr>
              <w:t>2</w:t>
            </w:r>
            <w:r w:rsidRPr="004D00E1">
              <w:rPr>
                <w:szCs w:val="24"/>
              </w:rPr>
              <w:t>3p</w:t>
            </w:r>
            <w:r w:rsidRPr="004D00E1">
              <w:rPr>
                <w:szCs w:val="24"/>
                <w:vertAlign w:val="superscript"/>
              </w:rPr>
              <w:t>6</w:t>
            </w:r>
            <w:r w:rsidRPr="004D00E1">
              <w:rPr>
                <w:szCs w:val="24"/>
              </w:rPr>
              <w:t>4s</w:t>
            </w:r>
            <w:r w:rsidRPr="004D00E1">
              <w:rPr>
                <w:szCs w:val="24"/>
                <w:vertAlign w:val="superscript"/>
              </w:rPr>
              <w:t>1</w:t>
            </w:r>
          </w:p>
          <w:p w:rsidR="00FD4A85" w:rsidRPr="004D00E1" w:rsidRDefault="00FD4A85" w:rsidP="0070214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Б. 1s</w:t>
            </w:r>
            <w:r w:rsidRPr="004D00E1">
              <w:rPr>
                <w:szCs w:val="24"/>
                <w:vertAlign w:val="superscript"/>
              </w:rPr>
              <w:t>2</w:t>
            </w:r>
            <w:r w:rsidRPr="004D00E1">
              <w:rPr>
                <w:szCs w:val="24"/>
              </w:rPr>
              <w:t>2s</w:t>
            </w:r>
            <w:r w:rsidRPr="004D00E1">
              <w:rPr>
                <w:szCs w:val="24"/>
                <w:vertAlign w:val="superscript"/>
              </w:rPr>
              <w:t>2</w:t>
            </w:r>
            <w:r w:rsidRPr="004D00E1">
              <w:rPr>
                <w:szCs w:val="24"/>
              </w:rPr>
              <w:t>2p</w:t>
            </w:r>
            <w:r w:rsidRPr="004D00E1">
              <w:rPr>
                <w:szCs w:val="24"/>
                <w:vertAlign w:val="superscript"/>
              </w:rPr>
              <w:t>6</w:t>
            </w:r>
            <w:r w:rsidRPr="004D00E1">
              <w:rPr>
                <w:szCs w:val="24"/>
              </w:rPr>
              <w:t>3s</w:t>
            </w:r>
            <w:r w:rsidRPr="004D00E1">
              <w:rPr>
                <w:szCs w:val="24"/>
                <w:vertAlign w:val="superscript"/>
              </w:rPr>
              <w:t>2</w:t>
            </w:r>
            <w:r w:rsidRPr="004D00E1">
              <w:rPr>
                <w:szCs w:val="24"/>
              </w:rPr>
              <w:t>3p</w:t>
            </w:r>
            <w:r w:rsidRPr="004D00E1">
              <w:rPr>
                <w:szCs w:val="24"/>
                <w:vertAlign w:val="superscript"/>
              </w:rPr>
              <w:t>6</w:t>
            </w:r>
            <w:r w:rsidRPr="004D00E1">
              <w:rPr>
                <w:szCs w:val="24"/>
              </w:rPr>
              <w:t>4s</w:t>
            </w:r>
            <w:r w:rsidRPr="004D00E1">
              <w:rPr>
                <w:szCs w:val="24"/>
                <w:vertAlign w:val="superscript"/>
              </w:rPr>
              <w:t>2</w:t>
            </w:r>
            <w:r w:rsidRPr="004D00E1">
              <w:rPr>
                <w:szCs w:val="24"/>
              </w:rPr>
              <w:t>3d</w:t>
            </w:r>
            <w:r w:rsidRPr="004D00E1">
              <w:rPr>
                <w:szCs w:val="24"/>
                <w:vertAlign w:val="superscript"/>
              </w:rPr>
              <w:t>10</w:t>
            </w:r>
            <w:r w:rsidRPr="004D00E1">
              <w:rPr>
                <w:szCs w:val="24"/>
              </w:rPr>
              <w:t>4p</w:t>
            </w:r>
            <w:r w:rsidRPr="004D00E1">
              <w:rPr>
                <w:szCs w:val="24"/>
                <w:vertAlign w:val="superscript"/>
              </w:rPr>
              <w:t>5</w:t>
            </w:r>
          </w:p>
          <w:p w:rsidR="00FD4A85" w:rsidRPr="00BA04A5" w:rsidRDefault="00FD4A85" w:rsidP="0070214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В</w:t>
            </w:r>
            <w:r w:rsidRPr="00BA04A5">
              <w:rPr>
                <w:szCs w:val="24"/>
              </w:rPr>
              <w:t>.1</w:t>
            </w:r>
            <w:r w:rsidRPr="004D00E1">
              <w:rPr>
                <w:szCs w:val="24"/>
              </w:rPr>
              <w:t>s</w:t>
            </w:r>
            <w:r w:rsidRPr="00BA04A5">
              <w:rPr>
                <w:szCs w:val="24"/>
                <w:vertAlign w:val="superscript"/>
              </w:rPr>
              <w:t>2</w:t>
            </w:r>
            <w:r w:rsidRPr="00BA04A5">
              <w:rPr>
                <w:szCs w:val="24"/>
              </w:rPr>
              <w:t>2</w:t>
            </w:r>
            <w:r w:rsidRPr="004D00E1">
              <w:rPr>
                <w:szCs w:val="24"/>
              </w:rPr>
              <w:t>s</w:t>
            </w:r>
            <w:r w:rsidRPr="00BA04A5">
              <w:rPr>
                <w:szCs w:val="24"/>
                <w:vertAlign w:val="superscript"/>
              </w:rPr>
              <w:t>2</w:t>
            </w:r>
            <w:r w:rsidRPr="00BA04A5">
              <w:rPr>
                <w:szCs w:val="24"/>
              </w:rPr>
              <w:t>2</w:t>
            </w:r>
            <w:r w:rsidRPr="004D00E1">
              <w:rPr>
                <w:szCs w:val="24"/>
              </w:rPr>
              <w:t>p</w:t>
            </w:r>
            <w:r w:rsidRPr="00BA04A5">
              <w:rPr>
                <w:szCs w:val="24"/>
                <w:vertAlign w:val="superscript"/>
              </w:rPr>
              <w:t>6</w:t>
            </w:r>
            <w:r w:rsidRPr="00BA04A5">
              <w:rPr>
                <w:szCs w:val="24"/>
              </w:rPr>
              <w:t>3</w:t>
            </w:r>
            <w:r w:rsidRPr="004D00E1">
              <w:rPr>
                <w:szCs w:val="24"/>
              </w:rPr>
              <w:t>s</w:t>
            </w:r>
            <w:r w:rsidRPr="00BA04A5">
              <w:rPr>
                <w:szCs w:val="24"/>
                <w:vertAlign w:val="superscript"/>
              </w:rPr>
              <w:t>2</w:t>
            </w:r>
            <w:r w:rsidRPr="00BA04A5">
              <w:rPr>
                <w:szCs w:val="24"/>
              </w:rPr>
              <w:t>3</w:t>
            </w:r>
            <w:r w:rsidRPr="004D00E1">
              <w:rPr>
                <w:szCs w:val="24"/>
              </w:rPr>
              <w:t>p</w:t>
            </w:r>
            <w:r w:rsidRPr="00BA04A5">
              <w:rPr>
                <w:szCs w:val="24"/>
                <w:vertAlign w:val="superscript"/>
              </w:rPr>
              <w:t>6</w:t>
            </w:r>
            <w:r w:rsidRPr="00BA04A5">
              <w:rPr>
                <w:szCs w:val="24"/>
              </w:rPr>
              <w:t>4</w:t>
            </w:r>
            <w:r w:rsidRPr="004D00E1">
              <w:rPr>
                <w:szCs w:val="24"/>
              </w:rPr>
              <w:t>s</w:t>
            </w:r>
            <w:r w:rsidRPr="00BA04A5">
              <w:rPr>
                <w:szCs w:val="24"/>
                <w:vertAlign w:val="superscript"/>
              </w:rPr>
              <w:t>2</w:t>
            </w:r>
          </w:p>
          <w:p w:rsidR="00FD4A85" w:rsidRPr="00BA04A5" w:rsidRDefault="00FD4A85" w:rsidP="00702148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Г</w:t>
            </w:r>
            <w:r w:rsidRPr="00BA04A5">
              <w:rPr>
                <w:szCs w:val="24"/>
              </w:rPr>
              <w:t>. 1</w:t>
            </w:r>
            <w:r w:rsidRPr="004D00E1">
              <w:rPr>
                <w:szCs w:val="24"/>
              </w:rPr>
              <w:t>s</w:t>
            </w:r>
            <w:r w:rsidRPr="00BA04A5">
              <w:rPr>
                <w:szCs w:val="24"/>
                <w:vertAlign w:val="superscript"/>
              </w:rPr>
              <w:t>2</w:t>
            </w:r>
            <w:r w:rsidRPr="00BA04A5">
              <w:rPr>
                <w:szCs w:val="24"/>
              </w:rPr>
              <w:t>2</w:t>
            </w:r>
            <w:r w:rsidRPr="004D00E1">
              <w:rPr>
                <w:szCs w:val="24"/>
              </w:rPr>
              <w:t>s</w:t>
            </w:r>
            <w:r w:rsidRPr="00BA04A5">
              <w:rPr>
                <w:szCs w:val="24"/>
                <w:vertAlign w:val="superscript"/>
              </w:rPr>
              <w:t>2</w:t>
            </w:r>
            <w:r w:rsidRPr="00BA04A5">
              <w:rPr>
                <w:szCs w:val="24"/>
              </w:rPr>
              <w:t>2</w:t>
            </w:r>
            <w:r w:rsidRPr="004D00E1">
              <w:rPr>
                <w:szCs w:val="24"/>
              </w:rPr>
              <w:t>p</w:t>
            </w:r>
            <w:r w:rsidRPr="00BA04A5">
              <w:rPr>
                <w:szCs w:val="24"/>
                <w:vertAlign w:val="superscript"/>
              </w:rPr>
              <w:t>6</w:t>
            </w:r>
            <w:r w:rsidRPr="00BA04A5">
              <w:rPr>
                <w:szCs w:val="24"/>
              </w:rPr>
              <w:t>3</w:t>
            </w:r>
            <w:r w:rsidRPr="004D00E1">
              <w:rPr>
                <w:szCs w:val="24"/>
              </w:rPr>
              <w:t>s</w:t>
            </w:r>
            <w:r w:rsidRPr="00BA04A5">
              <w:rPr>
                <w:szCs w:val="24"/>
                <w:vertAlign w:val="superscript"/>
              </w:rPr>
              <w:t>2</w:t>
            </w:r>
            <w:r w:rsidRPr="00BA04A5">
              <w:rPr>
                <w:szCs w:val="24"/>
              </w:rPr>
              <w:t>3</w:t>
            </w:r>
            <w:r w:rsidRPr="004D00E1">
              <w:rPr>
                <w:szCs w:val="24"/>
              </w:rPr>
              <w:t>p</w:t>
            </w:r>
            <w:r w:rsidRPr="00BA04A5">
              <w:rPr>
                <w:szCs w:val="24"/>
                <w:vertAlign w:val="superscript"/>
              </w:rPr>
              <w:t>6</w:t>
            </w:r>
            <w:r w:rsidRPr="00BA04A5">
              <w:rPr>
                <w:szCs w:val="24"/>
              </w:rPr>
              <w:t>4</w:t>
            </w:r>
            <w:r w:rsidRPr="004D00E1">
              <w:rPr>
                <w:szCs w:val="24"/>
              </w:rPr>
              <w:t>s</w:t>
            </w:r>
            <w:r w:rsidRPr="00BA04A5">
              <w:rPr>
                <w:szCs w:val="24"/>
                <w:vertAlign w:val="superscript"/>
              </w:rPr>
              <w:t>1</w:t>
            </w:r>
            <w:r w:rsidRPr="00BA04A5">
              <w:rPr>
                <w:szCs w:val="24"/>
              </w:rPr>
              <w:t>3</w:t>
            </w:r>
            <w:r w:rsidRPr="004D00E1">
              <w:rPr>
                <w:szCs w:val="24"/>
              </w:rPr>
              <w:t>d</w:t>
            </w:r>
            <w:r w:rsidRPr="00BA04A5">
              <w:rPr>
                <w:szCs w:val="24"/>
                <w:vertAlign w:val="superscript"/>
              </w:rPr>
              <w:t>1</w:t>
            </w:r>
          </w:p>
        </w:tc>
      </w:tr>
      <w:tr w:rsidR="00FD4A85" w:rsidRPr="00BA04A5" w:rsidTr="002264E8">
        <w:tc>
          <w:tcPr>
            <w:tcW w:w="10881" w:type="dxa"/>
            <w:gridSpan w:val="4"/>
            <w:tcBorders>
              <w:top w:val="nil"/>
            </w:tcBorders>
          </w:tcPr>
          <w:p w:rsidR="00FD4A85" w:rsidRPr="00BA04A5" w:rsidRDefault="00FD4A85" w:rsidP="00702148">
            <w:pPr>
              <w:spacing w:line="240" w:lineRule="auto"/>
              <w:rPr>
                <w:b/>
                <w:szCs w:val="24"/>
              </w:rPr>
            </w:pPr>
            <w:r w:rsidRPr="00BA04A5">
              <w:rPr>
                <w:b/>
                <w:szCs w:val="24"/>
              </w:rPr>
              <w:t>(1А, 2Б, 3Г)</w:t>
            </w:r>
          </w:p>
        </w:tc>
      </w:tr>
      <w:tr w:rsidR="00FD4A85" w:rsidRPr="004D00E1" w:rsidTr="002264E8">
        <w:trPr>
          <w:trHeight w:val="184"/>
        </w:trPr>
        <w:tc>
          <w:tcPr>
            <w:tcW w:w="10881" w:type="dxa"/>
            <w:gridSpan w:val="4"/>
          </w:tcPr>
          <w:p w:rsidR="00FD4A85" w:rsidRPr="004D00E1" w:rsidRDefault="00FD4A85" w:rsidP="00702148">
            <w:pPr>
              <w:spacing w:line="240" w:lineRule="auto"/>
              <w:rPr>
                <w:szCs w:val="24"/>
              </w:rPr>
            </w:pPr>
          </w:p>
        </w:tc>
      </w:tr>
      <w:tr w:rsidR="00FD4A85" w:rsidRPr="004D00E1" w:rsidTr="002264E8">
        <w:trPr>
          <w:trHeight w:val="182"/>
        </w:trPr>
        <w:tc>
          <w:tcPr>
            <w:tcW w:w="4816" w:type="dxa"/>
            <w:gridSpan w:val="2"/>
          </w:tcPr>
          <w:p w:rsidR="00FD4A85" w:rsidRPr="00FC0892" w:rsidRDefault="00FD4A85" w:rsidP="00702148">
            <w:pPr>
              <w:tabs>
                <w:tab w:val="left" w:pos="3393"/>
              </w:tabs>
              <w:spacing w:line="240" w:lineRule="auto"/>
              <w:rPr>
                <w:b/>
                <w:szCs w:val="24"/>
              </w:rPr>
            </w:pPr>
            <w:r w:rsidRPr="00FC0892">
              <w:rPr>
                <w:b/>
                <w:szCs w:val="24"/>
              </w:rPr>
              <w:t>Уровень сложности</w:t>
            </w:r>
          </w:p>
        </w:tc>
        <w:tc>
          <w:tcPr>
            <w:tcW w:w="6065" w:type="dxa"/>
            <w:gridSpan w:val="2"/>
          </w:tcPr>
          <w:p w:rsidR="00FD4A85" w:rsidRPr="00FC0892" w:rsidRDefault="00FD4A85" w:rsidP="00702148">
            <w:pPr>
              <w:spacing w:line="240" w:lineRule="auto"/>
              <w:rPr>
                <w:b/>
                <w:szCs w:val="24"/>
              </w:rPr>
            </w:pPr>
            <w:r w:rsidRPr="00FC0892">
              <w:rPr>
                <w:b/>
                <w:szCs w:val="24"/>
              </w:rPr>
              <w:t>Высокий</w:t>
            </w:r>
          </w:p>
        </w:tc>
      </w:tr>
      <w:tr w:rsidR="00FD4A85" w:rsidRPr="004D00E1" w:rsidTr="002264E8">
        <w:trPr>
          <w:trHeight w:val="182"/>
        </w:trPr>
        <w:tc>
          <w:tcPr>
            <w:tcW w:w="4816" w:type="dxa"/>
            <w:gridSpan w:val="2"/>
          </w:tcPr>
          <w:p w:rsidR="00FD4A85" w:rsidRPr="00FC0892" w:rsidRDefault="00FD4A85" w:rsidP="00702148">
            <w:pPr>
              <w:spacing w:line="240" w:lineRule="auto"/>
              <w:rPr>
                <w:b/>
                <w:szCs w:val="24"/>
              </w:rPr>
            </w:pPr>
            <w:r w:rsidRPr="00FC0892">
              <w:rPr>
                <w:b/>
                <w:szCs w:val="24"/>
              </w:rPr>
              <w:t>Тип задания</w:t>
            </w:r>
          </w:p>
        </w:tc>
        <w:tc>
          <w:tcPr>
            <w:tcW w:w="6065" w:type="dxa"/>
            <w:gridSpan w:val="2"/>
          </w:tcPr>
          <w:p w:rsidR="00FD4A85" w:rsidRPr="00FC0892" w:rsidRDefault="00FD4A85" w:rsidP="00702148">
            <w:pPr>
              <w:spacing w:line="240" w:lineRule="auto"/>
              <w:rPr>
                <w:b/>
                <w:szCs w:val="24"/>
              </w:rPr>
            </w:pPr>
            <w:r w:rsidRPr="00FC0892">
              <w:rPr>
                <w:b/>
                <w:szCs w:val="24"/>
              </w:rPr>
              <w:t>Задания с развернутым ответом</w:t>
            </w:r>
          </w:p>
        </w:tc>
      </w:tr>
      <w:tr w:rsidR="00FD4A85" w:rsidRPr="004D00E1" w:rsidTr="002264E8">
        <w:trPr>
          <w:trHeight w:val="182"/>
        </w:trPr>
        <w:tc>
          <w:tcPr>
            <w:tcW w:w="4816" w:type="dxa"/>
            <w:gridSpan w:val="2"/>
          </w:tcPr>
          <w:p w:rsidR="00FD4A85" w:rsidRPr="00FC0892" w:rsidRDefault="00FD4A85" w:rsidP="00702148">
            <w:pPr>
              <w:spacing w:line="240" w:lineRule="auto"/>
              <w:rPr>
                <w:b/>
                <w:szCs w:val="24"/>
              </w:rPr>
            </w:pPr>
            <w:r w:rsidRPr="00FC0892">
              <w:rPr>
                <w:b/>
                <w:szCs w:val="24"/>
              </w:rPr>
              <w:t>Инструкция</w:t>
            </w:r>
          </w:p>
        </w:tc>
        <w:tc>
          <w:tcPr>
            <w:tcW w:w="6065" w:type="dxa"/>
            <w:gridSpan w:val="2"/>
          </w:tcPr>
          <w:p w:rsidR="00FD4A85" w:rsidRPr="00FC0892" w:rsidRDefault="00FD4A85" w:rsidP="00702148">
            <w:pPr>
              <w:spacing w:line="240" w:lineRule="auto"/>
              <w:rPr>
                <w:b/>
                <w:szCs w:val="24"/>
              </w:rPr>
            </w:pPr>
            <w:r w:rsidRPr="00FC0892">
              <w:rPr>
                <w:b/>
                <w:szCs w:val="24"/>
              </w:rPr>
              <w:t>введите развернутый обоснованный ответ</w:t>
            </w:r>
          </w:p>
        </w:tc>
      </w:tr>
      <w:tr w:rsidR="00FD4A85" w:rsidRPr="004D00E1" w:rsidTr="002264E8">
        <w:trPr>
          <w:trHeight w:val="182"/>
        </w:trPr>
        <w:tc>
          <w:tcPr>
            <w:tcW w:w="10881" w:type="dxa"/>
            <w:gridSpan w:val="4"/>
          </w:tcPr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46. Введите развернутый обоснованный ответ.</w:t>
            </w:r>
          </w:p>
          <w:p w:rsidR="00FD4A85" w:rsidRDefault="00FD4A85" w:rsidP="00702148">
            <w:pPr>
              <w:spacing w:line="240" w:lineRule="auto"/>
              <w:rPr>
                <w:szCs w:val="24"/>
              </w:rPr>
            </w:pPr>
            <w:r w:rsidRPr="00560995">
              <w:rPr>
                <w:szCs w:val="24"/>
                <w:lang w:val="ru-RU"/>
              </w:rPr>
              <w:t xml:space="preserve">В </w:t>
            </w:r>
            <w:smartTag w:uri="urn:schemas-microsoft-com:office:smarttags" w:element="metricconverter">
              <w:smartTagPr>
                <w:attr w:name="ProductID" w:val="240 г"/>
              </w:smartTagPr>
              <w:r w:rsidRPr="00560995">
                <w:rPr>
                  <w:szCs w:val="24"/>
                  <w:lang w:val="ru-RU"/>
                </w:rPr>
                <w:t>240 г</w:t>
              </w:r>
            </w:smartTag>
            <w:r w:rsidRPr="00560995">
              <w:rPr>
                <w:szCs w:val="24"/>
                <w:lang w:val="ru-RU"/>
              </w:rPr>
              <w:t xml:space="preserve"> воды растворили </w:t>
            </w:r>
            <w:smartTag w:uri="urn:schemas-microsoft-com:office:smarttags" w:element="metricconverter">
              <w:smartTagPr>
                <w:attr w:name="ProductID" w:val="60 г"/>
              </w:smartTagPr>
              <w:r w:rsidRPr="00560995">
                <w:rPr>
                  <w:szCs w:val="24"/>
                  <w:lang w:val="ru-RU"/>
                </w:rPr>
                <w:t>60 г</w:t>
              </w:r>
            </w:smartTag>
            <w:r w:rsidRPr="00560995">
              <w:rPr>
                <w:szCs w:val="24"/>
                <w:lang w:val="ru-RU"/>
              </w:rPr>
              <w:t xml:space="preserve"> соли. Массовая доля соли  в полученном растворе равна… </w:t>
            </w:r>
            <w:r w:rsidRPr="004D00E1">
              <w:rPr>
                <w:szCs w:val="24"/>
              </w:rPr>
              <w:t>%</w:t>
            </w:r>
            <w:r>
              <w:rPr>
                <w:szCs w:val="24"/>
              </w:rPr>
              <w:t>.</w:t>
            </w:r>
          </w:p>
          <w:p w:rsidR="00FD4A85" w:rsidRPr="00BA04A5" w:rsidRDefault="00FD4A85" w:rsidP="00702148">
            <w:pPr>
              <w:spacing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</w:t>
            </w:r>
            <w:r w:rsidRPr="00BA04A5">
              <w:rPr>
                <w:b/>
                <w:szCs w:val="24"/>
              </w:rPr>
              <w:t>(20)</w:t>
            </w:r>
          </w:p>
        </w:tc>
      </w:tr>
      <w:tr w:rsidR="00FD4A85" w:rsidRPr="004D00E1" w:rsidTr="002264E8">
        <w:trPr>
          <w:trHeight w:val="182"/>
        </w:trPr>
        <w:tc>
          <w:tcPr>
            <w:tcW w:w="10881" w:type="dxa"/>
            <w:gridSpan w:val="4"/>
          </w:tcPr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47. Введите развернутый обоснованный ответ.</w:t>
            </w:r>
          </w:p>
          <w:p w:rsidR="00FD4A85" w:rsidRPr="00560995" w:rsidRDefault="00FD4A85" w:rsidP="00702148">
            <w:pPr>
              <w:tabs>
                <w:tab w:val="left" w:pos="3350"/>
              </w:tabs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lastRenderedPageBreak/>
              <w:t xml:space="preserve">Раствор, содержащий </w:t>
            </w:r>
            <w:smartTag w:uri="urn:schemas-microsoft-com:office:smarttags" w:element="metricconverter">
              <w:smartTagPr>
                <w:attr w:name="ProductID" w:val="72 г"/>
              </w:smartTagPr>
              <w:r w:rsidRPr="00560995">
                <w:rPr>
                  <w:szCs w:val="24"/>
                  <w:lang w:val="ru-RU"/>
                </w:rPr>
                <w:t>72 г</w:t>
              </w:r>
            </w:smartTag>
            <w:r w:rsidRPr="00560995">
              <w:rPr>
                <w:szCs w:val="24"/>
                <w:lang w:val="ru-RU"/>
              </w:rPr>
              <w:t xml:space="preserve"> сахарозы(</w:t>
            </w:r>
            <w:r w:rsidRPr="004D00E1">
              <w:rPr>
                <w:szCs w:val="24"/>
              </w:rPr>
              <w:t>C</w:t>
            </w:r>
            <w:r w:rsidRPr="00560995">
              <w:rPr>
                <w:szCs w:val="24"/>
                <w:vertAlign w:val="subscript"/>
                <w:lang w:val="ru-RU"/>
              </w:rPr>
              <w:t>12</w:t>
            </w:r>
            <w:r w:rsidRPr="004D00E1">
              <w:rPr>
                <w:szCs w:val="24"/>
              </w:rPr>
              <w:t>H</w:t>
            </w:r>
            <w:r w:rsidRPr="00560995">
              <w:rPr>
                <w:szCs w:val="24"/>
                <w:vertAlign w:val="subscript"/>
                <w:lang w:val="ru-RU"/>
              </w:rPr>
              <w:t>22</w:t>
            </w:r>
            <w:r w:rsidRPr="004D00E1">
              <w:rPr>
                <w:szCs w:val="24"/>
              </w:rPr>
              <w:t>O</w:t>
            </w:r>
            <w:r w:rsidRPr="00560995">
              <w:rPr>
                <w:szCs w:val="24"/>
                <w:vertAlign w:val="subscript"/>
                <w:lang w:val="ru-RU"/>
              </w:rPr>
              <w:t>11</w:t>
            </w:r>
            <w:r w:rsidRPr="00560995">
              <w:rPr>
                <w:szCs w:val="24"/>
                <w:lang w:val="ru-RU"/>
              </w:rPr>
              <w:t xml:space="preserve">) в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560995">
                <w:rPr>
                  <w:szCs w:val="24"/>
                  <w:lang w:val="ru-RU"/>
                </w:rPr>
                <w:t>1 л</w:t>
              </w:r>
            </w:smartTag>
            <w:r w:rsidRPr="00560995">
              <w:rPr>
                <w:szCs w:val="24"/>
                <w:lang w:val="ru-RU"/>
              </w:rPr>
              <w:t xml:space="preserve"> раствора при 20</w:t>
            </w:r>
            <w:r w:rsidRPr="00560995">
              <w:rPr>
                <w:szCs w:val="24"/>
                <w:vertAlign w:val="superscript"/>
                <w:lang w:val="ru-RU"/>
              </w:rPr>
              <w:t>о</w:t>
            </w:r>
            <w:r w:rsidRPr="00560995">
              <w:rPr>
                <w:szCs w:val="24"/>
                <w:lang w:val="ru-RU"/>
              </w:rPr>
              <w:t>С имеет осмотическое давление… кПа.</w:t>
            </w:r>
          </w:p>
          <w:p w:rsidR="00FD4A85" w:rsidRPr="0096537A" w:rsidRDefault="00FD4A85" w:rsidP="00702148">
            <w:pPr>
              <w:tabs>
                <w:tab w:val="left" w:pos="3350"/>
              </w:tabs>
              <w:spacing w:line="240" w:lineRule="auto"/>
              <w:rPr>
                <w:b/>
                <w:szCs w:val="24"/>
              </w:rPr>
            </w:pPr>
            <w:r w:rsidRPr="0096537A">
              <w:rPr>
                <w:b/>
                <w:szCs w:val="24"/>
              </w:rPr>
              <w:t>(223,7)</w:t>
            </w:r>
          </w:p>
        </w:tc>
      </w:tr>
      <w:tr w:rsidR="00FD4A85" w:rsidRPr="004D00E1" w:rsidTr="002264E8">
        <w:trPr>
          <w:trHeight w:val="182"/>
        </w:trPr>
        <w:tc>
          <w:tcPr>
            <w:tcW w:w="10881" w:type="dxa"/>
            <w:gridSpan w:val="4"/>
          </w:tcPr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lastRenderedPageBreak/>
              <w:t>48. Введите развернутый обоснованный ответ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4D00E1">
              <w:rPr>
                <w:szCs w:val="24"/>
              </w:rPr>
              <w:t>pH</w:t>
            </w:r>
            <w:r w:rsidRPr="00560995">
              <w:rPr>
                <w:szCs w:val="24"/>
                <w:lang w:val="ru-RU"/>
              </w:rPr>
              <w:t xml:space="preserve">  0,05 моль/дм</w:t>
            </w:r>
            <w:r w:rsidRPr="00560995">
              <w:rPr>
                <w:szCs w:val="24"/>
                <w:vertAlign w:val="superscript"/>
                <w:lang w:val="ru-RU"/>
              </w:rPr>
              <w:t>3</w:t>
            </w:r>
            <w:r w:rsidRPr="00560995">
              <w:rPr>
                <w:szCs w:val="24"/>
                <w:lang w:val="ru-RU"/>
              </w:rPr>
              <w:t xml:space="preserve"> раствора </w:t>
            </w:r>
            <w:r w:rsidRPr="004D00E1">
              <w:rPr>
                <w:szCs w:val="24"/>
              </w:rPr>
              <w:t>H</w:t>
            </w:r>
            <w:r w:rsidRPr="00560995">
              <w:rPr>
                <w:szCs w:val="24"/>
                <w:vertAlign w:val="subscript"/>
                <w:lang w:val="ru-RU"/>
              </w:rPr>
              <w:t>2</w:t>
            </w:r>
            <w:r>
              <w:rPr>
                <w:szCs w:val="24"/>
              </w:rPr>
              <w:t>SO</w:t>
            </w:r>
            <w:r w:rsidRPr="00560995">
              <w:rPr>
                <w:szCs w:val="24"/>
                <w:vertAlign w:val="subscript"/>
                <w:lang w:val="ru-RU"/>
              </w:rPr>
              <w:t>4</w:t>
            </w:r>
            <w:r w:rsidRPr="00560995">
              <w:rPr>
                <w:szCs w:val="24"/>
                <w:lang w:val="ru-RU"/>
              </w:rPr>
              <w:t xml:space="preserve"> равна ….</w:t>
            </w:r>
          </w:p>
          <w:p w:rsidR="00FD4A85" w:rsidRPr="004D00E1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(</w:t>
            </w:r>
            <w:r>
              <w:rPr>
                <w:b/>
                <w:szCs w:val="24"/>
              </w:rPr>
              <w:t>1</w:t>
            </w:r>
            <w:r>
              <w:rPr>
                <w:szCs w:val="24"/>
              </w:rPr>
              <w:t>)</w:t>
            </w:r>
          </w:p>
        </w:tc>
      </w:tr>
      <w:tr w:rsidR="00FD4A85" w:rsidRPr="004D00E1" w:rsidTr="002264E8">
        <w:trPr>
          <w:trHeight w:val="182"/>
        </w:trPr>
        <w:tc>
          <w:tcPr>
            <w:tcW w:w="10881" w:type="dxa"/>
            <w:gridSpan w:val="4"/>
          </w:tcPr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49. Введите развернутый обоснованный ответ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4D00E1">
              <w:rPr>
                <w:szCs w:val="24"/>
              </w:rPr>
              <w:t>pH</w:t>
            </w:r>
            <w:r w:rsidRPr="00560995">
              <w:rPr>
                <w:szCs w:val="24"/>
                <w:lang w:val="ru-RU"/>
              </w:rPr>
              <w:t xml:space="preserve">  0,01 моль/дм</w:t>
            </w:r>
            <w:r w:rsidRPr="00560995">
              <w:rPr>
                <w:szCs w:val="24"/>
                <w:vertAlign w:val="superscript"/>
                <w:lang w:val="ru-RU"/>
              </w:rPr>
              <w:t>3</w:t>
            </w:r>
            <w:r w:rsidRPr="00560995">
              <w:rPr>
                <w:szCs w:val="24"/>
                <w:lang w:val="ru-RU"/>
              </w:rPr>
              <w:t xml:space="preserve"> раствора </w:t>
            </w:r>
            <w:r w:rsidRPr="004D00E1">
              <w:rPr>
                <w:szCs w:val="24"/>
              </w:rPr>
              <w:t>HCl</w:t>
            </w:r>
            <w:r w:rsidRPr="00560995">
              <w:rPr>
                <w:szCs w:val="24"/>
                <w:lang w:val="ru-RU"/>
              </w:rPr>
              <w:t xml:space="preserve"> равна ….</w:t>
            </w:r>
          </w:p>
          <w:p w:rsidR="00FD4A85" w:rsidRPr="004D00E1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(</w:t>
            </w:r>
            <w:r w:rsidRPr="0096537A">
              <w:rPr>
                <w:b/>
                <w:szCs w:val="24"/>
              </w:rPr>
              <w:t>2</w:t>
            </w:r>
            <w:r>
              <w:rPr>
                <w:szCs w:val="24"/>
              </w:rPr>
              <w:t>)</w:t>
            </w:r>
          </w:p>
        </w:tc>
      </w:tr>
      <w:tr w:rsidR="00FD4A85" w:rsidRPr="004D00E1" w:rsidTr="002264E8">
        <w:trPr>
          <w:trHeight w:val="182"/>
        </w:trPr>
        <w:tc>
          <w:tcPr>
            <w:tcW w:w="10881" w:type="dxa"/>
            <w:gridSpan w:val="4"/>
          </w:tcPr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50. Введите развернутый обоснованный ответ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 xml:space="preserve">Масса воды и соли, необходимые для приготовления </w:t>
            </w:r>
            <w:smartTag w:uri="urn:schemas-microsoft-com:office:smarttags" w:element="metricconverter">
              <w:smartTagPr>
                <w:attr w:name="ProductID" w:val="50 г"/>
              </w:smartTagPr>
              <w:r w:rsidRPr="00560995">
                <w:rPr>
                  <w:szCs w:val="24"/>
                  <w:lang w:val="ru-RU"/>
                </w:rPr>
                <w:t>50 г</w:t>
              </w:r>
            </w:smartTag>
            <w:r w:rsidRPr="00560995">
              <w:rPr>
                <w:szCs w:val="24"/>
                <w:lang w:val="ru-RU"/>
              </w:rPr>
              <w:t xml:space="preserve"> раствора с массовой долей 10% равны … и … г.</w:t>
            </w:r>
          </w:p>
          <w:p w:rsidR="00FD4A85" w:rsidRPr="004D00E1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(45 и 5)</w:t>
            </w:r>
          </w:p>
        </w:tc>
      </w:tr>
    </w:tbl>
    <w:p w:rsidR="00FD4A85" w:rsidRDefault="00FD4A85" w:rsidP="00FD4A85">
      <w:pPr>
        <w:rPr>
          <w:szCs w:val="24"/>
        </w:rPr>
      </w:pPr>
    </w:p>
    <w:p w:rsidR="00FD4A85" w:rsidRPr="00560995" w:rsidRDefault="00FD4A85" w:rsidP="00702148">
      <w:pPr>
        <w:spacing w:line="240" w:lineRule="auto"/>
        <w:jc w:val="center"/>
        <w:rPr>
          <w:szCs w:val="24"/>
          <w:lang w:val="ru-RU"/>
        </w:rPr>
      </w:pPr>
      <w:r w:rsidRPr="00560995">
        <w:rPr>
          <w:szCs w:val="24"/>
          <w:lang w:val="ru-RU"/>
        </w:rPr>
        <w:t>Описание дополнительных материалов и оборудования, необходимых для выполнения тестовых заданий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814"/>
      </w:tblGrid>
      <w:tr w:rsidR="00FD4A85" w:rsidRPr="00771808" w:rsidTr="002264E8">
        <w:tc>
          <w:tcPr>
            <w:tcW w:w="4531" w:type="dxa"/>
          </w:tcPr>
          <w:p w:rsidR="00FD4A85" w:rsidRDefault="00FD4A85" w:rsidP="0070214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Номер задания</w:t>
            </w:r>
          </w:p>
        </w:tc>
        <w:tc>
          <w:tcPr>
            <w:tcW w:w="4814" w:type="dxa"/>
          </w:tcPr>
          <w:p w:rsidR="00FD4A85" w:rsidRPr="00560995" w:rsidRDefault="00FD4A85" w:rsidP="00702148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Перечень материалов и оборудования, необходимых для выполнения тестовых заданий</w:t>
            </w:r>
          </w:p>
        </w:tc>
      </w:tr>
      <w:tr w:rsidR="00FD4A85" w:rsidRPr="00771808" w:rsidTr="002264E8">
        <w:tc>
          <w:tcPr>
            <w:tcW w:w="4531" w:type="dxa"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1,2, 7-10, 11-13, 17-26, 44, 45</w:t>
            </w:r>
          </w:p>
        </w:tc>
        <w:tc>
          <w:tcPr>
            <w:tcW w:w="4814" w:type="dxa"/>
          </w:tcPr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Периодическая система химических элементов Д.И. Менделеева</w:t>
            </w:r>
          </w:p>
        </w:tc>
      </w:tr>
      <w:tr w:rsidR="00FD4A85" w:rsidTr="002264E8">
        <w:tc>
          <w:tcPr>
            <w:tcW w:w="4531" w:type="dxa"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3-6, 29-31, 38-41</w:t>
            </w:r>
          </w:p>
        </w:tc>
        <w:tc>
          <w:tcPr>
            <w:tcW w:w="4814" w:type="dxa"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Таблица растворимости</w:t>
            </w:r>
          </w:p>
        </w:tc>
      </w:tr>
      <w:tr w:rsidR="00FD4A85" w:rsidTr="002264E8">
        <w:tc>
          <w:tcPr>
            <w:tcW w:w="4531" w:type="dxa"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27, 28, 32, 33</w:t>
            </w:r>
          </w:p>
        </w:tc>
        <w:tc>
          <w:tcPr>
            <w:tcW w:w="4814" w:type="dxa"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Электрохимический ряд напряжения металлов</w:t>
            </w:r>
          </w:p>
        </w:tc>
      </w:tr>
    </w:tbl>
    <w:p w:rsidR="00FD4A85" w:rsidRDefault="00FD4A85" w:rsidP="00FD4A85">
      <w:pPr>
        <w:jc w:val="center"/>
        <w:rPr>
          <w:szCs w:val="24"/>
        </w:rPr>
      </w:pPr>
    </w:p>
    <w:p w:rsidR="00FD4A85" w:rsidRDefault="00FD4A85" w:rsidP="00702148">
      <w:pPr>
        <w:spacing w:line="240" w:lineRule="auto"/>
        <w:jc w:val="center"/>
        <w:rPr>
          <w:szCs w:val="24"/>
        </w:rPr>
      </w:pPr>
      <w:r>
        <w:rPr>
          <w:szCs w:val="24"/>
        </w:rPr>
        <w:t>Ключи правильных ответов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2692"/>
        <w:gridCol w:w="2127"/>
        <w:gridCol w:w="2337"/>
      </w:tblGrid>
      <w:tr w:rsidR="00FD4A85" w:rsidTr="002264E8">
        <w:tc>
          <w:tcPr>
            <w:tcW w:w="1980" w:type="dxa"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Номер задания</w:t>
            </w:r>
          </w:p>
        </w:tc>
        <w:tc>
          <w:tcPr>
            <w:tcW w:w="2692" w:type="dxa"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Верный ответ</w:t>
            </w:r>
          </w:p>
        </w:tc>
        <w:tc>
          <w:tcPr>
            <w:tcW w:w="2127" w:type="dxa"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Номер задания</w:t>
            </w:r>
          </w:p>
        </w:tc>
        <w:tc>
          <w:tcPr>
            <w:tcW w:w="2337" w:type="dxa"/>
          </w:tcPr>
          <w:p w:rsidR="00FD4A85" w:rsidRPr="00CF5C61" w:rsidRDefault="00FD4A85" w:rsidP="00702148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Верный ответ</w:t>
            </w:r>
          </w:p>
        </w:tc>
      </w:tr>
      <w:tr w:rsidR="00FD4A85" w:rsidTr="002264E8">
        <w:tc>
          <w:tcPr>
            <w:tcW w:w="1980" w:type="dxa"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</w:t>
            </w:r>
            <w:r w:rsidRPr="004D00E1">
              <w:rPr>
                <w:b/>
                <w:szCs w:val="24"/>
              </w:rPr>
              <w:t xml:space="preserve"> </w:t>
            </w:r>
          </w:p>
        </w:tc>
        <w:tc>
          <w:tcPr>
            <w:tcW w:w="2692" w:type="dxa"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b/>
                <w:szCs w:val="24"/>
              </w:rPr>
              <w:t>А</w:t>
            </w:r>
          </w:p>
        </w:tc>
        <w:tc>
          <w:tcPr>
            <w:tcW w:w="2127" w:type="dxa"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26</w:t>
            </w:r>
          </w:p>
        </w:tc>
        <w:tc>
          <w:tcPr>
            <w:tcW w:w="2337" w:type="dxa"/>
          </w:tcPr>
          <w:p w:rsidR="00FD4A85" w:rsidRPr="00CF5C61" w:rsidRDefault="00FD4A85" w:rsidP="00702148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123</w:t>
            </w:r>
          </w:p>
        </w:tc>
      </w:tr>
      <w:tr w:rsidR="00FD4A85" w:rsidTr="002264E8">
        <w:tc>
          <w:tcPr>
            <w:tcW w:w="1980" w:type="dxa"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2 </w:t>
            </w:r>
          </w:p>
        </w:tc>
        <w:tc>
          <w:tcPr>
            <w:tcW w:w="2692" w:type="dxa"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Б</w:t>
            </w:r>
          </w:p>
        </w:tc>
        <w:tc>
          <w:tcPr>
            <w:tcW w:w="2127" w:type="dxa"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27</w:t>
            </w:r>
          </w:p>
        </w:tc>
        <w:tc>
          <w:tcPr>
            <w:tcW w:w="2337" w:type="dxa"/>
          </w:tcPr>
          <w:p w:rsidR="00FD4A85" w:rsidRPr="00CF5C61" w:rsidRDefault="00FD4A85" w:rsidP="00702148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1В, 2Б, 3А</w:t>
            </w:r>
          </w:p>
        </w:tc>
      </w:tr>
      <w:tr w:rsidR="00FD4A85" w:rsidTr="002264E8">
        <w:tc>
          <w:tcPr>
            <w:tcW w:w="1980" w:type="dxa"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3 </w:t>
            </w:r>
          </w:p>
        </w:tc>
        <w:tc>
          <w:tcPr>
            <w:tcW w:w="2692" w:type="dxa"/>
          </w:tcPr>
          <w:p w:rsidR="00FD4A85" w:rsidRPr="00562796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b/>
                <w:szCs w:val="24"/>
              </w:rPr>
              <w:t>В</w:t>
            </w:r>
          </w:p>
        </w:tc>
        <w:tc>
          <w:tcPr>
            <w:tcW w:w="2127" w:type="dxa"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28</w:t>
            </w:r>
          </w:p>
        </w:tc>
        <w:tc>
          <w:tcPr>
            <w:tcW w:w="2337" w:type="dxa"/>
          </w:tcPr>
          <w:p w:rsidR="00FD4A85" w:rsidRPr="00CF5C61" w:rsidRDefault="00FD4A85" w:rsidP="00702148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1Г, 2А, 3Б</w:t>
            </w:r>
          </w:p>
        </w:tc>
      </w:tr>
      <w:tr w:rsidR="00FD4A85" w:rsidTr="002264E8">
        <w:tc>
          <w:tcPr>
            <w:tcW w:w="1980" w:type="dxa"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2692" w:type="dxa"/>
          </w:tcPr>
          <w:p w:rsidR="00FD4A85" w:rsidRPr="00562796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b/>
                <w:szCs w:val="24"/>
              </w:rPr>
              <w:t>В</w:t>
            </w:r>
          </w:p>
        </w:tc>
        <w:tc>
          <w:tcPr>
            <w:tcW w:w="2127" w:type="dxa"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29</w:t>
            </w:r>
          </w:p>
        </w:tc>
        <w:tc>
          <w:tcPr>
            <w:tcW w:w="2337" w:type="dxa"/>
          </w:tcPr>
          <w:p w:rsidR="00FD4A85" w:rsidRPr="00CF5C61" w:rsidRDefault="00FD4A85" w:rsidP="00702148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1Б, 2A, 3Г</w:t>
            </w:r>
          </w:p>
        </w:tc>
      </w:tr>
      <w:tr w:rsidR="00FD4A85" w:rsidTr="002264E8">
        <w:tc>
          <w:tcPr>
            <w:tcW w:w="1980" w:type="dxa"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2692" w:type="dxa"/>
          </w:tcPr>
          <w:p w:rsidR="00FD4A85" w:rsidRPr="00562796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b/>
                <w:szCs w:val="24"/>
              </w:rPr>
              <w:t>Б</w:t>
            </w:r>
          </w:p>
        </w:tc>
        <w:tc>
          <w:tcPr>
            <w:tcW w:w="2127" w:type="dxa"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30</w:t>
            </w:r>
          </w:p>
        </w:tc>
        <w:tc>
          <w:tcPr>
            <w:tcW w:w="2337" w:type="dxa"/>
          </w:tcPr>
          <w:p w:rsidR="00FD4A85" w:rsidRPr="00CF5C61" w:rsidRDefault="00FD4A85" w:rsidP="00702148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1В, 2А, 3Б</w:t>
            </w:r>
          </w:p>
        </w:tc>
      </w:tr>
      <w:tr w:rsidR="00FD4A85" w:rsidTr="002264E8">
        <w:tc>
          <w:tcPr>
            <w:tcW w:w="1980" w:type="dxa"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2692" w:type="dxa"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А</w:t>
            </w:r>
          </w:p>
        </w:tc>
        <w:tc>
          <w:tcPr>
            <w:tcW w:w="2127" w:type="dxa"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31</w:t>
            </w:r>
          </w:p>
        </w:tc>
        <w:tc>
          <w:tcPr>
            <w:tcW w:w="2337" w:type="dxa"/>
          </w:tcPr>
          <w:p w:rsidR="00FD4A85" w:rsidRPr="00CF5C61" w:rsidRDefault="00FD4A85" w:rsidP="00702148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1В, 2А, 3Б</w:t>
            </w:r>
          </w:p>
        </w:tc>
      </w:tr>
      <w:tr w:rsidR="00FD4A85" w:rsidTr="002264E8">
        <w:tc>
          <w:tcPr>
            <w:tcW w:w="1980" w:type="dxa"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2692" w:type="dxa"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Б,Г</w:t>
            </w:r>
          </w:p>
        </w:tc>
        <w:tc>
          <w:tcPr>
            <w:tcW w:w="2127" w:type="dxa"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32</w:t>
            </w:r>
          </w:p>
        </w:tc>
        <w:tc>
          <w:tcPr>
            <w:tcW w:w="2337" w:type="dxa"/>
          </w:tcPr>
          <w:p w:rsidR="00FD4A85" w:rsidRPr="00CF5C61" w:rsidRDefault="00FD4A85" w:rsidP="00702148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1B, 2Д, 3В, 4Г</w:t>
            </w:r>
          </w:p>
        </w:tc>
      </w:tr>
      <w:tr w:rsidR="00FD4A85" w:rsidTr="002264E8">
        <w:tc>
          <w:tcPr>
            <w:tcW w:w="1980" w:type="dxa"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2692" w:type="dxa"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А,Б</w:t>
            </w:r>
          </w:p>
        </w:tc>
        <w:tc>
          <w:tcPr>
            <w:tcW w:w="2127" w:type="dxa"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33</w:t>
            </w:r>
          </w:p>
        </w:tc>
        <w:tc>
          <w:tcPr>
            <w:tcW w:w="2337" w:type="dxa"/>
          </w:tcPr>
          <w:p w:rsidR="00FD4A85" w:rsidRPr="00CF5C61" w:rsidRDefault="00FD4A85" w:rsidP="00702148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1В, 2Д, 3А, 4А</w:t>
            </w:r>
          </w:p>
        </w:tc>
      </w:tr>
      <w:tr w:rsidR="00FD4A85" w:rsidTr="002264E8">
        <w:tc>
          <w:tcPr>
            <w:tcW w:w="1980" w:type="dxa"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2692" w:type="dxa"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Б,Г</w:t>
            </w:r>
          </w:p>
        </w:tc>
        <w:tc>
          <w:tcPr>
            <w:tcW w:w="2127" w:type="dxa"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34</w:t>
            </w:r>
          </w:p>
        </w:tc>
        <w:tc>
          <w:tcPr>
            <w:tcW w:w="2337" w:type="dxa"/>
          </w:tcPr>
          <w:p w:rsidR="00FD4A85" w:rsidRPr="00CF5C61" w:rsidRDefault="00FD4A85" w:rsidP="00702148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1А, 2А, 3В, 4В</w:t>
            </w:r>
          </w:p>
        </w:tc>
      </w:tr>
      <w:tr w:rsidR="00FD4A85" w:rsidTr="002264E8">
        <w:tc>
          <w:tcPr>
            <w:tcW w:w="1980" w:type="dxa"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2692" w:type="dxa"/>
          </w:tcPr>
          <w:p w:rsidR="00FD4A85" w:rsidRPr="001756C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1234</w:t>
            </w:r>
          </w:p>
        </w:tc>
        <w:tc>
          <w:tcPr>
            <w:tcW w:w="2127" w:type="dxa"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35</w:t>
            </w:r>
          </w:p>
        </w:tc>
        <w:tc>
          <w:tcPr>
            <w:tcW w:w="2337" w:type="dxa"/>
          </w:tcPr>
          <w:p w:rsidR="00FD4A85" w:rsidRPr="00CF5C61" w:rsidRDefault="00FD4A85" w:rsidP="00702148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1В, 2Б, 3В, 4А</w:t>
            </w:r>
          </w:p>
        </w:tc>
      </w:tr>
      <w:tr w:rsidR="00FD4A85" w:rsidTr="002264E8">
        <w:tc>
          <w:tcPr>
            <w:tcW w:w="1980" w:type="dxa"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2692" w:type="dxa"/>
          </w:tcPr>
          <w:p w:rsidR="00FD4A85" w:rsidRPr="001756C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1234</w:t>
            </w:r>
          </w:p>
        </w:tc>
        <w:tc>
          <w:tcPr>
            <w:tcW w:w="2127" w:type="dxa"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36</w:t>
            </w:r>
          </w:p>
        </w:tc>
        <w:tc>
          <w:tcPr>
            <w:tcW w:w="2337" w:type="dxa"/>
          </w:tcPr>
          <w:p w:rsidR="00FD4A85" w:rsidRPr="00CF5C61" w:rsidRDefault="00FD4A85" w:rsidP="00702148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1А, 2В, 3А, 4Б</w:t>
            </w:r>
          </w:p>
        </w:tc>
      </w:tr>
      <w:tr w:rsidR="00FD4A85" w:rsidTr="002264E8">
        <w:tc>
          <w:tcPr>
            <w:tcW w:w="1980" w:type="dxa"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2692" w:type="dxa"/>
          </w:tcPr>
          <w:p w:rsidR="00FD4A85" w:rsidRPr="001756C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1234</w:t>
            </w:r>
          </w:p>
        </w:tc>
        <w:tc>
          <w:tcPr>
            <w:tcW w:w="2127" w:type="dxa"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37</w:t>
            </w:r>
          </w:p>
        </w:tc>
        <w:tc>
          <w:tcPr>
            <w:tcW w:w="2337" w:type="dxa"/>
          </w:tcPr>
          <w:p w:rsidR="00FD4A85" w:rsidRPr="00CF5C61" w:rsidRDefault="00FD4A85" w:rsidP="00702148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1А, 2В, 3А, 4В</w:t>
            </w:r>
          </w:p>
        </w:tc>
      </w:tr>
      <w:tr w:rsidR="00FD4A85" w:rsidTr="002264E8">
        <w:tc>
          <w:tcPr>
            <w:tcW w:w="1980" w:type="dxa"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13</w:t>
            </w:r>
          </w:p>
        </w:tc>
        <w:tc>
          <w:tcPr>
            <w:tcW w:w="2692" w:type="dxa"/>
          </w:tcPr>
          <w:p w:rsidR="00FD4A85" w:rsidRPr="001756C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1234</w:t>
            </w:r>
          </w:p>
        </w:tc>
        <w:tc>
          <w:tcPr>
            <w:tcW w:w="2127" w:type="dxa"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38</w:t>
            </w:r>
          </w:p>
        </w:tc>
        <w:tc>
          <w:tcPr>
            <w:tcW w:w="2337" w:type="dxa"/>
          </w:tcPr>
          <w:p w:rsidR="00FD4A85" w:rsidRPr="00CF5C61" w:rsidRDefault="00FD4A85" w:rsidP="00702148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1Г, 2Б, 3А</w:t>
            </w:r>
          </w:p>
        </w:tc>
      </w:tr>
      <w:tr w:rsidR="00FD4A85" w:rsidTr="002264E8">
        <w:tc>
          <w:tcPr>
            <w:tcW w:w="1980" w:type="dxa"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2692" w:type="dxa"/>
          </w:tcPr>
          <w:p w:rsidR="00FD4A85" w:rsidRPr="001756C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123</w:t>
            </w:r>
          </w:p>
        </w:tc>
        <w:tc>
          <w:tcPr>
            <w:tcW w:w="2127" w:type="dxa"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39</w:t>
            </w:r>
          </w:p>
        </w:tc>
        <w:tc>
          <w:tcPr>
            <w:tcW w:w="2337" w:type="dxa"/>
          </w:tcPr>
          <w:p w:rsidR="00FD4A85" w:rsidRPr="00CF5C61" w:rsidRDefault="00FD4A85" w:rsidP="00702148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1В, 2Б, 3А</w:t>
            </w:r>
          </w:p>
        </w:tc>
      </w:tr>
      <w:tr w:rsidR="00FD4A85" w:rsidTr="002264E8">
        <w:tc>
          <w:tcPr>
            <w:tcW w:w="1980" w:type="dxa"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2692" w:type="dxa"/>
          </w:tcPr>
          <w:p w:rsidR="00FD4A85" w:rsidRPr="001756C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123</w:t>
            </w:r>
          </w:p>
        </w:tc>
        <w:tc>
          <w:tcPr>
            <w:tcW w:w="2127" w:type="dxa"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40</w:t>
            </w:r>
          </w:p>
        </w:tc>
        <w:tc>
          <w:tcPr>
            <w:tcW w:w="2337" w:type="dxa"/>
          </w:tcPr>
          <w:p w:rsidR="00FD4A85" w:rsidRPr="00CF5C61" w:rsidRDefault="00FD4A85" w:rsidP="00702148">
            <w:pPr>
              <w:tabs>
                <w:tab w:val="left" w:pos="500"/>
              </w:tabs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1А, 2Г, 3В</w:t>
            </w:r>
          </w:p>
        </w:tc>
      </w:tr>
      <w:tr w:rsidR="00FD4A85" w:rsidTr="002264E8">
        <w:tc>
          <w:tcPr>
            <w:tcW w:w="1980" w:type="dxa"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16</w:t>
            </w:r>
          </w:p>
        </w:tc>
        <w:tc>
          <w:tcPr>
            <w:tcW w:w="2692" w:type="dxa"/>
          </w:tcPr>
          <w:p w:rsidR="00FD4A85" w:rsidRPr="001756C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123</w:t>
            </w:r>
          </w:p>
        </w:tc>
        <w:tc>
          <w:tcPr>
            <w:tcW w:w="2127" w:type="dxa"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41</w:t>
            </w:r>
          </w:p>
        </w:tc>
        <w:tc>
          <w:tcPr>
            <w:tcW w:w="2337" w:type="dxa"/>
          </w:tcPr>
          <w:p w:rsidR="00FD4A85" w:rsidRPr="00CF5C61" w:rsidRDefault="00FD4A85" w:rsidP="00702148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1Г, 2А, 3Б</w:t>
            </w:r>
          </w:p>
        </w:tc>
      </w:tr>
      <w:tr w:rsidR="00FD4A85" w:rsidTr="002264E8">
        <w:tc>
          <w:tcPr>
            <w:tcW w:w="1980" w:type="dxa"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17</w:t>
            </w:r>
          </w:p>
        </w:tc>
        <w:tc>
          <w:tcPr>
            <w:tcW w:w="2692" w:type="dxa"/>
          </w:tcPr>
          <w:p w:rsidR="00FD4A85" w:rsidRPr="001756C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123</w:t>
            </w:r>
          </w:p>
        </w:tc>
        <w:tc>
          <w:tcPr>
            <w:tcW w:w="2127" w:type="dxa"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42</w:t>
            </w:r>
          </w:p>
        </w:tc>
        <w:tc>
          <w:tcPr>
            <w:tcW w:w="2337" w:type="dxa"/>
          </w:tcPr>
          <w:p w:rsidR="00FD4A85" w:rsidRPr="00CF5C61" w:rsidRDefault="00FD4A85" w:rsidP="00702148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1Г, 2А, 3В</w:t>
            </w:r>
          </w:p>
        </w:tc>
      </w:tr>
      <w:tr w:rsidR="00FD4A85" w:rsidTr="002264E8">
        <w:tc>
          <w:tcPr>
            <w:tcW w:w="1980" w:type="dxa"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2692" w:type="dxa"/>
          </w:tcPr>
          <w:p w:rsidR="00FD4A85" w:rsidRPr="001756C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123</w:t>
            </w:r>
          </w:p>
        </w:tc>
        <w:tc>
          <w:tcPr>
            <w:tcW w:w="2127" w:type="dxa"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43</w:t>
            </w:r>
          </w:p>
        </w:tc>
        <w:tc>
          <w:tcPr>
            <w:tcW w:w="2337" w:type="dxa"/>
          </w:tcPr>
          <w:p w:rsidR="00FD4A85" w:rsidRPr="00CF5C61" w:rsidRDefault="00FD4A85" w:rsidP="00702148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1А, 2В, 3Б</w:t>
            </w:r>
          </w:p>
        </w:tc>
      </w:tr>
      <w:tr w:rsidR="00FD4A85" w:rsidTr="002264E8">
        <w:tc>
          <w:tcPr>
            <w:tcW w:w="1980" w:type="dxa"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19</w:t>
            </w:r>
          </w:p>
        </w:tc>
        <w:tc>
          <w:tcPr>
            <w:tcW w:w="2692" w:type="dxa"/>
          </w:tcPr>
          <w:p w:rsidR="00FD4A85" w:rsidRPr="001756C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123</w:t>
            </w:r>
          </w:p>
        </w:tc>
        <w:tc>
          <w:tcPr>
            <w:tcW w:w="2127" w:type="dxa"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44</w:t>
            </w:r>
          </w:p>
        </w:tc>
        <w:tc>
          <w:tcPr>
            <w:tcW w:w="2337" w:type="dxa"/>
          </w:tcPr>
          <w:p w:rsidR="00FD4A85" w:rsidRPr="00CF5C61" w:rsidRDefault="00FD4A85" w:rsidP="00702148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1Б, 2В, 3А</w:t>
            </w:r>
          </w:p>
        </w:tc>
      </w:tr>
      <w:tr w:rsidR="00FD4A85" w:rsidTr="002264E8">
        <w:tc>
          <w:tcPr>
            <w:tcW w:w="1980" w:type="dxa"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2692" w:type="dxa"/>
          </w:tcPr>
          <w:p w:rsidR="00FD4A85" w:rsidRPr="001756C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123</w:t>
            </w:r>
          </w:p>
        </w:tc>
        <w:tc>
          <w:tcPr>
            <w:tcW w:w="2127" w:type="dxa"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45</w:t>
            </w:r>
          </w:p>
        </w:tc>
        <w:tc>
          <w:tcPr>
            <w:tcW w:w="2337" w:type="dxa"/>
          </w:tcPr>
          <w:p w:rsidR="00FD4A85" w:rsidRPr="00CF5C61" w:rsidRDefault="00FD4A85" w:rsidP="00702148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1А, 2Б, 3Г</w:t>
            </w:r>
          </w:p>
        </w:tc>
      </w:tr>
      <w:tr w:rsidR="00FD4A85" w:rsidTr="002264E8">
        <w:tc>
          <w:tcPr>
            <w:tcW w:w="1980" w:type="dxa"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21</w:t>
            </w:r>
          </w:p>
        </w:tc>
        <w:tc>
          <w:tcPr>
            <w:tcW w:w="2692" w:type="dxa"/>
          </w:tcPr>
          <w:p w:rsidR="00FD4A85" w:rsidRPr="008234DE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123</w:t>
            </w:r>
          </w:p>
        </w:tc>
        <w:tc>
          <w:tcPr>
            <w:tcW w:w="2127" w:type="dxa"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46</w:t>
            </w:r>
          </w:p>
        </w:tc>
        <w:tc>
          <w:tcPr>
            <w:tcW w:w="2337" w:type="dxa"/>
          </w:tcPr>
          <w:p w:rsidR="00FD4A85" w:rsidRPr="00CF5C61" w:rsidRDefault="00FD4A85" w:rsidP="00702148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20</w:t>
            </w:r>
          </w:p>
        </w:tc>
      </w:tr>
      <w:tr w:rsidR="00FD4A85" w:rsidTr="002264E8">
        <w:tc>
          <w:tcPr>
            <w:tcW w:w="1980" w:type="dxa"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22</w:t>
            </w:r>
          </w:p>
        </w:tc>
        <w:tc>
          <w:tcPr>
            <w:tcW w:w="2692" w:type="dxa"/>
          </w:tcPr>
          <w:p w:rsidR="00FD4A85" w:rsidRPr="008234DE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123</w:t>
            </w:r>
          </w:p>
        </w:tc>
        <w:tc>
          <w:tcPr>
            <w:tcW w:w="2127" w:type="dxa"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47</w:t>
            </w:r>
          </w:p>
        </w:tc>
        <w:tc>
          <w:tcPr>
            <w:tcW w:w="2337" w:type="dxa"/>
          </w:tcPr>
          <w:p w:rsidR="00FD4A85" w:rsidRPr="00CF5C61" w:rsidRDefault="00FD4A85" w:rsidP="00702148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223,7</w:t>
            </w:r>
          </w:p>
        </w:tc>
      </w:tr>
      <w:tr w:rsidR="00FD4A85" w:rsidTr="002264E8">
        <w:tc>
          <w:tcPr>
            <w:tcW w:w="1980" w:type="dxa"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>23</w:t>
            </w:r>
          </w:p>
        </w:tc>
        <w:tc>
          <w:tcPr>
            <w:tcW w:w="2692" w:type="dxa"/>
          </w:tcPr>
          <w:p w:rsidR="00FD4A85" w:rsidRPr="008234DE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123</w:t>
            </w:r>
          </w:p>
        </w:tc>
        <w:tc>
          <w:tcPr>
            <w:tcW w:w="2127" w:type="dxa"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48</w:t>
            </w:r>
          </w:p>
        </w:tc>
        <w:tc>
          <w:tcPr>
            <w:tcW w:w="2337" w:type="dxa"/>
          </w:tcPr>
          <w:p w:rsidR="00FD4A85" w:rsidRPr="00CF5C61" w:rsidRDefault="00FD4A85" w:rsidP="00702148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1</w:t>
            </w:r>
          </w:p>
        </w:tc>
      </w:tr>
      <w:tr w:rsidR="00FD4A85" w:rsidTr="002264E8">
        <w:tc>
          <w:tcPr>
            <w:tcW w:w="1980" w:type="dxa"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24</w:t>
            </w:r>
          </w:p>
        </w:tc>
        <w:tc>
          <w:tcPr>
            <w:tcW w:w="2692" w:type="dxa"/>
          </w:tcPr>
          <w:p w:rsidR="00FD4A85" w:rsidRPr="008234DE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123</w:t>
            </w:r>
          </w:p>
        </w:tc>
        <w:tc>
          <w:tcPr>
            <w:tcW w:w="2127" w:type="dxa"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49</w:t>
            </w:r>
          </w:p>
        </w:tc>
        <w:tc>
          <w:tcPr>
            <w:tcW w:w="2337" w:type="dxa"/>
          </w:tcPr>
          <w:p w:rsidR="00FD4A85" w:rsidRPr="00CF5C61" w:rsidRDefault="00FD4A85" w:rsidP="00702148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2</w:t>
            </w:r>
          </w:p>
        </w:tc>
      </w:tr>
      <w:tr w:rsidR="00FD4A85" w:rsidTr="002264E8">
        <w:tc>
          <w:tcPr>
            <w:tcW w:w="1980" w:type="dxa"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  <w:tc>
          <w:tcPr>
            <w:tcW w:w="2692" w:type="dxa"/>
          </w:tcPr>
          <w:p w:rsidR="00FD4A85" w:rsidRPr="008234DE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123</w:t>
            </w:r>
          </w:p>
        </w:tc>
        <w:tc>
          <w:tcPr>
            <w:tcW w:w="2127" w:type="dxa"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50</w:t>
            </w:r>
          </w:p>
        </w:tc>
        <w:tc>
          <w:tcPr>
            <w:tcW w:w="2337" w:type="dxa"/>
          </w:tcPr>
          <w:p w:rsidR="00FD4A85" w:rsidRPr="00CF5C61" w:rsidRDefault="00FD4A85" w:rsidP="00702148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(45 и 5)</w:t>
            </w:r>
          </w:p>
        </w:tc>
      </w:tr>
    </w:tbl>
    <w:p w:rsidR="00FD4A85" w:rsidRDefault="00FD4A85" w:rsidP="00FD4A85">
      <w:pPr>
        <w:rPr>
          <w:szCs w:val="24"/>
        </w:rPr>
      </w:pPr>
    </w:p>
    <w:p w:rsidR="00FD4A85" w:rsidRDefault="00FD4A85" w:rsidP="00702148">
      <w:pPr>
        <w:spacing w:line="240" w:lineRule="auto"/>
        <w:jc w:val="center"/>
        <w:rPr>
          <w:szCs w:val="24"/>
        </w:rPr>
      </w:pPr>
      <w:r>
        <w:rPr>
          <w:szCs w:val="24"/>
        </w:rPr>
        <w:t>Критерии оценки тестовых заданий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7"/>
        <w:gridCol w:w="3762"/>
        <w:gridCol w:w="3206"/>
      </w:tblGrid>
      <w:tr w:rsidR="00FD4A85" w:rsidTr="002264E8">
        <w:tc>
          <w:tcPr>
            <w:tcW w:w="2377" w:type="dxa"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Результат оценивания</w:t>
            </w:r>
          </w:p>
        </w:tc>
        <w:tc>
          <w:tcPr>
            <w:tcW w:w="3762" w:type="dxa"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Тип задания</w:t>
            </w:r>
          </w:p>
        </w:tc>
        <w:tc>
          <w:tcPr>
            <w:tcW w:w="3206" w:type="dxa"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Критерии</w:t>
            </w:r>
          </w:p>
        </w:tc>
      </w:tr>
      <w:tr w:rsidR="00FD4A85" w:rsidRPr="00771808" w:rsidTr="002264E8">
        <w:tc>
          <w:tcPr>
            <w:tcW w:w="2377" w:type="dxa"/>
            <w:vMerge w:val="restart"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верно</w:t>
            </w:r>
          </w:p>
        </w:tc>
        <w:tc>
          <w:tcPr>
            <w:tcW w:w="3762" w:type="dxa"/>
          </w:tcPr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с выбором одного/нескольких ответов</w:t>
            </w:r>
          </w:p>
        </w:tc>
        <w:tc>
          <w:tcPr>
            <w:tcW w:w="3206" w:type="dxa"/>
            <w:vMerge w:val="restart"/>
          </w:tcPr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Полное совпадение с верным ответом</w:t>
            </w:r>
          </w:p>
        </w:tc>
      </w:tr>
      <w:tr w:rsidR="00FD4A85" w:rsidTr="002264E8">
        <w:tc>
          <w:tcPr>
            <w:tcW w:w="2377" w:type="dxa"/>
            <w:vMerge/>
          </w:tcPr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</w:p>
        </w:tc>
        <w:tc>
          <w:tcPr>
            <w:tcW w:w="3762" w:type="dxa"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на установление последовательности/соответствия</w:t>
            </w:r>
          </w:p>
        </w:tc>
        <w:tc>
          <w:tcPr>
            <w:tcW w:w="3206" w:type="dxa"/>
            <w:vMerge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</w:p>
        </w:tc>
      </w:tr>
      <w:tr w:rsidR="00FD4A85" w:rsidTr="002264E8">
        <w:tc>
          <w:tcPr>
            <w:tcW w:w="2377" w:type="dxa"/>
            <w:vMerge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</w:p>
        </w:tc>
        <w:tc>
          <w:tcPr>
            <w:tcW w:w="3762" w:type="dxa"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с развернутым ответом</w:t>
            </w:r>
          </w:p>
        </w:tc>
        <w:tc>
          <w:tcPr>
            <w:tcW w:w="3206" w:type="dxa"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Сопоставить с эталонным ответом</w:t>
            </w:r>
          </w:p>
        </w:tc>
      </w:tr>
      <w:tr w:rsidR="00FD4A85" w:rsidRPr="00771808" w:rsidTr="002264E8">
        <w:tc>
          <w:tcPr>
            <w:tcW w:w="2377" w:type="dxa"/>
          </w:tcPr>
          <w:p w:rsidR="00FD4A85" w:rsidRDefault="00FD4A85" w:rsidP="0070214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неверно</w:t>
            </w:r>
          </w:p>
        </w:tc>
        <w:tc>
          <w:tcPr>
            <w:tcW w:w="3762" w:type="dxa"/>
          </w:tcPr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с выбором одного/нескольких ответов;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на установление последовательности/соответствия;</w:t>
            </w:r>
          </w:p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с развернутым ответом</w:t>
            </w:r>
          </w:p>
        </w:tc>
        <w:tc>
          <w:tcPr>
            <w:tcW w:w="3206" w:type="dxa"/>
          </w:tcPr>
          <w:p w:rsidR="00FD4A85" w:rsidRPr="00560995" w:rsidRDefault="00FD4A85" w:rsidP="00702148">
            <w:pPr>
              <w:spacing w:line="240" w:lineRule="auto"/>
              <w:rPr>
                <w:szCs w:val="24"/>
                <w:lang w:val="ru-RU"/>
              </w:rPr>
            </w:pPr>
            <w:r w:rsidRPr="00560995">
              <w:rPr>
                <w:szCs w:val="24"/>
                <w:lang w:val="ru-RU"/>
              </w:rPr>
              <w:t>Допущены ошибки или ответ отсутствует</w:t>
            </w:r>
          </w:p>
        </w:tc>
      </w:tr>
    </w:tbl>
    <w:p w:rsidR="00FD4A85" w:rsidRPr="00560995" w:rsidRDefault="00FD4A85" w:rsidP="00702148">
      <w:pPr>
        <w:spacing w:line="240" w:lineRule="auto"/>
        <w:rPr>
          <w:szCs w:val="24"/>
          <w:lang w:val="ru-RU"/>
        </w:rPr>
      </w:pPr>
    </w:p>
    <w:p w:rsidR="00FD4A85" w:rsidRPr="00560995" w:rsidRDefault="00FD4A85" w:rsidP="00702148">
      <w:pPr>
        <w:spacing w:line="240" w:lineRule="auto"/>
        <w:rPr>
          <w:szCs w:val="24"/>
          <w:lang w:val="ru-RU"/>
        </w:rPr>
      </w:pPr>
      <w:r w:rsidRPr="00560995">
        <w:rPr>
          <w:szCs w:val="24"/>
          <w:lang w:val="ru-RU"/>
        </w:rPr>
        <w:t>Шкала оценивания результатов компьютерного тестирования обучающихся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FD4A85" w:rsidTr="002264E8">
        <w:tc>
          <w:tcPr>
            <w:tcW w:w="4672" w:type="dxa"/>
          </w:tcPr>
          <w:p w:rsidR="00FD4A85" w:rsidRDefault="00FD4A85" w:rsidP="0070214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Оценка</w:t>
            </w:r>
          </w:p>
        </w:tc>
        <w:tc>
          <w:tcPr>
            <w:tcW w:w="4673" w:type="dxa"/>
          </w:tcPr>
          <w:p w:rsidR="00FD4A85" w:rsidRDefault="00FD4A85" w:rsidP="0070214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Процент верных ответов</w:t>
            </w:r>
          </w:p>
        </w:tc>
      </w:tr>
      <w:tr w:rsidR="00FD4A85" w:rsidTr="002264E8">
        <w:tc>
          <w:tcPr>
            <w:tcW w:w="4672" w:type="dxa"/>
          </w:tcPr>
          <w:p w:rsidR="00FD4A85" w:rsidRDefault="00FD4A85" w:rsidP="0070214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отлично</w:t>
            </w:r>
          </w:p>
        </w:tc>
        <w:tc>
          <w:tcPr>
            <w:tcW w:w="4673" w:type="dxa"/>
          </w:tcPr>
          <w:p w:rsidR="00FD4A85" w:rsidRDefault="00FD4A85" w:rsidP="0070214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91-100</w:t>
            </w:r>
          </w:p>
        </w:tc>
      </w:tr>
      <w:tr w:rsidR="00FD4A85" w:rsidTr="002264E8">
        <w:tc>
          <w:tcPr>
            <w:tcW w:w="4672" w:type="dxa"/>
          </w:tcPr>
          <w:p w:rsidR="00FD4A85" w:rsidRDefault="00FD4A85" w:rsidP="0070214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хорошо</w:t>
            </w:r>
          </w:p>
        </w:tc>
        <w:tc>
          <w:tcPr>
            <w:tcW w:w="4673" w:type="dxa"/>
          </w:tcPr>
          <w:p w:rsidR="00FD4A85" w:rsidRDefault="00FD4A85" w:rsidP="0070214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80-90</w:t>
            </w:r>
          </w:p>
        </w:tc>
      </w:tr>
      <w:tr w:rsidR="00FD4A85" w:rsidTr="002264E8">
        <w:tc>
          <w:tcPr>
            <w:tcW w:w="4672" w:type="dxa"/>
          </w:tcPr>
          <w:p w:rsidR="00FD4A85" w:rsidRDefault="00FD4A85" w:rsidP="0070214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удовлетворительно</w:t>
            </w:r>
          </w:p>
        </w:tc>
        <w:tc>
          <w:tcPr>
            <w:tcW w:w="4673" w:type="dxa"/>
          </w:tcPr>
          <w:p w:rsidR="00FD4A85" w:rsidRDefault="00FD4A85" w:rsidP="0070214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60-79</w:t>
            </w:r>
          </w:p>
        </w:tc>
      </w:tr>
      <w:tr w:rsidR="00FD4A85" w:rsidTr="002264E8">
        <w:tc>
          <w:tcPr>
            <w:tcW w:w="4672" w:type="dxa"/>
          </w:tcPr>
          <w:p w:rsidR="00FD4A85" w:rsidRDefault="00FD4A85" w:rsidP="0070214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неудовлетворительно</w:t>
            </w:r>
          </w:p>
        </w:tc>
        <w:tc>
          <w:tcPr>
            <w:tcW w:w="4673" w:type="dxa"/>
          </w:tcPr>
          <w:p w:rsidR="00FD4A85" w:rsidRDefault="00FD4A85" w:rsidP="0070214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менее 60</w:t>
            </w:r>
          </w:p>
        </w:tc>
      </w:tr>
    </w:tbl>
    <w:p w:rsidR="00FD4A85" w:rsidRDefault="00FD4A85" w:rsidP="00FD4A85">
      <w:pPr>
        <w:rPr>
          <w:szCs w:val="24"/>
        </w:rPr>
      </w:pPr>
    </w:p>
    <w:p w:rsidR="00FD4A85" w:rsidRDefault="00FD4A85" w:rsidP="00FD4A85">
      <w:pPr>
        <w:rPr>
          <w:szCs w:val="24"/>
        </w:rPr>
      </w:pPr>
      <w:r>
        <w:rPr>
          <w:szCs w:val="24"/>
        </w:rPr>
        <w:t xml:space="preserve">Составитель </w:t>
      </w:r>
    </w:p>
    <w:p w:rsidR="00FD4A85" w:rsidRPr="00560995" w:rsidRDefault="00FD4A85" w:rsidP="00FD4A85">
      <w:pPr>
        <w:pStyle w:val="ae"/>
        <w:numPr>
          <w:ilvl w:val="0"/>
          <w:numId w:val="107"/>
        </w:numPr>
        <w:spacing w:after="160" w:line="259" w:lineRule="auto"/>
        <w:rPr>
          <w:szCs w:val="24"/>
          <w:lang w:val="ru-RU"/>
        </w:rPr>
      </w:pPr>
      <w:r w:rsidRPr="00560995">
        <w:rPr>
          <w:szCs w:val="24"/>
          <w:lang w:val="ru-RU"/>
        </w:rPr>
        <w:t>С.Ф. Лапина, доцент кафедры ЭБЖиФ, к.фарм.н.</w:t>
      </w:r>
    </w:p>
    <w:p w:rsidR="00FD4A85" w:rsidRPr="00560995" w:rsidRDefault="00FD4A85" w:rsidP="00FD4A85">
      <w:pPr>
        <w:pStyle w:val="ae"/>
        <w:rPr>
          <w:szCs w:val="24"/>
          <w:lang w:val="ru-RU"/>
        </w:rPr>
      </w:pPr>
    </w:p>
    <w:p w:rsidR="00FD4A85" w:rsidRPr="00560995" w:rsidRDefault="00702148" w:rsidP="00FD4A85">
      <w:pPr>
        <w:pStyle w:val="ae"/>
        <w:rPr>
          <w:szCs w:val="24"/>
          <w:lang w:val="ru-RU"/>
        </w:rPr>
      </w:pPr>
      <w:r w:rsidRPr="00702148">
        <w:rPr>
          <w:szCs w:val="24"/>
          <w:lang w:val="ru-RU"/>
        </w:rPr>
        <w:t>"22" апреля 2026</w:t>
      </w:r>
    </w:p>
    <w:p w:rsidR="00FD4A85" w:rsidRPr="00560995" w:rsidRDefault="00FD4A85" w:rsidP="00FD4A85">
      <w:pPr>
        <w:pStyle w:val="ae"/>
        <w:rPr>
          <w:szCs w:val="24"/>
          <w:lang w:val="ru-RU"/>
        </w:rPr>
      </w:pPr>
    </w:p>
    <w:p w:rsidR="00FD4A85" w:rsidRPr="00560995" w:rsidRDefault="00FD4A85" w:rsidP="00FD4A85">
      <w:pPr>
        <w:pStyle w:val="ae"/>
        <w:rPr>
          <w:szCs w:val="24"/>
          <w:lang w:val="ru-RU"/>
        </w:rPr>
      </w:pPr>
    </w:p>
    <w:p w:rsidR="00702148" w:rsidRDefault="00702148" w:rsidP="00FD4A85">
      <w:pPr>
        <w:pStyle w:val="21"/>
        <w:keepNext w:val="0"/>
        <w:widowControl w:val="0"/>
        <w:spacing w:before="0" w:line="240" w:lineRule="auto"/>
        <w:ind w:firstLine="425"/>
        <w:jc w:val="center"/>
        <w:rPr>
          <w:rFonts w:ascii="Time Roman" w:hAnsi="Time Roman"/>
          <w:color w:val="auto"/>
          <w:sz w:val="24"/>
          <w:szCs w:val="24"/>
          <w:lang w:val="ru-RU"/>
        </w:rPr>
      </w:pPr>
    </w:p>
    <w:p w:rsidR="00702148" w:rsidRDefault="00702148" w:rsidP="00FD4A85">
      <w:pPr>
        <w:pStyle w:val="21"/>
        <w:keepNext w:val="0"/>
        <w:widowControl w:val="0"/>
        <w:spacing w:before="0" w:line="240" w:lineRule="auto"/>
        <w:ind w:firstLine="425"/>
        <w:jc w:val="center"/>
        <w:rPr>
          <w:rFonts w:ascii="Time Roman" w:hAnsi="Time Roman"/>
          <w:color w:val="auto"/>
          <w:sz w:val="24"/>
          <w:szCs w:val="24"/>
          <w:lang w:val="ru-RU"/>
        </w:rPr>
      </w:pPr>
    </w:p>
    <w:p w:rsidR="00702148" w:rsidRDefault="00702148" w:rsidP="00FD4A85">
      <w:pPr>
        <w:pStyle w:val="21"/>
        <w:keepNext w:val="0"/>
        <w:widowControl w:val="0"/>
        <w:spacing w:before="0" w:line="240" w:lineRule="auto"/>
        <w:ind w:firstLine="425"/>
        <w:jc w:val="center"/>
        <w:rPr>
          <w:rFonts w:ascii="Time Roman" w:hAnsi="Time Roman"/>
          <w:color w:val="auto"/>
          <w:sz w:val="24"/>
          <w:szCs w:val="24"/>
          <w:lang w:val="ru-RU"/>
        </w:rPr>
      </w:pPr>
    </w:p>
    <w:p w:rsidR="00702148" w:rsidRDefault="00702148" w:rsidP="00FD4A85">
      <w:pPr>
        <w:pStyle w:val="21"/>
        <w:keepNext w:val="0"/>
        <w:widowControl w:val="0"/>
        <w:spacing w:before="0" w:line="240" w:lineRule="auto"/>
        <w:ind w:firstLine="425"/>
        <w:jc w:val="center"/>
        <w:rPr>
          <w:rFonts w:ascii="Time Roman" w:hAnsi="Time Roman"/>
          <w:color w:val="auto"/>
          <w:sz w:val="24"/>
          <w:szCs w:val="24"/>
          <w:lang w:val="ru-RU"/>
        </w:rPr>
      </w:pPr>
    </w:p>
    <w:p w:rsidR="00702148" w:rsidRDefault="00702148" w:rsidP="00FD4A85">
      <w:pPr>
        <w:pStyle w:val="21"/>
        <w:keepNext w:val="0"/>
        <w:widowControl w:val="0"/>
        <w:spacing w:before="0" w:line="240" w:lineRule="auto"/>
        <w:ind w:firstLine="425"/>
        <w:jc w:val="center"/>
        <w:rPr>
          <w:rFonts w:ascii="Time Roman" w:hAnsi="Time Roman"/>
          <w:color w:val="auto"/>
          <w:sz w:val="24"/>
          <w:szCs w:val="24"/>
          <w:lang w:val="ru-RU"/>
        </w:rPr>
      </w:pPr>
    </w:p>
    <w:p w:rsidR="00702148" w:rsidRDefault="00702148" w:rsidP="00FD4A85">
      <w:pPr>
        <w:pStyle w:val="21"/>
        <w:keepNext w:val="0"/>
        <w:widowControl w:val="0"/>
        <w:spacing w:before="0" w:line="240" w:lineRule="auto"/>
        <w:ind w:firstLine="425"/>
        <w:jc w:val="center"/>
        <w:rPr>
          <w:rFonts w:ascii="Time Roman" w:hAnsi="Time Roman"/>
          <w:color w:val="auto"/>
          <w:sz w:val="24"/>
          <w:szCs w:val="24"/>
          <w:lang w:val="ru-RU"/>
        </w:rPr>
      </w:pPr>
    </w:p>
    <w:p w:rsidR="00702148" w:rsidRDefault="00702148" w:rsidP="00FD4A85">
      <w:pPr>
        <w:pStyle w:val="21"/>
        <w:keepNext w:val="0"/>
        <w:widowControl w:val="0"/>
        <w:spacing w:before="0" w:line="240" w:lineRule="auto"/>
        <w:ind w:firstLine="425"/>
        <w:jc w:val="center"/>
        <w:rPr>
          <w:rFonts w:ascii="Time Roman" w:hAnsi="Time Roman"/>
          <w:color w:val="auto"/>
          <w:sz w:val="24"/>
          <w:szCs w:val="24"/>
          <w:lang w:val="ru-RU"/>
        </w:rPr>
      </w:pPr>
    </w:p>
    <w:p w:rsidR="00702148" w:rsidRDefault="00702148" w:rsidP="00FD4A85">
      <w:pPr>
        <w:pStyle w:val="21"/>
        <w:keepNext w:val="0"/>
        <w:widowControl w:val="0"/>
        <w:spacing w:before="0" w:line="240" w:lineRule="auto"/>
        <w:ind w:firstLine="425"/>
        <w:jc w:val="center"/>
        <w:rPr>
          <w:rFonts w:ascii="Time Roman" w:hAnsi="Time Roman"/>
          <w:color w:val="auto"/>
          <w:sz w:val="24"/>
          <w:szCs w:val="24"/>
          <w:lang w:val="ru-RU"/>
        </w:rPr>
      </w:pPr>
    </w:p>
    <w:p w:rsidR="00702148" w:rsidRDefault="00702148" w:rsidP="00FD4A85">
      <w:pPr>
        <w:pStyle w:val="21"/>
        <w:keepNext w:val="0"/>
        <w:widowControl w:val="0"/>
        <w:spacing w:before="0" w:line="240" w:lineRule="auto"/>
        <w:ind w:firstLine="425"/>
        <w:jc w:val="center"/>
        <w:rPr>
          <w:rFonts w:ascii="Time Roman" w:hAnsi="Time Roman"/>
          <w:color w:val="auto"/>
          <w:sz w:val="24"/>
          <w:szCs w:val="24"/>
          <w:lang w:val="ru-RU"/>
        </w:rPr>
      </w:pPr>
    </w:p>
    <w:p w:rsidR="00702148" w:rsidRDefault="00702148" w:rsidP="00FD4A85">
      <w:pPr>
        <w:pStyle w:val="21"/>
        <w:keepNext w:val="0"/>
        <w:widowControl w:val="0"/>
        <w:spacing w:before="0" w:line="240" w:lineRule="auto"/>
        <w:ind w:firstLine="425"/>
        <w:jc w:val="center"/>
        <w:rPr>
          <w:rFonts w:ascii="Time Roman" w:hAnsi="Time Roman"/>
          <w:color w:val="auto"/>
          <w:sz w:val="24"/>
          <w:szCs w:val="24"/>
          <w:lang w:val="ru-RU"/>
        </w:rPr>
      </w:pPr>
    </w:p>
    <w:p w:rsidR="00702148" w:rsidRDefault="00702148" w:rsidP="00FD4A85">
      <w:pPr>
        <w:pStyle w:val="21"/>
        <w:keepNext w:val="0"/>
        <w:widowControl w:val="0"/>
        <w:spacing w:before="0" w:line="240" w:lineRule="auto"/>
        <w:ind w:firstLine="425"/>
        <w:jc w:val="center"/>
        <w:rPr>
          <w:rFonts w:ascii="Time Roman" w:hAnsi="Time Roman"/>
          <w:color w:val="auto"/>
          <w:sz w:val="24"/>
          <w:szCs w:val="24"/>
          <w:lang w:val="ru-RU"/>
        </w:rPr>
      </w:pPr>
    </w:p>
    <w:p w:rsidR="00702148" w:rsidRDefault="00702148" w:rsidP="00FD4A85">
      <w:pPr>
        <w:pStyle w:val="21"/>
        <w:keepNext w:val="0"/>
        <w:widowControl w:val="0"/>
        <w:spacing w:before="0" w:line="240" w:lineRule="auto"/>
        <w:ind w:firstLine="425"/>
        <w:jc w:val="center"/>
        <w:rPr>
          <w:rFonts w:ascii="Time Roman" w:hAnsi="Time Roman"/>
          <w:color w:val="auto"/>
          <w:sz w:val="24"/>
          <w:szCs w:val="24"/>
          <w:lang w:val="ru-RU"/>
        </w:rPr>
      </w:pPr>
    </w:p>
    <w:p w:rsidR="00702148" w:rsidRDefault="00702148" w:rsidP="00FD4A85">
      <w:pPr>
        <w:pStyle w:val="21"/>
        <w:keepNext w:val="0"/>
        <w:widowControl w:val="0"/>
        <w:spacing w:before="0" w:line="240" w:lineRule="auto"/>
        <w:ind w:firstLine="425"/>
        <w:jc w:val="center"/>
        <w:rPr>
          <w:rFonts w:ascii="Time Roman" w:hAnsi="Time Roman"/>
          <w:color w:val="auto"/>
          <w:sz w:val="24"/>
          <w:szCs w:val="24"/>
          <w:lang w:val="ru-RU"/>
        </w:rPr>
      </w:pPr>
    </w:p>
    <w:p w:rsidR="00702148" w:rsidRDefault="00702148" w:rsidP="00FD4A85">
      <w:pPr>
        <w:pStyle w:val="21"/>
        <w:keepNext w:val="0"/>
        <w:widowControl w:val="0"/>
        <w:spacing w:before="0" w:line="240" w:lineRule="auto"/>
        <w:ind w:firstLine="425"/>
        <w:jc w:val="center"/>
        <w:rPr>
          <w:rFonts w:ascii="Time Roman" w:hAnsi="Time Roman"/>
          <w:color w:val="auto"/>
          <w:sz w:val="24"/>
          <w:szCs w:val="24"/>
          <w:lang w:val="ru-RU"/>
        </w:rPr>
      </w:pPr>
    </w:p>
    <w:p w:rsidR="00702148" w:rsidRDefault="00702148" w:rsidP="00FD4A85">
      <w:pPr>
        <w:pStyle w:val="21"/>
        <w:keepNext w:val="0"/>
        <w:widowControl w:val="0"/>
        <w:spacing w:before="0" w:line="240" w:lineRule="auto"/>
        <w:ind w:firstLine="425"/>
        <w:jc w:val="center"/>
        <w:rPr>
          <w:rFonts w:ascii="Time Roman" w:hAnsi="Time Roman"/>
          <w:color w:val="auto"/>
          <w:sz w:val="24"/>
          <w:szCs w:val="24"/>
          <w:lang w:val="ru-RU"/>
        </w:rPr>
      </w:pPr>
    </w:p>
    <w:p w:rsidR="00FD4A85" w:rsidRPr="00FD4A85" w:rsidRDefault="00FD4A85" w:rsidP="00FD4A85">
      <w:pPr>
        <w:pStyle w:val="21"/>
        <w:keepNext w:val="0"/>
        <w:widowControl w:val="0"/>
        <w:spacing w:before="0" w:line="240" w:lineRule="auto"/>
        <w:ind w:firstLine="425"/>
        <w:jc w:val="center"/>
        <w:rPr>
          <w:rFonts w:ascii="Time Roman" w:hAnsi="Time Roman"/>
          <w:i/>
          <w:color w:val="auto"/>
          <w:sz w:val="24"/>
          <w:szCs w:val="24"/>
          <w:lang w:val="ru-RU"/>
        </w:rPr>
      </w:pPr>
      <w:r w:rsidRPr="00FD4A85">
        <w:rPr>
          <w:rFonts w:ascii="Time Roman" w:hAnsi="Time Roman"/>
          <w:color w:val="auto"/>
          <w:sz w:val="24"/>
          <w:szCs w:val="24"/>
          <w:lang w:val="ru-RU"/>
        </w:rPr>
        <w:lastRenderedPageBreak/>
        <w:t>ПРОТОКОЛ О ДОПОЛНЕНИЯХ И ИЗМЕНЕНИЯХ В ФОС</w:t>
      </w:r>
    </w:p>
    <w:p w:rsidR="00FD4A85" w:rsidRPr="00FD4A85" w:rsidRDefault="00FD4A85" w:rsidP="00FD4A85">
      <w:pPr>
        <w:pStyle w:val="21"/>
        <w:keepNext w:val="0"/>
        <w:widowControl w:val="0"/>
        <w:spacing w:before="0"/>
        <w:ind w:firstLine="425"/>
        <w:jc w:val="center"/>
        <w:rPr>
          <w:rFonts w:ascii="Time Roman" w:hAnsi="Time Roman"/>
          <w:i/>
          <w:color w:val="auto"/>
          <w:sz w:val="24"/>
          <w:szCs w:val="24"/>
          <w:lang w:val="ru-RU"/>
        </w:rPr>
      </w:pPr>
    </w:p>
    <w:p w:rsidR="00FD4A85" w:rsidRPr="00FD4A85" w:rsidRDefault="00FD4A85" w:rsidP="00FD4A85">
      <w:pPr>
        <w:pStyle w:val="21"/>
        <w:keepNext w:val="0"/>
        <w:widowControl w:val="0"/>
        <w:spacing w:before="0"/>
        <w:ind w:firstLine="425"/>
        <w:jc w:val="center"/>
        <w:rPr>
          <w:rFonts w:ascii="Time Roman" w:hAnsi="Time Roman"/>
          <w:i/>
          <w:color w:val="auto"/>
          <w:sz w:val="24"/>
          <w:szCs w:val="24"/>
          <w:lang w:val="ru-RU"/>
        </w:rPr>
      </w:pPr>
      <w:r w:rsidRPr="00FD4A85">
        <w:rPr>
          <w:rFonts w:ascii="Time Roman" w:hAnsi="Time Roman"/>
          <w:color w:val="auto"/>
          <w:sz w:val="24"/>
          <w:szCs w:val="24"/>
          <w:lang w:val="ru-RU"/>
        </w:rPr>
        <w:t>Протокол о дополнениях и изменениях в ФОС</w:t>
      </w:r>
    </w:p>
    <w:p w:rsidR="00FD4A85" w:rsidRPr="00FD4A85" w:rsidRDefault="00FD4A85" w:rsidP="00FD4A85">
      <w:pPr>
        <w:pStyle w:val="21"/>
        <w:keepNext w:val="0"/>
        <w:widowControl w:val="0"/>
        <w:spacing w:before="0"/>
        <w:ind w:firstLine="425"/>
        <w:jc w:val="center"/>
        <w:rPr>
          <w:rFonts w:ascii="Time Roman" w:hAnsi="Time Roman"/>
          <w:i/>
          <w:color w:val="auto"/>
          <w:sz w:val="24"/>
          <w:szCs w:val="24"/>
          <w:lang w:val="ru-RU"/>
        </w:rPr>
      </w:pPr>
      <w:r w:rsidRPr="00FD4A85">
        <w:rPr>
          <w:rFonts w:ascii="Time Roman" w:hAnsi="Time Roman"/>
          <w:color w:val="auto"/>
          <w:sz w:val="24"/>
          <w:szCs w:val="24"/>
          <w:lang w:val="ru-RU"/>
        </w:rPr>
        <w:t>на   20___-20___  учебный год</w:t>
      </w:r>
    </w:p>
    <w:p w:rsidR="00FD4A85" w:rsidRPr="00FD4A85" w:rsidRDefault="00FD4A85" w:rsidP="00FD4A85">
      <w:pPr>
        <w:widowControl w:val="0"/>
        <w:jc w:val="right"/>
        <w:rPr>
          <w:rFonts w:ascii="Time Roman" w:hAnsi="Time Roman"/>
          <w:i/>
          <w:szCs w:val="24"/>
          <w:lang w:val="ru-RU"/>
        </w:rPr>
      </w:pPr>
    </w:p>
    <w:p w:rsidR="00FD4A85" w:rsidRPr="00FD4A85" w:rsidRDefault="00FD4A85" w:rsidP="00FD4A85">
      <w:pPr>
        <w:widowControl w:val="0"/>
        <w:ind w:left="360" w:hanging="360"/>
        <w:rPr>
          <w:rFonts w:ascii="Time Roman" w:hAnsi="Time Roman"/>
          <w:i/>
          <w:szCs w:val="24"/>
          <w:lang w:val="ru-RU"/>
        </w:rPr>
      </w:pPr>
      <w:r w:rsidRPr="00FD4A85">
        <w:rPr>
          <w:rFonts w:ascii="Time Roman" w:hAnsi="Time Roman"/>
          <w:b/>
          <w:szCs w:val="24"/>
          <w:lang w:val="ru-RU"/>
        </w:rPr>
        <w:t xml:space="preserve">1. </w:t>
      </w:r>
      <w:r w:rsidRPr="00FD4A85">
        <w:rPr>
          <w:rFonts w:ascii="Time Roman" w:hAnsi="Time Roman"/>
          <w:szCs w:val="24"/>
          <w:lang w:val="ru-RU"/>
        </w:rPr>
        <w:t>В фонд оценочных средств по дисциплине/практике вносятся следующие дополнения:</w:t>
      </w:r>
    </w:p>
    <w:p w:rsidR="00FD4A85" w:rsidRPr="00FD4A85" w:rsidRDefault="00FD4A85" w:rsidP="00FD4A85">
      <w:pPr>
        <w:widowControl w:val="0"/>
        <w:rPr>
          <w:rFonts w:ascii="Time Roman" w:hAnsi="Time Roman"/>
          <w:szCs w:val="24"/>
          <w:lang w:val="ru-RU"/>
        </w:rPr>
      </w:pPr>
      <w:r w:rsidRPr="00FD4A85">
        <w:rPr>
          <w:rFonts w:ascii="Time Roman" w:hAnsi="Time Roman"/>
          <w:szCs w:val="24"/>
          <w:lang w:val="ru-RU"/>
        </w:rPr>
        <w:t>_____________________________________________________________________________</w:t>
      </w:r>
    </w:p>
    <w:p w:rsidR="00FD4A85" w:rsidRPr="00FD4A85" w:rsidRDefault="00FD4A85" w:rsidP="00FD4A85">
      <w:pPr>
        <w:widowControl w:val="0"/>
        <w:spacing w:after="120"/>
        <w:rPr>
          <w:rFonts w:ascii="Time Roman" w:hAnsi="Time Roman"/>
          <w:b/>
          <w:szCs w:val="24"/>
          <w:lang w:val="ru-RU"/>
        </w:rPr>
      </w:pPr>
      <w:r w:rsidRPr="00FD4A85">
        <w:rPr>
          <w:rFonts w:ascii="Time Roman" w:hAnsi="Time Roman"/>
          <w:b/>
          <w:szCs w:val="24"/>
          <w:lang w:val="ru-RU"/>
        </w:rPr>
        <w:t>________________________________________________________________________________</w:t>
      </w:r>
    </w:p>
    <w:p w:rsidR="00FD4A85" w:rsidRPr="00FD4A85" w:rsidRDefault="00FD4A85" w:rsidP="00FD4A85">
      <w:pPr>
        <w:widowControl w:val="0"/>
        <w:spacing w:after="120"/>
        <w:rPr>
          <w:rFonts w:ascii="Time Roman" w:hAnsi="Time Roman"/>
          <w:szCs w:val="24"/>
          <w:lang w:val="ru-RU"/>
        </w:rPr>
      </w:pPr>
      <w:r w:rsidRPr="00FD4A85">
        <w:rPr>
          <w:rFonts w:ascii="Time Roman" w:hAnsi="Time Roman"/>
          <w:b/>
          <w:szCs w:val="24"/>
          <w:lang w:val="ru-RU"/>
        </w:rPr>
        <w:t>2.</w:t>
      </w:r>
      <w:r w:rsidRPr="00FD4A85">
        <w:rPr>
          <w:rFonts w:ascii="Time Roman" w:hAnsi="Time Roman"/>
          <w:szCs w:val="24"/>
          <w:lang w:val="ru-RU"/>
        </w:rPr>
        <w:t xml:space="preserve"> В фонд оценочных средств по дисциплине/практике вносятся следующие изменения:</w:t>
      </w:r>
    </w:p>
    <w:tbl>
      <w:tblPr>
        <w:tblW w:w="9639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FD4A85" w:rsidRPr="00771808" w:rsidTr="002264E8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D4A85" w:rsidRPr="00FD4A85" w:rsidRDefault="00FD4A85" w:rsidP="002264E8">
            <w:pPr>
              <w:widowControl w:val="0"/>
              <w:rPr>
                <w:rFonts w:ascii="Time Roman" w:hAnsi="Time Roman"/>
                <w:szCs w:val="24"/>
                <w:lang w:val="ru-RU"/>
              </w:rPr>
            </w:pPr>
          </w:p>
        </w:tc>
      </w:tr>
      <w:tr w:rsidR="00FD4A85" w:rsidRPr="00771808" w:rsidTr="002264E8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D4A85" w:rsidRPr="00FD4A85" w:rsidRDefault="00FD4A85" w:rsidP="002264E8">
            <w:pPr>
              <w:widowControl w:val="0"/>
              <w:rPr>
                <w:rFonts w:ascii="Time Roman" w:hAnsi="Time Roman"/>
                <w:szCs w:val="24"/>
                <w:lang w:val="ru-RU"/>
              </w:rPr>
            </w:pPr>
          </w:p>
        </w:tc>
      </w:tr>
      <w:tr w:rsidR="00FD4A85" w:rsidRPr="00771808" w:rsidTr="002264E8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D4A85" w:rsidRPr="00FD4A85" w:rsidRDefault="00FD4A85" w:rsidP="002264E8">
            <w:pPr>
              <w:widowControl w:val="0"/>
              <w:rPr>
                <w:rFonts w:ascii="Time Roman" w:hAnsi="Time Roman"/>
                <w:szCs w:val="24"/>
                <w:lang w:val="ru-RU"/>
              </w:rPr>
            </w:pPr>
          </w:p>
        </w:tc>
      </w:tr>
    </w:tbl>
    <w:p w:rsidR="00FD4A85" w:rsidRPr="00FD4A85" w:rsidRDefault="00FD4A85" w:rsidP="00FD4A85">
      <w:pPr>
        <w:widowControl w:val="0"/>
        <w:rPr>
          <w:rFonts w:ascii="Time Roman" w:hAnsi="Time Roman"/>
          <w:szCs w:val="24"/>
          <w:lang w:val="ru-RU"/>
        </w:rPr>
      </w:pPr>
    </w:p>
    <w:p w:rsidR="00FD4A85" w:rsidRPr="00FD4A85" w:rsidRDefault="00FD4A85" w:rsidP="00FD4A85">
      <w:pPr>
        <w:widowControl w:val="0"/>
        <w:rPr>
          <w:rFonts w:ascii="Time Roman" w:hAnsi="Time Roman"/>
          <w:szCs w:val="24"/>
          <w:lang w:val="ru-RU"/>
        </w:rPr>
      </w:pPr>
    </w:p>
    <w:p w:rsidR="00FD4A85" w:rsidRPr="00FD4A85" w:rsidRDefault="00FD4A85" w:rsidP="00FD4A85">
      <w:pPr>
        <w:pStyle w:val="31"/>
        <w:keepNext w:val="0"/>
        <w:widowControl w:val="0"/>
        <w:spacing w:before="0"/>
        <w:rPr>
          <w:rFonts w:ascii="Time Roman" w:hAnsi="Time Roman"/>
          <w:b w:val="0"/>
          <w:color w:val="auto"/>
          <w:szCs w:val="24"/>
          <w:lang w:val="ru-RU"/>
        </w:rPr>
      </w:pPr>
      <w:r w:rsidRPr="00FD4A85">
        <w:rPr>
          <w:rFonts w:ascii="Time Roman" w:hAnsi="Time Roman"/>
          <w:b w:val="0"/>
          <w:color w:val="auto"/>
          <w:szCs w:val="24"/>
          <w:lang w:val="ru-RU"/>
        </w:rPr>
        <w:t xml:space="preserve">Протокол  заседания кафедры </w:t>
      </w:r>
      <w:r w:rsidRPr="00FD4A85">
        <w:rPr>
          <w:rFonts w:ascii="Times New Roman" w:hAnsi="Times New Roman" w:cs="Times New Roman"/>
          <w:b w:val="0"/>
          <w:color w:val="auto"/>
          <w:szCs w:val="24"/>
          <w:lang w:val="ru-RU"/>
        </w:rPr>
        <w:t>№</w:t>
      </w:r>
      <w:r w:rsidRPr="00FD4A85">
        <w:rPr>
          <w:rFonts w:ascii="Time Roman" w:hAnsi="Time Roman"/>
          <w:b w:val="0"/>
          <w:color w:val="auto"/>
          <w:szCs w:val="24"/>
          <w:lang w:val="ru-RU"/>
        </w:rPr>
        <w:t xml:space="preserve">____ от «___» __________ 20 ___ г., </w:t>
      </w:r>
    </w:p>
    <w:p w:rsidR="00FD4A85" w:rsidRPr="00FD4A85" w:rsidRDefault="00FD4A85" w:rsidP="00FD4A85">
      <w:pPr>
        <w:widowControl w:val="0"/>
        <w:ind w:firstLine="708"/>
        <w:rPr>
          <w:rFonts w:ascii="Time Roman" w:hAnsi="Time Roman"/>
          <w:i/>
          <w:szCs w:val="24"/>
          <w:vertAlign w:val="superscript"/>
        </w:rPr>
      </w:pPr>
      <w:r w:rsidRPr="00FD4A85">
        <w:rPr>
          <w:rFonts w:ascii="Time Roman" w:hAnsi="Time Roman"/>
          <w:i/>
          <w:szCs w:val="24"/>
          <w:vertAlign w:val="superscript"/>
          <w:lang w:val="ru-RU"/>
        </w:rPr>
        <w:t xml:space="preserve">                    </w:t>
      </w:r>
      <w:r w:rsidRPr="00FD4A85">
        <w:rPr>
          <w:rFonts w:ascii="Time Roman" w:hAnsi="Time Roman"/>
          <w:i/>
          <w:szCs w:val="24"/>
          <w:vertAlign w:val="superscript"/>
        </w:rPr>
        <w:t>(разработчик)</w:t>
      </w:r>
    </w:p>
    <w:p w:rsidR="00FD4A85" w:rsidRPr="0086560D" w:rsidRDefault="00FD4A85" w:rsidP="00FD4A85">
      <w:pPr>
        <w:widowControl w:val="0"/>
        <w:rPr>
          <w:rFonts w:ascii="Time Roman" w:hAnsi="Time Roman"/>
          <w:szCs w:val="24"/>
          <w:vertAlign w:val="superscript"/>
        </w:rPr>
      </w:pPr>
    </w:p>
    <w:p w:rsidR="00FD4A85" w:rsidRPr="0086560D" w:rsidRDefault="00FD4A85" w:rsidP="00FD4A85">
      <w:pPr>
        <w:widowControl w:val="0"/>
        <w:rPr>
          <w:rFonts w:ascii="Time Roman" w:hAnsi="Time Roman"/>
          <w:szCs w:val="24"/>
        </w:rPr>
      </w:pPr>
      <w:r w:rsidRPr="0086560D">
        <w:rPr>
          <w:rFonts w:ascii="Time Roman" w:hAnsi="Time Roman"/>
          <w:szCs w:val="24"/>
        </w:rPr>
        <w:t xml:space="preserve">Заведующий кафедрой  _____________________  </w:t>
      </w:r>
      <w:r w:rsidRPr="0086560D">
        <w:rPr>
          <w:rFonts w:ascii="Time Roman" w:hAnsi="Time Roman"/>
          <w:szCs w:val="24"/>
        </w:rPr>
        <w:tab/>
      </w:r>
      <w:r w:rsidRPr="0086560D">
        <w:rPr>
          <w:rFonts w:ascii="Time Roman" w:hAnsi="Time Roman"/>
          <w:szCs w:val="24"/>
        </w:rPr>
        <w:tab/>
        <w:t>______________________</w:t>
      </w:r>
    </w:p>
    <w:p w:rsidR="00FD4A85" w:rsidRDefault="00FD4A85" w:rsidP="00FD4A85">
      <w:pPr>
        <w:pStyle w:val="ae"/>
        <w:rPr>
          <w:szCs w:val="24"/>
        </w:rPr>
      </w:pPr>
    </w:p>
    <w:p w:rsidR="00FD4A85" w:rsidRDefault="00FD4A85" w:rsidP="00FD4A85">
      <w:pPr>
        <w:ind w:left="20"/>
        <w:jc w:val="center"/>
        <w:rPr>
          <w:b/>
          <w:sz w:val="28"/>
          <w:szCs w:val="28"/>
        </w:rPr>
      </w:pPr>
    </w:p>
    <w:p w:rsidR="00FD4A85" w:rsidRDefault="00FD4A85"/>
    <w:sectPr w:rsidR="00FD4A85" w:rsidSect="00034616">
      <w:pgSz w:w="12240" w:h="15840"/>
      <w:pgMar w:top="850" w:right="850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4" w:csb1="00000000"/>
  </w:font>
  <w:font w:name="Time Roman">
    <w:altName w:val="Times New Roman"/>
    <w:charset w:val="00"/>
    <w:family w:val="auto"/>
    <w:pitch w:val="variable"/>
    <w:sig w:usb0="00000001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00862EB"/>
    <w:multiLevelType w:val="hybridMultilevel"/>
    <w:tmpl w:val="0C0CA2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12B7F82"/>
    <w:multiLevelType w:val="hybridMultilevel"/>
    <w:tmpl w:val="E85259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872238"/>
    <w:multiLevelType w:val="hybridMultilevel"/>
    <w:tmpl w:val="5B680A50"/>
    <w:lvl w:ilvl="0" w:tplc="DCA2B9A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2D14A86"/>
    <w:multiLevelType w:val="hybridMultilevel"/>
    <w:tmpl w:val="82F6A526"/>
    <w:lvl w:ilvl="0" w:tplc="C5E20D12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</w:lvl>
    <w:lvl w:ilvl="1" w:tplc="379A75E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8"/>
        <w:szCs w:val="28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3480754"/>
    <w:multiLevelType w:val="hybridMultilevel"/>
    <w:tmpl w:val="A0789E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394783C"/>
    <w:multiLevelType w:val="hybridMultilevel"/>
    <w:tmpl w:val="EFE2316E"/>
    <w:lvl w:ilvl="0" w:tplc="B75CB7A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2" w15:restartNumberingAfterBreak="0">
    <w:nsid w:val="03E929A6"/>
    <w:multiLevelType w:val="hybridMultilevel"/>
    <w:tmpl w:val="3A868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5316325"/>
    <w:multiLevelType w:val="hybridMultilevel"/>
    <w:tmpl w:val="CE042A72"/>
    <w:lvl w:ilvl="0" w:tplc="B358ACD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07894A42"/>
    <w:multiLevelType w:val="hybridMultilevel"/>
    <w:tmpl w:val="F8581042"/>
    <w:lvl w:ilvl="0" w:tplc="0E7AB87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08F24BFD"/>
    <w:multiLevelType w:val="hybridMultilevel"/>
    <w:tmpl w:val="A13053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A06335D"/>
    <w:multiLevelType w:val="hybridMultilevel"/>
    <w:tmpl w:val="79D0B1E8"/>
    <w:lvl w:ilvl="0" w:tplc="B75CB7A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0B4C1AC4"/>
    <w:multiLevelType w:val="hybridMultilevel"/>
    <w:tmpl w:val="DFA09F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C52DFB"/>
    <w:multiLevelType w:val="hybridMultilevel"/>
    <w:tmpl w:val="37EEF8D8"/>
    <w:lvl w:ilvl="0" w:tplc="1F045FE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CED1CF1"/>
    <w:multiLevelType w:val="hybridMultilevel"/>
    <w:tmpl w:val="C74E99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0E6B629F"/>
    <w:multiLevelType w:val="hybridMultilevel"/>
    <w:tmpl w:val="BF8C17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F026224"/>
    <w:multiLevelType w:val="hybridMultilevel"/>
    <w:tmpl w:val="39585118"/>
    <w:lvl w:ilvl="0" w:tplc="62EA3F2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7F044EF6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0DF7F18"/>
    <w:multiLevelType w:val="hybridMultilevel"/>
    <w:tmpl w:val="FF92462A"/>
    <w:lvl w:ilvl="0" w:tplc="2E68AC7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11DC66DC"/>
    <w:multiLevelType w:val="hybridMultilevel"/>
    <w:tmpl w:val="D94CB7DC"/>
    <w:lvl w:ilvl="0" w:tplc="1BFE2B1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  <w:szCs w:val="24"/>
      </w:rPr>
    </w:lvl>
    <w:lvl w:ilvl="1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2A20CB8"/>
    <w:multiLevelType w:val="hybridMultilevel"/>
    <w:tmpl w:val="3F203EF6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1360062D"/>
    <w:multiLevelType w:val="hybridMultilevel"/>
    <w:tmpl w:val="34C822F6"/>
    <w:lvl w:ilvl="0" w:tplc="C5E20D12">
      <w:start w:val="2"/>
      <w:numFmt w:val="decimal"/>
      <w:lvlText w:val="%1."/>
      <w:lvlJc w:val="left"/>
      <w:pPr>
        <w:tabs>
          <w:tab w:val="num" w:pos="870"/>
        </w:tabs>
        <w:ind w:left="870" w:hanging="51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136E137E"/>
    <w:multiLevelType w:val="hybridMultilevel"/>
    <w:tmpl w:val="A6AEF0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43B5370"/>
    <w:multiLevelType w:val="hybridMultilevel"/>
    <w:tmpl w:val="831439F4"/>
    <w:lvl w:ilvl="0" w:tplc="C4DEFFC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9AF41BB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48"/>
        <w:szCs w:val="48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50B7D9A"/>
    <w:multiLevelType w:val="hybridMultilevel"/>
    <w:tmpl w:val="9BF46378"/>
    <w:lvl w:ilvl="0" w:tplc="009CB1AA">
      <w:start w:val="1"/>
      <w:numFmt w:val="decimal"/>
      <w:lvlText w:val="%1."/>
      <w:lvlJc w:val="left"/>
      <w:pPr>
        <w:tabs>
          <w:tab w:val="num" w:pos="960"/>
        </w:tabs>
        <w:ind w:left="960" w:hanging="6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57A29DF"/>
    <w:multiLevelType w:val="hybridMultilevel"/>
    <w:tmpl w:val="51D015F0"/>
    <w:lvl w:ilvl="0" w:tplc="1716EDF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7F044EF6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158B33DE"/>
    <w:multiLevelType w:val="hybridMultilevel"/>
    <w:tmpl w:val="3C002B14"/>
    <w:lvl w:ilvl="0" w:tplc="01405AE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168B75CD"/>
    <w:multiLevelType w:val="hybridMultilevel"/>
    <w:tmpl w:val="75E42908"/>
    <w:lvl w:ilvl="0" w:tplc="8E0CD30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0">
    <w:nsid w:val="17F11EAA"/>
    <w:multiLevelType w:val="hybridMultilevel"/>
    <w:tmpl w:val="BBB6D44C"/>
    <w:lvl w:ilvl="0" w:tplc="F9E8EE1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191A4322"/>
    <w:multiLevelType w:val="hybridMultilevel"/>
    <w:tmpl w:val="5C48B2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92D1A41"/>
    <w:multiLevelType w:val="hybridMultilevel"/>
    <w:tmpl w:val="781AF43A"/>
    <w:lvl w:ilvl="0" w:tplc="368CE5A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9772B19"/>
    <w:multiLevelType w:val="hybridMultilevel"/>
    <w:tmpl w:val="35A0A02A"/>
    <w:lvl w:ilvl="0" w:tplc="0419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6" w15:restartNumberingAfterBreak="0">
    <w:nsid w:val="19C843DB"/>
    <w:multiLevelType w:val="hybridMultilevel"/>
    <w:tmpl w:val="99A858A6"/>
    <w:lvl w:ilvl="0" w:tplc="B75CB7A6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1A2D68EA"/>
    <w:multiLevelType w:val="hybridMultilevel"/>
    <w:tmpl w:val="00BEF912"/>
    <w:lvl w:ilvl="0" w:tplc="C038D65C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1A51484D"/>
    <w:multiLevelType w:val="hybridMultilevel"/>
    <w:tmpl w:val="886CF6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1A985CB4"/>
    <w:multiLevelType w:val="hybridMultilevel"/>
    <w:tmpl w:val="5F0CE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E3D34AB"/>
    <w:multiLevelType w:val="hybridMultilevel"/>
    <w:tmpl w:val="8DF801EA"/>
    <w:lvl w:ilvl="0" w:tplc="C5D8848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1E513687"/>
    <w:multiLevelType w:val="hybridMultilevel"/>
    <w:tmpl w:val="758AA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0811E7A"/>
    <w:multiLevelType w:val="hybridMultilevel"/>
    <w:tmpl w:val="DEEA53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46036F9"/>
    <w:multiLevelType w:val="hybridMultilevel"/>
    <w:tmpl w:val="F9BC6B92"/>
    <w:lvl w:ilvl="0" w:tplc="534CFD5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4" w15:restartNumberingAfterBreak="0">
    <w:nsid w:val="25417151"/>
    <w:multiLevelType w:val="hybridMultilevel"/>
    <w:tmpl w:val="5A4A3368"/>
    <w:lvl w:ilvl="0" w:tplc="A2841C8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5" w15:restartNumberingAfterBreak="0">
    <w:nsid w:val="254D3662"/>
    <w:multiLevelType w:val="hybridMultilevel"/>
    <w:tmpl w:val="0BFE50AE"/>
    <w:lvl w:ilvl="0" w:tplc="C672AF9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6DC6E7B"/>
    <w:multiLevelType w:val="hybridMultilevel"/>
    <w:tmpl w:val="6EC886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29D9250E"/>
    <w:multiLevelType w:val="singleLevel"/>
    <w:tmpl w:val="6858558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8" w15:restartNumberingAfterBreak="0">
    <w:nsid w:val="2C68562F"/>
    <w:multiLevelType w:val="hybridMultilevel"/>
    <w:tmpl w:val="4844DBDC"/>
    <w:lvl w:ilvl="0" w:tplc="B48AC87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9" w15:restartNumberingAfterBreak="0">
    <w:nsid w:val="2D17092A"/>
    <w:multiLevelType w:val="hybridMultilevel"/>
    <w:tmpl w:val="6A0818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D84528D"/>
    <w:multiLevelType w:val="hybridMultilevel"/>
    <w:tmpl w:val="FF60A0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F4820EA"/>
    <w:multiLevelType w:val="hybridMultilevel"/>
    <w:tmpl w:val="BC688A8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30154D66"/>
    <w:multiLevelType w:val="hybridMultilevel"/>
    <w:tmpl w:val="92787D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08F2CA7"/>
    <w:multiLevelType w:val="hybridMultilevel"/>
    <w:tmpl w:val="6F020E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31E729D8"/>
    <w:multiLevelType w:val="hybridMultilevel"/>
    <w:tmpl w:val="915E4B1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3213C5C"/>
    <w:multiLevelType w:val="hybridMultilevel"/>
    <w:tmpl w:val="6F4405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7223FFE"/>
    <w:multiLevelType w:val="hybridMultilevel"/>
    <w:tmpl w:val="6DA60662"/>
    <w:lvl w:ilvl="0" w:tplc="B75CB7A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38542E92"/>
    <w:multiLevelType w:val="hybridMultilevel"/>
    <w:tmpl w:val="10F04B2C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8" w15:restartNumberingAfterBreak="0">
    <w:nsid w:val="39F22E6A"/>
    <w:multiLevelType w:val="hybridMultilevel"/>
    <w:tmpl w:val="B5CAA64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 w15:restartNumberingAfterBreak="0">
    <w:nsid w:val="3B417F0A"/>
    <w:multiLevelType w:val="hybridMultilevel"/>
    <w:tmpl w:val="3E721C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C5F3BEB"/>
    <w:multiLevelType w:val="hybridMultilevel"/>
    <w:tmpl w:val="540CAB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3FE573BB"/>
    <w:multiLevelType w:val="hybridMultilevel"/>
    <w:tmpl w:val="9EAC9D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30A2B5B"/>
    <w:multiLevelType w:val="hybridMultilevel"/>
    <w:tmpl w:val="FCD622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4350284B"/>
    <w:multiLevelType w:val="hybridMultilevel"/>
    <w:tmpl w:val="ABA8D7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3EA355D"/>
    <w:multiLevelType w:val="hybridMultilevel"/>
    <w:tmpl w:val="D0F82FA6"/>
    <w:lvl w:ilvl="0" w:tplc="4E1CF80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 w15:restartNumberingAfterBreak="0">
    <w:nsid w:val="44384E7A"/>
    <w:multiLevelType w:val="hybridMultilevel"/>
    <w:tmpl w:val="B99E7402"/>
    <w:lvl w:ilvl="0" w:tplc="9E26A7F6">
      <w:start w:val="1"/>
      <w:numFmt w:val="decimal"/>
      <w:lvlText w:val="%1"/>
      <w:lvlJc w:val="left"/>
      <w:pPr>
        <w:tabs>
          <w:tab w:val="num" w:pos="57"/>
        </w:tabs>
        <w:ind w:left="5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45C96EB2"/>
    <w:multiLevelType w:val="hybridMultilevel"/>
    <w:tmpl w:val="62561AD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87037D4"/>
    <w:multiLevelType w:val="hybridMultilevel"/>
    <w:tmpl w:val="28DA79FC"/>
    <w:lvl w:ilvl="0" w:tplc="2DD247E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49352D40"/>
    <w:multiLevelType w:val="hybridMultilevel"/>
    <w:tmpl w:val="C382F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A9D3689"/>
    <w:multiLevelType w:val="hybridMultilevel"/>
    <w:tmpl w:val="5E348FDC"/>
    <w:lvl w:ilvl="0" w:tplc="1B76FD48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0" w15:restartNumberingAfterBreak="0">
    <w:nsid w:val="4AA30D80"/>
    <w:multiLevelType w:val="hybridMultilevel"/>
    <w:tmpl w:val="8E8646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4B5A11A9"/>
    <w:multiLevelType w:val="hybridMultilevel"/>
    <w:tmpl w:val="6636B034"/>
    <w:lvl w:ilvl="0" w:tplc="645C8B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4BEC4FFC"/>
    <w:multiLevelType w:val="hybridMultilevel"/>
    <w:tmpl w:val="638C9262"/>
    <w:lvl w:ilvl="0" w:tplc="229ADA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4C406D0B"/>
    <w:multiLevelType w:val="hybridMultilevel"/>
    <w:tmpl w:val="24B20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CB50840"/>
    <w:multiLevelType w:val="hybridMultilevel"/>
    <w:tmpl w:val="8670150E"/>
    <w:lvl w:ilvl="0" w:tplc="8D9AC314">
      <w:start w:val="1"/>
      <w:numFmt w:val="decimal"/>
      <w:lvlText w:val="%1."/>
      <w:lvlJc w:val="left"/>
      <w:pPr>
        <w:ind w:left="756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D2A7A19"/>
    <w:multiLevelType w:val="hybridMultilevel"/>
    <w:tmpl w:val="3F1EBE32"/>
    <w:lvl w:ilvl="0" w:tplc="012C47F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6" w15:restartNumberingAfterBreak="0">
    <w:nsid w:val="4D351D48"/>
    <w:multiLevelType w:val="hybridMultilevel"/>
    <w:tmpl w:val="387A06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4F0D6EFA"/>
    <w:multiLevelType w:val="hybridMultilevel"/>
    <w:tmpl w:val="97D89D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50C425D2"/>
    <w:multiLevelType w:val="hybridMultilevel"/>
    <w:tmpl w:val="497C91DC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9" w15:restartNumberingAfterBreak="0">
    <w:nsid w:val="50D82FAD"/>
    <w:multiLevelType w:val="hybridMultilevel"/>
    <w:tmpl w:val="A328C6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52E73E5E"/>
    <w:multiLevelType w:val="hybridMultilevel"/>
    <w:tmpl w:val="D72647B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 w15:restartNumberingAfterBreak="0">
    <w:nsid w:val="55EE54C9"/>
    <w:multiLevelType w:val="hybridMultilevel"/>
    <w:tmpl w:val="1624A042"/>
    <w:lvl w:ilvl="0" w:tplc="A64E984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57D96620"/>
    <w:multiLevelType w:val="hybridMultilevel"/>
    <w:tmpl w:val="9E489E6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3" w15:restartNumberingAfterBreak="0">
    <w:nsid w:val="5803368F"/>
    <w:multiLevelType w:val="hybridMultilevel"/>
    <w:tmpl w:val="3DD684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8FF64F1"/>
    <w:multiLevelType w:val="hybridMultilevel"/>
    <w:tmpl w:val="67AA47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D9C71E5"/>
    <w:multiLevelType w:val="hybridMultilevel"/>
    <w:tmpl w:val="C7A485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E9A0F40"/>
    <w:multiLevelType w:val="singleLevel"/>
    <w:tmpl w:val="62E8EE5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87" w15:restartNumberingAfterBreak="0">
    <w:nsid w:val="621350ED"/>
    <w:multiLevelType w:val="hybridMultilevel"/>
    <w:tmpl w:val="95B27B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27A1F10"/>
    <w:multiLevelType w:val="hybridMultilevel"/>
    <w:tmpl w:val="B2143F80"/>
    <w:lvl w:ilvl="0" w:tplc="61B2862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9" w15:restartNumberingAfterBreak="0">
    <w:nsid w:val="63B2740D"/>
    <w:multiLevelType w:val="hybridMultilevel"/>
    <w:tmpl w:val="2EC24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7D17E71"/>
    <w:multiLevelType w:val="hybridMultilevel"/>
    <w:tmpl w:val="602CF9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683B5D0E"/>
    <w:multiLevelType w:val="hybridMultilevel"/>
    <w:tmpl w:val="5EE60B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686F3593"/>
    <w:multiLevelType w:val="hybridMultilevel"/>
    <w:tmpl w:val="F6E0799E"/>
    <w:lvl w:ilvl="0" w:tplc="166EE00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6CAF4290"/>
    <w:multiLevelType w:val="hybridMultilevel"/>
    <w:tmpl w:val="13D2A0AC"/>
    <w:lvl w:ilvl="0" w:tplc="5D96C19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6F183385"/>
    <w:multiLevelType w:val="hybridMultilevel"/>
    <w:tmpl w:val="3A9263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F987CFA"/>
    <w:multiLevelType w:val="hybridMultilevel"/>
    <w:tmpl w:val="3FFAE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FC51780"/>
    <w:multiLevelType w:val="hybridMultilevel"/>
    <w:tmpl w:val="2ADC8842"/>
    <w:lvl w:ilvl="0" w:tplc="B60099B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97" w15:restartNumberingAfterBreak="0">
    <w:nsid w:val="761B2EC3"/>
    <w:multiLevelType w:val="hybridMultilevel"/>
    <w:tmpl w:val="4BAED7D4"/>
    <w:lvl w:ilvl="0" w:tplc="9EBC0F1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8" w15:restartNumberingAfterBreak="0">
    <w:nsid w:val="76560061"/>
    <w:multiLevelType w:val="hybridMultilevel"/>
    <w:tmpl w:val="420C51A8"/>
    <w:lvl w:ilvl="0" w:tplc="FA00805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9" w15:restartNumberingAfterBreak="0">
    <w:nsid w:val="78011A30"/>
    <w:multiLevelType w:val="hybridMultilevel"/>
    <w:tmpl w:val="EDD236DA"/>
    <w:lvl w:ilvl="0" w:tplc="C626488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78565FEE"/>
    <w:multiLevelType w:val="multilevel"/>
    <w:tmpl w:val="BBD0B7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1" w15:restartNumberingAfterBreak="0">
    <w:nsid w:val="787D2A8B"/>
    <w:multiLevelType w:val="hybridMultilevel"/>
    <w:tmpl w:val="678833C4"/>
    <w:lvl w:ilvl="0" w:tplc="386260A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8A10166"/>
    <w:multiLevelType w:val="hybridMultilevel"/>
    <w:tmpl w:val="D52483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 w15:restartNumberingAfterBreak="0">
    <w:nsid w:val="799E7424"/>
    <w:multiLevelType w:val="hybridMultilevel"/>
    <w:tmpl w:val="90E4120A"/>
    <w:lvl w:ilvl="0" w:tplc="6526DDE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4" w15:restartNumberingAfterBreak="0">
    <w:nsid w:val="7B1D6454"/>
    <w:multiLevelType w:val="hybridMultilevel"/>
    <w:tmpl w:val="96B64BF2"/>
    <w:lvl w:ilvl="0" w:tplc="12D49E7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5" w15:restartNumberingAfterBreak="0">
    <w:nsid w:val="7BF960CA"/>
    <w:multiLevelType w:val="hybridMultilevel"/>
    <w:tmpl w:val="455A11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7E624A86"/>
    <w:multiLevelType w:val="hybridMultilevel"/>
    <w:tmpl w:val="D93EC822"/>
    <w:lvl w:ilvl="0" w:tplc="74764B5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7" w15:restartNumberingAfterBreak="0">
    <w:nsid w:val="7FF81C30"/>
    <w:multiLevelType w:val="hybridMultilevel"/>
    <w:tmpl w:val="2C7289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 w:numId="7">
    <w:abstractNumId w:val="101"/>
  </w:num>
  <w:num w:numId="8">
    <w:abstractNumId w:val="65"/>
  </w:num>
  <w:num w:numId="9">
    <w:abstractNumId w:val="100"/>
  </w:num>
  <w:num w:numId="10">
    <w:abstractNumId w:val="48"/>
  </w:num>
  <w:num w:numId="11">
    <w:abstractNumId w:val="69"/>
  </w:num>
  <w:num w:numId="12">
    <w:abstractNumId w:val="59"/>
  </w:num>
  <w:num w:numId="13">
    <w:abstractNumId w:val="74"/>
  </w:num>
  <w:num w:numId="14">
    <w:abstractNumId w:val="85"/>
  </w:num>
  <w:num w:numId="15">
    <w:abstractNumId w:val="50"/>
  </w:num>
  <w:num w:numId="16">
    <w:abstractNumId w:val="11"/>
  </w:num>
  <w:num w:numId="17">
    <w:abstractNumId w:val="93"/>
  </w:num>
  <w:num w:numId="18">
    <w:abstractNumId w:val="75"/>
  </w:num>
  <w:num w:numId="19">
    <w:abstractNumId w:val="26"/>
  </w:num>
  <w:num w:numId="20">
    <w:abstractNumId w:val="24"/>
  </w:num>
  <w:num w:numId="21">
    <w:abstractNumId w:val="82"/>
  </w:num>
  <w:num w:numId="22">
    <w:abstractNumId w:val="35"/>
  </w:num>
  <w:num w:numId="23">
    <w:abstractNumId w:val="66"/>
  </w:num>
  <w:num w:numId="24">
    <w:abstractNumId w:val="8"/>
  </w:num>
  <w:num w:numId="25">
    <w:abstractNumId w:val="30"/>
  </w:num>
  <w:num w:numId="26">
    <w:abstractNumId w:val="103"/>
  </w:num>
  <w:num w:numId="27">
    <w:abstractNumId w:val="13"/>
  </w:num>
  <w:num w:numId="28">
    <w:abstractNumId w:val="44"/>
  </w:num>
  <w:num w:numId="29">
    <w:abstractNumId w:val="86"/>
  </w:num>
  <w:num w:numId="30">
    <w:abstractNumId w:val="40"/>
  </w:num>
  <w:num w:numId="31">
    <w:abstractNumId w:val="36"/>
  </w:num>
  <w:num w:numId="32">
    <w:abstractNumId w:val="29"/>
  </w:num>
  <w:num w:numId="33">
    <w:abstractNumId w:val="80"/>
  </w:num>
  <w:num w:numId="34">
    <w:abstractNumId w:val="88"/>
  </w:num>
  <w:num w:numId="35">
    <w:abstractNumId w:val="43"/>
  </w:num>
  <w:num w:numId="36">
    <w:abstractNumId w:val="47"/>
  </w:num>
  <w:num w:numId="37">
    <w:abstractNumId w:val="45"/>
  </w:num>
  <w:num w:numId="38">
    <w:abstractNumId w:val="81"/>
  </w:num>
  <w:num w:numId="39">
    <w:abstractNumId w:val="96"/>
  </w:num>
  <w:num w:numId="40">
    <w:abstractNumId w:val="104"/>
  </w:num>
  <w:num w:numId="41">
    <w:abstractNumId w:val="22"/>
  </w:num>
  <w:num w:numId="42">
    <w:abstractNumId w:val="32"/>
  </w:num>
  <w:num w:numId="4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2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7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9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10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9"/>
  </w:num>
  <w:num w:numId="59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7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7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62"/>
  </w:num>
  <w:num w:numId="64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9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7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84"/>
  </w:num>
  <w:num w:numId="68">
    <w:abstractNumId w:val="56"/>
  </w:num>
  <w:num w:numId="69">
    <w:abstractNumId w:val="51"/>
  </w:num>
  <w:num w:numId="70">
    <w:abstractNumId w:val="21"/>
  </w:num>
  <w:num w:numId="71">
    <w:abstractNumId w:val="14"/>
  </w:num>
  <w:num w:numId="72">
    <w:abstractNumId w:val="58"/>
  </w:num>
  <w:num w:numId="73">
    <w:abstractNumId w:val="54"/>
  </w:num>
  <w:num w:numId="74">
    <w:abstractNumId w:val="106"/>
  </w:num>
  <w:num w:numId="75">
    <w:abstractNumId w:val="18"/>
  </w:num>
  <w:num w:numId="76">
    <w:abstractNumId w:val="16"/>
  </w:num>
  <w:num w:numId="77">
    <w:abstractNumId w:val="97"/>
  </w:num>
  <w:num w:numId="78">
    <w:abstractNumId w:val="27"/>
  </w:num>
  <w:num w:numId="79">
    <w:abstractNumId w:val="92"/>
  </w:num>
  <w:num w:numId="80">
    <w:abstractNumId w:val="67"/>
  </w:num>
  <w:num w:numId="81">
    <w:abstractNumId w:val="64"/>
  </w:num>
  <w:num w:numId="82">
    <w:abstractNumId w:val="57"/>
  </w:num>
  <w:num w:numId="83">
    <w:abstractNumId w:val="20"/>
  </w:num>
  <w:num w:numId="84">
    <w:abstractNumId w:val="78"/>
  </w:num>
  <w:num w:numId="85">
    <w:abstractNumId w:val="99"/>
  </w:num>
  <w:num w:numId="86">
    <w:abstractNumId w:val="31"/>
  </w:num>
  <w:num w:numId="87">
    <w:abstractNumId w:val="23"/>
  </w:num>
  <w:num w:numId="88">
    <w:abstractNumId w:val="98"/>
  </w:num>
  <w:num w:numId="89">
    <w:abstractNumId w:val="87"/>
  </w:num>
  <w:num w:numId="90">
    <w:abstractNumId w:val="42"/>
  </w:num>
  <w:num w:numId="91">
    <w:abstractNumId w:val="83"/>
  </w:num>
  <w:num w:numId="92">
    <w:abstractNumId w:val="61"/>
  </w:num>
  <w:num w:numId="93">
    <w:abstractNumId w:val="63"/>
  </w:num>
  <w:num w:numId="94">
    <w:abstractNumId w:val="49"/>
  </w:num>
  <w:num w:numId="95">
    <w:abstractNumId w:val="95"/>
  </w:num>
  <w:num w:numId="96">
    <w:abstractNumId w:val="107"/>
  </w:num>
  <w:num w:numId="97">
    <w:abstractNumId w:val="41"/>
  </w:num>
  <w:num w:numId="98">
    <w:abstractNumId w:val="33"/>
  </w:num>
  <w:num w:numId="99">
    <w:abstractNumId w:val="94"/>
  </w:num>
  <w:num w:numId="100">
    <w:abstractNumId w:val="89"/>
  </w:num>
  <w:num w:numId="101">
    <w:abstractNumId w:val="17"/>
  </w:num>
  <w:num w:numId="102">
    <w:abstractNumId w:val="105"/>
  </w:num>
  <w:num w:numId="103">
    <w:abstractNumId w:val="55"/>
  </w:num>
  <w:num w:numId="104">
    <w:abstractNumId w:val="73"/>
  </w:num>
  <w:num w:numId="105">
    <w:abstractNumId w:val="15"/>
  </w:num>
  <w:num w:numId="106">
    <w:abstractNumId w:val="12"/>
  </w:num>
  <w:num w:numId="107">
    <w:abstractNumId w:val="52"/>
  </w:num>
  <w:num w:numId="108">
    <w:abstractNumId w:val="68"/>
  </w:num>
  <w:numIdMacAtCleanup w:val="10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44934"/>
    <w:rsid w:val="0015074B"/>
    <w:rsid w:val="00181731"/>
    <w:rsid w:val="0029639D"/>
    <w:rsid w:val="00326F90"/>
    <w:rsid w:val="004565F9"/>
    <w:rsid w:val="00485054"/>
    <w:rsid w:val="004D6187"/>
    <w:rsid w:val="00560995"/>
    <w:rsid w:val="00702148"/>
    <w:rsid w:val="00771808"/>
    <w:rsid w:val="00A542BB"/>
    <w:rsid w:val="00AA1D8D"/>
    <w:rsid w:val="00B25F8F"/>
    <w:rsid w:val="00B47730"/>
    <w:rsid w:val="00CB0664"/>
    <w:rsid w:val="00FC693F"/>
    <w:rsid w:val="00FD4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metricconverter"/>
  <w:shapeDefaults>
    <o:shapedefaults v:ext="edit" spidmax="1283"/>
    <o:shapelayout v:ext="edit">
      <o:idmap v:ext="edit" data="1"/>
    </o:shapelayout>
  </w:shapeDefaults>
  <w:decimalSymbol w:val=","/>
  <w:listSeparator w:val=";"/>
  <w14:docId w14:val="2A687CDB"/>
  <w14:defaultImageDpi w14:val="300"/>
  <w15:docId w15:val="{0C64E616-D1AF-446A-A59B-8594FC93E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 w:line="36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rsid w:val="00AA1D8D"/>
  </w:style>
  <w:style w:type="paragraph" w:styleId="23">
    <w:name w:val="Body Text 2"/>
    <w:basedOn w:val="a1"/>
    <w:link w:val="24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rsid w:val="00AA1D8D"/>
  </w:style>
  <w:style w:type="paragraph" w:styleId="33">
    <w:name w:val="Body Text 3"/>
    <w:basedOn w:val="a1"/>
    <w:link w:val="34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4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5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ff8">
    <w:name w:val="Основной б.о."/>
    <w:basedOn w:val="a1"/>
    <w:next w:val="a1"/>
    <w:rsid w:val="00FD4A85"/>
    <w:pPr>
      <w:spacing w:line="240" w:lineRule="auto"/>
      <w:jc w:val="both"/>
    </w:pPr>
    <w:rPr>
      <w:rFonts w:eastAsia="Times New Roman" w:cs="Times New Roman"/>
      <w:sz w:val="28"/>
      <w:szCs w:val="20"/>
      <w:lang w:val="ru-RU" w:eastAsia="ru-RU"/>
    </w:rPr>
  </w:style>
  <w:style w:type="character" w:customStyle="1" w:styleId="41">
    <w:name w:val="Основной текст (4)_"/>
    <w:link w:val="410"/>
    <w:rsid w:val="00FD4A85"/>
    <w:rPr>
      <w:b/>
      <w:bCs/>
      <w:i/>
      <w:iCs/>
      <w:shd w:val="clear" w:color="auto" w:fill="FFFFFF"/>
    </w:rPr>
  </w:style>
  <w:style w:type="paragraph" w:customStyle="1" w:styleId="410">
    <w:name w:val="Основной текст (4)1"/>
    <w:basedOn w:val="a1"/>
    <w:link w:val="41"/>
    <w:rsid w:val="00FD4A85"/>
    <w:pPr>
      <w:widowControl w:val="0"/>
      <w:shd w:val="clear" w:color="auto" w:fill="FFFFFF"/>
      <w:spacing w:before="120" w:line="236" w:lineRule="exact"/>
      <w:ind w:hanging="1180"/>
      <w:jc w:val="both"/>
    </w:pPr>
    <w:rPr>
      <w:rFonts w:asciiTheme="minorHAnsi" w:hAnsiTheme="minorHAnsi"/>
      <w:b/>
      <w:bCs/>
      <w:i/>
      <w:iCs/>
      <w:sz w:val="22"/>
      <w:shd w:val="clear" w:color="auto" w:fill="FFFFFF"/>
    </w:rPr>
  </w:style>
  <w:style w:type="character" w:customStyle="1" w:styleId="bold">
    <w:name w:val="bold"/>
    <w:basedOn w:val="a2"/>
    <w:rsid w:val="00FD4A85"/>
  </w:style>
  <w:style w:type="paragraph" w:styleId="aff9">
    <w:name w:val="Balloon Text"/>
    <w:basedOn w:val="a1"/>
    <w:link w:val="affa"/>
    <w:uiPriority w:val="99"/>
    <w:semiHidden/>
    <w:unhideWhenUsed/>
    <w:rsid w:val="00FD4A85"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affa">
    <w:name w:val="Текст выноски Знак"/>
    <w:basedOn w:val="a2"/>
    <w:link w:val="aff9"/>
    <w:uiPriority w:val="99"/>
    <w:semiHidden/>
    <w:rsid w:val="00FD4A85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14">
    <w:name w:val="Обычный1"/>
    <w:rsid w:val="00FD4A85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val="ru-RU" w:eastAsia="ru-RU"/>
    </w:rPr>
  </w:style>
  <w:style w:type="paragraph" w:styleId="affb">
    <w:name w:val="Body Text Indent"/>
    <w:basedOn w:val="a1"/>
    <w:link w:val="affc"/>
    <w:uiPriority w:val="99"/>
    <w:unhideWhenUsed/>
    <w:rsid w:val="00FD4A85"/>
    <w:pPr>
      <w:overflowPunct w:val="0"/>
      <w:autoSpaceDE w:val="0"/>
      <w:autoSpaceDN w:val="0"/>
      <w:adjustRightInd w:val="0"/>
      <w:spacing w:after="120" w:line="288" w:lineRule="auto"/>
      <w:ind w:left="283"/>
      <w:jc w:val="both"/>
      <w:textAlignment w:val="baseline"/>
    </w:pPr>
    <w:rPr>
      <w:rFonts w:eastAsia="Times New Roman" w:cs="Times New Roman"/>
      <w:szCs w:val="20"/>
      <w:lang w:val="ru-RU" w:eastAsia="ru-RU"/>
    </w:rPr>
  </w:style>
  <w:style w:type="character" w:customStyle="1" w:styleId="affc">
    <w:name w:val="Основной текст с отступом Знак"/>
    <w:basedOn w:val="a2"/>
    <w:link w:val="affb"/>
    <w:uiPriority w:val="99"/>
    <w:rsid w:val="00FD4A85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styleId="38">
    <w:name w:val="Body Text Indent 3"/>
    <w:basedOn w:val="a1"/>
    <w:link w:val="39"/>
    <w:rsid w:val="00FD4A85"/>
    <w:pPr>
      <w:spacing w:after="120" w:line="240" w:lineRule="auto"/>
      <w:ind w:left="283"/>
    </w:pPr>
    <w:rPr>
      <w:rFonts w:eastAsia="Times New Roman" w:cs="Times New Roman"/>
      <w:sz w:val="16"/>
      <w:szCs w:val="16"/>
      <w:lang w:val="ru-RU" w:eastAsia="ru-RU"/>
    </w:rPr>
  </w:style>
  <w:style w:type="character" w:customStyle="1" w:styleId="39">
    <w:name w:val="Основной текст с отступом 3 Знак"/>
    <w:basedOn w:val="a2"/>
    <w:link w:val="38"/>
    <w:rsid w:val="00FD4A85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styleId="affd">
    <w:name w:val="Normal (Web)"/>
    <w:basedOn w:val="a1"/>
    <w:rsid w:val="00FD4A85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 w:hint="eastAsia"/>
      <w:szCs w:val="24"/>
      <w:lang w:val="ru-RU" w:eastAsia="ru-RU"/>
    </w:rPr>
  </w:style>
  <w:style w:type="paragraph" w:customStyle="1" w:styleId="2c">
    <w:name w:val="Обычный2"/>
    <w:rsid w:val="00FD4A85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d">
    <w:name w:val="Body Text Indent 2"/>
    <w:basedOn w:val="a1"/>
    <w:link w:val="2e"/>
    <w:unhideWhenUsed/>
    <w:rsid w:val="00FD4A85"/>
    <w:pPr>
      <w:overflowPunct w:val="0"/>
      <w:autoSpaceDE w:val="0"/>
      <w:autoSpaceDN w:val="0"/>
      <w:adjustRightInd w:val="0"/>
      <w:spacing w:after="120" w:line="480" w:lineRule="auto"/>
      <w:ind w:left="283"/>
      <w:jc w:val="both"/>
      <w:textAlignment w:val="baseline"/>
    </w:pPr>
    <w:rPr>
      <w:rFonts w:eastAsia="Times New Roman" w:cs="Times New Roman"/>
      <w:szCs w:val="20"/>
      <w:lang w:val="ru-RU" w:eastAsia="ru-RU"/>
    </w:rPr>
  </w:style>
  <w:style w:type="character" w:customStyle="1" w:styleId="2e">
    <w:name w:val="Основной текст с отступом 2 Знак"/>
    <w:basedOn w:val="a2"/>
    <w:link w:val="2d"/>
    <w:rsid w:val="00FD4A85"/>
    <w:rPr>
      <w:rFonts w:ascii="Times New Roman" w:eastAsia="Times New Roman" w:hAnsi="Times New Roman" w:cs="Times New Roman"/>
      <w:sz w:val="24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1.wmf"/><Relationship Id="rId299" Type="http://schemas.openxmlformats.org/officeDocument/2006/relationships/image" Target="media/image123.wmf"/><Relationship Id="rId21" Type="http://schemas.openxmlformats.org/officeDocument/2006/relationships/oleObject" Target="embeddings/oleObject9.bin"/><Relationship Id="rId63" Type="http://schemas.openxmlformats.org/officeDocument/2006/relationships/oleObject" Target="embeddings/oleObject32.bin"/><Relationship Id="rId159" Type="http://schemas.openxmlformats.org/officeDocument/2006/relationships/image" Target="media/image69.wmf"/><Relationship Id="rId324" Type="http://schemas.openxmlformats.org/officeDocument/2006/relationships/image" Target="media/image129.wmf"/><Relationship Id="rId366" Type="http://schemas.openxmlformats.org/officeDocument/2006/relationships/oleObject" Target="embeddings/oleObject217.bin"/><Relationship Id="rId170" Type="http://schemas.openxmlformats.org/officeDocument/2006/relationships/image" Target="media/image74.wmf"/><Relationship Id="rId226" Type="http://schemas.openxmlformats.org/officeDocument/2006/relationships/image" Target="media/image101.wmf"/><Relationship Id="rId268" Type="http://schemas.openxmlformats.org/officeDocument/2006/relationships/image" Target="media/image117.wmf"/><Relationship Id="rId32" Type="http://schemas.openxmlformats.org/officeDocument/2006/relationships/image" Target="media/image13.wmf"/><Relationship Id="rId74" Type="http://schemas.openxmlformats.org/officeDocument/2006/relationships/image" Target="media/image32.wmf"/><Relationship Id="rId128" Type="http://schemas.openxmlformats.org/officeDocument/2006/relationships/oleObject" Target="embeddings/oleObject67.bin"/><Relationship Id="rId335" Type="http://schemas.openxmlformats.org/officeDocument/2006/relationships/oleObject" Target="embeddings/oleObject196.bin"/><Relationship Id="rId377" Type="http://schemas.openxmlformats.org/officeDocument/2006/relationships/oleObject" Target="embeddings/oleObject227.bin"/><Relationship Id="rId5" Type="http://schemas.openxmlformats.org/officeDocument/2006/relationships/webSettings" Target="webSettings.xml"/><Relationship Id="rId181" Type="http://schemas.openxmlformats.org/officeDocument/2006/relationships/oleObject" Target="embeddings/oleObject98.bin"/><Relationship Id="rId237" Type="http://schemas.openxmlformats.org/officeDocument/2006/relationships/oleObject" Target="embeddings/oleObject126.bin"/><Relationship Id="rId402" Type="http://schemas.openxmlformats.org/officeDocument/2006/relationships/oleObject" Target="embeddings/oleObject251.bin"/><Relationship Id="rId279" Type="http://schemas.openxmlformats.org/officeDocument/2006/relationships/oleObject" Target="embeddings/oleObject153.bin"/><Relationship Id="rId43" Type="http://schemas.openxmlformats.org/officeDocument/2006/relationships/oleObject" Target="embeddings/oleObject20.bin"/><Relationship Id="rId139" Type="http://schemas.openxmlformats.org/officeDocument/2006/relationships/oleObject" Target="embeddings/oleObject74.bin"/><Relationship Id="rId290" Type="http://schemas.openxmlformats.org/officeDocument/2006/relationships/oleObject" Target="embeddings/oleObject163.bin"/><Relationship Id="rId304" Type="http://schemas.openxmlformats.org/officeDocument/2006/relationships/oleObject" Target="embeddings/oleObject174.bin"/><Relationship Id="rId346" Type="http://schemas.openxmlformats.org/officeDocument/2006/relationships/image" Target="media/image139.wmf"/><Relationship Id="rId388" Type="http://schemas.openxmlformats.org/officeDocument/2006/relationships/image" Target="media/image146.wmf"/><Relationship Id="rId85" Type="http://schemas.openxmlformats.org/officeDocument/2006/relationships/oleObject" Target="embeddings/oleObject44.bin"/><Relationship Id="rId150" Type="http://schemas.openxmlformats.org/officeDocument/2006/relationships/oleObject" Target="embeddings/oleObject81.bin"/><Relationship Id="rId192" Type="http://schemas.openxmlformats.org/officeDocument/2006/relationships/image" Target="media/image84.wmf"/><Relationship Id="rId206" Type="http://schemas.openxmlformats.org/officeDocument/2006/relationships/image" Target="media/image91.wmf"/><Relationship Id="rId413" Type="http://schemas.openxmlformats.org/officeDocument/2006/relationships/image" Target="media/image151.png"/><Relationship Id="rId248" Type="http://schemas.openxmlformats.org/officeDocument/2006/relationships/image" Target="media/image112.wmf"/><Relationship Id="rId12" Type="http://schemas.openxmlformats.org/officeDocument/2006/relationships/image" Target="media/image3.wmf"/><Relationship Id="rId108" Type="http://schemas.openxmlformats.org/officeDocument/2006/relationships/image" Target="media/image47.wmf"/><Relationship Id="rId315" Type="http://schemas.openxmlformats.org/officeDocument/2006/relationships/oleObject" Target="embeddings/oleObject184.bin"/><Relationship Id="rId357" Type="http://schemas.openxmlformats.org/officeDocument/2006/relationships/oleObject" Target="embeddings/oleObject212.bin"/><Relationship Id="rId54" Type="http://schemas.openxmlformats.org/officeDocument/2006/relationships/oleObject" Target="embeddings/oleObject26.bin"/><Relationship Id="rId96" Type="http://schemas.openxmlformats.org/officeDocument/2006/relationships/image" Target="media/image41.wmf"/><Relationship Id="rId161" Type="http://schemas.openxmlformats.org/officeDocument/2006/relationships/image" Target="media/image70.wmf"/><Relationship Id="rId217" Type="http://schemas.openxmlformats.org/officeDocument/2006/relationships/oleObject" Target="embeddings/oleObject116.bin"/><Relationship Id="rId399" Type="http://schemas.openxmlformats.org/officeDocument/2006/relationships/oleObject" Target="embeddings/oleObject248.bin"/><Relationship Id="rId259" Type="http://schemas.openxmlformats.org/officeDocument/2006/relationships/oleObject" Target="embeddings/oleObject139.bin"/><Relationship Id="rId424" Type="http://schemas.openxmlformats.org/officeDocument/2006/relationships/image" Target="media/image162.png"/><Relationship Id="rId23" Type="http://schemas.openxmlformats.org/officeDocument/2006/relationships/oleObject" Target="embeddings/oleObject10.bin"/><Relationship Id="rId119" Type="http://schemas.openxmlformats.org/officeDocument/2006/relationships/image" Target="media/image52.wmf"/><Relationship Id="rId270" Type="http://schemas.openxmlformats.org/officeDocument/2006/relationships/image" Target="media/image118.wmf"/><Relationship Id="rId326" Type="http://schemas.openxmlformats.org/officeDocument/2006/relationships/image" Target="media/image130.wmf"/><Relationship Id="rId65" Type="http://schemas.openxmlformats.org/officeDocument/2006/relationships/oleObject" Target="embeddings/oleObject33.bin"/><Relationship Id="rId130" Type="http://schemas.openxmlformats.org/officeDocument/2006/relationships/oleObject" Target="embeddings/oleObject68.bin"/><Relationship Id="rId368" Type="http://schemas.openxmlformats.org/officeDocument/2006/relationships/oleObject" Target="embeddings/oleObject219.bin"/><Relationship Id="rId172" Type="http://schemas.openxmlformats.org/officeDocument/2006/relationships/oleObject" Target="embeddings/oleObject93.bin"/><Relationship Id="rId228" Type="http://schemas.openxmlformats.org/officeDocument/2006/relationships/image" Target="media/image102.wmf"/><Relationship Id="rId281" Type="http://schemas.openxmlformats.org/officeDocument/2006/relationships/oleObject" Target="embeddings/oleObject155.bin"/><Relationship Id="rId337" Type="http://schemas.openxmlformats.org/officeDocument/2006/relationships/oleObject" Target="embeddings/oleObject197.bin"/><Relationship Id="rId34" Type="http://schemas.openxmlformats.org/officeDocument/2006/relationships/image" Target="media/image14.wmf"/><Relationship Id="rId76" Type="http://schemas.openxmlformats.org/officeDocument/2006/relationships/image" Target="media/image33.wmf"/><Relationship Id="rId141" Type="http://schemas.openxmlformats.org/officeDocument/2006/relationships/oleObject" Target="embeddings/oleObject76.bin"/><Relationship Id="rId379" Type="http://schemas.openxmlformats.org/officeDocument/2006/relationships/oleObject" Target="embeddings/oleObject229.bin"/><Relationship Id="rId7" Type="http://schemas.openxmlformats.org/officeDocument/2006/relationships/oleObject" Target="embeddings/oleObject1.bin"/><Relationship Id="rId183" Type="http://schemas.openxmlformats.org/officeDocument/2006/relationships/oleObject" Target="embeddings/oleObject99.bin"/><Relationship Id="rId239" Type="http://schemas.openxmlformats.org/officeDocument/2006/relationships/oleObject" Target="embeddings/oleObject127.bin"/><Relationship Id="rId390" Type="http://schemas.openxmlformats.org/officeDocument/2006/relationships/oleObject" Target="embeddings/oleObject239.bin"/><Relationship Id="rId404" Type="http://schemas.openxmlformats.org/officeDocument/2006/relationships/image" Target="media/image147.wmf"/><Relationship Id="rId250" Type="http://schemas.openxmlformats.org/officeDocument/2006/relationships/oleObject" Target="embeddings/oleObject133.bin"/><Relationship Id="rId292" Type="http://schemas.openxmlformats.org/officeDocument/2006/relationships/oleObject" Target="embeddings/oleObject165.bin"/><Relationship Id="rId306" Type="http://schemas.openxmlformats.org/officeDocument/2006/relationships/oleObject" Target="embeddings/oleObject176.bin"/><Relationship Id="rId45" Type="http://schemas.openxmlformats.org/officeDocument/2006/relationships/image" Target="media/image19.wmf"/><Relationship Id="rId87" Type="http://schemas.openxmlformats.org/officeDocument/2006/relationships/image" Target="media/image37.wmf"/><Relationship Id="rId110" Type="http://schemas.openxmlformats.org/officeDocument/2006/relationships/image" Target="media/image48.wmf"/><Relationship Id="rId348" Type="http://schemas.openxmlformats.org/officeDocument/2006/relationships/image" Target="media/image140.wmf"/><Relationship Id="rId152" Type="http://schemas.openxmlformats.org/officeDocument/2006/relationships/oleObject" Target="embeddings/oleObject82.bin"/><Relationship Id="rId194" Type="http://schemas.openxmlformats.org/officeDocument/2006/relationships/image" Target="media/image85.wmf"/><Relationship Id="rId208" Type="http://schemas.openxmlformats.org/officeDocument/2006/relationships/image" Target="media/image92.wmf"/><Relationship Id="rId415" Type="http://schemas.openxmlformats.org/officeDocument/2006/relationships/image" Target="media/image153.png"/><Relationship Id="rId261" Type="http://schemas.openxmlformats.org/officeDocument/2006/relationships/oleObject" Target="embeddings/oleObject140.bin"/><Relationship Id="rId14" Type="http://schemas.openxmlformats.org/officeDocument/2006/relationships/image" Target="media/image4.wmf"/><Relationship Id="rId56" Type="http://schemas.openxmlformats.org/officeDocument/2006/relationships/oleObject" Target="embeddings/oleObject27.bin"/><Relationship Id="rId317" Type="http://schemas.openxmlformats.org/officeDocument/2006/relationships/oleObject" Target="embeddings/oleObject186.bin"/><Relationship Id="rId359" Type="http://schemas.openxmlformats.org/officeDocument/2006/relationships/oleObject" Target="embeddings/oleObject213.bin"/><Relationship Id="rId98" Type="http://schemas.openxmlformats.org/officeDocument/2006/relationships/image" Target="media/image42.wmf"/><Relationship Id="rId121" Type="http://schemas.openxmlformats.org/officeDocument/2006/relationships/image" Target="media/image53.wmf"/><Relationship Id="rId163" Type="http://schemas.openxmlformats.org/officeDocument/2006/relationships/image" Target="media/image71.wmf"/><Relationship Id="rId219" Type="http://schemas.openxmlformats.org/officeDocument/2006/relationships/oleObject" Target="embeddings/oleObject117.bin"/><Relationship Id="rId370" Type="http://schemas.openxmlformats.org/officeDocument/2006/relationships/oleObject" Target="embeddings/oleObject221.bin"/><Relationship Id="rId426" Type="http://schemas.openxmlformats.org/officeDocument/2006/relationships/fontTable" Target="fontTable.xml"/><Relationship Id="rId230" Type="http://schemas.openxmlformats.org/officeDocument/2006/relationships/image" Target="media/image103.wmf"/><Relationship Id="rId25" Type="http://schemas.openxmlformats.org/officeDocument/2006/relationships/oleObject" Target="embeddings/oleObject11.bin"/><Relationship Id="rId67" Type="http://schemas.openxmlformats.org/officeDocument/2006/relationships/oleObject" Target="embeddings/oleObject34.bin"/><Relationship Id="rId272" Type="http://schemas.openxmlformats.org/officeDocument/2006/relationships/image" Target="media/image119.wmf"/><Relationship Id="rId328" Type="http://schemas.openxmlformats.org/officeDocument/2006/relationships/image" Target="media/image131.wmf"/><Relationship Id="rId132" Type="http://schemas.openxmlformats.org/officeDocument/2006/relationships/oleObject" Target="embeddings/oleObject69.bin"/><Relationship Id="rId174" Type="http://schemas.openxmlformats.org/officeDocument/2006/relationships/image" Target="media/image75.wmf"/><Relationship Id="rId381" Type="http://schemas.openxmlformats.org/officeDocument/2006/relationships/oleObject" Target="embeddings/oleObject231.bin"/><Relationship Id="rId241" Type="http://schemas.openxmlformats.org/officeDocument/2006/relationships/oleObject" Target="embeddings/oleObject128.bin"/><Relationship Id="rId36" Type="http://schemas.openxmlformats.org/officeDocument/2006/relationships/image" Target="media/image15.wmf"/><Relationship Id="rId283" Type="http://schemas.openxmlformats.org/officeDocument/2006/relationships/oleObject" Target="embeddings/oleObject157.bin"/><Relationship Id="rId339" Type="http://schemas.openxmlformats.org/officeDocument/2006/relationships/oleObject" Target="embeddings/oleObject198.bin"/><Relationship Id="rId78" Type="http://schemas.openxmlformats.org/officeDocument/2006/relationships/image" Target="media/image34.wmf"/><Relationship Id="rId101" Type="http://schemas.openxmlformats.org/officeDocument/2006/relationships/oleObject" Target="embeddings/oleObject53.bin"/><Relationship Id="rId143" Type="http://schemas.openxmlformats.org/officeDocument/2006/relationships/oleObject" Target="embeddings/oleObject77.bin"/><Relationship Id="rId185" Type="http://schemas.openxmlformats.org/officeDocument/2006/relationships/oleObject" Target="embeddings/oleObject100.bin"/><Relationship Id="rId350" Type="http://schemas.openxmlformats.org/officeDocument/2006/relationships/oleObject" Target="embeddings/oleObject205.bin"/><Relationship Id="rId406" Type="http://schemas.openxmlformats.org/officeDocument/2006/relationships/oleObject" Target="embeddings/oleObject254.bin"/><Relationship Id="rId9" Type="http://schemas.openxmlformats.org/officeDocument/2006/relationships/image" Target="media/image2.wmf"/><Relationship Id="rId210" Type="http://schemas.openxmlformats.org/officeDocument/2006/relationships/image" Target="media/image93.wmf"/><Relationship Id="rId392" Type="http://schemas.openxmlformats.org/officeDocument/2006/relationships/oleObject" Target="embeddings/oleObject241.bin"/><Relationship Id="rId252" Type="http://schemas.openxmlformats.org/officeDocument/2006/relationships/image" Target="media/image113.wmf"/><Relationship Id="rId294" Type="http://schemas.openxmlformats.org/officeDocument/2006/relationships/oleObject" Target="embeddings/oleObject167.bin"/><Relationship Id="rId308" Type="http://schemas.openxmlformats.org/officeDocument/2006/relationships/oleObject" Target="embeddings/oleObject178.bin"/><Relationship Id="rId47" Type="http://schemas.openxmlformats.org/officeDocument/2006/relationships/image" Target="media/image20.wmf"/><Relationship Id="rId89" Type="http://schemas.openxmlformats.org/officeDocument/2006/relationships/oleObject" Target="embeddings/oleObject47.bin"/><Relationship Id="rId112" Type="http://schemas.openxmlformats.org/officeDocument/2006/relationships/oleObject" Target="embeddings/oleObject59.bin"/><Relationship Id="rId154" Type="http://schemas.openxmlformats.org/officeDocument/2006/relationships/oleObject" Target="embeddings/oleObject83.bin"/><Relationship Id="rId361" Type="http://schemas.openxmlformats.org/officeDocument/2006/relationships/image" Target="media/image142.wmf"/><Relationship Id="rId196" Type="http://schemas.openxmlformats.org/officeDocument/2006/relationships/image" Target="media/image86.wmf"/><Relationship Id="rId417" Type="http://schemas.openxmlformats.org/officeDocument/2006/relationships/image" Target="media/image155.png"/><Relationship Id="rId16" Type="http://schemas.openxmlformats.org/officeDocument/2006/relationships/image" Target="media/image5.wmf"/><Relationship Id="rId221" Type="http://schemas.openxmlformats.org/officeDocument/2006/relationships/oleObject" Target="embeddings/oleObject118.bin"/><Relationship Id="rId263" Type="http://schemas.openxmlformats.org/officeDocument/2006/relationships/oleObject" Target="embeddings/oleObject142.bin"/><Relationship Id="rId319" Type="http://schemas.openxmlformats.org/officeDocument/2006/relationships/oleObject" Target="embeddings/oleObject188.bin"/><Relationship Id="rId58" Type="http://schemas.openxmlformats.org/officeDocument/2006/relationships/oleObject" Target="embeddings/oleObject28.bin"/><Relationship Id="rId123" Type="http://schemas.openxmlformats.org/officeDocument/2006/relationships/image" Target="media/image54.wmf"/><Relationship Id="rId330" Type="http://schemas.openxmlformats.org/officeDocument/2006/relationships/image" Target="media/image132.wmf"/><Relationship Id="rId165" Type="http://schemas.openxmlformats.org/officeDocument/2006/relationships/image" Target="media/image72.wmf"/><Relationship Id="rId372" Type="http://schemas.openxmlformats.org/officeDocument/2006/relationships/oleObject" Target="embeddings/oleObject222.bin"/><Relationship Id="rId232" Type="http://schemas.openxmlformats.org/officeDocument/2006/relationships/image" Target="media/image104.wmf"/><Relationship Id="rId274" Type="http://schemas.openxmlformats.org/officeDocument/2006/relationships/image" Target="media/image120.wmf"/><Relationship Id="rId27" Type="http://schemas.openxmlformats.org/officeDocument/2006/relationships/oleObject" Target="embeddings/oleObject12.bin"/><Relationship Id="rId69" Type="http://schemas.openxmlformats.org/officeDocument/2006/relationships/oleObject" Target="embeddings/oleObject35.bin"/><Relationship Id="rId134" Type="http://schemas.openxmlformats.org/officeDocument/2006/relationships/oleObject" Target="embeddings/oleObject71.bin"/><Relationship Id="rId80" Type="http://schemas.openxmlformats.org/officeDocument/2006/relationships/oleObject" Target="embeddings/oleObject41.bin"/><Relationship Id="rId176" Type="http://schemas.openxmlformats.org/officeDocument/2006/relationships/image" Target="media/image76.wmf"/><Relationship Id="rId341" Type="http://schemas.openxmlformats.org/officeDocument/2006/relationships/oleObject" Target="embeddings/oleObject200.bin"/><Relationship Id="rId383" Type="http://schemas.openxmlformats.org/officeDocument/2006/relationships/oleObject" Target="embeddings/oleObject233.bin"/><Relationship Id="rId201" Type="http://schemas.openxmlformats.org/officeDocument/2006/relationships/oleObject" Target="embeddings/oleObject108.bin"/><Relationship Id="rId243" Type="http://schemas.openxmlformats.org/officeDocument/2006/relationships/oleObject" Target="embeddings/oleObject129.bin"/><Relationship Id="rId285" Type="http://schemas.openxmlformats.org/officeDocument/2006/relationships/oleObject" Target="embeddings/oleObject158.bin"/><Relationship Id="rId38" Type="http://schemas.openxmlformats.org/officeDocument/2006/relationships/image" Target="media/image16.wmf"/><Relationship Id="rId103" Type="http://schemas.openxmlformats.org/officeDocument/2006/relationships/oleObject" Target="embeddings/oleObject54.bin"/><Relationship Id="rId310" Type="http://schemas.openxmlformats.org/officeDocument/2006/relationships/oleObject" Target="embeddings/oleObject180.bin"/><Relationship Id="rId70" Type="http://schemas.openxmlformats.org/officeDocument/2006/relationships/image" Target="media/image30.wmf"/><Relationship Id="rId91" Type="http://schemas.openxmlformats.org/officeDocument/2006/relationships/oleObject" Target="embeddings/oleObject48.bin"/><Relationship Id="rId145" Type="http://schemas.openxmlformats.org/officeDocument/2006/relationships/oleObject" Target="embeddings/oleObject78.bin"/><Relationship Id="rId166" Type="http://schemas.openxmlformats.org/officeDocument/2006/relationships/oleObject" Target="embeddings/oleObject89.bin"/><Relationship Id="rId187" Type="http://schemas.openxmlformats.org/officeDocument/2006/relationships/oleObject" Target="embeddings/oleObject101.bin"/><Relationship Id="rId331" Type="http://schemas.openxmlformats.org/officeDocument/2006/relationships/oleObject" Target="embeddings/oleObject194.bin"/><Relationship Id="rId352" Type="http://schemas.openxmlformats.org/officeDocument/2006/relationships/oleObject" Target="embeddings/oleObject207.bin"/><Relationship Id="rId373" Type="http://schemas.openxmlformats.org/officeDocument/2006/relationships/oleObject" Target="embeddings/oleObject223.bin"/><Relationship Id="rId394" Type="http://schemas.openxmlformats.org/officeDocument/2006/relationships/oleObject" Target="embeddings/oleObject243.bin"/><Relationship Id="rId408" Type="http://schemas.openxmlformats.org/officeDocument/2006/relationships/oleObject" Target="embeddings/oleObject256.bin"/><Relationship Id="rId1" Type="http://schemas.openxmlformats.org/officeDocument/2006/relationships/customXml" Target="../customXml/item1.xml"/><Relationship Id="rId212" Type="http://schemas.openxmlformats.org/officeDocument/2006/relationships/image" Target="media/image94.wmf"/><Relationship Id="rId233" Type="http://schemas.openxmlformats.org/officeDocument/2006/relationships/oleObject" Target="embeddings/oleObject124.bin"/><Relationship Id="rId254" Type="http://schemas.openxmlformats.org/officeDocument/2006/relationships/image" Target="media/image114.wmf"/><Relationship Id="rId28" Type="http://schemas.openxmlformats.org/officeDocument/2006/relationships/image" Target="media/image11.wmf"/><Relationship Id="rId49" Type="http://schemas.openxmlformats.org/officeDocument/2006/relationships/image" Target="media/image21.wmf"/><Relationship Id="rId114" Type="http://schemas.openxmlformats.org/officeDocument/2006/relationships/oleObject" Target="embeddings/oleObject60.bin"/><Relationship Id="rId275" Type="http://schemas.openxmlformats.org/officeDocument/2006/relationships/oleObject" Target="embeddings/oleObject150.bin"/><Relationship Id="rId296" Type="http://schemas.openxmlformats.org/officeDocument/2006/relationships/oleObject" Target="embeddings/oleObject169.bin"/><Relationship Id="rId300" Type="http://schemas.openxmlformats.org/officeDocument/2006/relationships/oleObject" Target="embeddings/oleObject172.bin"/><Relationship Id="rId60" Type="http://schemas.openxmlformats.org/officeDocument/2006/relationships/oleObject" Target="embeddings/oleObject30.bin"/><Relationship Id="rId81" Type="http://schemas.openxmlformats.org/officeDocument/2006/relationships/image" Target="media/image35.wmf"/><Relationship Id="rId135" Type="http://schemas.openxmlformats.org/officeDocument/2006/relationships/oleObject" Target="embeddings/oleObject72.bin"/><Relationship Id="rId156" Type="http://schemas.openxmlformats.org/officeDocument/2006/relationships/oleObject" Target="embeddings/oleObject84.bin"/><Relationship Id="rId177" Type="http://schemas.openxmlformats.org/officeDocument/2006/relationships/oleObject" Target="embeddings/oleObject96.bin"/><Relationship Id="rId198" Type="http://schemas.openxmlformats.org/officeDocument/2006/relationships/image" Target="media/image87.wmf"/><Relationship Id="rId321" Type="http://schemas.openxmlformats.org/officeDocument/2006/relationships/oleObject" Target="embeddings/oleObject189.bin"/><Relationship Id="rId342" Type="http://schemas.openxmlformats.org/officeDocument/2006/relationships/image" Target="media/image137.wmf"/><Relationship Id="rId363" Type="http://schemas.openxmlformats.org/officeDocument/2006/relationships/image" Target="media/image143.wmf"/><Relationship Id="rId384" Type="http://schemas.openxmlformats.org/officeDocument/2006/relationships/oleObject" Target="embeddings/oleObject234.bin"/><Relationship Id="rId419" Type="http://schemas.openxmlformats.org/officeDocument/2006/relationships/image" Target="media/image157.png"/><Relationship Id="rId202" Type="http://schemas.openxmlformats.org/officeDocument/2006/relationships/image" Target="media/image89.wmf"/><Relationship Id="rId223" Type="http://schemas.openxmlformats.org/officeDocument/2006/relationships/oleObject" Target="embeddings/oleObject119.bin"/><Relationship Id="rId244" Type="http://schemas.openxmlformats.org/officeDocument/2006/relationships/image" Target="media/image110.wmf"/><Relationship Id="rId18" Type="http://schemas.openxmlformats.org/officeDocument/2006/relationships/image" Target="media/image6.wmf"/><Relationship Id="rId39" Type="http://schemas.openxmlformats.org/officeDocument/2006/relationships/oleObject" Target="embeddings/oleObject18.bin"/><Relationship Id="rId265" Type="http://schemas.openxmlformats.org/officeDocument/2006/relationships/oleObject" Target="embeddings/oleObject144.bin"/><Relationship Id="rId286" Type="http://schemas.openxmlformats.org/officeDocument/2006/relationships/oleObject" Target="embeddings/oleObject159.bin"/><Relationship Id="rId50" Type="http://schemas.openxmlformats.org/officeDocument/2006/relationships/oleObject" Target="embeddings/oleObject24.bin"/><Relationship Id="rId104" Type="http://schemas.openxmlformats.org/officeDocument/2006/relationships/image" Target="media/image45.wmf"/><Relationship Id="rId125" Type="http://schemas.openxmlformats.org/officeDocument/2006/relationships/image" Target="media/image55.wmf"/><Relationship Id="rId146" Type="http://schemas.openxmlformats.org/officeDocument/2006/relationships/oleObject" Target="embeddings/oleObject79.bin"/><Relationship Id="rId167" Type="http://schemas.openxmlformats.org/officeDocument/2006/relationships/oleObject" Target="embeddings/oleObject90.bin"/><Relationship Id="rId188" Type="http://schemas.openxmlformats.org/officeDocument/2006/relationships/image" Target="media/image82.wmf"/><Relationship Id="rId311" Type="http://schemas.openxmlformats.org/officeDocument/2006/relationships/oleObject" Target="embeddings/oleObject181.bin"/><Relationship Id="rId332" Type="http://schemas.openxmlformats.org/officeDocument/2006/relationships/image" Target="media/image133.wmf"/><Relationship Id="rId353" Type="http://schemas.openxmlformats.org/officeDocument/2006/relationships/oleObject" Target="embeddings/oleObject208.bin"/><Relationship Id="rId374" Type="http://schemas.openxmlformats.org/officeDocument/2006/relationships/oleObject" Target="embeddings/oleObject224.bin"/><Relationship Id="rId395" Type="http://schemas.openxmlformats.org/officeDocument/2006/relationships/oleObject" Target="embeddings/oleObject244.bin"/><Relationship Id="rId409" Type="http://schemas.openxmlformats.org/officeDocument/2006/relationships/oleObject" Target="embeddings/oleObject257.bin"/><Relationship Id="rId71" Type="http://schemas.openxmlformats.org/officeDocument/2006/relationships/oleObject" Target="embeddings/oleObject36.bin"/><Relationship Id="rId92" Type="http://schemas.openxmlformats.org/officeDocument/2006/relationships/image" Target="media/image39.wmf"/><Relationship Id="rId213" Type="http://schemas.openxmlformats.org/officeDocument/2006/relationships/oleObject" Target="embeddings/oleObject114.bin"/><Relationship Id="rId234" Type="http://schemas.openxmlformats.org/officeDocument/2006/relationships/image" Target="media/image105.wmf"/><Relationship Id="rId420" Type="http://schemas.openxmlformats.org/officeDocument/2006/relationships/image" Target="media/image158.png"/><Relationship Id="rId2" Type="http://schemas.openxmlformats.org/officeDocument/2006/relationships/numbering" Target="numbering.xml"/><Relationship Id="rId29" Type="http://schemas.openxmlformats.org/officeDocument/2006/relationships/oleObject" Target="embeddings/oleObject13.bin"/><Relationship Id="rId255" Type="http://schemas.openxmlformats.org/officeDocument/2006/relationships/oleObject" Target="embeddings/oleObject136.bin"/><Relationship Id="rId276" Type="http://schemas.openxmlformats.org/officeDocument/2006/relationships/image" Target="media/image121.wmf"/><Relationship Id="rId297" Type="http://schemas.openxmlformats.org/officeDocument/2006/relationships/oleObject" Target="embeddings/oleObject170.bin"/><Relationship Id="rId40" Type="http://schemas.openxmlformats.org/officeDocument/2006/relationships/image" Target="media/image17.wmf"/><Relationship Id="rId115" Type="http://schemas.openxmlformats.org/officeDocument/2006/relationships/image" Target="media/image50.wmf"/><Relationship Id="rId136" Type="http://schemas.openxmlformats.org/officeDocument/2006/relationships/image" Target="media/image59.wmf"/><Relationship Id="rId157" Type="http://schemas.openxmlformats.org/officeDocument/2006/relationships/image" Target="media/image68.wmf"/><Relationship Id="rId178" Type="http://schemas.openxmlformats.org/officeDocument/2006/relationships/image" Target="media/image77.wmf"/><Relationship Id="rId301" Type="http://schemas.openxmlformats.org/officeDocument/2006/relationships/image" Target="media/image124.wmf"/><Relationship Id="rId322" Type="http://schemas.openxmlformats.org/officeDocument/2006/relationships/image" Target="media/image128.wmf"/><Relationship Id="rId343" Type="http://schemas.openxmlformats.org/officeDocument/2006/relationships/oleObject" Target="embeddings/oleObject201.bin"/><Relationship Id="rId364" Type="http://schemas.openxmlformats.org/officeDocument/2006/relationships/oleObject" Target="embeddings/oleObject216.bin"/><Relationship Id="rId61" Type="http://schemas.openxmlformats.org/officeDocument/2006/relationships/image" Target="media/image26.wmf"/><Relationship Id="rId82" Type="http://schemas.openxmlformats.org/officeDocument/2006/relationships/oleObject" Target="embeddings/oleObject42.bin"/><Relationship Id="rId199" Type="http://schemas.openxmlformats.org/officeDocument/2006/relationships/oleObject" Target="embeddings/oleObject107.bin"/><Relationship Id="rId203" Type="http://schemas.openxmlformats.org/officeDocument/2006/relationships/oleObject" Target="embeddings/oleObject109.bin"/><Relationship Id="rId385" Type="http://schemas.openxmlformats.org/officeDocument/2006/relationships/oleObject" Target="embeddings/oleObject235.bin"/><Relationship Id="rId19" Type="http://schemas.openxmlformats.org/officeDocument/2006/relationships/oleObject" Target="embeddings/oleObject8.bin"/><Relationship Id="rId224" Type="http://schemas.openxmlformats.org/officeDocument/2006/relationships/image" Target="media/image100.wmf"/><Relationship Id="rId245" Type="http://schemas.openxmlformats.org/officeDocument/2006/relationships/oleObject" Target="embeddings/oleObject130.bin"/><Relationship Id="rId266" Type="http://schemas.openxmlformats.org/officeDocument/2006/relationships/oleObject" Target="embeddings/oleObject145.bin"/><Relationship Id="rId287" Type="http://schemas.openxmlformats.org/officeDocument/2006/relationships/oleObject" Target="embeddings/oleObject160.bin"/><Relationship Id="rId410" Type="http://schemas.openxmlformats.org/officeDocument/2006/relationships/image" Target="media/image148.png"/><Relationship Id="rId30" Type="http://schemas.openxmlformats.org/officeDocument/2006/relationships/image" Target="media/image12.wmf"/><Relationship Id="rId105" Type="http://schemas.openxmlformats.org/officeDocument/2006/relationships/oleObject" Target="embeddings/oleObject55.bin"/><Relationship Id="rId126" Type="http://schemas.openxmlformats.org/officeDocument/2006/relationships/oleObject" Target="embeddings/oleObject66.bin"/><Relationship Id="rId147" Type="http://schemas.openxmlformats.org/officeDocument/2006/relationships/image" Target="media/image63.wmf"/><Relationship Id="rId168" Type="http://schemas.openxmlformats.org/officeDocument/2006/relationships/image" Target="media/image73.wmf"/><Relationship Id="rId312" Type="http://schemas.openxmlformats.org/officeDocument/2006/relationships/oleObject" Target="embeddings/oleObject182.bin"/><Relationship Id="rId333" Type="http://schemas.openxmlformats.org/officeDocument/2006/relationships/oleObject" Target="embeddings/oleObject195.bin"/><Relationship Id="rId354" Type="http://schemas.openxmlformats.org/officeDocument/2006/relationships/oleObject" Target="embeddings/oleObject209.bin"/><Relationship Id="rId51" Type="http://schemas.openxmlformats.org/officeDocument/2006/relationships/image" Target="media/image22.wmf"/><Relationship Id="rId72" Type="http://schemas.openxmlformats.org/officeDocument/2006/relationships/image" Target="media/image31.wmf"/><Relationship Id="rId93" Type="http://schemas.openxmlformats.org/officeDocument/2006/relationships/oleObject" Target="embeddings/oleObject49.bin"/><Relationship Id="rId189" Type="http://schemas.openxmlformats.org/officeDocument/2006/relationships/oleObject" Target="embeddings/oleObject102.bin"/><Relationship Id="rId375" Type="http://schemas.openxmlformats.org/officeDocument/2006/relationships/oleObject" Target="embeddings/oleObject225.bin"/><Relationship Id="rId396" Type="http://schemas.openxmlformats.org/officeDocument/2006/relationships/oleObject" Target="embeddings/oleObject245.bin"/><Relationship Id="rId3" Type="http://schemas.openxmlformats.org/officeDocument/2006/relationships/styles" Target="styles.xml"/><Relationship Id="rId214" Type="http://schemas.openxmlformats.org/officeDocument/2006/relationships/image" Target="media/image95.wmf"/><Relationship Id="rId235" Type="http://schemas.openxmlformats.org/officeDocument/2006/relationships/oleObject" Target="embeddings/oleObject125.bin"/><Relationship Id="rId256" Type="http://schemas.openxmlformats.org/officeDocument/2006/relationships/image" Target="media/image115.wmf"/><Relationship Id="rId277" Type="http://schemas.openxmlformats.org/officeDocument/2006/relationships/oleObject" Target="embeddings/oleObject151.bin"/><Relationship Id="rId298" Type="http://schemas.openxmlformats.org/officeDocument/2006/relationships/oleObject" Target="embeddings/oleObject171.bin"/><Relationship Id="rId400" Type="http://schemas.openxmlformats.org/officeDocument/2006/relationships/oleObject" Target="embeddings/oleObject249.bin"/><Relationship Id="rId421" Type="http://schemas.openxmlformats.org/officeDocument/2006/relationships/image" Target="media/image159.png"/><Relationship Id="rId116" Type="http://schemas.openxmlformats.org/officeDocument/2006/relationships/oleObject" Target="embeddings/oleObject61.bin"/><Relationship Id="rId137" Type="http://schemas.openxmlformats.org/officeDocument/2006/relationships/oleObject" Target="embeddings/oleObject73.bin"/><Relationship Id="rId158" Type="http://schemas.openxmlformats.org/officeDocument/2006/relationships/oleObject" Target="embeddings/oleObject85.bin"/><Relationship Id="rId302" Type="http://schemas.openxmlformats.org/officeDocument/2006/relationships/oleObject" Target="embeddings/oleObject173.bin"/><Relationship Id="rId323" Type="http://schemas.openxmlformats.org/officeDocument/2006/relationships/oleObject" Target="embeddings/oleObject190.bin"/><Relationship Id="rId344" Type="http://schemas.openxmlformats.org/officeDocument/2006/relationships/image" Target="media/image138.wmf"/><Relationship Id="rId20" Type="http://schemas.openxmlformats.org/officeDocument/2006/relationships/image" Target="media/image7.wmf"/><Relationship Id="rId41" Type="http://schemas.openxmlformats.org/officeDocument/2006/relationships/oleObject" Target="embeddings/oleObject19.bin"/><Relationship Id="rId62" Type="http://schemas.openxmlformats.org/officeDocument/2006/relationships/oleObject" Target="embeddings/oleObject31.bin"/><Relationship Id="rId83" Type="http://schemas.openxmlformats.org/officeDocument/2006/relationships/oleObject" Target="embeddings/oleObject43.bin"/><Relationship Id="rId179" Type="http://schemas.openxmlformats.org/officeDocument/2006/relationships/oleObject" Target="embeddings/oleObject97.bin"/><Relationship Id="rId365" Type="http://schemas.openxmlformats.org/officeDocument/2006/relationships/image" Target="media/image144.wmf"/><Relationship Id="rId386" Type="http://schemas.openxmlformats.org/officeDocument/2006/relationships/oleObject" Target="embeddings/oleObject236.bin"/><Relationship Id="rId190" Type="http://schemas.openxmlformats.org/officeDocument/2006/relationships/image" Target="media/image83.wmf"/><Relationship Id="rId204" Type="http://schemas.openxmlformats.org/officeDocument/2006/relationships/image" Target="media/image90.wmf"/><Relationship Id="rId225" Type="http://schemas.openxmlformats.org/officeDocument/2006/relationships/oleObject" Target="embeddings/oleObject120.bin"/><Relationship Id="rId246" Type="http://schemas.openxmlformats.org/officeDocument/2006/relationships/image" Target="media/image111.wmf"/><Relationship Id="rId267" Type="http://schemas.openxmlformats.org/officeDocument/2006/relationships/oleObject" Target="embeddings/oleObject146.bin"/><Relationship Id="rId288" Type="http://schemas.openxmlformats.org/officeDocument/2006/relationships/oleObject" Target="embeddings/oleObject161.bin"/><Relationship Id="rId411" Type="http://schemas.openxmlformats.org/officeDocument/2006/relationships/image" Target="media/image149.png"/><Relationship Id="rId106" Type="http://schemas.openxmlformats.org/officeDocument/2006/relationships/image" Target="media/image46.wmf"/><Relationship Id="rId127" Type="http://schemas.openxmlformats.org/officeDocument/2006/relationships/image" Target="media/image56.wmf"/><Relationship Id="rId313" Type="http://schemas.openxmlformats.org/officeDocument/2006/relationships/oleObject" Target="embeddings/oleObject183.bin"/><Relationship Id="rId10" Type="http://schemas.openxmlformats.org/officeDocument/2006/relationships/oleObject" Target="embeddings/oleObject3.bin"/><Relationship Id="rId31" Type="http://schemas.openxmlformats.org/officeDocument/2006/relationships/oleObject" Target="embeddings/oleObject14.bin"/><Relationship Id="rId52" Type="http://schemas.openxmlformats.org/officeDocument/2006/relationships/oleObject" Target="embeddings/oleObject25.bin"/><Relationship Id="rId73" Type="http://schemas.openxmlformats.org/officeDocument/2006/relationships/oleObject" Target="embeddings/oleObject37.bin"/><Relationship Id="rId94" Type="http://schemas.openxmlformats.org/officeDocument/2006/relationships/image" Target="media/image40.wmf"/><Relationship Id="rId148" Type="http://schemas.openxmlformats.org/officeDocument/2006/relationships/oleObject" Target="embeddings/oleObject80.bin"/><Relationship Id="rId169" Type="http://schemas.openxmlformats.org/officeDocument/2006/relationships/oleObject" Target="embeddings/oleObject91.bin"/><Relationship Id="rId334" Type="http://schemas.openxmlformats.org/officeDocument/2006/relationships/image" Target="media/image134.wmf"/><Relationship Id="rId355" Type="http://schemas.openxmlformats.org/officeDocument/2006/relationships/oleObject" Target="embeddings/oleObject210.bin"/><Relationship Id="rId376" Type="http://schemas.openxmlformats.org/officeDocument/2006/relationships/oleObject" Target="embeddings/oleObject226.bin"/><Relationship Id="rId397" Type="http://schemas.openxmlformats.org/officeDocument/2006/relationships/oleObject" Target="embeddings/oleObject246.bin"/><Relationship Id="rId4" Type="http://schemas.openxmlformats.org/officeDocument/2006/relationships/settings" Target="settings.xml"/><Relationship Id="rId180" Type="http://schemas.openxmlformats.org/officeDocument/2006/relationships/image" Target="media/image78.wmf"/><Relationship Id="rId215" Type="http://schemas.openxmlformats.org/officeDocument/2006/relationships/oleObject" Target="embeddings/oleObject115.bin"/><Relationship Id="rId236" Type="http://schemas.openxmlformats.org/officeDocument/2006/relationships/image" Target="media/image106.wmf"/><Relationship Id="rId257" Type="http://schemas.openxmlformats.org/officeDocument/2006/relationships/oleObject" Target="embeddings/oleObject137.bin"/><Relationship Id="rId278" Type="http://schemas.openxmlformats.org/officeDocument/2006/relationships/oleObject" Target="embeddings/oleObject152.bin"/><Relationship Id="rId401" Type="http://schemas.openxmlformats.org/officeDocument/2006/relationships/oleObject" Target="embeddings/oleObject250.bin"/><Relationship Id="rId422" Type="http://schemas.openxmlformats.org/officeDocument/2006/relationships/image" Target="media/image160.png"/><Relationship Id="rId303" Type="http://schemas.openxmlformats.org/officeDocument/2006/relationships/image" Target="media/image125.wmf"/><Relationship Id="rId42" Type="http://schemas.openxmlformats.org/officeDocument/2006/relationships/image" Target="media/image18.wmf"/><Relationship Id="rId84" Type="http://schemas.openxmlformats.org/officeDocument/2006/relationships/image" Target="media/image36.wmf"/><Relationship Id="rId138" Type="http://schemas.openxmlformats.org/officeDocument/2006/relationships/image" Target="media/image60.wmf"/><Relationship Id="rId345" Type="http://schemas.openxmlformats.org/officeDocument/2006/relationships/oleObject" Target="embeddings/oleObject202.bin"/><Relationship Id="rId387" Type="http://schemas.openxmlformats.org/officeDocument/2006/relationships/oleObject" Target="embeddings/oleObject237.bin"/><Relationship Id="rId191" Type="http://schemas.openxmlformats.org/officeDocument/2006/relationships/oleObject" Target="embeddings/oleObject103.bin"/><Relationship Id="rId205" Type="http://schemas.openxmlformats.org/officeDocument/2006/relationships/oleObject" Target="embeddings/oleObject110.bin"/><Relationship Id="rId247" Type="http://schemas.openxmlformats.org/officeDocument/2006/relationships/oleObject" Target="embeddings/oleObject131.bin"/><Relationship Id="rId412" Type="http://schemas.openxmlformats.org/officeDocument/2006/relationships/image" Target="media/image150.png"/><Relationship Id="rId107" Type="http://schemas.openxmlformats.org/officeDocument/2006/relationships/oleObject" Target="embeddings/oleObject56.bin"/><Relationship Id="rId289" Type="http://schemas.openxmlformats.org/officeDocument/2006/relationships/oleObject" Target="embeddings/oleObject162.bin"/><Relationship Id="rId11" Type="http://schemas.openxmlformats.org/officeDocument/2006/relationships/oleObject" Target="embeddings/oleObject4.bin"/><Relationship Id="rId53" Type="http://schemas.openxmlformats.org/officeDocument/2006/relationships/image" Target="media/image23.wmf"/><Relationship Id="rId149" Type="http://schemas.openxmlformats.org/officeDocument/2006/relationships/image" Target="media/image64.wmf"/><Relationship Id="rId314" Type="http://schemas.openxmlformats.org/officeDocument/2006/relationships/image" Target="media/image126.wmf"/><Relationship Id="rId356" Type="http://schemas.openxmlformats.org/officeDocument/2006/relationships/oleObject" Target="embeddings/oleObject211.bin"/><Relationship Id="rId398" Type="http://schemas.openxmlformats.org/officeDocument/2006/relationships/oleObject" Target="embeddings/oleObject247.bin"/><Relationship Id="rId95" Type="http://schemas.openxmlformats.org/officeDocument/2006/relationships/oleObject" Target="embeddings/oleObject50.bin"/><Relationship Id="rId160" Type="http://schemas.openxmlformats.org/officeDocument/2006/relationships/oleObject" Target="embeddings/oleObject86.bin"/><Relationship Id="rId216" Type="http://schemas.openxmlformats.org/officeDocument/2006/relationships/image" Target="media/image96.wmf"/><Relationship Id="rId423" Type="http://schemas.openxmlformats.org/officeDocument/2006/relationships/image" Target="media/image161.png"/><Relationship Id="rId258" Type="http://schemas.openxmlformats.org/officeDocument/2006/relationships/oleObject" Target="embeddings/oleObject138.bin"/><Relationship Id="rId22" Type="http://schemas.openxmlformats.org/officeDocument/2006/relationships/image" Target="media/image8.wmf"/><Relationship Id="rId64" Type="http://schemas.openxmlformats.org/officeDocument/2006/relationships/image" Target="media/image27.wmf"/><Relationship Id="rId118" Type="http://schemas.openxmlformats.org/officeDocument/2006/relationships/oleObject" Target="embeddings/oleObject62.bin"/><Relationship Id="rId325" Type="http://schemas.openxmlformats.org/officeDocument/2006/relationships/oleObject" Target="embeddings/oleObject191.bin"/><Relationship Id="rId367" Type="http://schemas.openxmlformats.org/officeDocument/2006/relationships/oleObject" Target="embeddings/oleObject218.bin"/><Relationship Id="rId171" Type="http://schemas.openxmlformats.org/officeDocument/2006/relationships/oleObject" Target="embeddings/oleObject92.bin"/><Relationship Id="rId227" Type="http://schemas.openxmlformats.org/officeDocument/2006/relationships/oleObject" Target="embeddings/oleObject121.bin"/><Relationship Id="rId269" Type="http://schemas.openxmlformats.org/officeDocument/2006/relationships/oleObject" Target="embeddings/oleObject147.bin"/><Relationship Id="rId33" Type="http://schemas.openxmlformats.org/officeDocument/2006/relationships/oleObject" Target="embeddings/oleObject15.bin"/><Relationship Id="rId129" Type="http://schemas.openxmlformats.org/officeDocument/2006/relationships/image" Target="media/image57.wmf"/><Relationship Id="rId280" Type="http://schemas.openxmlformats.org/officeDocument/2006/relationships/oleObject" Target="embeddings/oleObject154.bin"/><Relationship Id="rId336" Type="http://schemas.openxmlformats.org/officeDocument/2006/relationships/image" Target="media/image135.wmf"/><Relationship Id="rId75" Type="http://schemas.openxmlformats.org/officeDocument/2006/relationships/oleObject" Target="embeddings/oleObject38.bin"/><Relationship Id="rId140" Type="http://schemas.openxmlformats.org/officeDocument/2006/relationships/oleObject" Target="embeddings/oleObject75.bin"/><Relationship Id="rId182" Type="http://schemas.openxmlformats.org/officeDocument/2006/relationships/image" Target="media/image79.wmf"/><Relationship Id="rId378" Type="http://schemas.openxmlformats.org/officeDocument/2006/relationships/oleObject" Target="embeddings/oleObject228.bin"/><Relationship Id="rId403" Type="http://schemas.openxmlformats.org/officeDocument/2006/relationships/oleObject" Target="embeddings/oleObject252.bin"/><Relationship Id="rId6" Type="http://schemas.openxmlformats.org/officeDocument/2006/relationships/image" Target="media/image1.wmf"/><Relationship Id="rId238" Type="http://schemas.openxmlformats.org/officeDocument/2006/relationships/image" Target="media/image107.wmf"/><Relationship Id="rId291" Type="http://schemas.openxmlformats.org/officeDocument/2006/relationships/oleObject" Target="embeddings/oleObject164.bin"/><Relationship Id="rId305" Type="http://schemas.openxmlformats.org/officeDocument/2006/relationships/oleObject" Target="embeddings/oleObject175.bin"/><Relationship Id="rId347" Type="http://schemas.openxmlformats.org/officeDocument/2006/relationships/oleObject" Target="embeddings/oleObject203.bin"/><Relationship Id="rId44" Type="http://schemas.openxmlformats.org/officeDocument/2006/relationships/oleObject" Target="embeddings/oleObject21.bin"/><Relationship Id="rId86" Type="http://schemas.openxmlformats.org/officeDocument/2006/relationships/oleObject" Target="embeddings/oleObject45.bin"/><Relationship Id="rId151" Type="http://schemas.openxmlformats.org/officeDocument/2006/relationships/image" Target="media/image65.wmf"/><Relationship Id="rId389" Type="http://schemas.openxmlformats.org/officeDocument/2006/relationships/oleObject" Target="embeddings/oleObject238.bin"/><Relationship Id="rId193" Type="http://schemas.openxmlformats.org/officeDocument/2006/relationships/oleObject" Target="embeddings/oleObject104.bin"/><Relationship Id="rId207" Type="http://schemas.openxmlformats.org/officeDocument/2006/relationships/oleObject" Target="embeddings/oleObject111.bin"/><Relationship Id="rId249" Type="http://schemas.openxmlformats.org/officeDocument/2006/relationships/oleObject" Target="embeddings/oleObject132.bin"/><Relationship Id="rId414" Type="http://schemas.openxmlformats.org/officeDocument/2006/relationships/image" Target="media/image152.png"/><Relationship Id="rId13" Type="http://schemas.openxmlformats.org/officeDocument/2006/relationships/oleObject" Target="embeddings/oleObject5.bin"/><Relationship Id="rId109" Type="http://schemas.openxmlformats.org/officeDocument/2006/relationships/oleObject" Target="embeddings/oleObject57.bin"/><Relationship Id="rId260" Type="http://schemas.openxmlformats.org/officeDocument/2006/relationships/image" Target="media/image116.wmf"/><Relationship Id="rId316" Type="http://schemas.openxmlformats.org/officeDocument/2006/relationships/oleObject" Target="embeddings/oleObject185.bin"/><Relationship Id="rId55" Type="http://schemas.openxmlformats.org/officeDocument/2006/relationships/image" Target="media/image24.wmf"/><Relationship Id="rId97" Type="http://schemas.openxmlformats.org/officeDocument/2006/relationships/oleObject" Target="embeddings/oleObject51.bin"/><Relationship Id="rId120" Type="http://schemas.openxmlformats.org/officeDocument/2006/relationships/oleObject" Target="embeddings/oleObject63.bin"/><Relationship Id="rId358" Type="http://schemas.openxmlformats.org/officeDocument/2006/relationships/image" Target="media/image141.wmf"/><Relationship Id="rId162" Type="http://schemas.openxmlformats.org/officeDocument/2006/relationships/oleObject" Target="embeddings/oleObject87.bin"/><Relationship Id="rId218" Type="http://schemas.openxmlformats.org/officeDocument/2006/relationships/image" Target="media/image97.wmf"/><Relationship Id="rId425" Type="http://schemas.openxmlformats.org/officeDocument/2006/relationships/image" Target="media/image163.png"/><Relationship Id="rId271" Type="http://schemas.openxmlformats.org/officeDocument/2006/relationships/oleObject" Target="embeddings/oleObject148.bin"/><Relationship Id="rId24" Type="http://schemas.openxmlformats.org/officeDocument/2006/relationships/image" Target="media/image9.wmf"/><Relationship Id="rId66" Type="http://schemas.openxmlformats.org/officeDocument/2006/relationships/image" Target="media/image28.wmf"/><Relationship Id="rId131" Type="http://schemas.openxmlformats.org/officeDocument/2006/relationships/image" Target="media/image58.wmf"/><Relationship Id="rId327" Type="http://schemas.openxmlformats.org/officeDocument/2006/relationships/oleObject" Target="embeddings/oleObject192.bin"/><Relationship Id="rId369" Type="http://schemas.openxmlformats.org/officeDocument/2006/relationships/oleObject" Target="embeddings/oleObject220.bin"/><Relationship Id="rId173" Type="http://schemas.openxmlformats.org/officeDocument/2006/relationships/oleObject" Target="embeddings/oleObject94.bin"/><Relationship Id="rId229" Type="http://schemas.openxmlformats.org/officeDocument/2006/relationships/oleObject" Target="embeddings/oleObject122.bin"/><Relationship Id="rId380" Type="http://schemas.openxmlformats.org/officeDocument/2006/relationships/oleObject" Target="embeddings/oleObject230.bin"/><Relationship Id="rId240" Type="http://schemas.openxmlformats.org/officeDocument/2006/relationships/image" Target="media/image108.wmf"/><Relationship Id="rId35" Type="http://schemas.openxmlformats.org/officeDocument/2006/relationships/oleObject" Target="embeddings/oleObject16.bin"/><Relationship Id="rId77" Type="http://schemas.openxmlformats.org/officeDocument/2006/relationships/oleObject" Target="embeddings/oleObject39.bin"/><Relationship Id="rId100" Type="http://schemas.openxmlformats.org/officeDocument/2006/relationships/image" Target="media/image43.wmf"/><Relationship Id="rId282" Type="http://schemas.openxmlformats.org/officeDocument/2006/relationships/oleObject" Target="embeddings/oleObject156.bin"/><Relationship Id="rId338" Type="http://schemas.openxmlformats.org/officeDocument/2006/relationships/image" Target="media/image136.wmf"/><Relationship Id="rId8" Type="http://schemas.openxmlformats.org/officeDocument/2006/relationships/oleObject" Target="embeddings/oleObject2.bin"/><Relationship Id="rId142" Type="http://schemas.openxmlformats.org/officeDocument/2006/relationships/image" Target="media/image61.wmf"/><Relationship Id="rId184" Type="http://schemas.openxmlformats.org/officeDocument/2006/relationships/image" Target="media/image80.wmf"/><Relationship Id="rId391" Type="http://schemas.openxmlformats.org/officeDocument/2006/relationships/oleObject" Target="embeddings/oleObject240.bin"/><Relationship Id="rId405" Type="http://schemas.openxmlformats.org/officeDocument/2006/relationships/oleObject" Target="embeddings/oleObject253.bin"/><Relationship Id="rId251" Type="http://schemas.openxmlformats.org/officeDocument/2006/relationships/oleObject" Target="embeddings/oleObject134.bin"/><Relationship Id="rId46" Type="http://schemas.openxmlformats.org/officeDocument/2006/relationships/oleObject" Target="embeddings/oleObject22.bin"/><Relationship Id="rId293" Type="http://schemas.openxmlformats.org/officeDocument/2006/relationships/oleObject" Target="embeddings/oleObject166.bin"/><Relationship Id="rId307" Type="http://schemas.openxmlformats.org/officeDocument/2006/relationships/oleObject" Target="embeddings/oleObject177.bin"/><Relationship Id="rId349" Type="http://schemas.openxmlformats.org/officeDocument/2006/relationships/oleObject" Target="embeddings/oleObject204.bin"/><Relationship Id="rId88" Type="http://schemas.openxmlformats.org/officeDocument/2006/relationships/oleObject" Target="embeddings/oleObject46.bin"/><Relationship Id="rId111" Type="http://schemas.openxmlformats.org/officeDocument/2006/relationships/oleObject" Target="embeddings/oleObject58.bin"/><Relationship Id="rId153" Type="http://schemas.openxmlformats.org/officeDocument/2006/relationships/image" Target="media/image66.wmf"/><Relationship Id="rId195" Type="http://schemas.openxmlformats.org/officeDocument/2006/relationships/oleObject" Target="embeddings/oleObject105.bin"/><Relationship Id="rId209" Type="http://schemas.openxmlformats.org/officeDocument/2006/relationships/oleObject" Target="embeddings/oleObject112.bin"/><Relationship Id="rId360" Type="http://schemas.openxmlformats.org/officeDocument/2006/relationships/oleObject" Target="embeddings/oleObject214.bin"/><Relationship Id="rId416" Type="http://schemas.openxmlformats.org/officeDocument/2006/relationships/image" Target="media/image154.png"/><Relationship Id="rId220" Type="http://schemas.openxmlformats.org/officeDocument/2006/relationships/image" Target="media/image98.wmf"/><Relationship Id="rId15" Type="http://schemas.openxmlformats.org/officeDocument/2006/relationships/oleObject" Target="embeddings/oleObject6.bin"/><Relationship Id="rId57" Type="http://schemas.openxmlformats.org/officeDocument/2006/relationships/image" Target="media/image25.wmf"/><Relationship Id="rId262" Type="http://schemas.openxmlformats.org/officeDocument/2006/relationships/oleObject" Target="embeddings/oleObject141.bin"/><Relationship Id="rId318" Type="http://schemas.openxmlformats.org/officeDocument/2006/relationships/oleObject" Target="embeddings/oleObject187.bin"/><Relationship Id="rId99" Type="http://schemas.openxmlformats.org/officeDocument/2006/relationships/oleObject" Target="embeddings/oleObject52.bin"/><Relationship Id="rId122" Type="http://schemas.openxmlformats.org/officeDocument/2006/relationships/oleObject" Target="embeddings/oleObject64.bin"/><Relationship Id="rId164" Type="http://schemas.openxmlformats.org/officeDocument/2006/relationships/oleObject" Target="embeddings/oleObject88.bin"/><Relationship Id="rId371" Type="http://schemas.openxmlformats.org/officeDocument/2006/relationships/image" Target="media/image145.wmf"/><Relationship Id="rId427" Type="http://schemas.openxmlformats.org/officeDocument/2006/relationships/theme" Target="theme/theme1.xml"/><Relationship Id="rId26" Type="http://schemas.openxmlformats.org/officeDocument/2006/relationships/image" Target="media/image10.wmf"/><Relationship Id="rId231" Type="http://schemas.openxmlformats.org/officeDocument/2006/relationships/oleObject" Target="embeddings/oleObject123.bin"/><Relationship Id="rId273" Type="http://schemas.openxmlformats.org/officeDocument/2006/relationships/oleObject" Target="embeddings/oleObject149.bin"/><Relationship Id="rId329" Type="http://schemas.openxmlformats.org/officeDocument/2006/relationships/oleObject" Target="embeddings/oleObject193.bin"/><Relationship Id="rId68" Type="http://schemas.openxmlformats.org/officeDocument/2006/relationships/image" Target="media/image29.wmf"/><Relationship Id="rId133" Type="http://schemas.openxmlformats.org/officeDocument/2006/relationships/oleObject" Target="embeddings/oleObject70.bin"/><Relationship Id="rId175" Type="http://schemas.openxmlformats.org/officeDocument/2006/relationships/oleObject" Target="embeddings/oleObject95.bin"/><Relationship Id="rId340" Type="http://schemas.openxmlformats.org/officeDocument/2006/relationships/oleObject" Target="embeddings/oleObject199.bin"/><Relationship Id="rId200" Type="http://schemas.openxmlformats.org/officeDocument/2006/relationships/image" Target="media/image88.wmf"/><Relationship Id="rId382" Type="http://schemas.openxmlformats.org/officeDocument/2006/relationships/oleObject" Target="embeddings/oleObject232.bin"/><Relationship Id="rId242" Type="http://schemas.openxmlformats.org/officeDocument/2006/relationships/image" Target="media/image109.wmf"/><Relationship Id="rId284" Type="http://schemas.openxmlformats.org/officeDocument/2006/relationships/image" Target="media/image122.wmf"/><Relationship Id="rId37" Type="http://schemas.openxmlformats.org/officeDocument/2006/relationships/oleObject" Target="embeddings/oleObject17.bin"/><Relationship Id="rId79" Type="http://schemas.openxmlformats.org/officeDocument/2006/relationships/oleObject" Target="embeddings/oleObject40.bin"/><Relationship Id="rId102" Type="http://schemas.openxmlformats.org/officeDocument/2006/relationships/image" Target="media/image44.wmf"/><Relationship Id="rId144" Type="http://schemas.openxmlformats.org/officeDocument/2006/relationships/image" Target="media/image62.wmf"/><Relationship Id="rId90" Type="http://schemas.openxmlformats.org/officeDocument/2006/relationships/image" Target="media/image38.wmf"/><Relationship Id="rId186" Type="http://schemas.openxmlformats.org/officeDocument/2006/relationships/image" Target="media/image81.wmf"/><Relationship Id="rId351" Type="http://schemas.openxmlformats.org/officeDocument/2006/relationships/oleObject" Target="embeddings/oleObject206.bin"/><Relationship Id="rId393" Type="http://schemas.openxmlformats.org/officeDocument/2006/relationships/oleObject" Target="embeddings/oleObject242.bin"/><Relationship Id="rId407" Type="http://schemas.openxmlformats.org/officeDocument/2006/relationships/oleObject" Target="embeddings/oleObject255.bin"/><Relationship Id="rId211" Type="http://schemas.openxmlformats.org/officeDocument/2006/relationships/oleObject" Target="embeddings/oleObject113.bin"/><Relationship Id="rId253" Type="http://schemas.openxmlformats.org/officeDocument/2006/relationships/oleObject" Target="embeddings/oleObject135.bin"/><Relationship Id="rId295" Type="http://schemas.openxmlformats.org/officeDocument/2006/relationships/oleObject" Target="embeddings/oleObject168.bin"/><Relationship Id="rId309" Type="http://schemas.openxmlformats.org/officeDocument/2006/relationships/oleObject" Target="embeddings/oleObject179.bin"/><Relationship Id="rId48" Type="http://schemas.openxmlformats.org/officeDocument/2006/relationships/oleObject" Target="embeddings/oleObject23.bin"/><Relationship Id="rId113" Type="http://schemas.openxmlformats.org/officeDocument/2006/relationships/image" Target="media/image49.wmf"/><Relationship Id="rId320" Type="http://schemas.openxmlformats.org/officeDocument/2006/relationships/image" Target="media/image127.wmf"/><Relationship Id="rId155" Type="http://schemas.openxmlformats.org/officeDocument/2006/relationships/image" Target="media/image67.wmf"/><Relationship Id="rId197" Type="http://schemas.openxmlformats.org/officeDocument/2006/relationships/oleObject" Target="embeddings/oleObject106.bin"/><Relationship Id="rId362" Type="http://schemas.openxmlformats.org/officeDocument/2006/relationships/oleObject" Target="embeddings/oleObject215.bin"/><Relationship Id="rId418" Type="http://schemas.openxmlformats.org/officeDocument/2006/relationships/image" Target="media/image156.png"/><Relationship Id="rId222" Type="http://schemas.openxmlformats.org/officeDocument/2006/relationships/image" Target="media/image99.wmf"/><Relationship Id="rId264" Type="http://schemas.openxmlformats.org/officeDocument/2006/relationships/oleObject" Target="embeddings/oleObject143.bin"/><Relationship Id="rId17" Type="http://schemas.openxmlformats.org/officeDocument/2006/relationships/oleObject" Target="embeddings/oleObject7.bin"/><Relationship Id="rId59" Type="http://schemas.openxmlformats.org/officeDocument/2006/relationships/oleObject" Target="embeddings/oleObject29.bin"/><Relationship Id="rId124" Type="http://schemas.openxmlformats.org/officeDocument/2006/relationships/oleObject" Target="embeddings/oleObject65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6AAED3F-C5BF-4E3C-9EA7-7E52CE059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77</Pages>
  <Words>16544</Words>
  <Characters>94301</Characters>
  <Application>Microsoft Office Word</Application>
  <DocSecurity>0</DocSecurity>
  <Lines>785</Lines>
  <Paragraphs>221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110624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LapinaSF</cp:lastModifiedBy>
  <cp:revision>13</cp:revision>
  <dcterms:created xsi:type="dcterms:W3CDTF">2013-12-23T23:15:00Z</dcterms:created>
  <dcterms:modified xsi:type="dcterms:W3CDTF">2026-06-11T07:05:00Z</dcterms:modified>
  <cp:category/>
</cp:coreProperties>
</file>