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EB11D3C" w14:textId="77777777" w:rsidR="000C6952" w:rsidRPr="000D50D7" w:rsidRDefault="000D50D7">
      <w:pPr>
        <w:spacing w:line="240" w:lineRule="auto"/>
        <w:jc w:val="center"/>
        <w:rPr>
          <w:lang w:val="ru-RU"/>
        </w:rPr>
      </w:pPr>
      <w:r w:rsidRPr="000D50D7">
        <w:rPr>
          <w:sz w:val="20"/>
          <w:lang w:val="ru-RU"/>
        </w:rPr>
        <w:t>МИНИСТЕРСТВО НАУКИ И ВЫСШЕГО ОБРАЗОВАНИЯ РОССИЙСКОЙ ФЕДЕРАЦИИ</w:t>
      </w:r>
    </w:p>
    <w:p w14:paraId="7BBB5C10" w14:textId="77777777" w:rsidR="000C6952" w:rsidRPr="000D50D7" w:rsidRDefault="000D50D7">
      <w:pPr>
        <w:spacing w:line="240" w:lineRule="auto"/>
        <w:jc w:val="center"/>
        <w:rPr>
          <w:lang w:val="ru-RU"/>
        </w:rPr>
      </w:pPr>
      <w:r w:rsidRPr="000D50D7">
        <w:rPr>
          <w:lang w:val="ru-RU"/>
        </w:rPr>
        <w:br/>
        <w:t>ФЕДЕРАЛЬНОЕ ГОСУДАРСТВЕННОЕ БЮДЖЕТНОЕ</w:t>
      </w:r>
      <w:r w:rsidRPr="000D50D7">
        <w:rPr>
          <w:lang w:val="ru-RU"/>
        </w:rPr>
        <w:br/>
        <w:t>ОБРАЗОВАТЕЛЬНОЕ УЧРЕЖДЕНИЕ ВЫСШЕГО ОБРАЗОВАНИЯ</w:t>
      </w:r>
    </w:p>
    <w:p w14:paraId="5DC7C6C6" w14:textId="77777777" w:rsidR="000C6952" w:rsidRPr="000D50D7" w:rsidRDefault="000D50D7">
      <w:pPr>
        <w:spacing w:line="240" w:lineRule="auto"/>
        <w:jc w:val="center"/>
        <w:rPr>
          <w:lang w:val="ru-RU"/>
        </w:rPr>
      </w:pPr>
      <w:r w:rsidRPr="000D50D7">
        <w:rPr>
          <w:b/>
          <w:lang w:val="ru-RU"/>
        </w:rPr>
        <w:br/>
        <w:t>«БРАТСКИЙ ГОСУДАРСТВЕННЫЙ УНИВЕРСИТЕТ»</w:t>
      </w:r>
    </w:p>
    <w:p w14:paraId="54218899" w14:textId="77777777" w:rsidR="000C6952" w:rsidRPr="000D50D7" w:rsidRDefault="000D50D7">
      <w:pPr>
        <w:spacing w:line="240" w:lineRule="auto"/>
        <w:jc w:val="center"/>
        <w:rPr>
          <w:lang w:val="ru-RU"/>
        </w:rPr>
      </w:pPr>
      <w:r w:rsidRPr="000D50D7">
        <w:rPr>
          <w:b/>
          <w:sz w:val="28"/>
          <w:lang w:val="ru-RU"/>
        </w:rPr>
        <w:br/>
      </w:r>
      <w:r w:rsidRPr="000D50D7">
        <w:rPr>
          <w:b/>
          <w:sz w:val="28"/>
          <w:lang w:val="ru-RU"/>
        </w:rPr>
        <w:br/>
      </w:r>
      <w:r w:rsidRPr="000D50D7">
        <w:rPr>
          <w:b/>
          <w:sz w:val="28"/>
          <w:lang w:val="ru-RU"/>
        </w:rPr>
        <w:br/>
      </w:r>
      <w:r w:rsidRPr="000D50D7">
        <w:rPr>
          <w:b/>
          <w:sz w:val="28"/>
          <w:lang w:val="ru-RU"/>
        </w:rPr>
        <w:br/>
      </w:r>
      <w:r w:rsidRPr="000D50D7">
        <w:rPr>
          <w:b/>
          <w:sz w:val="28"/>
          <w:lang w:val="ru-RU"/>
        </w:rPr>
        <w:br/>
      </w:r>
      <w:r w:rsidRPr="000D50D7">
        <w:rPr>
          <w:b/>
          <w:sz w:val="28"/>
          <w:lang w:val="ru-RU"/>
        </w:rPr>
        <w:br/>
      </w:r>
      <w:r w:rsidRPr="000D50D7">
        <w:rPr>
          <w:b/>
          <w:sz w:val="28"/>
          <w:lang w:val="ru-RU"/>
        </w:rPr>
        <w:br/>
      </w:r>
      <w:r w:rsidRPr="000D50D7">
        <w:rPr>
          <w:b/>
          <w:sz w:val="28"/>
          <w:lang w:val="ru-RU"/>
        </w:rPr>
        <w:br/>
      </w:r>
      <w:r w:rsidRPr="000D50D7">
        <w:rPr>
          <w:b/>
          <w:sz w:val="28"/>
          <w:lang w:val="ru-RU"/>
        </w:rPr>
        <w:br/>
      </w:r>
      <w:r w:rsidRPr="000D50D7">
        <w:rPr>
          <w:b/>
          <w:sz w:val="28"/>
          <w:lang w:val="ru-RU"/>
        </w:rPr>
        <w:br/>
      </w:r>
      <w:r w:rsidRPr="000D50D7">
        <w:rPr>
          <w:b/>
          <w:sz w:val="28"/>
          <w:lang w:val="ru-RU"/>
        </w:rPr>
        <w:br/>
      </w:r>
      <w:r w:rsidRPr="000D50D7">
        <w:rPr>
          <w:b/>
          <w:sz w:val="28"/>
          <w:lang w:val="ru-RU"/>
        </w:rPr>
        <w:br/>
      </w:r>
      <w:r w:rsidRPr="000D50D7">
        <w:rPr>
          <w:b/>
          <w:sz w:val="28"/>
          <w:lang w:val="ru-RU"/>
        </w:rPr>
        <w:br/>
      </w:r>
      <w:r w:rsidRPr="000D50D7">
        <w:rPr>
          <w:b/>
          <w:sz w:val="28"/>
          <w:lang w:val="ru-RU"/>
        </w:rPr>
        <w:br/>
      </w:r>
      <w:r w:rsidRPr="000D50D7">
        <w:rPr>
          <w:b/>
          <w:sz w:val="28"/>
          <w:lang w:val="ru-RU"/>
        </w:rPr>
        <w:br/>
      </w:r>
      <w:r w:rsidRPr="000D50D7">
        <w:rPr>
          <w:b/>
          <w:sz w:val="28"/>
          <w:lang w:val="ru-RU"/>
        </w:rPr>
        <w:br/>
        <w:t xml:space="preserve">ФОНД </w:t>
      </w:r>
      <w:r w:rsidRPr="000D50D7">
        <w:rPr>
          <w:b/>
          <w:sz w:val="28"/>
          <w:lang w:val="ru-RU"/>
        </w:rPr>
        <w:br/>
        <w:t>ОЦЕНОЧНЫХ СРЕДСТВ</w:t>
      </w:r>
    </w:p>
    <w:p w14:paraId="25823A4A" w14:textId="77777777" w:rsidR="000C6952" w:rsidRPr="000D50D7" w:rsidRDefault="000C6952">
      <w:pPr>
        <w:rPr>
          <w:lang w:val="ru-RU"/>
        </w:rPr>
      </w:pPr>
    </w:p>
    <w:p w14:paraId="1002E128" w14:textId="77777777" w:rsidR="000C6952" w:rsidRPr="000D50D7" w:rsidRDefault="000D50D7">
      <w:pPr>
        <w:jc w:val="center"/>
        <w:rPr>
          <w:lang w:val="ru-RU"/>
        </w:rPr>
      </w:pPr>
      <w:r w:rsidRPr="000D50D7">
        <w:rPr>
          <w:lang w:val="ru-RU"/>
        </w:rPr>
        <w:t xml:space="preserve">по дисциплине </w:t>
      </w:r>
      <w:r w:rsidRPr="000D50D7">
        <w:rPr>
          <w:lang w:val="ru-RU"/>
        </w:rPr>
        <w:br/>
        <w:t>Б1.О.07.0</w:t>
      </w:r>
      <w:r>
        <w:rPr>
          <w:lang w:val="ru-RU"/>
        </w:rPr>
        <w:t>2</w:t>
      </w:r>
      <w:r w:rsidRPr="000D50D7">
        <w:rPr>
          <w:lang w:val="ru-RU"/>
        </w:rPr>
        <w:t xml:space="preserve"> Физическая культура и спорт</w:t>
      </w:r>
      <w:r w:rsidRPr="000D50D7">
        <w:rPr>
          <w:lang w:val="ru-RU"/>
        </w:rPr>
        <w:br/>
      </w:r>
    </w:p>
    <w:p w14:paraId="59847ED1" w14:textId="77777777" w:rsidR="000C6952" w:rsidRPr="000D50D7" w:rsidRDefault="000D50D7">
      <w:pPr>
        <w:rPr>
          <w:lang w:val="ru-RU"/>
        </w:rPr>
      </w:pPr>
      <w:r w:rsidRPr="000D50D7">
        <w:rPr>
          <w:lang w:val="ru-RU"/>
        </w:rPr>
        <w:t>Направление подготовки 23.03.03 Эксплуатация транспортно-технологических машин и комплексов</w:t>
      </w:r>
      <w:r w:rsidRPr="000D50D7">
        <w:rPr>
          <w:lang w:val="ru-RU"/>
        </w:rPr>
        <w:br/>
      </w:r>
    </w:p>
    <w:p w14:paraId="4B01F61C" w14:textId="77777777" w:rsidR="000C6952" w:rsidRPr="000D50D7" w:rsidRDefault="000D50D7">
      <w:pPr>
        <w:rPr>
          <w:lang w:val="ru-RU"/>
        </w:rPr>
      </w:pPr>
      <w:r w:rsidRPr="000D50D7">
        <w:rPr>
          <w:lang w:val="ru-RU"/>
        </w:rPr>
        <w:t>Профиль подготовки Безопасность, управление и логистика на автомобильном транспорте</w:t>
      </w:r>
      <w:r w:rsidRPr="000D50D7">
        <w:rPr>
          <w:lang w:val="ru-RU"/>
        </w:rPr>
        <w:br/>
      </w:r>
    </w:p>
    <w:p w14:paraId="254B7660" w14:textId="77777777" w:rsidR="000C6952" w:rsidRPr="000D50D7" w:rsidRDefault="000D50D7">
      <w:pPr>
        <w:rPr>
          <w:lang w:val="ru-RU"/>
        </w:rPr>
      </w:pPr>
      <w:r w:rsidRPr="000D50D7">
        <w:rPr>
          <w:lang w:val="ru-RU"/>
        </w:rPr>
        <w:t>Квалификация бакалавр</w:t>
      </w:r>
      <w:r w:rsidRPr="000D50D7">
        <w:rPr>
          <w:lang w:val="ru-RU"/>
        </w:rPr>
        <w:br/>
      </w:r>
    </w:p>
    <w:p w14:paraId="5B09116C" w14:textId="77777777" w:rsidR="000C6952" w:rsidRPr="000D50D7" w:rsidRDefault="000D50D7">
      <w:pPr>
        <w:rPr>
          <w:lang w:val="ru-RU"/>
        </w:rPr>
      </w:pPr>
      <w:r w:rsidRPr="000D50D7">
        <w:rPr>
          <w:lang w:val="ru-RU"/>
        </w:rPr>
        <w:t>Год начала подготовки 2025</w:t>
      </w:r>
      <w:r w:rsidRPr="000D50D7">
        <w:rPr>
          <w:lang w:val="ru-RU"/>
        </w:rPr>
        <w:br/>
      </w:r>
    </w:p>
    <w:p w14:paraId="05EE4031" w14:textId="77777777" w:rsidR="000C6952" w:rsidRPr="000D50D7" w:rsidRDefault="000D50D7">
      <w:pPr>
        <w:rPr>
          <w:lang w:val="ru-RU"/>
        </w:rPr>
      </w:pPr>
      <w:r w:rsidRPr="000D50D7">
        <w:rPr>
          <w:lang w:val="ru-RU"/>
        </w:rPr>
        <w:br w:type="page"/>
      </w:r>
    </w:p>
    <w:p w14:paraId="2021571E" w14:textId="77777777" w:rsidR="000C6952" w:rsidRPr="000D50D7" w:rsidRDefault="000D50D7">
      <w:pPr>
        <w:rPr>
          <w:lang w:val="ru-RU"/>
        </w:rPr>
      </w:pPr>
      <w:r w:rsidRPr="000D50D7">
        <w:rPr>
          <w:lang w:val="ru-RU"/>
        </w:rPr>
        <w:lastRenderedPageBreak/>
        <w:t xml:space="preserve">Составитель: </w:t>
      </w:r>
      <w:r w:rsidRPr="000D50D7">
        <w:rPr>
          <w:lang w:val="ru-RU"/>
        </w:rPr>
        <w:br/>
        <w:t>Галин Д.А.</w:t>
      </w:r>
      <w:r w:rsidRPr="000D50D7">
        <w:rPr>
          <w:lang w:val="ru-RU"/>
        </w:rPr>
        <w:tab/>
      </w:r>
      <w:r w:rsidRPr="000D50D7">
        <w:rPr>
          <w:lang w:val="ru-RU"/>
        </w:rPr>
        <w:tab/>
      </w:r>
      <w:r w:rsidRPr="000D50D7">
        <w:rPr>
          <w:lang w:val="ru-RU"/>
        </w:rPr>
        <w:tab/>
      </w:r>
      <w:r w:rsidRPr="000D50D7">
        <w:rPr>
          <w:lang w:val="ru-RU"/>
        </w:rPr>
        <w:tab/>
        <w:t>________________</w:t>
      </w:r>
      <w:r w:rsidRPr="000D50D7">
        <w:rPr>
          <w:lang w:val="ru-RU"/>
        </w:rPr>
        <w:br/>
      </w:r>
    </w:p>
    <w:p w14:paraId="3A17E008" w14:textId="477E0C5E" w:rsidR="000C6952" w:rsidRPr="000D50D7" w:rsidRDefault="006C68DE">
      <w:pPr>
        <w:rPr>
          <w:lang w:val="ru-RU"/>
        </w:rPr>
      </w:pPr>
      <w:r>
        <w:rPr>
          <w:lang w:val="ru-RU"/>
        </w:rPr>
        <w:t xml:space="preserve">Одобрено на заседании кафедры экологии, безопасности жизнедеятельности и физической </w:t>
      </w:r>
      <w:proofErr w:type="gramStart"/>
      <w:r>
        <w:rPr>
          <w:lang w:val="ru-RU"/>
        </w:rPr>
        <w:t>культуры</w:t>
      </w:r>
      <w:r>
        <w:rPr>
          <w:lang w:val="ru-RU"/>
        </w:rPr>
        <w:br/>
        <w:t>«</w:t>
      </w:r>
      <w:proofErr w:type="gramEnd"/>
      <w:r>
        <w:rPr>
          <w:lang w:val="ru-RU"/>
        </w:rPr>
        <w:t>22» апреля 2026 г., протокол № 9</w:t>
      </w:r>
      <w:r>
        <w:rPr>
          <w:lang w:val="ru-RU"/>
        </w:rPr>
        <w:br/>
      </w:r>
      <w:r>
        <w:rPr>
          <w:lang w:val="ru-RU"/>
        </w:rPr>
        <w:br/>
        <w:t xml:space="preserve">Заведующий кафедрой </w:t>
      </w:r>
      <w:r>
        <w:rPr>
          <w:lang w:val="ru-RU"/>
        </w:rPr>
        <w:br/>
        <w:t>экологии, безопасности жизнедеятельности и физической культуры</w:t>
      </w:r>
      <w:r>
        <w:rPr>
          <w:lang w:val="ru-RU"/>
        </w:rPr>
        <w:tab/>
      </w:r>
      <w:r>
        <w:rPr>
          <w:lang w:val="ru-RU"/>
        </w:rPr>
        <w:tab/>
        <w:t>____________ В.А. Никиф</w:t>
      </w:r>
      <w:r w:rsidR="002955D3">
        <w:rPr>
          <w:lang w:val="ru-RU"/>
        </w:rPr>
        <w:t>о</w:t>
      </w:r>
      <w:r>
        <w:rPr>
          <w:lang w:val="ru-RU"/>
        </w:rPr>
        <w:t>рова</w:t>
      </w:r>
      <w:r>
        <w:rPr>
          <w:lang w:val="ru-RU"/>
        </w:rPr>
        <w:br/>
      </w:r>
      <w:r w:rsidR="000D50D7" w:rsidRPr="000D50D7">
        <w:rPr>
          <w:lang w:val="ru-RU"/>
        </w:rPr>
        <w:br/>
      </w:r>
    </w:p>
    <w:p w14:paraId="40FA6D58" w14:textId="77777777" w:rsidR="000C6952" w:rsidRPr="006C68DE" w:rsidRDefault="000D50D7">
      <w:pPr>
        <w:rPr>
          <w:lang w:val="ru-RU"/>
        </w:rPr>
      </w:pPr>
      <w:r w:rsidRPr="000D50D7">
        <w:rPr>
          <w:lang w:val="ru-RU"/>
        </w:rPr>
        <w:t>Председатель методической комиссии факультета транспортных систем и лесного комплекса</w:t>
      </w:r>
      <w:r w:rsidRPr="000D50D7">
        <w:rPr>
          <w:lang w:val="ru-RU"/>
        </w:rPr>
        <w:br/>
        <w:t>_____________   Варданян М.А.</w:t>
      </w:r>
      <w:r w:rsidRPr="000D50D7">
        <w:rPr>
          <w:lang w:val="ru-RU"/>
        </w:rPr>
        <w:br/>
      </w:r>
      <w:r w:rsidRPr="000D50D7">
        <w:rPr>
          <w:lang w:val="ru-RU"/>
        </w:rPr>
        <w:br/>
      </w:r>
      <w:r>
        <w:rPr>
          <w:rFonts w:cs="Times New Roman"/>
          <w:szCs w:val="24"/>
          <w:lang w:val="ru-RU"/>
        </w:rPr>
        <w:t>28.04.2026 г. № 9</w:t>
      </w:r>
      <w:r w:rsidRPr="006C68DE">
        <w:rPr>
          <w:lang w:val="ru-RU"/>
        </w:rPr>
        <w:br/>
      </w:r>
      <w:r w:rsidRPr="006C68DE">
        <w:rPr>
          <w:lang w:val="ru-RU"/>
        </w:rPr>
        <w:br/>
      </w:r>
      <w:r w:rsidRPr="006C68DE">
        <w:rPr>
          <w:lang w:val="ru-RU"/>
        </w:rPr>
        <w:br/>
        <w:t>Ответственный за реализацию ОПОП</w:t>
      </w:r>
      <w:r w:rsidRPr="006C68DE">
        <w:rPr>
          <w:lang w:val="ru-RU"/>
        </w:rPr>
        <w:tab/>
        <w:t xml:space="preserve">________________ Е.А. </w:t>
      </w:r>
      <w:proofErr w:type="spellStart"/>
      <w:r w:rsidRPr="006C68DE">
        <w:rPr>
          <w:lang w:val="ru-RU"/>
        </w:rPr>
        <w:t>Слепенко</w:t>
      </w:r>
      <w:proofErr w:type="spellEnd"/>
      <w:r w:rsidRPr="006C68DE">
        <w:rPr>
          <w:lang w:val="ru-RU"/>
        </w:rPr>
        <w:br/>
      </w:r>
    </w:p>
    <w:p w14:paraId="6241AC06" w14:textId="77777777" w:rsidR="000D50D7" w:rsidRPr="006C68DE" w:rsidRDefault="000D50D7">
      <w:pPr>
        <w:rPr>
          <w:lang w:val="ru-RU"/>
        </w:rPr>
      </w:pPr>
    </w:p>
    <w:p w14:paraId="0C7140F8" w14:textId="77777777" w:rsidR="000D50D7" w:rsidRPr="006C68DE" w:rsidRDefault="000D50D7">
      <w:pPr>
        <w:rPr>
          <w:lang w:val="ru-RU"/>
        </w:rPr>
      </w:pPr>
    </w:p>
    <w:p w14:paraId="6FD614F3" w14:textId="77777777" w:rsidR="000D50D7" w:rsidRPr="006C68DE" w:rsidRDefault="000D50D7">
      <w:pPr>
        <w:rPr>
          <w:lang w:val="ru-RU"/>
        </w:rPr>
      </w:pPr>
    </w:p>
    <w:p w14:paraId="02EEAA96" w14:textId="77777777" w:rsidR="000D50D7" w:rsidRPr="006C68DE" w:rsidRDefault="000D50D7">
      <w:pPr>
        <w:rPr>
          <w:lang w:val="ru-RU"/>
        </w:rPr>
      </w:pPr>
    </w:p>
    <w:p w14:paraId="1912FD28" w14:textId="77777777" w:rsidR="000D50D7" w:rsidRPr="006C68DE" w:rsidRDefault="000D50D7">
      <w:pPr>
        <w:rPr>
          <w:lang w:val="ru-RU"/>
        </w:rPr>
      </w:pPr>
    </w:p>
    <w:p w14:paraId="0886B803" w14:textId="77777777" w:rsidR="000D50D7" w:rsidRPr="006C68DE" w:rsidRDefault="000D50D7">
      <w:pPr>
        <w:rPr>
          <w:lang w:val="ru-RU"/>
        </w:rPr>
      </w:pPr>
    </w:p>
    <w:p w14:paraId="334DF25A" w14:textId="77777777" w:rsidR="000D50D7" w:rsidRPr="006C68DE" w:rsidRDefault="000D50D7">
      <w:pPr>
        <w:rPr>
          <w:lang w:val="ru-RU"/>
        </w:rPr>
      </w:pPr>
    </w:p>
    <w:p w14:paraId="5057476D" w14:textId="77777777" w:rsidR="000D50D7" w:rsidRPr="006C68DE" w:rsidRDefault="000D50D7">
      <w:pPr>
        <w:rPr>
          <w:lang w:val="ru-RU"/>
        </w:rPr>
      </w:pPr>
    </w:p>
    <w:p w14:paraId="3F5C0D8B" w14:textId="77777777" w:rsidR="000D50D7" w:rsidRPr="006C68DE" w:rsidRDefault="000D50D7">
      <w:pPr>
        <w:rPr>
          <w:lang w:val="ru-RU"/>
        </w:rPr>
      </w:pPr>
    </w:p>
    <w:p w14:paraId="49806B62" w14:textId="77777777" w:rsidR="000D50D7" w:rsidRPr="006C68DE" w:rsidRDefault="000D50D7">
      <w:pPr>
        <w:rPr>
          <w:lang w:val="ru-RU"/>
        </w:rPr>
      </w:pPr>
    </w:p>
    <w:p w14:paraId="5EA458EE" w14:textId="77777777" w:rsidR="000D50D7" w:rsidRPr="006C68DE" w:rsidRDefault="000D50D7">
      <w:pPr>
        <w:rPr>
          <w:lang w:val="ru-RU"/>
        </w:rPr>
      </w:pPr>
    </w:p>
    <w:p w14:paraId="61F4837E" w14:textId="77777777" w:rsidR="000D50D7" w:rsidRPr="006C68DE" w:rsidRDefault="000D50D7">
      <w:pPr>
        <w:rPr>
          <w:lang w:val="ru-RU"/>
        </w:rPr>
      </w:pPr>
    </w:p>
    <w:p w14:paraId="7C655B3A" w14:textId="77777777" w:rsidR="000D50D7" w:rsidRPr="006C68DE" w:rsidRDefault="000D50D7">
      <w:pPr>
        <w:rPr>
          <w:lang w:val="ru-RU"/>
        </w:rPr>
      </w:pPr>
    </w:p>
    <w:p w14:paraId="5769B3D5" w14:textId="77777777" w:rsidR="000D50D7" w:rsidRPr="006C68DE" w:rsidRDefault="000D50D7">
      <w:pPr>
        <w:rPr>
          <w:lang w:val="ru-RU"/>
        </w:rPr>
      </w:pPr>
    </w:p>
    <w:p w14:paraId="0D24E4A6" w14:textId="77777777" w:rsidR="000D50D7" w:rsidRPr="006C68DE" w:rsidRDefault="000D50D7">
      <w:pPr>
        <w:rPr>
          <w:lang w:val="ru-RU"/>
        </w:rPr>
      </w:pPr>
    </w:p>
    <w:p w14:paraId="5B6467DB" w14:textId="77777777" w:rsidR="000D50D7" w:rsidRPr="006C68DE" w:rsidRDefault="000D50D7">
      <w:pPr>
        <w:rPr>
          <w:lang w:val="ru-RU"/>
        </w:rPr>
      </w:pPr>
    </w:p>
    <w:p w14:paraId="35F11533" w14:textId="77777777" w:rsidR="000D50D7" w:rsidRPr="000D50D7" w:rsidRDefault="000D50D7" w:rsidP="000D50D7">
      <w:pPr>
        <w:spacing w:line="240" w:lineRule="auto"/>
        <w:jc w:val="center"/>
        <w:rPr>
          <w:rFonts w:eastAsia="Calibri" w:cs="Times New Roman"/>
          <w:b/>
          <w:szCs w:val="24"/>
          <w:lang w:val="ru-RU" w:eastAsia="ru-RU"/>
        </w:rPr>
      </w:pPr>
      <w:r w:rsidRPr="000D50D7">
        <w:rPr>
          <w:rFonts w:eastAsia="Calibri" w:cs="Times New Roman"/>
          <w:b/>
          <w:szCs w:val="24"/>
          <w:lang w:val="ru-RU" w:eastAsia="ru-RU"/>
        </w:rPr>
        <w:t>Паспорт</w:t>
      </w:r>
    </w:p>
    <w:p w14:paraId="7CC71ACB" w14:textId="77777777" w:rsidR="000D50D7" w:rsidRPr="000D50D7" w:rsidRDefault="000D50D7" w:rsidP="000D50D7">
      <w:pPr>
        <w:spacing w:line="240" w:lineRule="auto"/>
        <w:jc w:val="center"/>
        <w:rPr>
          <w:rFonts w:eastAsia="Calibri" w:cs="Times New Roman"/>
          <w:b/>
          <w:szCs w:val="24"/>
          <w:lang w:val="ru-RU" w:eastAsia="ru-RU"/>
        </w:rPr>
      </w:pPr>
      <w:r w:rsidRPr="000D50D7">
        <w:rPr>
          <w:rFonts w:eastAsia="Calibri" w:cs="Times New Roman"/>
          <w:b/>
          <w:szCs w:val="24"/>
          <w:lang w:val="ru-RU" w:eastAsia="ru-RU"/>
        </w:rPr>
        <w:t>Фонда оценочных средств</w:t>
      </w:r>
    </w:p>
    <w:p w14:paraId="7D5BD2B5" w14:textId="77777777" w:rsidR="000D50D7" w:rsidRPr="000D50D7" w:rsidRDefault="000D50D7" w:rsidP="000D50D7">
      <w:pPr>
        <w:spacing w:line="240" w:lineRule="auto"/>
        <w:jc w:val="center"/>
        <w:rPr>
          <w:rFonts w:eastAsia="Calibri" w:cs="Times New Roman"/>
          <w:b/>
          <w:szCs w:val="24"/>
          <w:lang w:val="ru-RU" w:eastAsia="ru-RU"/>
        </w:rPr>
      </w:pPr>
    </w:p>
    <w:p w14:paraId="46AF586C" w14:textId="77777777" w:rsidR="000D50D7" w:rsidRPr="000D50D7" w:rsidRDefault="000D50D7" w:rsidP="000D50D7">
      <w:pPr>
        <w:spacing w:line="240" w:lineRule="auto"/>
        <w:jc w:val="center"/>
        <w:rPr>
          <w:rFonts w:eastAsia="Calibri" w:cs="Times New Roman"/>
          <w:b/>
          <w:szCs w:val="24"/>
          <w:lang w:val="ru-RU" w:eastAsia="ru-RU"/>
        </w:rPr>
      </w:pPr>
      <w:r w:rsidRPr="000D50D7">
        <w:rPr>
          <w:rFonts w:eastAsia="Calibri" w:cs="Times New Roman"/>
          <w:szCs w:val="24"/>
          <w:lang w:val="ru-RU" w:eastAsia="ru-RU"/>
        </w:rPr>
        <w:t xml:space="preserve">по дисциплине </w:t>
      </w:r>
      <w:proofErr w:type="gramStart"/>
      <w:r w:rsidRPr="000D50D7">
        <w:rPr>
          <w:rFonts w:eastAsia="Calibri" w:cs="Times New Roman"/>
          <w:b/>
          <w:szCs w:val="24"/>
          <w:lang w:val="ru-RU" w:eastAsia="ru-RU"/>
        </w:rPr>
        <w:t>Б1.О.07.02  Физическая</w:t>
      </w:r>
      <w:proofErr w:type="gramEnd"/>
      <w:r w:rsidRPr="000D50D7">
        <w:rPr>
          <w:rFonts w:eastAsia="Calibri" w:cs="Times New Roman"/>
          <w:b/>
          <w:szCs w:val="24"/>
          <w:lang w:val="ru-RU" w:eastAsia="ru-RU"/>
        </w:rPr>
        <w:t xml:space="preserve"> культура и спорт</w:t>
      </w:r>
    </w:p>
    <w:p w14:paraId="4FE00C03" w14:textId="77777777" w:rsidR="000D50D7" w:rsidRPr="000D50D7" w:rsidRDefault="000D50D7" w:rsidP="000D50D7">
      <w:pPr>
        <w:spacing w:line="240" w:lineRule="auto"/>
        <w:jc w:val="center"/>
        <w:rPr>
          <w:rFonts w:eastAsia="Calibri" w:cs="Times New Roman"/>
          <w:szCs w:val="24"/>
          <w:lang w:val="ru-RU" w:eastAsia="ru-RU"/>
        </w:rPr>
      </w:pPr>
    </w:p>
    <w:p w14:paraId="6139B4B1" w14:textId="77777777" w:rsidR="000D50D7" w:rsidRPr="000D50D7" w:rsidRDefault="000D50D7" w:rsidP="000D50D7">
      <w:pPr>
        <w:spacing w:line="240" w:lineRule="auto"/>
        <w:jc w:val="both"/>
        <w:rPr>
          <w:rFonts w:eastAsia="Calibri" w:cs="Times New Roman"/>
          <w:szCs w:val="24"/>
          <w:lang w:val="ru-RU" w:eastAsia="ru-RU"/>
        </w:rPr>
      </w:pPr>
      <w:r w:rsidRPr="000D50D7">
        <w:rPr>
          <w:rFonts w:eastAsia="Calibri" w:cs="Times New Roman"/>
          <w:szCs w:val="24"/>
          <w:lang w:val="ru-RU" w:eastAsia="ru-RU"/>
        </w:rPr>
        <w:t>Компетенции обучающегося, формируемые в результате освоения дисциплины:</w:t>
      </w:r>
    </w:p>
    <w:p w14:paraId="7DD5CFD3" w14:textId="77777777" w:rsidR="000D50D7" w:rsidRPr="000D50D7" w:rsidRDefault="000D50D7" w:rsidP="000D50D7">
      <w:pPr>
        <w:spacing w:line="240" w:lineRule="auto"/>
        <w:jc w:val="both"/>
        <w:rPr>
          <w:rFonts w:eastAsia="Calibri" w:cs="Times New Roman"/>
          <w:b/>
          <w:color w:val="000000"/>
          <w:szCs w:val="24"/>
          <w:lang w:val="ru-RU" w:eastAsia="ru-RU"/>
        </w:rPr>
      </w:pPr>
      <w:r w:rsidRPr="000D50D7">
        <w:rPr>
          <w:rFonts w:eastAsia="Calibri" w:cs="Times New Roman"/>
          <w:szCs w:val="24"/>
          <w:lang w:val="ru-RU" w:eastAsia="ru-RU"/>
        </w:rPr>
        <w:t>1.</w:t>
      </w:r>
      <w:r w:rsidRPr="000D50D7">
        <w:rPr>
          <w:rFonts w:eastAsia="Calibri" w:cs="Times New Roman"/>
          <w:b/>
          <w:szCs w:val="24"/>
          <w:lang w:val="ru-RU" w:eastAsia="ru-RU"/>
        </w:rPr>
        <w:t xml:space="preserve"> </w:t>
      </w:r>
      <w:r w:rsidRPr="000D50D7">
        <w:rPr>
          <w:rFonts w:eastAsia="Calibri" w:cs="Times New Roman"/>
          <w:szCs w:val="24"/>
          <w:lang w:val="ru-RU" w:eastAsia="ru-RU"/>
        </w:rPr>
        <w:t xml:space="preserve">УК-7. </w:t>
      </w:r>
      <w:r w:rsidRPr="000D50D7">
        <w:rPr>
          <w:rFonts w:eastAsia="Calibri" w:cs="Times New Roman"/>
          <w:color w:val="000000"/>
          <w:szCs w:val="24"/>
          <w:lang w:val="ru-RU" w:eastAsia="ru-RU"/>
        </w:rPr>
        <w:t>Способен поддерживать должный уровень физической подготовленности для обеспечения полноценной социальной и профессиональной деятельности</w:t>
      </w:r>
    </w:p>
    <w:p w14:paraId="0E92D694" w14:textId="77777777" w:rsidR="000D50D7" w:rsidRPr="000D50D7" w:rsidRDefault="000D50D7" w:rsidP="000D50D7">
      <w:pPr>
        <w:spacing w:line="240" w:lineRule="auto"/>
        <w:jc w:val="both"/>
        <w:rPr>
          <w:rFonts w:eastAsia="Calibri" w:cs="Times New Roman"/>
          <w:szCs w:val="24"/>
          <w:lang w:val="ru-RU" w:eastAsia="ru-RU"/>
        </w:rPr>
      </w:pPr>
      <w:r w:rsidRPr="000D50D7">
        <w:rPr>
          <w:rFonts w:eastAsia="Calibri" w:cs="Times New Roman"/>
          <w:szCs w:val="24"/>
          <w:lang w:val="ru-RU" w:eastAsia="ru-RU"/>
        </w:rPr>
        <w:t>Индикаторы: УК-7.1 Поддерживает должный уровень физической подготовленности для обеспечения полноценной социальной и профессиональной деятельности и соблюдает нормы здорового образа жизни.</w:t>
      </w:r>
    </w:p>
    <w:p w14:paraId="323EA83C" w14:textId="77777777" w:rsidR="000D50D7" w:rsidRPr="000D50D7" w:rsidRDefault="000D50D7" w:rsidP="000D50D7">
      <w:pPr>
        <w:spacing w:line="240" w:lineRule="auto"/>
        <w:jc w:val="both"/>
        <w:rPr>
          <w:rFonts w:eastAsia="Calibri" w:cs="Times New Roman"/>
          <w:szCs w:val="24"/>
          <w:lang w:val="ru-RU" w:eastAsia="ru-RU"/>
        </w:rPr>
      </w:pPr>
      <w:r w:rsidRPr="000D50D7">
        <w:rPr>
          <w:rFonts w:eastAsia="Calibri" w:cs="Times New Roman"/>
          <w:szCs w:val="24"/>
          <w:lang w:val="ru-RU" w:eastAsia="ru-RU"/>
        </w:rPr>
        <w:t>УК-7.2 Использует основы физической культуры для осознанного выбора здоровьесберегающих технологий с учетом внутренних и внешних условий реализации конкретной профессиональной деятельности.</w:t>
      </w:r>
    </w:p>
    <w:p w14:paraId="28C8CFAE" w14:textId="77777777" w:rsidR="000D50D7" w:rsidRPr="000D50D7" w:rsidRDefault="000D50D7" w:rsidP="000D50D7">
      <w:pPr>
        <w:spacing w:line="240" w:lineRule="auto"/>
        <w:jc w:val="both"/>
        <w:rPr>
          <w:rFonts w:eastAsia="Calibri" w:cs="Times New Roman"/>
          <w:color w:val="00B0F0"/>
          <w:szCs w:val="24"/>
          <w:lang w:val="ru-RU" w:eastAsia="ru-RU"/>
        </w:rPr>
      </w:pPr>
    </w:p>
    <w:tbl>
      <w:tblPr>
        <w:tblW w:w="99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54"/>
        <w:gridCol w:w="1984"/>
        <w:gridCol w:w="1531"/>
        <w:gridCol w:w="1984"/>
        <w:gridCol w:w="2269"/>
      </w:tblGrid>
      <w:tr w:rsidR="000D50D7" w:rsidRPr="000D50D7" w14:paraId="4F11965E" w14:textId="77777777" w:rsidTr="00BC5EAF">
        <w:tc>
          <w:tcPr>
            <w:tcW w:w="2154" w:type="dxa"/>
            <w:vAlign w:val="center"/>
          </w:tcPr>
          <w:p w14:paraId="3AD3FD6F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b/>
                <w:szCs w:val="24"/>
                <w:lang w:val="ru-RU" w:eastAsia="ru-RU"/>
              </w:rPr>
              <w:t>Раздел</w:t>
            </w:r>
          </w:p>
        </w:tc>
        <w:tc>
          <w:tcPr>
            <w:tcW w:w="1984" w:type="dxa"/>
            <w:vAlign w:val="center"/>
          </w:tcPr>
          <w:p w14:paraId="71AE6024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b/>
                <w:szCs w:val="24"/>
                <w:lang w:val="ru-RU" w:eastAsia="ru-RU"/>
              </w:rPr>
              <w:t>Тема</w:t>
            </w:r>
          </w:p>
        </w:tc>
        <w:tc>
          <w:tcPr>
            <w:tcW w:w="1531" w:type="dxa"/>
          </w:tcPr>
          <w:p w14:paraId="49AB3698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b/>
                <w:szCs w:val="24"/>
                <w:lang w:val="ru-RU" w:eastAsia="ru-RU"/>
              </w:rPr>
              <w:t>Код индикатора</w:t>
            </w:r>
          </w:p>
        </w:tc>
        <w:tc>
          <w:tcPr>
            <w:tcW w:w="1984" w:type="dxa"/>
            <w:vAlign w:val="center"/>
          </w:tcPr>
          <w:p w14:paraId="485A4640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/>
                <w:szCs w:val="24"/>
                <w:lang w:val="ru-RU" w:eastAsia="ru-RU"/>
              </w:rPr>
            </w:pPr>
          </w:p>
          <w:p w14:paraId="4A45E7B5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b/>
                <w:szCs w:val="24"/>
                <w:lang w:val="ru-RU" w:eastAsia="ru-RU"/>
              </w:rPr>
              <w:t>Форма оценки</w:t>
            </w:r>
          </w:p>
          <w:p w14:paraId="76D6D827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b/>
                <w:szCs w:val="24"/>
                <w:lang w:val="ru-RU" w:eastAsia="ru-RU"/>
              </w:rPr>
              <w:t>(ТК, ПА, ДТ)</w:t>
            </w:r>
          </w:p>
        </w:tc>
        <w:tc>
          <w:tcPr>
            <w:tcW w:w="2269" w:type="dxa"/>
            <w:vAlign w:val="center"/>
          </w:tcPr>
          <w:p w14:paraId="2B2F425C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ind w:right="-108"/>
              <w:jc w:val="center"/>
              <w:textAlignment w:val="baseline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b/>
                <w:szCs w:val="24"/>
                <w:lang w:val="ru-RU" w:eastAsia="ru-RU"/>
              </w:rPr>
              <w:t>ФОС</w:t>
            </w:r>
          </w:p>
        </w:tc>
      </w:tr>
      <w:tr w:rsidR="000D50D7" w:rsidRPr="000D50D7" w14:paraId="023E7FAD" w14:textId="77777777" w:rsidTr="00BC5EAF">
        <w:tc>
          <w:tcPr>
            <w:tcW w:w="2154" w:type="dxa"/>
            <w:vAlign w:val="center"/>
          </w:tcPr>
          <w:p w14:paraId="70C270E8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b/>
                <w:szCs w:val="24"/>
                <w:lang w:val="ru-RU" w:eastAsia="ru-RU"/>
              </w:rPr>
              <w:t>1</w:t>
            </w:r>
          </w:p>
        </w:tc>
        <w:tc>
          <w:tcPr>
            <w:tcW w:w="1984" w:type="dxa"/>
            <w:vAlign w:val="center"/>
          </w:tcPr>
          <w:p w14:paraId="6E726F89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b/>
                <w:szCs w:val="24"/>
                <w:lang w:val="ru-RU" w:eastAsia="ru-RU"/>
              </w:rPr>
              <w:t>2</w:t>
            </w:r>
          </w:p>
        </w:tc>
        <w:tc>
          <w:tcPr>
            <w:tcW w:w="1531" w:type="dxa"/>
          </w:tcPr>
          <w:p w14:paraId="372DD354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b/>
                <w:szCs w:val="24"/>
                <w:lang w:val="ru-RU" w:eastAsia="ru-RU"/>
              </w:rPr>
              <w:t>3</w:t>
            </w:r>
          </w:p>
        </w:tc>
        <w:tc>
          <w:tcPr>
            <w:tcW w:w="1984" w:type="dxa"/>
            <w:vAlign w:val="center"/>
          </w:tcPr>
          <w:p w14:paraId="74112164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b/>
                <w:szCs w:val="24"/>
                <w:lang w:val="ru-RU" w:eastAsia="ru-RU"/>
              </w:rPr>
              <w:t>4</w:t>
            </w:r>
          </w:p>
        </w:tc>
        <w:tc>
          <w:tcPr>
            <w:tcW w:w="2269" w:type="dxa"/>
            <w:vAlign w:val="center"/>
          </w:tcPr>
          <w:p w14:paraId="503AFE66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ind w:right="-108"/>
              <w:jc w:val="center"/>
              <w:textAlignment w:val="baseline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b/>
                <w:szCs w:val="24"/>
                <w:lang w:val="ru-RU" w:eastAsia="ru-RU"/>
              </w:rPr>
              <w:t>5</w:t>
            </w:r>
          </w:p>
        </w:tc>
      </w:tr>
      <w:tr w:rsidR="000D50D7" w:rsidRPr="000D50D7" w14:paraId="1B0B5A31" w14:textId="77777777" w:rsidTr="00BC5EAF">
        <w:trPr>
          <w:trHeight w:val="248"/>
        </w:trPr>
        <w:tc>
          <w:tcPr>
            <w:tcW w:w="2154" w:type="dxa"/>
            <w:vMerge w:val="restart"/>
          </w:tcPr>
          <w:p w14:paraId="32B4C38D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1. Физическая</w:t>
            </w:r>
          </w:p>
          <w:p w14:paraId="5BBEB870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культура в</w:t>
            </w:r>
          </w:p>
          <w:p w14:paraId="3EB684B8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общекультурной</w:t>
            </w:r>
          </w:p>
          <w:p w14:paraId="7B0E4D20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подготовке обучающихся</w:t>
            </w:r>
          </w:p>
          <w:p w14:paraId="6EB1ACFF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  <w:p w14:paraId="3146B3E4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  <w:p w14:paraId="006FF20C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  <w:p w14:paraId="61A55D05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  <w:tc>
          <w:tcPr>
            <w:tcW w:w="1984" w:type="dxa"/>
          </w:tcPr>
          <w:p w14:paraId="1FEE7E88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Волейбол</w:t>
            </w:r>
          </w:p>
        </w:tc>
        <w:tc>
          <w:tcPr>
            <w:tcW w:w="1531" w:type="dxa"/>
            <w:vMerge w:val="restart"/>
          </w:tcPr>
          <w:p w14:paraId="1B78F40F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УК-7.1</w:t>
            </w:r>
          </w:p>
          <w:p w14:paraId="0A37B653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УК-7.2</w:t>
            </w:r>
          </w:p>
          <w:p w14:paraId="165A3D96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  <w:tc>
          <w:tcPr>
            <w:tcW w:w="1984" w:type="dxa"/>
            <w:vMerge w:val="restart"/>
          </w:tcPr>
          <w:p w14:paraId="1EF95625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Текущий контроль</w:t>
            </w:r>
          </w:p>
          <w:p w14:paraId="5E6A9B30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  <w:p w14:paraId="3AD060CC" w14:textId="77777777" w:rsidR="000D50D7" w:rsidRPr="000D50D7" w:rsidRDefault="000D50D7" w:rsidP="000D50D7">
            <w:pPr>
              <w:spacing w:line="240" w:lineRule="auto"/>
              <w:rPr>
                <w:rFonts w:eastAsia="Times New Roman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Промежуточная аттестация</w:t>
            </w:r>
            <w:r w:rsidRPr="000D50D7">
              <w:rPr>
                <w:rFonts w:eastAsia="Times New Roman" w:cs="Times New Roman"/>
                <w:szCs w:val="24"/>
                <w:lang w:val="ru-RU" w:eastAsia="ru-RU"/>
              </w:rPr>
              <w:t xml:space="preserve"> </w:t>
            </w:r>
          </w:p>
          <w:p w14:paraId="671E3C36" w14:textId="77777777" w:rsidR="000D50D7" w:rsidRPr="000D50D7" w:rsidRDefault="000D50D7" w:rsidP="000D50D7">
            <w:pPr>
              <w:spacing w:line="240" w:lineRule="auto"/>
              <w:rPr>
                <w:rFonts w:eastAsia="Times New Roman" w:cs="Times New Roman"/>
                <w:szCs w:val="24"/>
                <w:lang w:val="ru-RU" w:eastAsia="ru-RU"/>
              </w:rPr>
            </w:pPr>
          </w:p>
          <w:p w14:paraId="0DF8D61C" w14:textId="77777777" w:rsidR="000D50D7" w:rsidRPr="000D50D7" w:rsidRDefault="000D50D7" w:rsidP="000D50D7">
            <w:pPr>
              <w:spacing w:line="240" w:lineRule="auto"/>
              <w:rPr>
                <w:rFonts w:eastAsia="Times New Roman" w:cs="Times New Roman"/>
                <w:szCs w:val="24"/>
                <w:lang w:val="ru-RU" w:eastAsia="ru-RU"/>
              </w:rPr>
            </w:pPr>
            <w:r w:rsidRPr="000D50D7">
              <w:rPr>
                <w:rFonts w:eastAsia="Times New Roman" w:cs="Times New Roman"/>
                <w:szCs w:val="24"/>
                <w:lang w:val="ru-RU" w:eastAsia="ru-RU"/>
              </w:rPr>
              <w:t>Диагностическое</w:t>
            </w:r>
          </w:p>
          <w:p w14:paraId="1E3AB8A1" w14:textId="77777777" w:rsidR="000D50D7" w:rsidRPr="000D50D7" w:rsidRDefault="000D50D7" w:rsidP="000D50D7">
            <w:pPr>
              <w:spacing w:line="240" w:lineRule="auto"/>
              <w:rPr>
                <w:rFonts w:eastAsia="Times New Roman" w:cs="Times New Roman"/>
                <w:szCs w:val="24"/>
                <w:lang w:val="ru-RU" w:eastAsia="ru-RU"/>
              </w:rPr>
            </w:pPr>
            <w:r w:rsidRPr="000D50D7">
              <w:rPr>
                <w:rFonts w:eastAsia="Times New Roman" w:cs="Times New Roman"/>
                <w:szCs w:val="24"/>
                <w:lang w:val="ru-RU" w:eastAsia="ru-RU"/>
              </w:rPr>
              <w:t>дисциплинарное</w:t>
            </w:r>
          </w:p>
          <w:p w14:paraId="4DC9C4C4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Times New Roman" w:cs="Times New Roman"/>
                <w:szCs w:val="24"/>
                <w:lang w:val="ru-RU" w:eastAsia="ru-RU"/>
              </w:rPr>
              <w:t>тестирование</w:t>
            </w:r>
          </w:p>
        </w:tc>
        <w:tc>
          <w:tcPr>
            <w:tcW w:w="2269" w:type="dxa"/>
            <w:vMerge w:val="restart"/>
          </w:tcPr>
          <w:p w14:paraId="508E6998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Контрольные тесты</w:t>
            </w:r>
          </w:p>
          <w:p w14:paraId="0275D69F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  <w:p w14:paraId="7DB74289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  <w:p w14:paraId="7A808B7D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Вопросы к зачету 1-13</w:t>
            </w:r>
          </w:p>
          <w:p w14:paraId="307425C9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  <w:p w14:paraId="72DA4EBB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Times New Roman" w:cs="Times New Roman"/>
                <w:szCs w:val="24"/>
                <w:lang w:val="ru-RU" w:eastAsia="ru-RU"/>
              </w:rPr>
              <w:t>Комплект тестовых заданий</w:t>
            </w:r>
          </w:p>
          <w:p w14:paraId="3C0B5D69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</w:tr>
      <w:tr w:rsidR="000D50D7" w:rsidRPr="000D50D7" w14:paraId="70D804F8" w14:textId="77777777" w:rsidTr="00BC5EAF">
        <w:trPr>
          <w:trHeight w:val="251"/>
        </w:trPr>
        <w:tc>
          <w:tcPr>
            <w:tcW w:w="2154" w:type="dxa"/>
            <w:vMerge/>
          </w:tcPr>
          <w:p w14:paraId="1D8FC37F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  <w:tc>
          <w:tcPr>
            <w:tcW w:w="1984" w:type="dxa"/>
          </w:tcPr>
          <w:p w14:paraId="2F4BB3BB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Баскетбол</w:t>
            </w:r>
          </w:p>
        </w:tc>
        <w:tc>
          <w:tcPr>
            <w:tcW w:w="1531" w:type="dxa"/>
            <w:vMerge/>
          </w:tcPr>
          <w:p w14:paraId="063AE98C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  <w:tc>
          <w:tcPr>
            <w:tcW w:w="1984" w:type="dxa"/>
            <w:vMerge/>
          </w:tcPr>
          <w:p w14:paraId="1D1E66D2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  <w:tc>
          <w:tcPr>
            <w:tcW w:w="2269" w:type="dxa"/>
            <w:vMerge/>
          </w:tcPr>
          <w:p w14:paraId="325B3A4A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</w:tr>
      <w:tr w:rsidR="000D50D7" w:rsidRPr="000D50D7" w14:paraId="5239F4E0" w14:textId="77777777" w:rsidTr="00BC5EAF">
        <w:tc>
          <w:tcPr>
            <w:tcW w:w="2154" w:type="dxa"/>
            <w:vMerge/>
          </w:tcPr>
          <w:p w14:paraId="2A438100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  <w:tc>
          <w:tcPr>
            <w:tcW w:w="1984" w:type="dxa"/>
          </w:tcPr>
          <w:p w14:paraId="7AB8ADD8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Футбол</w:t>
            </w:r>
          </w:p>
        </w:tc>
        <w:tc>
          <w:tcPr>
            <w:tcW w:w="1531" w:type="dxa"/>
            <w:vMerge/>
          </w:tcPr>
          <w:p w14:paraId="19F2374D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  <w:tc>
          <w:tcPr>
            <w:tcW w:w="1984" w:type="dxa"/>
            <w:vMerge/>
          </w:tcPr>
          <w:p w14:paraId="7C4033F3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  <w:tc>
          <w:tcPr>
            <w:tcW w:w="2269" w:type="dxa"/>
            <w:vMerge/>
          </w:tcPr>
          <w:p w14:paraId="4615ED35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</w:tr>
      <w:tr w:rsidR="000D50D7" w:rsidRPr="000D50D7" w14:paraId="0F6DF131" w14:textId="77777777" w:rsidTr="00BC5EAF">
        <w:tc>
          <w:tcPr>
            <w:tcW w:w="2154" w:type="dxa"/>
            <w:vMerge/>
          </w:tcPr>
          <w:p w14:paraId="1474216D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  <w:tc>
          <w:tcPr>
            <w:tcW w:w="1984" w:type="dxa"/>
          </w:tcPr>
          <w:p w14:paraId="4633033A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Лыжная подготовка</w:t>
            </w:r>
          </w:p>
        </w:tc>
        <w:tc>
          <w:tcPr>
            <w:tcW w:w="1531" w:type="dxa"/>
            <w:vMerge/>
          </w:tcPr>
          <w:p w14:paraId="2E0F9D7D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  <w:tc>
          <w:tcPr>
            <w:tcW w:w="1984" w:type="dxa"/>
            <w:vMerge/>
          </w:tcPr>
          <w:p w14:paraId="2819A0F3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  <w:tc>
          <w:tcPr>
            <w:tcW w:w="2269" w:type="dxa"/>
            <w:vMerge/>
          </w:tcPr>
          <w:p w14:paraId="7A404A43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</w:tr>
      <w:tr w:rsidR="000D50D7" w:rsidRPr="000D50D7" w14:paraId="40D6569A" w14:textId="77777777" w:rsidTr="00BC5EAF">
        <w:tc>
          <w:tcPr>
            <w:tcW w:w="2154" w:type="dxa"/>
            <w:vMerge/>
          </w:tcPr>
          <w:p w14:paraId="07CA9A3A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  <w:tc>
          <w:tcPr>
            <w:tcW w:w="1984" w:type="dxa"/>
          </w:tcPr>
          <w:p w14:paraId="028B6A1B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Легкая атлетика</w:t>
            </w:r>
          </w:p>
        </w:tc>
        <w:tc>
          <w:tcPr>
            <w:tcW w:w="1531" w:type="dxa"/>
            <w:vMerge/>
          </w:tcPr>
          <w:p w14:paraId="397248C7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  <w:tc>
          <w:tcPr>
            <w:tcW w:w="1984" w:type="dxa"/>
            <w:vMerge/>
          </w:tcPr>
          <w:p w14:paraId="705ED242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  <w:tc>
          <w:tcPr>
            <w:tcW w:w="2269" w:type="dxa"/>
            <w:vMerge/>
          </w:tcPr>
          <w:p w14:paraId="00B52844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</w:tr>
      <w:tr w:rsidR="000D50D7" w:rsidRPr="000D50D7" w14:paraId="19F0241E" w14:textId="77777777" w:rsidTr="00BC5EAF">
        <w:tc>
          <w:tcPr>
            <w:tcW w:w="2154" w:type="dxa"/>
            <w:vMerge/>
          </w:tcPr>
          <w:p w14:paraId="79C517A0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  <w:tc>
          <w:tcPr>
            <w:tcW w:w="1984" w:type="dxa"/>
          </w:tcPr>
          <w:p w14:paraId="19285DF2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 xml:space="preserve">Плавание </w:t>
            </w:r>
          </w:p>
        </w:tc>
        <w:tc>
          <w:tcPr>
            <w:tcW w:w="1531" w:type="dxa"/>
            <w:vMerge/>
          </w:tcPr>
          <w:p w14:paraId="3CA8DA77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  <w:tc>
          <w:tcPr>
            <w:tcW w:w="1984" w:type="dxa"/>
            <w:vMerge/>
          </w:tcPr>
          <w:p w14:paraId="34D1E0FF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  <w:tc>
          <w:tcPr>
            <w:tcW w:w="2269" w:type="dxa"/>
            <w:vMerge/>
          </w:tcPr>
          <w:p w14:paraId="72B16156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</w:tr>
      <w:tr w:rsidR="000D50D7" w:rsidRPr="000D50D7" w14:paraId="4A43CF12" w14:textId="77777777" w:rsidTr="00BC5EAF">
        <w:tc>
          <w:tcPr>
            <w:tcW w:w="2154" w:type="dxa"/>
            <w:vMerge w:val="restart"/>
            <w:tcBorders>
              <w:top w:val="nil"/>
            </w:tcBorders>
          </w:tcPr>
          <w:p w14:paraId="2CA660C0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2. Физическая</w:t>
            </w:r>
          </w:p>
          <w:p w14:paraId="05DA7507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культура в</w:t>
            </w:r>
          </w:p>
          <w:p w14:paraId="28C847C4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профессиональной</w:t>
            </w:r>
          </w:p>
          <w:p w14:paraId="2675E2DA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деятельности</w:t>
            </w:r>
          </w:p>
        </w:tc>
        <w:tc>
          <w:tcPr>
            <w:tcW w:w="1984" w:type="dxa"/>
          </w:tcPr>
          <w:p w14:paraId="138C84F6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Волейбол</w:t>
            </w:r>
          </w:p>
        </w:tc>
        <w:tc>
          <w:tcPr>
            <w:tcW w:w="1531" w:type="dxa"/>
            <w:vMerge w:val="restart"/>
          </w:tcPr>
          <w:p w14:paraId="10D59AF3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УК-7.1</w:t>
            </w:r>
          </w:p>
          <w:p w14:paraId="6DA61DFD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УК-7.2</w:t>
            </w:r>
          </w:p>
          <w:p w14:paraId="18D95837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  <w:tc>
          <w:tcPr>
            <w:tcW w:w="1984" w:type="dxa"/>
            <w:vMerge w:val="restart"/>
          </w:tcPr>
          <w:p w14:paraId="6519FFA2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Текущий контроль</w:t>
            </w:r>
          </w:p>
          <w:p w14:paraId="3170D8E6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  <w:p w14:paraId="513DAA5F" w14:textId="77777777" w:rsidR="000D50D7" w:rsidRPr="000D50D7" w:rsidRDefault="000D50D7" w:rsidP="000D50D7">
            <w:pPr>
              <w:spacing w:line="240" w:lineRule="auto"/>
              <w:rPr>
                <w:rFonts w:eastAsia="Times New Roman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Промежуточная аттестация</w:t>
            </w:r>
            <w:r w:rsidRPr="000D50D7">
              <w:rPr>
                <w:rFonts w:eastAsia="Times New Roman" w:cs="Times New Roman"/>
                <w:szCs w:val="24"/>
                <w:lang w:val="ru-RU" w:eastAsia="ru-RU"/>
              </w:rPr>
              <w:t xml:space="preserve"> </w:t>
            </w:r>
          </w:p>
          <w:p w14:paraId="45BDEEE7" w14:textId="77777777" w:rsidR="000D50D7" w:rsidRPr="000D50D7" w:rsidRDefault="000D50D7" w:rsidP="000D50D7">
            <w:pPr>
              <w:spacing w:line="240" w:lineRule="auto"/>
              <w:rPr>
                <w:rFonts w:eastAsia="Times New Roman" w:cs="Times New Roman"/>
                <w:szCs w:val="24"/>
                <w:lang w:val="ru-RU" w:eastAsia="ru-RU"/>
              </w:rPr>
            </w:pPr>
          </w:p>
          <w:p w14:paraId="2282FF71" w14:textId="77777777" w:rsidR="000D50D7" w:rsidRPr="000D50D7" w:rsidRDefault="000D50D7" w:rsidP="000D50D7">
            <w:pPr>
              <w:spacing w:line="240" w:lineRule="auto"/>
              <w:rPr>
                <w:rFonts w:eastAsia="Times New Roman" w:cs="Times New Roman"/>
                <w:szCs w:val="24"/>
                <w:lang w:val="ru-RU" w:eastAsia="ru-RU"/>
              </w:rPr>
            </w:pPr>
            <w:r w:rsidRPr="000D50D7">
              <w:rPr>
                <w:rFonts w:eastAsia="Times New Roman" w:cs="Times New Roman"/>
                <w:szCs w:val="24"/>
                <w:lang w:val="ru-RU" w:eastAsia="ru-RU"/>
              </w:rPr>
              <w:t>Диагностическое</w:t>
            </w:r>
          </w:p>
          <w:p w14:paraId="168E5EA1" w14:textId="77777777" w:rsidR="000D50D7" w:rsidRPr="000D50D7" w:rsidRDefault="000D50D7" w:rsidP="000D50D7">
            <w:pPr>
              <w:spacing w:line="240" w:lineRule="auto"/>
              <w:rPr>
                <w:rFonts w:eastAsia="Times New Roman" w:cs="Times New Roman"/>
                <w:szCs w:val="24"/>
                <w:lang w:val="ru-RU" w:eastAsia="ru-RU"/>
              </w:rPr>
            </w:pPr>
            <w:r w:rsidRPr="000D50D7">
              <w:rPr>
                <w:rFonts w:eastAsia="Times New Roman" w:cs="Times New Roman"/>
                <w:szCs w:val="24"/>
                <w:lang w:val="ru-RU" w:eastAsia="ru-RU"/>
              </w:rPr>
              <w:t>дисциплинарное</w:t>
            </w:r>
          </w:p>
          <w:p w14:paraId="6ED11263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Times New Roman" w:cs="Times New Roman"/>
                <w:szCs w:val="24"/>
                <w:lang w:val="ru-RU" w:eastAsia="ru-RU"/>
              </w:rPr>
              <w:t>тестирование</w:t>
            </w:r>
          </w:p>
        </w:tc>
        <w:tc>
          <w:tcPr>
            <w:tcW w:w="2269" w:type="dxa"/>
            <w:vMerge w:val="restart"/>
          </w:tcPr>
          <w:p w14:paraId="65BB603D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Контрольные тесты</w:t>
            </w:r>
          </w:p>
          <w:p w14:paraId="60680329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  <w:p w14:paraId="114E3788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  <w:p w14:paraId="00B504A6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Вопросы к зачету 14-22</w:t>
            </w:r>
          </w:p>
          <w:p w14:paraId="3B7FF62C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  <w:p w14:paraId="3713D3B9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Times New Roman" w:cs="Times New Roman"/>
                <w:szCs w:val="24"/>
                <w:lang w:val="ru-RU" w:eastAsia="ru-RU"/>
              </w:rPr>
              <w:t>Комплект тестовых заданий</w:t>
            </w:r>
          </w:p>
          <w:p w14:paraId="0EAE2811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</w:tr>
      <w:tr w:rsidR="000D50D7" w:rsidRPr="000D50D7" w14:paraId="657286D8" w14:textId="77777777" w:rsidTr="00BC5EAF">
        <w:tc>
          <w:tcPr>
            <w:tcW w:w="2154" w:type="dxa"/>
            <w:vMerge/>
          </w:tcPr>
          <w:p w14:paraId="266BB68A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  <w:tc>
          <w:tcPr>
            <w:tcW w:w="1984" w:type="dxa"/>
          </w:tcPr>
          <w:p w14:paraId="0D468D2D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Баскетбол</w:t>
            </w:r>
          </w:p>
        </w:tc>
        <w:tc>
          <w:tcPr>
            <w:tcW w:w="1531" w:type="dxa"/>
            <w:vMerge/>
          </w:tcPr>
          <w:p w14:paraId="66A29DEF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  <w:tc>
          <w:tcPr>
            <w:tcW w:w="1984" w:type="dxa"/>
            <w:vMerge/>
          </w:tcPr>
          <w:p w14:paraId="0791C892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  <w:tc>
          <w:tcPr>
            <w:tcW w:w="2269" w:type="dxa"/>
            <w:vMerge/>
          </w:tcPr>
          <w:p w14:paraId="7EC84E58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</w:tr>
      <w:tr w:rsidR="000D50D7" w:rsidRPr="000D50D7" w14:paraId="40354457" w14:textId="77777777" w:rsidTr="00BC5EAF">
        <w:tc>
          <w:tcPr>
            <w:tcW w:w="2154" w:type="dxa"/>
            <w:vMerge/>
          </w:tcPr>
          <w:p w14:paraId="75ABF67D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  <w:tc>
          <w:tcPr>
            <w:tcW w:w="1984" w:type="dxa"/>
          </w:tcPr>
          <w:p w14:paraId="611C1A6F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Футбол</w:t>
            </w:r>
          </w:p>
        </w:tc>
        <w:tc>
          <w:tcPr>
            <w:tcW w:w="1531" w:type="dxa"/>
            <w:vMerge/>
          </w:tcPr>
          <w:p w14:paraId="0E2F0C70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  <w:tc>
          <w:tcPr>
            <w:tcW w:w="1984" w:type="dxa"/>
            <w:vMerge/>
          </w:tcPr>
          <w:p w14:paraId="3DFCDEAF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  <w:tc>
          <w:tcPr>
            <w:tcW w:w="2269" w:type="dxa"/>
            <w:vMerge/>
          </w:tcPr>
          <w:p w14:paraId="28F7A9AE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</w:tr>
      <w:tr w:rsidR="000D50D7" w:rsidRPr="000D50D7" w14:paraId="449E3F40" w14:textId="77777777" w:rsidTr="00BC5EAF">
        <w:tc>
          <w:tcPr>
            <w:tcW w:w="2154" w:type="dxa"/>
            <w:vMerge/>
          </w:tcPr>
          <w:p w14:paraId="568B860F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  <w:tc>
          <w:tcPr>
            <w:tcW w:w="1984" w:type="dxa"/>
          </w:tcPr>
          <w:p w14:paraId="41A2E017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Лыжная подготовка</w:t>
            </w:r>
          </w:p>
        </w:tc>
        <w:tc>
          <w:tcPr>
            <w:tcW w:w="1531" w:type="dxa"/>
            <w:vMerge/>
          </w:tcPr>
          <w:p w14:paraId="207BA8C0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  <w:tc>
          <w:tcPr>
            <w:tcW w:w="1984" w:type="dxa"/>
            <w:vMerge/>
          </w:tcPr>
          <w:p w14:paraId="430591C9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  <w:tc>
          <w:tcPr>
            <w:tcW w:w="2269" w:type="dxa"/>
            <w:vMerge/>
          </w:tcPr>
          <w:p w14:paraId="47B6A329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</w:tr>
      <w:tr w:rsidR="000D50D7" w:rsidRPr="000D50D7" w14:paraId="232CC51D" w14:textId="77777777" w:rsidTr="00BC5EAF">
        <w:tc>
          <w:tcPr>
            <w:tcW w:w="2154" w:type="dxa"/>
            <w:vMerge/>
          </w:tcPr>
          <w:p w14:paraId="05ED4E8C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  <w:tc>
          <w:tcPr>
            <w:tcW w:w="1984" w:type="dxa"/>
          </w:tcPr>
          <w:p w14:paraId="7BEB1198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Легкая атлетика</w:t>
            </w:r>
          </w:p>
        </w:tc>
        <w:tc>
          <w:tcPr>
            <w:tcW w:w="1531" w:type="dxa"/>
            <w:vMerge/>
          </w:tcPr>
          <w:p w14:paraId="040EF207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  <w:tc>
          <w:tcPr>
            <w:tcW w:w="1984" w:type="dxa"/>
            <w:vMerge/>
          </w:tcPr>
          <w:p w14:paraId="4C67A91E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  <w:tc>
          <w:tcPr>
            <w:tcW w:w="2269" w:type="dxa"/>
            <w:vMerge/>
          </w:tcPr>
          <w:p w14:paraId="3FCFD50A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</w:tr>
      <w:tr w:rsidR="000D50D7" w:rsidRPr="000D50D7" w14:paraId="05132400" w14:textId="77777777" w:rsidTr="00BC5EAF">
        <w:tc>
          <w:tcPr>
            <w:tcW w:w="2154" w:type="dxa"/>
            <w:vMerge/>
          </w:tcPr>
          <w:p w14:paraId="0792B345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  <w:tc>
          <w:tcPr>
            <w:tcW w:w="1984" w:type="dxa"/>
          </w:tcPr>
          <w:p w14:paraId="21F4075B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 xml:space="preserve">Плавание </w:t>
            </w:r>
          </w:p>
        </w:tc>
        <w:tc>
          <w:tcPr>
            <w:tcW w:w="1531" w:type="dxa"/>
            <w:vMerge/>
          </w:tcPr>
          <w:p w14:paraId="29CAE4C2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  <w:tc>
          <w:tcPr>
            <w:tcW w:w="1984" w:type="dxa"/>
            <w:vMerge/>
          </w:tcPr>
          <w:p w14:paraId="67B6B0E1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  <w:tc>
          <w:tcPr>
            <w:tcW w:w="2269" w:type="dxa"/>
            <w:vMerge/>
          </w:tcPr>
          <w:p w14:paraId="66AC8FBD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</w:tr>
    </w:tbl>
    <w:p w14:paraId="4A58BB69" w14:textId="77777777" w:rsidR="000D50D7" w:rsidRPr="000D50D7" w:rsidRDefault="000D50D7" w:rsidP="000D50D7">
      <w:pPr>
        <w:spacing w:line="240" w:lineRule="auto"/>
        <w:rPr>
          <w:rFonts w:eastAsia="Calibri" w:cs="Times New Roman"/>
          <w:szCs w:val="24"/>
          <w:lang w:eastAsia="ru-RU"/>
        </w:rPr>
      </w:pPr>
    </w:p>
    <w:p w14:paraId="491A99D0" w14:textId="77777777" w:rsidR="000D50D7" w:rsidRPr="000D50D7" w:rsidRDefault="000D50D7" w:rsidP="000D50D7">
      <w:pPr>
        <w:spacing w:line="240" w:lineRule="auto"/>
        <w:jc w:val="center"/>
        <w:rPr>
          <w:rFonts w:eastAsia="Calibri" w:cs="Times New Roman"/>
          <w:b/>
          <w:szCs w:val="24"/>
          <w:lang w:val="ru-RU" w:eastAsia="ru-RU"/>
        </w:rPr>
      </w:pPr>
    </w:p>
    <w:p w14:paraId="1C8BA545" w14:textId="77777777" w:rsidR="000D50D7" w:rsidRPr="000D50D7" w:rsidRDefault="000D50D7" w:rsidP="000D50D7">
      <w:pPr>
        <w:spacing w:line="240" w:lineRule="auto"/>
        <w:jc w:val="center"/>
        <w:rPr>
          <w:rFonts w:eastAsia="Calibri" w:cs="Times New Roman"/>
          <w:b/>
          <w:szCs w:val="24"/>
          <w:lang w:val="ru-RU" w:eastAsia="ru-RU"/>
        </w:rPr>
      </w:pPr>
    </w:p>
    <w:p w14:paraId="34500057" w14:textId="77777777" w:rsidR="000D50D7" w:rsidRPr="000D50D7" w:rsidRDefault="000D50D7" w:rsidP="000D50D7">
      <w:pPr>
        <w:spacing w:line="240" w:lineRule="auto"/>
        <w:jc w:val="center"/>
        <w:rPr>
          <w:rFonts w:eastAsia="Calibri" w:cs="Times New Roman"/>
          <w:b/>
          <w:szCs w:val="24"/>
          <w:lang w:val="ru-RU" w:eastAsia="ru-RU"/>
        </w:rPr>
      </w:pPr>
    </w:p>
    <w:p w14:paraId="67308E6E" w14:textId="77777777" w:rsidR="001070A4" w:rsidRDefault="001070A4" w:rsidP="001070A4">
      <w:pPr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b/>
          <w:szCs w:val="24"/>
          <w:lang w:val="ru-RU" w:eastAsia="ru-RU"/>
        </w:rPr>
      </w:pPr>
    </w:p>
    <w:p w14:paraId="4CD51130" w14:textId="77777777" w:rsidR="001070A4" w:rsidRDefault="001070A4" w:rsidP="001070A4">
      <w:pPr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b/>
          <w:szCs w:val="24"/>
          <w:lang w:val="ru-RU" w:eastAsia="ru-RU"/>
        </w:rPr>
      </w:pPr>
    </w:p>
    <w:p w14:paraId="2501489D" w14:textId="77777777" w:rsidR="001070A4" w:rsidRDefault="001070A4" w:rsidP="001070A4">
      <w:pPr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b/>
          <w:szCs w:val="24"/>
          <w:lang w:val="ru-RU" w:eastAsia="ru-RU"/>
        </w:rPr>
      </w:pPr>
    </w:p>
    <w:p w14:paraId="3D4B7146" w14:textId="77777777" w:rsidR="001070A4" w:rsidRDefault="001070A4" w:rsidP="001070A4">
      <w:pPr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b/>
          <w:szCs w:val="24"/>
          <w:lang w:val="ru-RU" w:eastAsia="ru-RU"/>
        </w:rPr>
      </w:pPr>
    </w:p>
    <w:p w14:paraId="124553CA" w14:textId="77777777" w:rsidR="001070A4" w:rsidRDefault="001070A4" w:rsidP="001070A4">
      <w:pPr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b/>
          <w:szCs w:val="24"/>
          <w:lang w:val="ru-RU" w:eastAsia="ru-RU"/>
        </w:rPr>
      </w:pPr>
    </w:p>
    <w:p w14:paraId="08AC1932" w14:textId="77777777" w:rsidR="001070A4" w:rsidRDefault="001070A4" w:rsidP="001070A4">
      <w:pPr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b/>
          <w:szCs w:val="24"/>
          <w:lang w:val="ru-RU" w:eastAsia="ru-RU"/>
        </w:rPr>
      </w:pPr>
    </w:p>
    <w:p w14:paraId="55C5F12B" w14:textId="77777777" w:rsidR="001070A4" w:rsidRPr="00DB5037" w:rsidRDefault="001070A4" w:rsidP="001070A4">
      <w:pPr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b/>
          <w:szCs w:val="24"/>
          <w:lang w:val="ru-RU" w:eastAsia="ru-RU"/>
        </w:rPr>
      </w:pPr>
      <w:r w:rsidRPr="00DB5037">
        <w:rPr>
          <w:b/>
          <w:szCs w:val="24"/>
          <w:lang w:val="ru-RU" w:eastAsia="ru-RU"/>
        </w:rPr>
        <w:lastRenderedPageBreak/>
        <w:t xml:space="preserve">Перечень и краткая характеристика оценочных средств </w:t>
      </w:r>
    </w:p>
    <w:p w14:paraId="25C1E580" w14:textId="77777777" w:rsidR="001070A4" w:rsidRPr="009F2A52" w:rsidRDefault="001070A4" w:rsidP="001070A4">
      <w:pPr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i/>
          <w:color w:val="FF0000"/>
          <w:sz w:val="16"/>
          <w:szCs w:val="16"/>
          <w:lang w:val="ru-RU" w:eastAsia="ru-RU"/>
        </w:rPr>
      </w:pPr>
    </w:p>
    <w:p w14:paraId="1A8E220A" w14:textId="77777777" w:rsidR="001070A4" w:rsidRPr="009F2A52" w:rsidRDefault="001070A4" w:rsidP="001070A4">
      <w:pPr>
        <w:widowControl w:val="0"/>
        <w:spacing w:line="240" w:lineRule="auto"/>
        <w:jc w:val="center"/>
        <w:rPr>
          <w:b/>
          <w:sz w:val="28"/>
          <w:szCs w:val="28"/>
          <w:lang w:val="ru-RU" w:eastAsia="ru-RU"/>
        </w:rPr>
      </w:pPr>
      <w:r w:rsidRPr="009F2A52">
        <w:rPr>
          <w:sz w:val="28"/>
          <w:szCs w:val="28"/>
          <w:lang w:val="ru-RU" w:eastAsia="ru-RU"/>
        </w:rPr>
        <w:t>по дисциплине</w:t>
      </w:r>
      <w:r>
        <w:rPr>
          <w:sz w:val="28"/>
          <w:szCs w:val="28"/>
          <w:lang w:val="ru-RU" w:eastAsia="ru-RU"/>
        </w:rPr>
        <w:t xml:space="preserve"> </w:t>
      </w:r>
      <w:r w:rsidRPr="001F1F32">
        <w:rPr>
          <w:lang w:val="ru-RU"/>
        </w:rPr>
        <w:t>Б1.О.07.02 Физическая культура</w:t>
      </w:r>
      <w:r>
        <w:rPr>
          <w:lang w:val="ru-RU"/>
        </w:rPr>
        <w:t xml:space="preserve"> и спорт</w:t>
      </w:r>
    </w:p>
    <w:p w14:paraId="59BC987F" w14:textId="77777777" w:rsidR="001070A4" w:rsidRPr="009F2A52" w:rsidRDefault="001070A4" w:rsidP="001070A4">
      <w:pPr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b/>
          <w:sz w:val="16"/>
          <w:szCs w:val="16"/>
          <w:lang w:val="ru-RU" w:eastAsia="ru-RU"/>
        </w:rPr>
      </w:pPr>
    </w:p>
    <w:p w14:paraId="33332930" w14:textId="77777777" w:rsidR="001070A4" w:rsidRPr="009F2A52" w:rsidRDefault="001070A4" w:rsidP="001070A4">
      <w:pPr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sz w:val="28"/>
          <w:szCs w:val="28"/>
          <w:lang w:val="ru-RU" w:eastAsia="ru-RU"/>
        </w:rPr>
      </w:pPr>
    </w:p>
    <w:tbl>
      <w:tblPr>
        <w:tblW w:w="9606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0"/>
        <w:gridCol w:w="2190"/>
        <w:gridCol w:w="4565"/>
        <w:gridCol w:w="2251"/>
      </w:tblGrid>
      <w:tr w:rsidR="001070A4" w:rsidRPr="000B04D5" w14:paraId="42361227" w14:textId="77777777" w:rsidTr="00234FBB">
        <w:trPr>
          <w:trHeight w:val="1260"/>
        </w:trPr>
        <w:tc>
          <w:tcPr>
            <w:tcW w:w="600" w:type="dxa"/>
            <w:vAlign w:val="center"/>
          </w:tcPr>
          <w:p w14:paraId="4CBFE33D" w14:textId="77777777" w:rsidR="001070A4" w:rsidRPr="00C613B6" w:rsidRDefault="001070A4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b/>
                <w:lang w:eastAsia="ru-RU"/>
              </w:rPr>
            </w:pPr>
            <w:r w:rsidRPr="00C613B6">
              <w:rPr>
                <w:b/>
                <w:lang w:eastAsia="ru-RU"/>
              </w:rPr>
              <w:t>№</w:t>
            </w:r>
          </w:p>
          <w:p w14:paraId="787D7BF7" w14:textId="77777777" w:rsidR="001070A4" w:rsidRPr="00C613B6" w:rsidRDefault="001070A4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b/>
                <w:lang w:eastAsia="ru-RU"/>
              </w:rPr>
            </w:pPr>
            <w:r w:rsidRPr="00C613B6">
              <w:rPr>
                <w:b/>
                <w:lang w:eastAsia="ru-RU"/>
              </w:rPr>
              <w:t>п/п</w:t>
            </w:r>
          </w:p>
        </w:tc>
        <w:tc>
          <w:tcPr>
            <w:tcW w:w="2190" w:type="dxa"/>
            <w:vAlign w:val="center"/>
          </w:tcPr>
          <w:p w14:paraId="0109A6A6" w14:textId="77777777" w:rsidR="001070A4" w:rsidRPr="009F2A52" w:rsidRDefault="001070A4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b/>
                <w:lang w:val="ru-RU" w:eastAsia="ru-RU"/>
              </w:rPr>
            </w:pPr>
            <w:r w:rsidRPr="009F2A52">
              <w:rPr>
                <w:b/>
                <w:lang w:val="ru-RU" w:eastAsia="ru-RU"/>
              </w:rPr>
              <w:t>Наименование оценочного</w:t>
            </w:r>
          </w:p>
          <w:p w14:paraId="6A4AE1C7" w14:textId="77777777" w:rsidR="001070A4" w:rsidRPr="009F2A52" w:rsidRDefault="001070A4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b/>
                <w:lang w:val="ru-RU" w:eastAsia="ru-RU"/>
              </w:rPr>
            </w:pPr>
            <w:r w:rsidRPr="009F2A52">
              <w:rPr>
                <w:b/>
                <w:lang w:val="ru-RU" w:eastAsia="ru-RU"/>
              </w:rPr>
              <w:t>средства</w:t>
            </w:r>
          </w:p>
          <w:p w14:paraId="55C48754" w14:textId="77777777" w:rsidR="001070A4" w:rsidRPr="009F2A52" w:rsidRDefault="001070A4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lang w:val="ru-RU" w:eastAsia="ru-RU"/>
              </w:rPr>
            </w:pPr>
            <w:r w:rsidRPr="009F2A52">
              <w:rPr>
                <w:lang w:val="ru-RU" w:eastAsia="ru-RU"/>
              </w:rPr>
              <w:t>(процесс/конечный продукт)</w:t>
            </w:r>
          </w:p>
        </w:tc>
        <w:tc>
          <w:tcPr>
            <w:tcW w:w="4565" w:type="dxa"/>
            <w:vAlign w:val="center"/>
          </w:tcPr>
          <w:p w14:paraId="6F88865E" w14:textId="77777777" w:rsidR="001070A4" w:rsidRPr="00C613B6" w:rsidRDefault="001070A4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b/>
                <w:lang w:eastAsia="ru-RU"/>
              </w:rPr>
            </w:pPr>
            <w:proofErr w:type="spellStart"/>
            <w:r w:rsidRPr="00C613B6">
              <w:rPr>
                <w:b/>
                <w:lang w:eastAsia="ru-RU"/>
              </w:rPr>
              <w:t>Краткая</w:t>
            </w:r>
            <w:proofErr w:type="spellEnd"/>
            <w:r w:rsidRPr="00C613B6">
              <w:rPr>
                <w:b/>
                <w:lang w:eastAsia="ru-RU"/>
              </w:rPr>
              <w:t xml:space="preserve"> </w:t>
            </w:r>
            <w:proofErr w:type="spellStart"/>
            <w:r w:rsidRPr="00C613B6">
              <w:rPr>
                <w:b/>
                <w:lang w:eastAsia="ru-RU"/>
              </w:rPr>
              <w:t>характеристика</w:t>
            </w:r>
            <w:proofErr w:type="spellEnd"/>
            <w:r w:rsidRPr="00C613B6">
              <w:rPr>
                <w:b/>
                <w:lang w:eastAsia="ru-RU"/>
              </w:rPr>
              <w:t xml:space="preserve"> </w:t>
            </w:r>
          </w:p>
          <w:p w14:paraId="6397B0B8" w14:textId="77777777" w:rsidR="001070A4" w:rsidRPr="00C613B6" w:rsidRDefault="001070A4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b/>
                <w:lang w:eastAsia="ru-RU"/>
              </w:rPr>
            </w:pPr>
            <w:proofErr w:type="spellStart"/>
            <w:r w:rsidRPr="00C613B6">
              <w:rPr>
                <w:b/>
                <w:lang w:eastAsia="ru-RU"/>
              </w:rPr>
              <w:t>оценочного</w:t>
            </w:r>
            <w:proofErr w:type="spellEnd"/>
            <w:r w:rsidRPr="00C613B6">
              <w:rPr>
                <w:b/>
                <w:lang w:eastAsia="ru-RU"/>
              </w:rPr>
              <w:t xml:space="preserve"> </w:t>
            </w:r>
          </w:p>
          <w:p w14:paraId="4D636453" w14:textId="77777777" w:rsidR="001070A4" w:rsidRPr="00C613B6" w:rsidRDefault="001070A4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b/>
                <w:lang w:eastAsia="ru-RU"/>
              </w:rPr>
            </w:pPr>
            <w:proofErr w:type="spellStart"/>
            <w:r w:rsidRPr="00C613B6">
              <w:rPr>
                <w:b/>
                <w:lang w:eastAsia="ru-RU"/>
              </w:rPr>
              <w:t>средства</w:t>
            </w:r>
            <w:proofErr w:type="spellEnd"/>
          </w:p>
        </w:tc>
        <w:tc>
          <w:tcPr>
            <w:tcW w:w="2251" w:type="dxa"/>
            <w:vAlign w:val="center"/>
          </w:tcPr>
          <w:p w14:paraId="790CAA0D" w14:textId="77777777" w:rsidR="001070A4" w:rsidRPr="009F2A52" w:rsidRDefault="001070A4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b/>
                <w:lang w:val="ru-RU" w:eastAsia="ru-RU"/>
              </w:rPr>
            </w:pPr>
            <w:r w:rsidRPr="009F2A52">
              <w:rPr>
                <w:b/>
                <w:lang w:val="ru-RU" w:eastAsia="ru-RU"/>
              </w:rPr>
              <w:t xml:space="preserve">Представление </w:t>
            </w:r>
          </w:p>
          <w:p w14:paraId="75E4B61F" w14:textId="77777777" w:rsidR="001070A4" w:rsidRPr="009F2A52" w:rsidRDefault="001070A4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b/>
                <w:lang w:val="ru-RU" w:eastAsia="ru-RU"/>
              </w:rPr>
            </w:pPr>
            <w:r w:rsidRPr="009F2A52">
              <w:rPr>
                <w:b/>
                <w:lang w:val="ru-RU" w:eastAsia="ru-RU"/>
              </w:rPr>
              <w:t xml:space="preserve">оценочного </w:t>
            </w:r>
          </w:p>
          <w:p w14:paraId="622BB7C6" w14:textId="77777777" w:rsidR="001070A4" w:rsidRPr="009F2A52" w:rsidRDefault="001070A4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b/>
                <w:lang w:val="ru-RU" w:eastAsia="ru-RU"/>
              </w:rPr>
            </w:pPr>
            <w:r w:rsidRPr="009F2A52">
              <w:rPr>
                <w:b/>
                <w:lang w:val="ru-RU" w:eastAsia="ru-RU"/>
              </w:rPr>
              <w:t>средства в фонде</w:t>
            </w:r>
          </w:p>
        </w:tc>
      </w:tr>
      <w:tr w:rsidR="001070A4" w:rsidRPr="00DB5037" w14:paraId="70E04F51" w14:textId="77777777" w:rsidTr="00234FBB">
        <w:trPr>
          <w:trHeight w:val="515"/>
        </w:trPr>
        <w:tc>
          <w:tcPr>
            <w:tcW w:w="600" w:type="dxa"/>
          </w:tcPr>
          <w:p w14:paraId="2F63393C" w14:textId="77777777" w:rsidR="001070A4" w:rsidRPr="00C613B6" w:rsidRDefault="001070A4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lang w:eastAsia="ru-RU"/>
              </w:rPr>
            </w:pPr>
            <w:r w:rsidRPr="00C613B6">
              <w:rPr>
                <w:lang w:eastAsia="ru-RU"/>
              </w:rPr>
              <w:t>1.</w:t>
            </w:r>
          </w:p>
        </w:tc>
        <w:tc>
          <w:tcPr>
            <w:tcW w:w="2190" w:type="dxa"/>
          </w:tcPr>
          <w:p w14:paraId="0C978F30" w14:textId="77777777" w:rsidR="001070A4" w:rsidRPr="00BA6D46" w:rsidRDefault="001070A4" w:rsidP="00234FBB">
            <w:pPr>
              <w:spacing w:line="240" w:lineRule="auto"/>
              <w:jc w:val="center"/>
              <w:rPr>
                <w:rFonts w:eastAsia="Times New Roman"/>
                <w:szCs w:val="24"/>
                <w:lang w:val="ru-RU" w:eastAsia="ru-RU"/>
              </w:rPr>
            </w:pPr>
            <w:r w:rsidRPr="00BA6D46">
              <w:rPr>
                <w:rFonts w:eastAsia="Times New Roman"/>
                <w:szCs w:val="24"/>
                <w:lang w:val="ru-RU" w:eastAsia="ru-RU"/>
              </w:rPr>
              <w:t>Контрольные тесты по разделам (практика)</w:t>
            </w:r>
          </w:p>
          <w:p w14:paraId="2D5CD67E" w14:textId="77777777" w:rsidR="001070A4" w:rsidRPr="00BA6D46" w:rsidRDefault="001070A4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szCs w:val="24"/>
                <w:lang w:val="ru-RU" w:eastAsia="ru-RU"/>
              </w:rPr>
            </w:pPr>
          </w:p>
        </w:tc>
        <w:tc>
          <w:tcPr>
            <w:tcW w:w="4565" w:type="dxa"/>
          </w:tcPr>
          <w:p w14:paraId="5D9D6023" w14:textId="77777777" w:rsidR="001070A4" w:rsidRPr="00BA6D46" w:rsidRDefault="001070A4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szCs w:val="24"/>
                <w:lang w:val="ru-RU" w:eastAsia="ru-RU"/>
              </w:rPr>
            </w:pPr>
            <w:r w:rsidRPr="00BA6D46">
              <w:rPr>
                <w:szCs w:val="24"/>
                <w:lang w:val="ru-RU" w:eastAsia="ru-RU"/>
              </w:rPr>
              <w:t>Перечень контрольных тестов по разделам</w:t>
            </w:r>
            <w:r>
              <w:rPr>
                <w:szCs w:val="24"/>
                <w:lang w:val="ru-RU" w:eastAsia="ru-RU"/>
              </w:rPr>
              <w:t>.</w:t>
            </w:r>
          </w:p>
        </w:tc>
        <w:tc>
          <w:tcPr>
            <w:tcW w:w="2251" w:type="dxa"/>
          </w:tcPr>
          <w:p w14:paraId="797DF9AD" w14:textId="77777777" w:rsidR="001070A4" w:rsidRPr="00BA6D46" w:rsidRDefault="001070A4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szCs w:val="24"/>
                <w:lang w:val="ru-RU" w:eastAsia="ru-RU"/>
              </w:rPr>
            </w:pPr>
            <w:r w:rsidRPr="00BA6D46">
              <w:rPr>
                <w:szCs w:val="24"/>
                <w:lang w:val="ru-RU" w:eastAsia="ru-RU"/>
              </w:rPr>
              <w:t>Контрольные тесты</w:t>
            </w:r>
          </w:p>
        </w:tc>
      </w:tr>
      <w:tr w:rsidR="001070A4" w:rsidRPr="002C2902" w14:paraId="6CFE1813" w14:textId="77777777" w:rsidTr="00234FBB">
        <w:trPr>
          <w:trHeight w:val="530"/>
        </w:trPr>
        <w:tc>
          <w:tcPr>
            <w:tcW w:w="600" w:type="dxa"/>
          </w:tcPr>
          <w:p w14:paraId="684FBECC" w14:textId="77777777" w:rsidR="001070A4" w:rsidRPr="00C613B6" w:rsidRDefault="001070A4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lang w:eastAsia="ru-RU"/>
              </w:rPr>
            </w:pPr>
            <w:r w:rsidRPr="00C613B6">
              <w:rPr>
                <w:lang w:eastAsia="ru-RU"/>
              </w:rPr>
              <w:t>2.</w:t>
            </w:r>
          </w:p>
        </w:tc>
        <w:tc>
          <w:tcPr>
            <w:tcW w:w="2190" w:type="dxa"/>
          </w:tcPr>
          <w:p w14:paraId="5657995C" w14:textId="77777777" w:rsidR="001070A4" w:rsidRPr="00BA6D46" w:rsidRDefault="001070A4" w:rsidP="00234FBB">
            <w:pPr>
              <w:rPr>
                <w:szCs w:val="24"/>
              </w:rPr>
            </w:pPr>
            <w:proofErr w:type="spellStart"/>
            <w:r w:rsidRPr="00BA6D46">
              <w:rPr>
                <w:szCs w:val="24"/>
              </w:rPr>
              <w:t>Вопросы</w:t>
            </w:r>
            <w:proofErr w:type="spellEnd"/>
            <w:r w:rsidRPr="00BA6D46">
              <w:rPr>
                <w:szCs w:val="24"/>
              </w:rPr>
              <w:t xml:space="preserve"> к </w:t>
            </w:r>
            <w:proofErr w:type="spellStart"/>
            <w:r w:rsidRPr="00BA6D46">
              <w:rPr>
                <w:szCs w:val="24"/>
              </w:rPr>
              <w:t>зачёту</w:t>
            </w:r>
            <w:proofErr w:type="spellEnd"/>
          </w:p>
        </w:tc>
        <w:tc>
          <w:tcPr>
            <w:tcW w:w="4565" w:type="dxa"/>
          </w:tcPr>
          <w:p w14:paraId="79A344EC" w14:textId="77777777" w:rsidR="001070A4" w:rsidRPr="00BA6D46" w:rsidRDefault="001070A4" w:rsidP="00234FBB">
            <w:pPr>
              <w:spacing w:line="276" w:lineRule="auto"/>
              <w:rPr>
                <w:szCs w:val="24"/>
                <w:lang w:val="ru-RU"/>
              </w:rPr>
            </w:pPr>
            <w:r w:rsidRPr="00BA6D46">
              <w:rPr>
                <w:szCs w:val="24"/>
                <w:lang w:val="ru-RU"/>
              </w:rPr>
              <w:t>Перечень вопросов к зачёту по разделам дисциплины.</w:t>
            </w:r>
          </w:p>
        </w:tc>
        <w:tc>
          <w:tcPr>
            <w:tcW w:w="2251" w:type="dxa"/>
          </w:tcPr>
          <w:p w14:paraId="0797FE29" w14:textId="77777777" w:rsidR="001070A4" w:rsidRPr="00BA6D46" w:rsidRDefault="001070A4" w:rsidP="00234FBB">
            <w:pPr>
              <w:rPr>
                <w:szCs w:val="24"/>
              </w:rPr>
            </w:pPr>
            <w:proofErr w:type="spellStart"/>
            <w:r w:rsidRPr="00BA6D46">
              <w:rPr>
                <w:szCs w:val="24"/>
              </w:rPr>
              <w:t>Вопросы</w:t>
            </w:r>
            <w:proofErr w:type="spellEnd"/>
            <w:r w:rsidRPr="00BA6D46">
              <w:rPr>
                <w:szCs w:val="24"/>
              </w:rPr>
              <w:t xml:space="preserve"> к </w:t>
            </w:r>
            <w:proofErr w:type="spellStart"/>
            <w:r w:rsidRPr="00BA6D46">
              <w:rPr>
                <w:szCs w:val="24"/>
              </w:rPr>
              <w:t>зачёту</w:t>
            </w:r>
            <w:proofErr w:type="spellEnd"/>
          </w:p>
        </w:tc>
      </w:tr>
      <w:tr w:rsidR="001070A4" w:rsidRPr="002C2902" w14:paraId="726B2190" w14:textId="77777777" w:rsidTr="00234FBB">
        <w:trPr>
          <w:trHeight w:val="530"/>
        </w:trPr>
        <w:tc>
          <w:tcPr>
            <w:tcW w:w="600" w:type="dxa"/>
          </w:tcPr>
          <w:p w14:paraId="6AEE7F0B" w14:textId="77777777" w:rsidR="001070A4" w:rsidRPr="00BA6D46" w:rsidRDefault="001070A4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lang w:val="ru-RU" w:eastAsia="ru-RU"/>
              </w:rPr>
            </w:pPr>
            <w:r>
              <w:rPr>
                <w:lang w:val="ru-RU" w:eastAsia="ru-RU"/>
              </w:rPr>
              <w:t>3.</w:t>
            </w:r>
          </w:p>
        </w:tc>
        <w:tc>
          <w:tcPr>
            <w:tcW w:w="2190" w:type="dxa"/>
          </w:tcPr>
          <w:p w14:paraId="5A8CC9CC" w14:textId="77777777" w:rsidR="001070A4" w:rsidRPr="00BA6D46" w:rsidRDefault="001070A4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szCs w:val="24"/>
                <w:lang w:eastAsia="ru-RU"/>
              </w:rPr>
            </w:pPr>
            <w:r>
              <w:rPr>
                <w:rFonts w:eastAsia="Times New Roman"/>
                <w:bCs/>
                <w:szCs w:val="24"/>
                <w:lang w:val="ru-RU" w:eastAsia="ru-RU"/>
              </w:rPr>
              <w:t>Д</w:t>
            </w:r>
            <w:r w:rsidRPr="00BA6D46">
              <w:rPr>
                <w:rFonts w:eastAsia="Times New Roman"/>
                <w:bCs/>
                <w:szCs w:val="24"/>
                <w:lang w:val="ru-RU" w:eastAsia="ru-RU"/>
              </w:rPr>
              <w:t>иагностическое дисциплинарное тестирование</w:t>
            </w:r>
          </w:p>
        </w:tc>
        <w:tc>
          <w:tcPr>
            <w:tcW w:w="4565" w:type="dxa"/>
          </w:tcPr>
          <w:p w14:paraId="66267A3D" w14:textId="77777777" w:rsidR="001070A4" w:rsidRPr="00BA6D46" w:rsidRDefault="001070A4" w:rsidP="00234FBB">
            <w:pPr>
              <w:spacing w:line="240" w:lineRule="auto"/>
              <w:rPr>
                <w:color w:val="000000"/>
                <w:szCs w:val="24"/>
                <w:lang w:val="ru-RU"/>
              </w:rPr>
            </w:pPr>
            <w:r w:rsidRPr="00BA6D46">
              <w:rPr>
                <w:color w:val="000000"/>
                <w:szCs w:val="24"/>
                <w:lang w:val="ru-RU"/>
              </w:rPr>
              <w:t>Система стандартизированных заданий, позволяющая автоматизировать процедуру измерения уровня знаний и умений обучающегося по дисциплине</w:t>
            </w:r>
          </w:p>
        </w:tc>
        <w:tc>
          <w:tcPr>
            <w:tcW w:w="2251" w:type="dxa"/>
          </w:tcPr>
          <w:p w14:paraId="6D2C5BE9" w14:textId="77777777" w:rsidR="001070A4" w:rsidRPr="00BA6D46" w:rsidRDefault="001070A4" w:rsidP="00234FBB">
            <w:pPr>
              <w:spacing w:line="240" w:lineRule="auto"/>
              <w:rPr>
                <w:szCs w:val="24"/>
              </w:rPr>
            </w:pPr>
            <w:proofErr w:type="spellStart"/>
            <w:r w:rsidRPr="00BA6D46">
              <w:rPr>
                <w:szCs w:val="24"/>
              </w:rPr>
              <w:t>Комплект</w:t>
            </w:r>
            <w:proofErr w:type="spellEnd"/>
            <w:r w:rsidRPr="00BA6D46">
              <w:rPr>
                <w:spacing w:val="-14"/>
                <w:szCs w:val="24"/>
              </w:rPr>
              <w:t xml:space="preserve"> </w:t>
            </w:r>
            <w:proofErr w:type="spellStart"/>
            <w:r w:rsidRPr="00BA6D46">
              <w:rPr>
                <w:szCs w:val="24"/>
              </w:rPr>
              <w:t>тестовых</w:t>
            </w:r>
            <w:proofErr w:type="spellEnd"/>
            <w:r w:rsidRPr="00BA6D46">
              <w:rPr>
                <w:szCs w:val="24"/>
              </w:rPr>
              <w:t xml:space="preserve"> </w:t>
            </w:r>
          </w:p>
          <w:p w14:paraId="59CEED1C" w14:textId="77777777" w:rsidR="001070A4" w:rsidRPr="00BA6D46" w:rsidRDefault="001070A4" w:rsidP="00234FBB">
            <w:pPr>
              <w:spacing w:line="240" w:lineRule="auto"/>
              <w:rPr>
                <w:color w:val="000000"/>
                <w:szCs w:val="24"/>
              </w:rPr>
            </w:pPr>
            <w:proofErr w:type="spellStart"/>
            <w:r w:rsidRPr="00BA6D46">
              <w:rPr>
                <w:spacing w:val="-2"/>
                <w:szCs w:val="24"/>
              </w:rPr>
              <w:t>заданий</w:t>
            </w:r>
            <w:proofErr w:type="spellEnd"/>
          </w:p>
        </w:tc>
      </w:tr>
    </w:tbl>
    <w:p w14:paraId="12F37BB7" w14:textId="77777777" w:rsidR="001070A4" w:rsidRDefault="001070A4" w:rsidP="001070A4"/>
    <w:p w14:paraId="21DDCC43" w14:textId="77777777" w:rsidR="001070A4" w:rsidRDefault="001070A4" w:rsidP="001070A4">
      <w:pPr>
        <w:spacing w:line="240" w:lineRule="auto"/>
        <w:jc w:val="center"/>
        <w:rPr>
          <w:b/>
          <w:color w:val="0000FF"/>
          <w:szCs w:val="24"/>
          <w:lang w:val="ru-RU" w:eastAsia="ru-RU"/>
        </w:rPr>
      </w:pPr>
    </w:p>
    <w:p w14:paraId="54F1E355" w14:textId="77777777" w:rsidR="001070A4" w:rsidRDefault="001070A4" w:rsidP="001070A4">
      <w:pPr>
        <w:spacing w:line="240" w:lineRule="auto"/>
        <w:jc w:val="center"/>
        <w:rPr>
          <w:b/>
          <w:color w:val="0000FF"/>
          <w:szCs w:val="24"/>
          <w:lang w:val="ru-RU" w:eastAsia="ru-RU"/>
        </w:rPr>
      </w:pPr>
    </w:p>
    <w:p w14:paraId="5EAB082C" w14:textId="77777777" w:rsidR="001070A4" w:rsidRDefault="001070A4" w:rsidP="001070A4">
      <w:pPr>
        <w:spacing w:line="240" w:lineRule="auto"/>
        <w:jc w:val="center"/>
        <w:rPr>
          <w:b/>
          <w:color w:val="0000FF"/>
          <w:szCs w:val="24"/>
          <w:lang w:val="ru-RU" w:eastAsia="ru-RU"/>
        </w:rPr>
      </w:pPr>
    </w:p>
    <w:p w14:paraId="62656715" w14:textId="77777777" w:rsidR="001070A4" w:rsidRPr="000E2DAC" w:rsidRDefault="001070A4" w:rsidP="001070A4">
      <w:pPr>
        <w:spacing w:line="240" w:lineRule="auto"/>
        <w:jc w:val="center"/>
        <w:rPr>
          <w:rFonts w:eastAsia="Times New Roman"/>
          <w:b/>
          <w:szCs w:val="24"/>
          <w:lang w:val="ru-RU" w:eastAsia="ru-RU"/>
        </w:rPr>
      </w:pPr>
      <w:r w:rsidRPr="000E2DAC">
        <w:rPr>
          <w:b/>
          <w:szCs w:val="24"/>
          <w:lang w:val="ru-RU" w:eastAsia="ru-RU"/>
        </w:rPr>
        <w:t>Комплект оценочных средств для текущего контроля</w:t>
      </w:r>
    </w:p>
    <w:p w14:paraId="7C29CCE3" w14:textId="77777777" w:rsidR="000D50D7" w:rsidRPr="000D50D7" w:rsidRDefault="000D50D7" w:rsidP="000D50D7">
      <w:pPr>
        <w:spacing w:line="240" w:lineRule="auto"/>
        <w:jc w:val="center"/>
        <w:rPr>
          <w:rFonts w:eastAsia="Calibri" w:cs="Times New Roman"/>
          <w:b/>
          <w:szCs w:val="24"/>
          <w:lang w:val="ru-RU" w:eastAsia="ru-RU"/>
        </w:rPr>
      </w:pPr>
    </w:p>
    <w:p w14:paraId="0DB1683A" w14:textId="77777777" w:rsidR="000D50D7" w:rsidRPr="000D50D7" w:rsidRDefault="000D50D7" w:rsidP="000D50D7">
      <w:pPr>
        <w:spacing w:line="240" w:lineRule="auto"/>
        <w:jc w:val="center"/>
        <w:rPr>
          <w:rFonts w:eastAsia="Calibri" w:cs="Times New Roman"/>
          <w:b/>
          <w:szCs w:val="24"/>
          <w:lang w:val="ru-RU" w:eastAsia="ru-RU"/>
        </w:rPr>
      </w:pPr>
      <w:r w:rsidRPr="000D50D7">
        <w:rPr>
          <w:rFonts w:eastAsia="Calibri" w:cs="Times New Roman"/>
          <w:b/>
          <w:szCs w:val="24"/>
          <w:lang w:val="ru-RU" w:eastAsia="ru-RU"/>
        </w:rPr>
        <w:t>Контрольные тесты по разделам</w:t>
      </w:r>
    </w:p>
    <w:p w14:paraId="69F831DD" w14:textId="77777777" w:rsidR="000D50D7" w:rsidRPr="000D50D7" w:rsidRDefault="000D50D7" w:rsidP="000D50D7">
      <w:pPr>
        <w:spacing w:line="240" w:lineRule="auto"/>
        <w:rPr>
          <w:rFonts w:eastAsia="Calibri" w:cs="Times New Roman"/>
          <w:b/>
          <w:szCs w:val="24"/>
          <w:lang w:val="ru-RU" w:eastAsia="ru-RU"/>
        </w:rPr>
      </w:pPr>
    </w:p>
    <w:p w14:paraId="719DDF59" w14:textId="77777777" w:rsidR="000D50D7" w:rsidRPr="000D50D7" w:rsidRDefault="000D50D7" w:rsidP="000D50D7">
      <w:pPr>
        <w:spacing w:line="240" w:lineRule="auto"/>
        <w:rPr>
          <w:rFonts w:eastAsia="Calibri" w:cs="Times New Roman"/>
          <w:b/>
          <w:szCs w:val="24"/>
          <w:lang w:val="ru-RU" w:eastAsia="ru-RU"/>
        </w:rPr>
      </w:pPr>
      <w:r w:rsidRPr="000D50D7">
        <w:rPr>
          <w:rFonts w:eastAsia="Calibri" w:cs="Times New Roman"/>
          <w:b/>
          <w:szCs w:val="24"/>
          <w:lang w:val="ru-RU" w:eastAsia="ru-RU"/>
        </w:rPr>
        <w:t xml:space="preserve">1.Спортивные игры: </w:t>
      </w:r>
    </w:p>
    <w:p w14:paraId="508E4108" w14:textId="77777777" w:rsidR="000D50D7" w:rsidRPr="000D50D7" w:rsidRDefault="000D50D7" w:rsidP="000D50D7">
      <w:pPr>
        <w:spacing w:line="240" w:lineRule="auto"/>
        <w:rPr>
          <w:rFonts w:eastAsia="Calibri" w:cs="Times New Roman"/>
          <w:b/>
          <w:szCs w:val="24"/>
          <w:lang w:val="ru-RU" w:eastAsia="ru-RU"/>
        </w:rPr>
      </w:pPr>
      <w:r w:rsidRPr="000D50D7">
        <w:rPr>
          <w:rFonts w:eastAsia="Calibri" w:cs="Times New Roman"/>
          <w:b/>
          <w:szCs w:val="24"/>
          <w:lang w:val="ru-RU" w:eastAsia="ru-RU"/>
        </w:rPr>
        <w:t>Волейбол (девушки)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2700"/>
        <w:gridCol w:w="900"/>
        <w:gridCol w:w="1040"/>
        <w:gridCol w:w="1307"/>
        <w:gridCol w:w="1308"/>
        <w:gridCol w:w="1308"/>
      </w:tblGrid>
      <w:tr w:rsidR="000D50D7" w:rsidRPr="000D50D7" w14:paraId="5E99CEA7" w14:textId="77777777" w:rsidTr="00BC5EAF">
        <w:tc>
          <w:tcPr>
            <w:tcW w:w="1008" w:type="dxa"/>
          </w:tcPr>
          <w:p w14:paraId="7C61B8BA" w14:textId="77777777" w:rsidR="000D50D7" w:rsidRPr="000D50D7" w:rsidRDefault="000D50D7" w:rsidP="000D50D7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№ п/п</w:t>
            </w:r>
          </w:p>
        </w:tc>
        <w:tc>
          <w:tcPr>
            <w:tcW w:w="2700" w:type="dxa"/>
          </w:tcPr>
          <w:p w14:paraId="4BF8BC31" w14:textId="6EAB4EA2" w:rsidR="000D50D7" w:rsidRPr="000D50D7" w:rsidRDefault="000D50D7" w:rsidP="000D50D7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Наименование тестов</w:t>
            </w:r>
            <w:r w:rsidR="000B04D5">
              <w:rPr>
                <w:rFonts w:eastAsia="Calibri" w:cs="Times New Roman"/>
                <w:szCs w:val="24"/>
                <w:lang w:val="ru-RU" w:eastAsia="ru-RU"/>
              </w:rPr>
              <w:t>/оценка</w:t>
            </w:r>
          </w:p>
        </w:tc>
        <w:tc>
          <w:tcPr>
            <w:tcW w:w="900" w:type="dxa"/>
          </w:tcPr>
          <w:p w14:paraId="20589120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b/>
                <w:szCs w:val="24"/>
                <w:lang w:val="ru-RU" w:eastAsia="ru-RU"/>
              </w:rPr>
              <w:t>5</w:t>
            </w:r>
          </w:p>
        </w:tc>
        <w:tc>
          <w:tcPr>
            <w:tcW w:w="1040" w:type="dxa"/>
          </w:tcPr>
          <w:p w14:paraId="00C42CA1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b/>
                <w:szCs w:val="24"/>
                <w:lang w:val="ru-RU" w:eastAsia="ru-RU"/>
              </w:rPr>
              <w:t>4</w:t>
            </w:r>
          </w:p>
        </w:tc>
        <w:tc>
          <w:tcPr>
            <w:tcW w:w="1307" w:type="dxa"/>
          </w:tcPr>
          <w:p w14:paraId="00F0D237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b/>
                <w:szCs w:val="24"/>
                <w:lang w:val="ru-RU" w:eastAsia="ru-RU"/>
              </w:rPr>
              <w:t>3</w:t>
            </w:r>
          </w:p>
        </w:tc>
        <w:tc>
          <w:tcPr>
            <w:tcW w:w="1308" w:type="dxa"/>
          </w:tcPr>
          <w:p w14:paraId="31BD4486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b/>
                <w:szCs w:val="24"/>
                <w:lang w:val="ru-RU" w:eastAsia="ru-RU"/>
              </w:rPr>
              <w:t>2</w:t>
            </w:r>
          </w:p>
        </w:tc>
        <w:tc>
          <w:tcPr>
            <w:tcW w:w="1308" w:type="dxa"/>
          </w:tcPr>
          <w:p w14:paraId="44FAA507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b/>
                <w:szCs w:val="24"/>
                <w:lang w:val="ru-RU" w:eastAsia="ru-RU"/>
              </w:rPr>
              <w:t>1</w:t>
            </w:r>
          </w:p>
        </w:tc>
      </w:tr>
      <w:tr w:rsidR="000D50D7" w:rsidRPr="000D50D7" w14:paraId="4C257C46" w14:textId="77777777" w:rsidTr="00BC5EAF">
        <w:tc>
          <w:tcPr>
            <w:tcW w:w="1008" w:type="dxa"/>
          </w:tcPr>
          <w:p w14:paraId="4D99BB60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1</w:t>
            </w:r>
          </w:p>
        </w:tc>
        <w:tc>
          <w:tcPr>
            <w:tcW w:w="2700" w:type="dxa"/>
          </w:tcPr>
          <w:p w14:paraId="1DB6427F" w14:textId="77777777" w:rsidR="000D50D7" w:rsidRPr="000D50D7" w:rsidRDefault="000D50D7" w:rsidP="000D50D7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Прыжок с места (см)</w:t>
            </w:r>
          </w:p>
        </w:tc>
        <w:tc>
          <w:tcPr>
            <w:tcW w:w="900" w:type="dxa"/>
          </w:tcPr>
          <w:p w14:paraId="7421B5D6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190</w:t>
            </w:r>
          </w:p>
        </w:tc>
        <w:tc>
          <w:tcPr>
            <w:tcW w:w="1040" w:type="dxa"/>
          </w:tcPr>
          <w:p w14:paraId="4C49B952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180</w:t>
            </w:r>
          </w:p>
        </w:tc>
        <w:tc>
          <w:tcPr>
            <w:tcW w:w="1307" w:type="dxa"/>
          </w:tcPr>
          <w:p w14:paraId="43574BE4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168</w:t>
            </w:r>
          </w:p>
        </w:tc>
        <w:tc>
          <w:tcPr>
            <w:tcW w:w="1308" w:type="dxa"/>
          </w:tcPr>
          <w:p w14:paraId="07074026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160</w:t>
            </w:r>
          </w:p>
        </w:tc>
        <w:tc>
          <w:tcPr>
            <w:tcW w:w="1308" w:type="dxa"/>
          </w:tcPr>
          <w:p w14:paraId="3C34AEDF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150</w:t>
            </w:r>
          </w:p>
        </w:tc>
      </w:tr>
      <w:tr w:rsidR="000D50D7" w:rsidRPr="000D50D7" w14:paraId="5BF405AF" w14:textId="77777777" w:rsidTr="00BC5EAF">
        <w:tc>
          <w:tcPr>
            <w:tcW w:w="1008" w:type="dxa"/>
          </w:tcPr>
          <w:p w14:paraId="551D6C69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2</w:t>
            </w:r>
          </w:p>
        </w:tc>
        <w:tc>
          <w:tcPr>
            <w:tcW w:w="2700" w:type="dxa"/>
          </w:tcPr>
          <w:p w14:paraId="64D4CFF5" w14:textId="3C41E6DB" w:rsidR="000D50D7" w:rsidRPr="000D50D7" w:rsidRDefault="000D50D7" w:rsidP="000D50D7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Приседание на одной ноге</w:t>
            </w:r>
            <w:r w:rsidR="000B04D5" w:rsidRPr="007C20F5">
              <w:rPr>
                <w:rFonts w:eastAsia="Calibri" w:cs="Times New Roman"/>
                <w:szCs w:val="24"/>
                <w:lang w:val="ru-RU" w:eastAsia="ru-RU"/>
              </w:rPr>
              <w:t>(кол-во)</w:t>
            </w:r>
          </w:p>
        </w:tc>
        <w:tc>
          <w:tcPr>
            <w:tcW w:w="900" w:type="dxa"/>
          </w:tcPr>
          <w:p w14:paraId="533AE5B6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0D50D7">
              <w:rPr>
                <w:rFonts w:eastAsia="Calibri" w:cs="Times New Roman"/>
                <w:szCs w:val="24"/>
                <w:lang w:eastAsia="ru-RU"/>
              </w:rPr>
              <w:t>12</w:t>
            </w:r>
          </w:p>
        </w:tc>
        <w:tc>
          <w:tcPr>
            <w:tcW w:w="1040" w:type="dxa"/>
          </w:tcPr>
          <w:p w14:paraId="158B4CB0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0D50D7">
              <w:rPr>
                <w:rFonts w:eastAsia="Calibri" w:cs="Times New Roman"/>
                <w:szCs w:val="24"/>
                <w:lang w:eastAsia="ru-RU"/>
              </w:rPr>
              <w:t>10</w:t>
            </w:r>
          </w:p>
        </w:tc>
        <w:tc>
          <w:tcPr>
            <w:tcW w:w="1307" w:type="dxa"/>
          </w:tcPr>
          <w:p w14:paraId="1C09C00D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0D50D7">
              <w:rPr>
                <w:rFonts w:eastAsia="Calibri" w:cs="Times New Roman"/>
                <w:szCs w:val="24"/>
                <w:lang w:eastAsia="ru-RU"/>
              </w:rPr>
              <w:t>8</w:t>
            </w:r>
          </w:p>
        </w:tc>
        <w:tc>
          <w:tcPr>
            <w:tcW w:w="1308" w:type="dxa"/>
          </w:tcPr>
          <w:p w14:paraId="3D196A78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0D50D7">
              <w:rPr>
                <w:rFonts w:eastAsia="Calibri" w:cs="Times New Roman"/>
                <w:szCs w:val="24"/>
                <w:lang w:eastAsia="ru-RU"/>
              </w:rPr>
              <w:t>6</w:t>
            </w:r>
          </w:p>
        </w:tc>
        <w:tc>
          <w:tcPr>
            <w:tcW w:w="1308" w:type="dxa"/>
          </w:tcPr>
          <w:p w14:paraId="13165CD5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0D50D7">
              <w:rPr>
                <w:rFonts w:eastAsia="Calibri" w:cs="Times New Roman"/>
                <w:szCs w:val="24"/>
                <w:lang w:eastAsia="ru-RU"/>
              </w:rPr>
              <w:t>4</w:t>
            </w:r>
          </w:p>
        </w:tc>
      </w:tr>
      <w:tr w:rsidR="000D50D7" w:rsidRPr="000D50D7" w14:paraId="65C7701A" w14:textId="77777777" w:rsidTr="00BC5EAF">
        <w:tc>
          <w:tcPr>
            <w:tcW w:w="1008" w:type="dxa"/>
          </w:tcPr>
          <w:p w14:paraId="3B8AEE28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3</w:t>
            </w:r>
          </w:p>
        </w:tc>
        <w:tc>
          <w:tcPr>
            <w:tcW w:w="2700" w:type="dxa"/>
          </w:tcPr>
          <w:p w14:paraId="5BDF375E" w14:textId="77777777" w:rsidR="000D50D7" w:rsidRPr="000D50D7" w:rsidRDefault="000D50D7" w:rsidP="000D50D7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Выпрыгивание у сетки (кол-во)</w:t>
            </w:r>
          </w:p>
        </w:tc>
        <w:tc>
          <w:tcPr>
            <w:tcW w:w="900" w:type="dxa"/>
          </w:tcPr>
          <w:p w14:paraId="1D5BEBE4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0D50D7">
              <w:rPr>
                <w:rFonts w:eastAsia="Calibri" w:cs="Times New Roman"/>
                <w:szCs w:val="24"/>
                <w:lang w:eastAsia="ru-RU"/>
              </w:rPr>
              <w:t>10</w:t>
            </w:r>
          </w:p>
        </w:tc>
        <w:tc>
          <w:tcPr>
            <w:tcW w:w="1040" w:type="dxa"/>
          </w:tcPr>
          <w:p w14:paraId="6A753C07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0D50D7">
              <w:rPr>
                <w:rFonts w:eastAsia="Calibri" w:cs="Times New Roman"/>
                <w:szCs w:val="24"/>
                <w:lang w:eastAsia="ru-RU"/>
              </w:rPr>
              <w:t>8</w:t>
            </w:r>
          </w:p>
        </w:tc>
        <w:tc>
          <w:tcPr>
            <w:tcW w:w="1307" w:type="dxa"/>
          </w:tcPr>
          <w:p w14:paraId="2E8CCD35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0D50D7">
              <w:rPr>
                <w:rFonts w:eastAsia="Calibri" w:cs="Times New Roman"/>
                <w:szCs w:val="24"/>
                <w:lang w:eastAsia="ru-RU"/>
              </w:rPr>
              <w:t>6</w:t>
            </w:r>
          </w:p>
        </w:tc>
        <w:tc>
          <w:tcPr>
            <w:tcW w:w="1308" w:type="dxa"/>
          </w:tcPr>
          <w:p w14:paraId="6AA93CF9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0D50D7">
              <w:rPr>
                <w:rFonts w:eastAsia="Calibri" w:cs="Times New Roman"/>
                <w:szCs w:val="24"/>
                <w:lang w:eastAsia="ru-RU"/>
              </w:rPr>
              <w:t>4</w:t>
            </w:r>
          </w:p>
        </w:tc>
        <w:tc>
          <w:tcPr>
            <w:tcW w:w="1308" w:type="dxa"/>
          </w:tcPr>
          <w:p w14:paraId="79950AAC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0D50D7">
              <w:rPr>
                <w:rFonts w:eastAsia="Calibri" w:cs="Times New Roman"/>
                <w:szCs w:val="24"/>
                <w:lang w:eastAsia="ru-RU"/>
              </w:rPr>
              <w:t>2</w:t>
            </w:r>
          </w:p>
        </w:tc>
      </w:tr>
      <w:tr w:rsidR="000D50D7" w:rsidRPr="000D50D7" w14:paraId="564D9CC7" w14:textId="77777777" w:rsidTr="00BC5EAF">
        <w:tc>
          <w:tcPr>
            <w:tcW w:w="1008" w:type="dxa"/>
          </w:tcPr>
          <w:p w14:paraId="2F248CF5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4</w:t>
            </w:r>
          </w:p>
        </w:tc>
        <w:tc>
          <w:tcPr>
            <w:tcW w:w="2700" w:type="dxa"/>
          </w:tcPr>
          <w:p w14:paraId="284061FB" w14:textId="77777777" w:rsidR="000D50D7" w:rsidRPr="000D50D7" w:rsidRDefault="000D50D7" w:rsidP="000D50D7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Подача мяча(кол-во)</w:t>
            </w:r>
          </w:p>
        </w:tc>
        <w:tc>
          <w:tcPr>
            <w:tcW w:w="900" w:type="dxa"/>
          </w:tcPr>
          <w:p w14:paraId="48FB9EE5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0D50D7">
              <w:rPr>
                <w:rFonts w:eastAsia="Calibri" w:cs="Times New Roman"/>
                <w:szCs w:val="24"/>
                <w:lang w:eastAsia="ru-RU"/>
              </w:rPr>
              <w:t>5</w:t>
            </w:r>
          </w:p>
        </w:tc>
        <w:tc>
          <w:tcPr>
            <w:tcW w:w="1040" w:type="dxa"/>
          </w:tcPr>
          <w:p w14:paraId="780B8051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0D50D7">
              <w:rPr>
                <w:rFonts w:eastAsia="Calibri" w:cs="Times New Roman"/>
                <w:szCs w:val="24"/>
                <w:lang w:eastAsia="ru-RU"/>
              </w:rPr>
              <w:t>4</w:t>
            </w:r>
          </w:p>
        </w:tc>
        <w:tc>
          <w:tcPr>
            <w:tcW w:w="1307" w:type="dxa"/>
          </w:tcPr>
          <w:p w14:paraId="6C46AE6A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0D50D7">
              <w:rPr>
                <w:rFonts w:eastAsia="Calibri" w:cs="Times New Roman"/>
                <w:szCs w:val="24"/>
                <w:lang w:eastAsia="ru-RU"/>
              </w:rPr>
              <w:t>3</w:t>
            </w:r>
          </w:p>
        </w:tc>
        <w:tc>
          <w:tcPr>
            <w:tcW w:w="1308" w:type="dxa"/>
          </w:tcPr>
          <w:p w14:paraId="6E9E169C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0D50D7">
              <w:rPr>
                <w:rFonts w:eastAsia="Calibri" w:cs="Times New Roman"/>
                <w:szCs w:val="24"/>
                <w:lang w:eastAsia="ru-RU"/>
              </w:rPr>
              <w:t>2</w:t>
            </w:r>
          </w:p>
        </w:tc>
        <w:tc>
          <w:tcPr>
            <w:tcW w:w="1308" w:type="dxa"/>
          </w:tcPr>
          <w:p w14:paraId="41D6537C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0D50D7">
              <w:rPr>
                <w:rFonts w:eastAsia="Calibri" w:cs="Times New Roman"/>
                <w:szCs w:val="24"/>
                <w:lang w:eastAsia="ru-RU"/>
              </w:rPr>
              <w:t>1</w:t>
            </w:r>
          </w:p>
        </w:tc>
      </w:tr>
      <w:tr w:rsidR="000D50D7" w:rsidRPr="000D50D7" w14:paraId="02D0D381" w14:textId="77777777" w:rsidTr="00BC5EAF">
        <w:tc>
          <w:tcPr>
            <w:tcW w:w="1008" w:type="dxa"/>
          </w:tcPr>
          <w:p w14:paraId="7A846B3C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5</w:t>
            </w:r>
          </w:p>
        </w:tc>
        <w:tc>
          <w:tcPr>
            <w:tcW w:w="2700" w:type="dxa"/>
          </w:tcPr>
          <w:p w14:paraId="4512E10C" w14:textId="47423CD8" w:rsidR="000D50D7" w:rsidRPr="000D50D7" w:rsidRDefault="000D50D7" w:rsidP="000D50D7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Подача мяча</w:t>
            </w:r>
            <w:r w:rsidR="000B04D5" w:rsidRPr="007C20F5">
              <w:rPr>
                <w:rFonts w:eastAsia="Calibri" w:cs="Times New Roman"/>
                <w:szCs w:val="24"/>
                <w:lang w:val="ru-RU" w:eastAsia="ru-RU"/>
              </w:rPr>
              <w:t>(кол-во)</w:t>
            </w:r>
          </w:p>
        </w:tc>
        <w:tc>
          <w:tcPr>
            <w:tcW w:w="900" w:type="dxa"/>
          </w:tcPr>
          <w:p w14:paraId="005053C4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0D50D7">
              <w:rPr>
                <w:rFonts w:eastAsia="Calibri" w:cs="Times New Roman"/>
                <w:szCs w:val="24"/>
                <w:lang w:eastAsia="ru-RU"/>
              </w:rPr>
              <w:t>5</w:t>
            </w:r>
          </w:p>
        </w:tc>
        <w:tc>
          <w:tcPr>
            <w:tcW w:w="1040" w:type="dxa"/>
          </w:tcPr>
          <w:p w14:paraId="24AA47D8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0D50D7">
              <w:rPr>
                <w:rFonts w:eastAsia="Calibri" w:cs="Times New Roman"/>
                <w:szCs w:val="24"/>
                <w:lang w:eastAsia="ru-RU"/>
              </w:rPr>
              <w:t>4</w:t>
            </w:r>
          </w:p>
        </w:tc>
        <w:tc>
          <w:tcPr>
            <w:tcW w:w="1307" w:type="dxa"/>
          </w:tcPr>
          <w:p w14:paraId="3392E171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0D50D7">
              <w:rPr>
                <w:rFonts w:eastAsia="Calibri" w:cs="Times New Roman"/>
                <w:szCs w:val="24"/>
                <w:lang w:eastAsia="ru-RU"/>
              </w:rPr>
              <w:t>3</w:t>
            </w:r>
          </w:p>
        </w:tc>
        <w:tc>
          <w:tcPr>
            <w:tcW w:w="1308" w:type="dxa"/>
          </w:tcPr>
          <w:p w14:paraId="24DF8837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0D50D7">
              <w:rPr>
                <w:rFonts w:eastAsia="Calibri" w:cs="Times New Roman"/>
                <w:szCs w:val="24"/>
                <w:lang w:eastAsia="ru-RU"/>
              </w:rPr>
              <w:t>2</w:t>
            </w:r>
          </w:p>
        </w:tc>
        <w:tc>
          <w:tcPr>
            <w:tcW w:w="1308" w:type="dxa"/>
          </w:tcPr>
          <w:p w14:paraId="2E79697E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0D50D7">
              <w:rPr>
                <w:rFonts w:eastAsia="Calibri" w:cs="Times New Roman"/>
                <w:szCs w:val="24"/>
                <w:lang w:eastAsia="ru-RU"/>
              </w:rPr>
              <w:t>1</w:t>
            </w:r>
          </w:p>
        </w:tc>
      </w:tr>
    </w:tbl>
    <w:p w14:paraId="204EAF57" w14:textId="77777777" w:rsidR="000D50D7" w:rsidRPr="000D50D7" w:rsidRDefault="000D50D7" w:rsidP="000D50D7">
      <w:pPr>
        <w:spacing w:line="240" w:lineRule="auto"/>
        <w:rPr>
          <w:rFonts w:eastAsia="Calibri" w:cs="Times New Roman"/>
          <w:szCs w:val="24"/>
          <w:lang w:val="ru-RU" w:eastAsia="ru-RU"/>
        </w:rPr>
      </w:pPr>
    </w:p>
    <w:p w14:paraId="05A96E49" w14:textId="77777777" w:rsidR="000D50D7" w:rsidRPr="000D50D7" w:rsidRDefault="000D50D7" w:rsidP="000D50D7">
      <w:pPr>
        <w:spacing w:line="240" w:lineRule="auto"/>
        <w:rPr>
          <w:rFonts w:eastAsia="Calibri" w:cs="Times New Roman"/>
          <w:b/>
          <w:szCs w:val="24"/>
          <w:lang w:val="ru-RU" w:eastAsia="ru-RU"/>
        </w:rPr>
      </w:pPr>
      <w:r w:rsidRPr="000D50D7">
        <w:rPr>
          <w:rFonts w:eastAsia="Calibri" w:cs="Times New Roman"/>
          <w:b/>
          <w:szCs w:val="24"/>
          <w:lang w:val="ru-RU" w:eastAsia="ru-RU"/>
        </w:rPr>
        <w:t>Волейбол (юноши)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2700"/>
        <w:gridCol w:w="900"/>
        <w:gridCol w:w="1040"/>
        <w:gridCol w:w="1307"/>
        <w:gridCol w:w="1308"/>
        <w:gridCol w:w="1308"/>
      </w:tblGrid>
      <w:tr w:rsidR="000D50D7" w:rsidRPr="000D50D7" w14:paraId="196EF98D" w14:textId="77777777" w:rsidTr="00BC5EAF">
        <w:tc>
          <w:tcPr>
            <w:tcW w:w="1008" w:type="dxa"/>
          </w:tcPr>
          <w:p w14:paraId="4FF88A2F" w14:textId="77777777" w:rsidR="000D50D7" w:rsidRPr="000D50D7" w:rsidRDefault="000D50D7" w:rsidP="000D50D7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№ п/п</w:t>
            </w:r>
          </w:p>
        </w:tc>
        <w:tc>
          <w:tcPr>
            <w:tcW w:w="2700" w:type="dxa"/>
          </w:tcPr>
          <w:p w14:paraId="0CDA189A" w14:textId="12599380" w:rsidR="000D50D7" w:rsidRPr="000D50D7" w:rsidRDefault="000D50D7" w:rsidP="000D50D7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Наименование тестов</w:t>
            </w:r>
            <w:r w:rsidR="000B04D5">
              <w:rPr>
                <w:rFonts w:eastAsia="Calibri" w:cs="Times New Roman"/>
                <w:szCs w:val="24"/>
                <w:lang w:val="ru-RU" w:eastAsia="ru-RU"/>
              </w:rPr>
              <w:t>/оценка</w:t>
            </w:r>
          </w:p>
        </w:tc>
        <w:tc>
          <w:tcPr>
            <w:tcW w:w="900" w:type="dxa"/>
          </w:tcPr>
          <w:p w14:paraId="25EE7229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b/>
                <w:szCs w:val="24"/>
                <w:lang w:val="ru-RU" w:eastAsia="ru-RU"/>
              </w:rPr>
              <w:t>5</w:t>
            </w:r>
          </w:p>
        </w:tc>
        <w:tc>
          <w:tcPr>
            <w:tcW w:w="1040" w:type="dxa"/>
          </w:tcPr>
          <w:p w14:paraId="479E5ACC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b/>
                <w:szCs w:val="24"/>
                <w:lang w:val="ru-RU" w:eastAsia="ru-RU"/>
              </w:rPr>
              <w:t>4</w:t>
            </w:r>
          </w:p>
        </w:tc>
        <w:tc>
          <w:tcPr>
            <w:tcW w:w="1307" w:type="dxa"/>
          </w:tcPr>
          <w:p w14:paraId="210E1E07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b/>
                <w:szCs w:val="24"/>
                <w:lang w:val="ru-RU" w:eastAsia="ru-RU"/>
              </w:rPr>
              <w:t>3</w:t>
            </w:r>
          </w:p>
        </w:tc>
        <w:tc>
          <w:tcPr>
            <w:tcW w:w="1308" w:type="dxa"/>
          </w:tcPr>
          <w:p w14:paraId="35A2A4D2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b/>
                <w:szCs w:val="24"/>
                <w:lang w:val="ru-RU" w:eastAsia="ru-RU"/>
              </w:rPr>
              <w:t>2</w:t>
            </w:r>
          </w:p>
        </w:tc>
        <w:tc>
          <w:tcPr>
            <w:tcW w:w="1308" w:type="dxa"/>
          </w:tcPr>
          <w:p w14:paraId="3B99E18F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b/>
                <w:szCs w:val="24"/>
                <w:lang w:val="ru-RU" w:eastAsia="ru-RU"/>
              </w:rPr>
              <w:t>1</w:t>
            </w:r>
          </w:p>
        </w:tc>
      </w:tr>
      <w:tr w:rsidR="000D50D7" w:rsidRPr="000D50D7" w14:paraId="72B291C9" w14:textId="77777777" w:rsidTr="00BC5EAF">
        <w:tc>
          <w:tcPr>
            <w:tcW w:w="1008" w:type="dxa"/>
          </w:tcPr>
          <w:p w14:paraId="51685E74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1</w:t>
            </w:r>
          </w:p>
        </w:tc>
        <w:tc>
          <w:tcPr>
            <w:tcW w:w="2700" w:type="dxa"/>
          </w:tcPr>
          <w:p w14:paraId="2BFC65E1" w14:textId="77777777" w:rsidR="000D50D7" w:rsidRPr="000D50D7" w:rsidRDefault="000D50D7" w:rsidP="000D50D7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Прыжок с места (см)</w:t>
            </w:r>
          </w:p>
        </w:tc>
        <w:tc>
          <w:tcPr>
            <w:tcW w:w="900" w:type="dxa"/>
          </w:tcPr>
          <w:p w14:paraId="0CDD2522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250</w:t>
            </w:r>
          </w:p>
        </w:tc>
        <w:tc>
          <w:tcPr>
            <w:tcW w:w="1040" w:type="dxa"/>
          </w:tcPr>
          <w:p w14:paraId="1AE64C44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240</w:t>
            </w:r>
          </w:p>
        </w:tc>
        <w:tc>
          <w:tcPr>
            <w:tcW w:w="1307" w:type="dxa"/>
          </w:tcPr>
          <w:p w14:paraId="1008880D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230</w:t>
            </w:r>
          </w:p>
        </w:tc>
        <w:tc>
          <w:tcPr>
            <w:tcW w:w="1308" w:type="dxa"/>
          </w:tcPr>
          <w:p w14:paraId="325808CE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223</w:t>
            </w:r>
          </w:p>
        </w:tc>
        <w:tc>
          <w:tcPr>
            <w:tcW w:w="1308" w:type="dxa"/>
          </w:tcPr>
          <w:p w14:paraId="76569582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215</w:t>
            </w:r>
          </w:p>
        </w:tc>
      </w:tr>
      <w:tr w:rsidR="000D50D7" w:rsidRPr="000D50D7" w14:paraId="17C3BF53" w14:textId="77777777" w:rsidTr="00BC5EAF">
        <w:tc>
          <w:tcPr>
            <w:tcW w:w="1008" w:type="dxa"/>
          </w:tcPr>
          <w:p w14:paraId="478FCC12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2</w:t>
            </w:r>
          </w:p>
        </w:tc>
        <w:tc>
          <w:tcPr>
            <w:tcW w:w="2700" w:type="dxa"/>
          </w:tcPr>
          <w:p w14:paraId="7294B8B6" w14:textId="532509C7" w:rsidR="000D50D7" w:rsidRPr="000D50D7" w:rsidRDefault="000D50D7" w:rsidP="000D50D7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Поднимание ног в висе до касания перекладины</w:t>
            </w:r>
            <w:r w:rsidR="000B04D5" w:rsidRPr="007C20F5">
              <w:rPr>
                <w:rFonts w:eastAsia="Calibri" w:cs="Times New Roman"/>
                <w:szCs w:val="24"/>
                <w:lang w:val="ru-RU" w:eastAsia="ru-RU"/>
              </w:rPr>
              <w:t>(кол-во)</w:t>
            </w:r>
          </w:p>
        </w:tc>
        <w:tc>
          <w:tcPr>
            <w:tcW w:w="900" w:type="dxa"/>
          </w:tcPr>
          <w:p w14:paraId="4E7F06B7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10</w:t>
            </w:r>
          </w:p>
        </w:tc>
        <w:tc>
          <w:tcPr>
            <w:tcW w:w="1040" w:type="dxa"/>
          </w:tcPr>
          <w:p w14:paraId="7A318A32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7</w:t>
            </w:r>
          </w:p>
        </w:tc>
        <w:tc>
          <w:tcPr>
            <w:tcW w:w="1307" w:type="dxa"/>
          </w:tcPr>
          <w:p w14:paraId="598F99B2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5</w:t>
            </w:r>
          </w:p>
        </w:tc>
        <w:tc>
          <w:tcPr>
            <w:tcW w:w="1308" w:type="dxa"/>
          </w:tcPr>
          <w:p w14:paraId="7508337A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3</w:t>
            </w:r>
          </w:p>
        </w:tc>
        <w:tc>
          <w:tcPr>
            <w:tcW w:w="1308" w:type="dxa"/>
          </w:tcPr>
          <w:p w14:paraId="56ABCC26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2</w:t>
            </w:r>
          </w:p>
        </w:tc>
      </w:tr>
      <w:tr w:rsidR="000D50D7" w:rsidRPr="000D50D7" w14:paraId="4B93134F" w14:textId="77777777" w:rsidTr="00BC5EAF">
        <w:tc>
          <w:tcPr>
            <w:tcW w:w="1008" w:type="dxa"/>
          </w:tcPr>
          <w:p w14:paraId="4B8F8DBF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3</w:t>
            </w:r>
          </w:p>
        </w:tc>
        <w:tc>
          <w:tcPr>
            <w:tcW w:w="2700" w:type="dxa"/>
          </w:tcPr>
          <w:p w14:paraId="5D3DB3DF" w14:textId="77777777" w:rsidR="000D50D7" w:rsidRPr="000D50D7" w:rsidRDefault="000D50D7" w:rsidP="000D50D7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Выпрыгивание у сетки (кол-во)</w:t>
            </w:r>
          </w:p>
        </w:tc>
        <w:tc>
          <w:tcPr>
            <w:tcW w:w="900" w:type="dxa"/>
          </w:tcPr>
          <w:p w14:paraId="232A69E6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15</w:t>
            </w:r>
          </w:p>
        </w:tc>
        <w:tc>
          <w:tcPr>
            <w:tcW w:w="1040" w:type="dxa"/>
          </w:tcPr>
          <w:p w14:paraId="2D2D6802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10</w:t>
            </w:r>
          </w:p>
        </w:tc>
        <w:tc>
          <w:tcPr>
            <w:tcW w:w="1307" w:type="dxa"/>
          </w:tcPr>
          <w:p w14:paraId="41FBEB32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8</w:t>
            </w:r>
          </w:p>
        </w:tc>
        <w:tc>
          <w:tcPr>
            <w:tcW w:w="1308" w:type="dxa"/>
          </w:tcPr>
          <w:p w14:paraId="787AA82A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6</w:t>
            </w:r>
          </w:p>
        </w:tc>
        <w:tc>
          <w:tcPr>
            <w:tcW w:w="1308" w:type="dxa"/>
          </w:tcPr>
          <w:p w14:paraId="14924CA5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4</w:t>
            </w:r>
          </w:p>
        </w:tc>
      </w:tr>
      <w:tr w:rsidR="000D50D7" w:rsidRPr="000D50D7" w14:paraId="508F7608" w14:textId="77777777" w:rsidTr="00BC5EAF">
        <w:tc>
          <w:tcPr>
            <w:tcW w:w="1008" w:type="dxa"/>
          </w:tcPr>
          <w:p w14:paraId="64588E78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lastRenderedPageBreak/>
              <w:t>4</w:t>
            </w:r>
          </w:p>
        </w:tc>
        <w:tc>
          <w:tcPr>
            <w:tcW w:w="2700" w:type="dxa"/>
          </w:tcPr>
          <w:p w14:paraId="345E8A74" w14:textId="77777777" w:rsidR="000D50D7" w:rsidRPr="000D50D7" w:rsidRDefault="000D50D7" w:rsidP="000D50D7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Подача мяча(кол-во)</w:t>
            </w:r>
          </w:p>
        </w:tc>
        <w:tc>
          <w:tcPr>
            <w:tcW w:w="900" w:type="dxa"/>
          </w:tcPr>
          <w:p w14:paraId="29F25D75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6</w:t>
            </w:r>
          </w:p>
        </w:tc>
        <w:tc>
          <w:tcPr>
            <w:tcW w:w="1040" w:type="dxa"/>
          </w:tcPr>
          <w:p w14:paraId="51F818C3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5</w:t>
            </w:r>
          </w:p>
        </w:tc>
        <w:tc>
          <w:tcPr>
            <w:tcW w:w="1307" w:type="dxa"/>
          </w:tcPr>
          <w:p w14:paraId="35DAC0B7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4</w:t>
            </w:r>
          </w:p>
        </w:tc>
        <w:tc>
          <w:tcPr>
            <w:tcW w:w="1308" w:type="dxa"/>
          </w:tcPr>
          <w:p w14:paraId="241FF816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3</w:t>
            </w:r>
          </w:p>
        </w:tc>
        <w:tc>
          <w:tcPr>
            <w:tcW w:w="1308" w:type="dxa"/>
          </w:tcPr>
          <w:p w14:paraId="797D2208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2</w:t>
            </w:r>
          </w:p>
        </w:tc>
      </w:tr>
      <w:tr w:rsidR="000D50D7" w:rsidRPr="000D50D7" w14:paraId="28DBCE86" w14:textId="77777777" w:rsidTr="00BC5EAF">
        <w:tc>
          <w:tcPr>
            <w:tcW w:w="1008" w:type="dxa"/>
          </w:tcPr>
          <w:p w14:paraId="2AAFE4C1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5</w:t>
            </w:r>
          </w:p>
        </w:tc>
        <w:tc>
          <w:tcPr>
            <w:tcW w:w="2700" w:type="dxa"/>
          </w:tcPr>
          <w:p w14:paraId="38E77D68" w14:textId="4EF4F2EE" w:rsidR="000D50D7" w:rsidRPr="000D50D7" w:rsidRDefault="000D50D7" w:rsidP="000D50D7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Подача мяча</w:t>
            </w:r>
            <w:r w:rsidR="000B04D5" w:rsidRPr="007C20F5">
              <w:rPr>
                <w:rFonts w:eastAsia="Calibri" w:cs="Times New Roman"/>
                <w:szCs w:val="24"/>
                <w:lang w:val="ru-RU" w:eastAsia="ru-RU"/>
              </w:rPr>
              <w:t>(кол-во)</w:t>
            </w:r>
          </w:p>
        </w:tc>
        <w:tc>
          <w:tcPr>
            <w:tcW w:w="900" w:type="dxa"/>
          </w:tcPr>
          <w:p w14:paraId="23C2C896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8</w:t>
            </w:r>
          </w:p>
        </w:tc>
        <w:tc>
          <w:tcPr>
            <w:tcW w:w="1040" w:type="dxa"/>
          </w:tcPr>
          <w:p w14:paraId="0295F91D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7</w:t>
            </w:r>
          </w:p>
        </w:tc>
        <w:tc>
          <w:tcPr>
            <w:tcW w:w="1307" w:type="dxa"/>
          </w:tcPr>
          <w:p w14:paraId="4E82801C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6</w:t>
            </w:r>
          </w:p>
        </w:tc>
        <w:tc>
          <w:tcPr>
            <w:tcW w:w="1308" w:type="dxa"/>
          </w:tcPr>
          <w:p w14:paraId="7F79A350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5</w:t>
            </w:r>
          </w:p>
        </w:tc>
        <w:tc>
          <w:tcPr>
            <w:tcW w:w="1308" w:type="dxa"/>
          </w:tcPr>
          <w:p w14:paraId="787B2F8B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4</w:t>
            </w:r>
          </w:p>
        </w:tc>
      </w:tr>
    </w:tbl>
    <w:p w14:paraId="138EBB3B" w14:textId="77777777" w:rsidR="000D50D7" w:rsidRPr="000D50D7" w:rsidRDefault="000D50D7" w:rsidP="000D50D7">
      <w:pPr>
        <w:spacing w:line="240" w:lineRule="auto"/>
        <w:rPr>
          <w:rFonts w:eastAsia="Calibri" w:cs="Times New Roman"/>
          <w:szCs w:val="24"/>
          <w:lang w:val="ru-RU" w:eastAsia="ru-RU"/>
        </w:rPr>
      </w:pPr>
    </w:p>
    <w:p w14:paraId="65B18406" w14:textId="77777777" w:rsidR="000D50D7" w:rsidRPr="000D50D7" w:rsidRDefault="000D50D7" w:rsidP="000D50D7">
      <w:pPr>
        <w:spacing w:line="240" w:lineRule="auto"/>
        <w:rPr>
          <w:rFonts w:eastAsia="Calibri" w:cs="Times New Roman"/>
          <w:b/>
          <w:szCs w:val="24"/>
          <w:lang w:val="ru-RU" w:eastAsia="ru-RU"/>
        </w:rPr>
      </w:pPr>
      <w:r w:rsidRPr="000D50D7">
        <w:rPr>
          <w:rFonts w:eastAsia="Calibri" w:cs="Times New Roman"/>
          <w:b/>
          <w:szCs w:val="24"/>
          <w:lang w:val="ru-RU" w:eastAsia="ru-RU"/>
        </w:rPr>
        <w:t>Баскетбол (девушки)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2700"/>
        <w:gridCol w:w="900"/>
        <w:gridCol w:w="1040"/>
        <w:gridCol w:w="1307"/>
        <w:gridCol w:w="1308"/>
        <w:gridCol w:w="1308"/>
      </w:tblGrid>
      <w:tr w:rsidR="000D50D7" w:rsidRPr="000D50D7" w14:paraId="138336AB" w14:textId="77777777" w:rsidTr="00BC5EAF">
        <w:tc>
          <w:tcPr>
            <w:tcW w:w="1008" w:type="dxa"/>
          </w:tcPr>
          <w:p w14:paraId="6622BFDB" w14:textId="77777777" w:rsidR="000D50D7" w:rsidRPr="000D50D7" w:rsidRDefault="000D50D7" w:rsidP="000D50D7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№ п/п</w:t>
            </w:r>
          </w:p>
        </w:tc>
        <w:tc>
          <w:tcPr>
            <w:tcW w:w="2700" w:type="dxa"/>
          </w:tcPr>
          <w:p w14:paraId="5E27210E" w14:textId="117C62E7" w:rsidR="000D50D7" w:rsidRPr="000D50D7" w:rsidRDefault="000D50D7" w:rsidP="000D50D7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Наименование тестов</w:t>
            </w:r>
            <w:r w:rsidR="000B04D5">
              <w:rPr>
                <w:rFonts w:eastAsia="Calibri" w:cs="Times New Roman"/>
                <w:szCs w:val="24"/>
                <w:lang w:val="ru-RU" w:eastAsia="ru-RU"/>
              </w:rPr>
              <w:t>/оценка</w:t>
            </w:r>
          </w:p>
        </w:tc>
        <w:tc>
          <w:tcPr>
            <w:tcW w:w="900" w:type="dxa"/>
          </w:tcPr>
          <w:p w14:paraId="1E2BF087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b/>
                <w:szCs w:val="24"/>
                <w:lang w:val="ru-RU" w:eastAsia="ru-RU"/>
              </w:rPr>
              <w:t>5</w:t>
            </w:r>
          </w:p>
        </w:tc>
        <w:tc>
          <w:tcPr>
            <w:tcW w:w="1040" w:type="dxa"/>
          </w:tcPr>
          <w:p w14:paraId="16B727BD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b/>
                <w:szCs w:val="24"/>
                <w:lang w:val="ru-RU" w:eastAsia="ru-RU"/>
              </w:rPr>
              <w:t>4</w:t>
            </w:r>
          </w:p>
        </w:tc>
        <w:tc>
          <w:tcPr>
            <w:tcW w:w="1307" w:type="dxa"/>
          </w:tcPr>
          <w:p w14:paraId="0B7C3616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b/>
                <w:szCs w:val="24"/>
                <w:lang w:val="ru-RU" w:eastAsia="ru-RU"/>
              </w:rPr>
              <w:t>3</w:t>
            </w:r>
          </w:p>
        </w:tc>
        <w:tc>
          <w:tcPr>
            <w:tcW w:w="1308" w:type="dxa"/>
          </w:tcPr>
          <w:p w14:paraId="373394DA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b/>
                <w:szCs w:val="24"/>
                <w:lang w:val="ru-RU" w:eastAsia="ru-RU"/>
              </w:rPr>
              <w:t>2</w:t>
            </w:r>
          </w:p>
        </w:tc>
        <w:tc>
          <w:tcPr>
            <w:tcW w:w="1308" w:type="dxa"/>
          </w:tcPr>
          <w:p w14:paraId="50E24523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b/>
                <w:szCs w:val="24"/>
                <w:lang w:val="ru-RU" w:eastAsia="ru-RU"/>
              </w:rPr>
              <w:t>1</w:t>
            </w:r>
          </w:p>
        </w:tc>
      </w:tr>
      <w:tr w:rsidR="000D50D7" w:rsidRPr="000D50D7" w14:paraId="2A76CD5A" w14:textId="77777777" w:rsidTr="00BC5EAF">
        <w:tc>
          <w:tcPr>
            <w:tcW w:w="1008" w:type="dxa"/>
          </w:tcPr>
          <w:p w14:paraId="2BD507A1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1</w:t>
            </w:r>
          </w:p>
        </w:tc>
        <w:tc>
          <w:tcPr>
            <w:tcW w:w="2700" w:type="dxa"/>
          </w:tcPr>
          <w:p w14:paraId="2692663C" w14:textId="77777777" w:rsidR="000D50D7" w:rsidRPr="000D50D7" w:rsidRDefault="000D50D7" w:rsidP="000D50D7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Прыжок с места (см)</w:t>
            </w:r>
          </w:p>
        </w:tc>
        <w:tc>
          <w:tcPr>
            <w:tcW w:w="900" w:type="dxa"/>
          </w:tcPr>
          <w:p w14:paraId="5968CEDB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190</w:t>
            </w:r>
          </w:p>
        </w:tc>
        <w:tc>
          <w:tcPr>
            <w:tcW w:w="1040" w:type="dxa"/>
          </w:tcPr>
          <w:p w14:paraId="24D49734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180</w:t>
            </w:r>
          </w:p>
        </w:tc>
        <w:tc>
          <w:tcPr>
            <w:tcW w:w="1307" w:type="dxa"/>
          </w:tcPr>
          <w:p w14:paraId="0AB97219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168</w:t>
            </w:r>
          </w:p>
        </w:tc>
        <w:tc>
          <w:tcPr>
            <w:tcW w:w="1308" w:type="dxa"/>
          </w:tcPr>
          <w:p w14:paraId="075AD226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160</w:t>
            </w:r>
          </w:p>
        </w:tc>
        <w:tc>
          <w:tcPr>
            <w:tcW w:w="1308" w:type="dxa"/>
          </w:tcPr>
          <w:p w14:paraId="423C9D99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150</w:t>
            </w:r>
          </w:p>
        </w:tc>
      </w:tr>
      <w:tr w:rsidR="000D50D7" w:rsidRPr="000D50D7" w14:paraId="73937478" w14:textId="77777777" w:rsidTr="00BC5EAF">
        <w:tc>
          <w:tcPr>
            <w:tcW w:w="1008" w:type="dxa"/>
          </w:tcPr>
          <w:p w14:paraId="2AB0B636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2</w:t>
            </w:r>
          </w:p>
        </w:tc>
        <w:tc>
          <w:tcPr>
            <w:tcW w:w="2700" w:type="dxa"/>
          </w:tcPr>
          <w:p w14:paraId="584AF827" w14:textId="261873EC" w:rsidR="000D50D7" w:rsidRPr="000D50D7" w:rsidRDefault="000D50D7" w:rsidP="000D50D7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Приседание на одной ноге</w:t>
            </w:r>
            <w:r w:rsidR="000B04D5" w:rsidRPr="007C20F5">
              <w:rPr>
                <w:rFonts w:eastAsia="Calibri" w:cs="Times New Roman"/>
                <w:szCs w:val="24"/>
                <w:lang w:val="ru-RU" w:eastAsia="ru-RU"/>
              </w:rPr>
              <w:t>(кол-во)</w:t>
            </w:r>
          </w:p>
        </w:tc>
        <w:tc>
          <w:tcPr>
            <w:tcW w:w="900" w:type="dxa"/>
          </w:tcPr>
          <w:p w14:paraId="4F1ED565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0D50D7">
              <w:rPr>
                <w:rFonts w:eastAsia="Calibri" w:cs="Times New Roman"/>
                <w:szCs w:val="24"/>
                <w:lang w:eastAsia="ru-RU"/>
              </w:rPr>
              <w:t>12</w:t>
            </w:r>
          </w:p>
        </w:tc>
        <w:tc>
          <w:tcPr>
            <w:tcW w:w="1040" w:type="dxa"/>
          </w:tcPr>
          <w:p w14:paraId="6CED6CBD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0D50D7">
              <w:rPr>
                <w:rFonts w:eastAsia="Calibri" w:cs="Times New Roman"/>
                <w:szCs w:val="24"/>
                <w:lang w:eastAsia="ru-RU"/>
              </w:rPr>
              <w:t>10</w:t>
            </w:r>
          </w:p>
        </w:tc>
        <w:tc>
          <w:tcPr>
            <w:tcW w:w="1307" w:type="dxa"/>
          </w:tcPr>
          <w:p w14:paraId="6B7181D3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0D50D7">
              <w:rPr>
                <w:rFonts w:eastAsia="Calibri" w:cs="Times New Roman"/>
                <w:szCs w:val="24"/>
                <w:lang w:eastAsia="ru-RU"/>
              </w:rPr>
              <w:t>8</w:t>
            </w:r>
          </w:p>
        </w:tc>
        <w:tc>
          <w:tcPr>
            <w:tcW w:w="1308" w:type="dxa"/>
          </w:tcPr>
          <w:p w14:paraId="7C8E5C88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0D50D7">
              <w:rPr>
                <w:rFonts w:eastAsia="Calibri" w:cs="Times New Roman"/>
                <w:szCs w:val="24"/>
                <w:lang w:eastAsia="ru-RU"/>
              </w:rPr>
              <w:t>6</w:t>
            </w:r>
          </w:p>
        </w:tc>
        <w:tc>
          <w:tcPr>
            <w:tcW w:w="1308" w:type="dxa"/>
          </w:tcPr>
          <w:p w14:paraId="7C80C85C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0D50D7">
              <w:rPr>
                <w:rFonts w:eastAsia="Calibri" w:cs="Times New Roman"/>
                <w:szCs w:val="24"/>
                <w:lang w:eastAsia="ru-RU"/>
              </w:rPr>
              <w:t>4</w:t>
            </w:r>
          </w:p>
        </w:tc>
      </w:tr>
      <w:tr w:rsidR="000D50D7" w:rsidRPr="000D50D7" w14:paraId="1299065B" w14:textId="77777777" w:rsidTr="00BC5EAF">
        <w:tc>
          <w:tcPr>
            <w:tcW w:w="1008" w:type="dxa"/>
          </w:tcPr>
          <w:p w14:paraId="7AE813F4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3</w:t>
            </w:r>
          </w:p>
        </w:tc>
        <w:tc>
          <w:tcPr>
            <w:tcW w:w="2700" w:type="dxa"/>
          </w:tcPr>
          <w:p w14:paraId="34527B4A" w14:textId="1323E7F3" w:rsidR="000D50D7" w:rsidRPr="000D50D7" w:rsidRDefault="000D50D7" w:rsidP="000D50D7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Штрафной бросок в кольцо</w:t>
            </w:r>
            <w:r w:rsidR="000B04D5" w:rsidRPr="007C20F5">
              <w:rPr>
                <w:rFonts w:eastAsia="Calibri" w:cs="Times New Roman"/>
                <w:szCs w:val="24"/>
                <w:lang w:val="ru-RU" w:eastAsia="ru-RU"/>
              </w:rPr>
              <w:t>(кол-во)</w:t>
            </w:r>
          </w:p>
        </w:tc>
        <w:tc>
          <w:tcPr>
            <w:tcW w:w="900" w:type="dxa"/>
          </w:tcPr>
          <w:p w14:paraId="5B50A544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4</w:t>
            </w:r>
          </w:p>
        </w:tc>
        <w:tc>
          <w:tcPr>
            <w:tcW w:w="1040" w:type="dxa"/>
          </w:tcPr>
          <w:p w14:paraId="3FE1044F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3</w:t>
            </w:r>
          </w:p>
        </w:tc>
        <w:tc>
          <w:tcPr>
            <w:tcW w:w="1307" w:type="dxa"/>
          </w:tcPr>
          <w:p w14:paraId="366F260A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2</w:t>
            </w:r>
          </w:p>
        </w:tc>
        <w:tc>
          <w:tcPr>
            <w:tcW w:w="1308" w:type="dxa"/>
          </w:tcPr>
          <w:p w14:paraId="61131137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1</w:t>
            </w:r>
          </w:p>
        </w:tc>
        <w:tc>
          <w:tcPr>
            <w:tcW w:w="1308" w:type="dxa"/>
          </w:tcPr>
          <w:p w14:paraId="3388650A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0</w:t>
            </w:r>
          </w:p>
        </w:tc>
      </w:tr>
      <w:tr w:rsidR="000D50D7" w:rsidRPr="000D50D7" w14:paraId="503C13A4" w14:textId="77777777" w:rsidTr="00BC5EAF">
        <w:tc>
          <w:tcPr>
            <w:tcW w:w="1008" w:type="dxa"/>
          </w:tcPr>
          <w:p w14:paraId="13957CBF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4</w:t>
            </w:r>
          </w:p>
        </w:tc>
        <w:tc>
          <w:tcPr>
            <w:tcW w:w="2700" w:type="dxa"/>
          </w:tcPr>
          <w:p w14:paraId="68DF5AE4" w14:textId="63860621" w:rsidR="000D50D7" w:rsidRPr="000D50D7" w:rsidRDefault="000D50D7" w:rsidP="000D50D7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 xml:space="preserve">Ведение </w:t>
            </w:r>
            <w:proofErr w:type="gramStart"/>
            <w:r w:rsidRPr="000D50D7">
              <w:rPr>
                <w:rFonts w:eastAsia="Calibri" w:cs="Times New Roman"/>
                <w:szCs w:val="24"/>
                <w:lang w:val="ru-RU" w:eastAsia="ru-RU"/>
              </w:rPr>
              <w:t>мяча ,два</w:t>
            </w:r>
            <w:proofErr w:type="gramEnd"/>
            <w:r w:rsidRPr="000D50D7">
              <w:rPr>
                <w:rFonts w:eastAsia="Calibri" w:cs="Times New Roman"/>
                <w:szCs w:val="24"/>
                <w:lang w:val="ru-RU" w:eastAsia="ru-RU"/>
              </w:rPr>
              <w:t xml:space="preserve"> </w:t>
            </w:r>
            <w:proofErr w:type="spellStart"/>
            <w:r w:rsidRPr="000D50D7">
              <w:rPr>
                <w:rFonts w:eastAsia="Calibri" w:cs="Times New Roman"/>
                <w:szCs w:val="24"/>
                <w:lang w:val="ru-RU" w:eastAsia="ru-RU"/>
              </w:rPr>
              <w:t>шага,бросок</w:t>
            </w:r>
            <w:proofErr w:type="spellEnd"/>
            <w:r w:rsidR="000B04D5" w:rsidRPr="007C20F5">
              <w:rPr>
                <w:rFonts w:eastAsia="Calibri" w:cs="Times New Roman"/>
                <w:szCs w:val="24"/>
                <w:lang w:val="ru-RU" w:eastAsia="ru-RU"/>
              </w:rPr>
              <w:t>(кол-во)</w:t>
            </w:r>
          </w:p>
        </w:tc>
        <w:tc>
          <w:tcPr>
            <w:tcW w:w="900" w:type="dxa"/>
          </w:tcPr>
          <w:p w14:paraId="5BAEBCCF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0D50D7">
              <w:rPr>
                <w:rFonts w:eastAsia="Calibri" w:cs="Times New Roman"/>
                <w:szCs w:val="24"/>
                <w:lang w:eastAsia="ru-RU"/>
              </w:rPr>
              <w:t>5</w:t>
            </w:r>
          </w:p>
        </w:tc>
        <w:tc>
          <w:tcPr>
            <w:tcW w:w="1040" w:type="dxa"/>
          </w:tcPr>
          <w:p w14:paraId="598E4530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0D50D7">
              <w:rPr>
                <w:rFonts w:eastAsia="Calibri" w:cs="Times New Roman"/>
                <w:szCs w:val="24"/>
                <w:lang w:eastAsia="ru-RU"/>
              </w:rPr>
              <w:t>4</w:t>
            </w:r>
          </w:p>
        </w:tc>
        <w:tc>
          <w:tcPr>
            <w:tcW w:w="1307" w:type="dxa"/>
          </w:tcPr>
          <w:p w14:paraId="4201232C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0D50D7">
              <w:rPr>
                <w:rFonts w:eastAsia="Calibri" w:cs="Times New Roman"/>
                <w:szCs w:val="24"/>
                <w:lang w:eastAsia="ru-RU"/>
              </w:rPr>
              <w:t>3</w:t>
            </w:r>
          </w:p>
        </w:tc>
        <w:tc>
          <w:tcPr>
            <w:tcW w:w="1308" w:type="dxa"/>
          </w:tcPr>
          <w:p w14:paraId="40AF1591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0D50D7">
              <w:rPr>
                <w:rFonts w:eastAsia="Calibri" w:cs="Times New Roman"/>
                <w:szCs w:val="24"/>
                <w:lang w:eastAsia="ru-RU"/>
              </w:rPr>
              <w:t>2</w:t>
            </w:r>
          </w:p>
        </w:tc>
        <w:tc>
          <w:tcPr>
            <w:tcW w:w="1308" w:type="dxa"/>
          </w:tcPr>
          <w:p w14:paraId="17DB3990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0D50D7">
              <w:rPr>
                <w:rFonts w:eastAsia="Calibri" w:cs="Times New Roman"/>
                <w:szCs w:val="24"/>
                <w:lang w:eastAsia="ru-RU"/>
              </w:rPr>
              <w:t>1</w:t>
            </w:r>
          </w:p>
        </w:tc>
      </w:tr>
    </w:tbl>
    <w:p w14:paraId="2BCA5B9D" w14:textId="77777777" w:rsidR="000D50D7" w:rsidRPr="000D50D7" w:rsidRDefault="000D50D7" w:rsidP="000D50D7">
      <w:pPr>
        <w:spacing w:line="240" w:lineRule="auto"/>
        <w:rPr>
          <w:rFonts w:eastAsia="Calibri" w:cs="Times New Roman"/>
          <w:szCs w:val="24"/>
          <w:lang w:val="ru-RU" w:eastAsia="ru-RU"/>
        </w:rPr>
      </w:pPr>
    </w:p>
    <w:p w14:paraId="0D295222" w14:textId="77777777" w:rsidR="000D50D7" w:rsidRPr="000D50D7" w:rsidRDefault="000D50D7" w:rsidP="000D50D7">
      <w:pPr>
        <w:spacing w:line="240" w:lineRule="auto"/>
        <w:rPr>
          <w:rFonts w:eastAsia="Calibri" w:cs="Times New Roman"/>
          <w:b/>
          <w:szCs w:val="24"/>
          <w:lang w:val="ru-RU" w:eastAsia="ru-RU"/>
        </w:rPr>
      </w:pPr>
      <w:r w:rsidRPr="000D50D7">
        <w:rPr>
          <w:rFonts w:eastAsia="Calibri" w:cs="Times New Roman"/>
          <w:b/>
          <w:szCs w:val="24"/>
          <w:lang w:val="ru-RU" w:eastAsia="ru-RU"/>
        </w:rPr>
        <w:t>Баскетбол (юноши)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2700"/>
        <w:gridCol w:w="900"/>
        <w:gridCol w:w="1040"/>
        <w:gridCol w:w="1307"/>
        <w:gridCol w:w="1308"/>
        <w:gridCol w:w="1308"/>
      </w:tblGrid>
      <w:tr w:rsidR="000D50D7" w:rsidRPr="000D50D7" w14:paraId="684EC28F" w14:textId="77777777" w:rsidTr="00BC5EAF">
        <w:tc>
          <w:tcPr>
            <w:tcW w:w="1008" w:type="dxa"/>
          </w:tcPr>
          <w:p w14:paraId="05408965" w14:textId="77777777" w:rsidR="000D50D7" w:rsidRPr="000D50D7" w:rsidRDefault="000D50D7" w:rsidP="000D50D7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№ п/п</w:t>
            </w:r>
          </w:p>
        </w:tc>
        <w:tc>
          <w:tcPr>
            <w:tcW w:w="2700" w:type="dxa"/>
          </w:tcPr>
          <w:p w14:paraId="17E38D29" w14:textId="6BEB03BE" w:rsidR="000D50D7" w:rsidRPr="000D50D7" w:rsidRDefault="000D50D7" w:rsidP="000D50D7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Наименование тестов</w:t>
            </w:r>
            <w:r w:rsidR="000B04D5">
              <w:rPr>
                <w:rFonts w:eastAsia="Calibri" w:cs="Times New Roman"/>
                <w:szCs w:val="24"/>
                <w:lang w:val="ru-RU" w:eastAsia="ru-RU"/>
              </w:rPr>
              <w:t>/оценка</w:t>
            </w:r>
          </w:p>
        </w:tc>
        <w:tc>
          <w:tcPr>
            <w:tcW w:w="900" w:type="dxa"/>
          </w:tcPr>
          <w:p w14:paraId="0FAB0A7B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b/>
                <w:szCs w:val="24"/>
                <w:lang w:val="ru-RU" w:eastAsia="ru-RU"/>
              </w:rPr>
              <w:t>5</w:t>
            </w:r>
          </w:p>
        </w:tc>
        <w:tc>
          <w:tcPr>
            <w:tcW w:w="1040" w:type="dxa"/>
          </w:tcPr>
          <w:p w14:paraId="2FBDC715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b/>
                <w:szCs w:val="24"/>
                <w:lang w:val="ru-RU" w:eastAsia="ru-RU"/>
              </w:rPr>
              <w:t>4</w:t>
            </w:r>
          </w:p>
        </w:tc>
        <w:tc>
          <w:tcPr>
            <w:tcW w:w="1307" w:type="dxa"/>
          </w:tcPr>
          <w:p w14:paraId="1E8B4586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b/>
                <w:szCs w:val="24"/>
                <w:lang w:val="ru-RU" w:eastAsia="ru-RU"/>
              </w:rPr>
              <w:t>3</w:t>
            </w:r>
          </w:p>
        </w:tc>
        <w:tc>
          <w:tcPr>
            <w:tcW w:w="1308" w:type="dxa"/>
          </w:tcPr>
          <w:p w14:paraId="5FF6F7CD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b/>
                <w:szCs w:val="24"/>
                <w:lang w:val="ru-RU" w:eastAsia="ru-RU"/>
              </w:rPr>
              <w:t>2</w:t>
            </w:r>
          </w:p>
        </w:tc>
        <w:tc>
          <w:tcPr>
            <w:tcW w:w="1308" w:type="dxa"/>
          </w:tcPr>
          <w:p w14:paraId="208D5050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b/>
                <w:szCs w:val="24"/>
                <w:lang w:val="ru-RU" w:eastAsia="ru-RU"/>
              </w:rPr>
              <w:t>1</w:t>
            </w:r>
          </w:p>
        </w:tc>
      </w:tr>
      <w:tr w:rsidR="000D50D7" w:rsidRPr="000D50D7" w14:paraId="2012F1A6" w14:textId="77777777" w:rsidTr="00BC5EAF">
        <w:tc>
          <w:tcPr>
            <w:tcW w:w="1008" w:type="dxa"/>
          </w:tcPr>
          <w:p w14:paraId="308ADC50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1</w:t>
            </w:r>
          </w:p>
        </w:tc>
        <w:tc>
          <w:tcPr>
            <w:tcW w:w="2700" w:type="dxa"/>
          </w:tcPr>
          <w:p w14:paraId="5A32C646" w14:textId="77777777" w:rsidR="000D50D7" w:rsidRPr="000D50D7" w:rsidRDefault="000D50D7" w:rsidP="000D50D7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Прыжок с места (см)</w:t>
            </w:r>
          </w:p>
        </w:tc>
        <w:tc>
          <w:tcPr>
            <w:tcW w:w="900" w:type="dxa"/>
          </w:tcPr>
          <w:p w14:paraId="68ED43C5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250</w:t>
            </w:r>
          </w:p>
        </w:tc>
        <w:tc>
          <w:tcPr>
            <w:tcW w:w="1040" w:type="dxa"/>
          </w:tcPr>
          <w:p w14:paraId="714DBC52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240</w:t>
            </w:r>
          </w:p>
        </w:tc>
        <w:tc>
          <w:tcPr>
            <w:tcW w:w="1307" w:type="dxa"/>
          </w:tcPr>
          <w:p w14:paraId="4E3E9B3C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230</w:t>
            </w:r>
          </w:p>
        </w:tc>
        <w:tc>
          <w:tcPr>
            <w:tcW w:w="1308" w:type="dxa"/>
          </w:tcPr>
          <w:p w14:paraId="52D639F7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223</w:t>
            </w:r>
          </w:p>
        </w:tc>
        <w:tc>
          <w:tcPr>
            <w:tcW w:w="1308" w:type="dxa"/>
          </w:tcPr>
          <w:p w14:paraId="7F7AAB84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215</w:t>
            </w:r>
          </w:p>
        </w:tc>
      </w:tr>
      <w:tr w:rsidR="000D50D7" w:rsidRPr="000D50D7" w14:paraId="5FBD3D33" w14:textId="77777777" w:rsidTr="00BC5EAF">
        <w:tc>
          <w:tcPr>
            <w:tcW w:w="1008" w:type="dxa"/>
          </w:tcPr>
          <w:p w14:paraId="11CD292D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2</w:t>
            </w:r>
          </w:p>
        </w:tc>
        <w:tc>
          <w:tcPr>
            <w:tcW w:w="2700" w:type="dxa"/>
          </w:tcPr>
          <w:p w14:paraId="06B15BD9" w14:textId="27A60A50" w:rsidR="000D50D7" w:rsidRPr="000D50D7" w:rsidRDefault="000D50D7" w:rsidP="000D50D7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Приседание на одной ноге</w:t>
            </w:r>
            <w:r w:rsidR="000B04D5" w:rsidRPr="007C20F5">
              <w:rPr>
                <w:rFonts w:eastAsia="Calibri" w:cs="Times New Roman"/>
                <w:szCs w:val="24"/>
                <w:lang w:val="ru-RU" w:eastAsia="ru-RU"/>
              </w:rPr>
              <w:t>(кол-во)</w:t>
            </w:r>
          </w:p>
        </w:tc>
        <w:tc>
          <w:tcPr>
            <w:tcW w:w="900" w:type="dxa"/>
          </w:tcPr>
          <w:p w14:paraId="5D1D45A8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10</w:t>
            </w:r>
          </w:p>
        </w:tc>
        <w:tc>
          <w:tcPr>
            <w:tcW w:w="1040" w:type="dxa"/>
          </w:tcPr>
          <w:p w14:paraId="47063637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7</w:t>
            </w:r>
          </w:p>
        </w:tc>
        <w:tc>
          <w:tcPr>
            <w:tcW w:w="1307" w:type="dxa"/>
          </w:tcPr>
          <w:p w14:paraId="545AC34E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5</w:t>
            </w:r>
          </w:p>
        </w:tc>
        <w:tc>
          <w:tcPr>
            <w:tcW w:w="1308" w:type="dxa"/>
          </w:tcPr>
          <w:p w14:paraId="390373AF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3</w:t>
            </w:r>
          </w:p>
        </w:tc>
        <w:tc>
          <w:tcPr>
            <w:tcW w:w="1308" w:type="dxa"/>
          </w:tcPr>
          <w:p w14:paraId="5479CD13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2</w:t>
            </w:r>
          </w:p>
        </w:tc>
      </w:tr>
      <w:tr w:rsidR="000D50D7" w:rsidRPr="000D50D7" w14:paraId="3BEBE408" w14:textId="77777777" w:rsidTr="00BC5EAF">
        <w:tc>
          <w:tcPr>
            <w:tcW w:w="1008" w:type="dxa"/>
          </w:tcPr>
          <w:p w14:paraId="79E1AB8F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3</w:t>
            </w:r>
          </w:p>
        </w:tc>
        <w:tc>
          <w:tcPr>
            <w:tcW w:w="2700" w:type="dxa"/>
          </w:tcPr>
          <w:p w14:paraId="617F8B94" w14:textId="27E66F3D" w:rsidR="000D50D7" w:rsidRPr="000D50D7" w:rsidRDefault="000D50D7" w:rsidP="000D50D7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Штрафной бросок в кольцо</w:t>
            </w:r>
            <w:r w:rsidR="000B04D5" w:rsidRPr="007C20F5">
              <w:rPr>
                <w:rFonts w:eastAsia="Calibri" w:cs="Times New Roman"/>
                <w:szCs w:val="24"/>
                <w:lang w:val="ru-RU" w:eastAsia="ru-RU"/>
              </w:rPr>
              <w:t>(кол-во)</w:t>
            </w:r>
          </w:p>
        </w:tc>
        <w:tc>
          <w:tcPr>
            <w:tcW w:w="900" w:type="dxa"/>
          </w:tcPr>
          <w:p w14:paraId="751A85B4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0D50D7">
              <w:rPr>
                <w:rFonts w:eastAsia="Calibri" w:cs="Times New Roman"/>
                <w:szCs w:val="24"/>
                <w:lang w:eastAsia="ru-RU"/>
              </w:rPr>
              <w:t>5</w:t>
            </w:r>
          </w:p>
        </w:tc>
        <w:tc>
          <w:tcPr>
            <w:tcW w:w="1040" w:type="dxa"/>
          </w:tcPr>
          <w:p w14:paraId="15883B89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0D50D7">
              <w:rPr>
                <w:rFonts w:eastAsia="Calibri" w:cs="Times New Roman"/>
                <w:szCs w:val="24"/>
                <w:lang w:eastAsia="ru-RU"/>
              </w:rPr>
              <w:t>4</w:t>
            </w:r>
          </w:p>
        </w:tc>
        <w:tc>
          <w:tcPr>
            <w:tcW w:w="1307" w:type="dxa"/>
          </w:tcPr>
          <w:p w14:paraId="2660B509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0D50D7">
              <w:rPr>
                <w:rFonts w:eastAsia="Calibri" w:cs="Times New Roman"/>
                <w:szCs w:val="24"/>
                <w:lang w:eastAsia="ru-RU"/>
              </w:rPr>
              <w:t>3</w:t>
            </w:r>
          </w:p>
        </w:tc>
        <w:tc>
          <w:tcPr>
            <w:tcW w:w="1308" w:type="dxa"/>
          </w:tcPr>
          <w:p w14:paraId="670DF1EF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0D50D7">
              <w:rPr>
                <w:rFonts w:eastAsia="Calibri" w:cs="Times New Roman"/>
                <w:szCs w:val="24"/>
                <w:lang w:eastAsia="ru-RU"/>
              </w:rPr>
              <w:t>2</w:t>
            </w:r>
          </w:p>
        </w:tc>
        <w:tc>
          <w:tcPr>
            <w:tcW w:w="1308" w:type="dxa"/>
          </w:tcPr>
          <w:p w14:paraId="1D074B99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0D50D7">
              <w:rPr>
                <w:rFonts w:eastAsia="Calibri" w:cs="Times New Roman"/>
                <w:szCs w:val="24"/>
                <w:lang w:eastAsia="ru-RU"/>
              </w:rPr>
              <w:t>1</w:t>
            </w:r>
          </w:p>
        </w:tc>
      </w:tr>
      <w:tr w:rsidR="000D50D7" w:rsidRPr="000D50D7" w14:paraId="63E1E925" w14:textId="77777777" w:rsidTr="00BC5EAF">
        <w:tc>
          <w:tcPr>
            <w:tcW w:w="1008" w:type="dxa"/>
          </w:tcPr>
          <w:p w14:paraId="6397CA44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4</w:t>
            </w:r>
          </w:p>
        </w:tc>
        <w:tc>
          <w:tcPr>
            <w:tcW w:w="2700" w:type="dxa"/>
          </w:tcPr>
          <w:p w14:paraId="513777DB" w14:textId="4E463846" w:rsidR="000D50D7" w:rsidRPr="000D50D7" w:rsidRDefault="000D50D7" w:rsidP="000D50D7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 xml:space="preserve">Ведение </w:t>
            </w:r>
            <w:proofErr w:type="gramStart"/>
            <w:r w:rsidRPr="000D50D7">
              <w:rPr>
                <w:rFonts w:eastAsia="Calibri" w:cs="Times New Roman"/>
                <w:szCs w:val="24"/>
                <w:lang w:val="ru-RU" w:eastAsia="ru-RU"/>
              </w:rPr>
              <w:t>мяча ,два</w:t>
            </w:r>
            <w:proofErr w:type="gramEnd"/>
            <w:r w:rsidRPr="000D50D7">
              <w:rPr>
                <w:rFonts w:eastAsia="Calibri" w:cs="Times New Roman"/>
                <w:szCs w:val="24"/>
                <w:lang w:val="ru-RU" w:eastAsia="ru-RU"/>
              </w:rPr>
              <w:t xml:space="preserve"> </w:t>
            </w:r>
            <w:proofErr w:type="spellStart"/>
            <w:r w:rsidRPr="000D50D7">
              <w:rPr>
                <w:rFonts w:eastAsia="Calibri" w:cs="Times New Roman"/>
                <w:szCs w:val="24"/>
                <w:lang w:val="ru-RU" w:eastAsia="ru-RU"/>
              </w:rPr>
              <w:t>шага,бросок</w:t>
            </w:r>
            <w:proofErr w:type="spellEnd"/>
            <w:r w:rsidR="000B04D5" w:rsidRPr="007C20F5">
              <w:rPr>
                <w:rFonts w:eastAsia="Calibri" w:cs="Times New Roman"/>
                <w:szCs w:val="24"/>
                <w:lang w:val="ru-RU" w:eastAsia="ru-RU"/>
              </w:rPr>
              <w:t>(кол-во)</w:t>
            </w:r>
          </w:p>
        </w:tc>
        <w:tc>
          <w:tcPr>
            <w:tcW w:w="900" w:type="dxa"/>
          </w:tcPr>
          <w:p w14:paraId="57FDEEA3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6</w:t>
            </w:r>
          </w:p>
        </w:tc>
        <w:tc>
          <w:tcPr>
            <w:tcW w:w="1040" w:type="dxa"/>
          </w:tcPr>
          <w:p w14:paraId="43B8DA80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5</w:t>
            </w:r>
          </w:p>
        </w:tc>
        <w:tc>
          <w:tcPr>
            <w:tcW w:w="1307" w:type="dxa"/>
          </w:tcPr>
          <w:p w14:paraId="25A340EF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4</w:t>
            </w:r>
          </w:p>
        </w:tc>
        <w:tc>
          <w:tcPr>
            <w:tcW w:w="1308" w:type="dxa"/>
          </w:tcPr>
          <w:p w14:paraId="02FEE1E7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3</w:t>
            </w:r>
          </w:p>
        </w:tc>
        <w:tc>
          <w:tcPr>
            <w:tcW w:w="1308" w:type="dxa"/>
          </w:tcPr>
          <w:p w14:paraId="072CFC91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1</w:t>
            </w:r>
          </w:p>
        </w:tc>
      </w:tr>
    </w:tbl>
    <w:p w14:paraId="6CBA1030" w14:textId="77777777" w:rsidR="000D50D7" w:rsidRPr="000D50D7" w:rsidRDefault="000D50D7" w:rsidP="000D50D7">
      <w:pPr>
        <w:spacing w:line="240" w:lineRule="auto"/>
        <w:rPr>
          <w:rFonts w:eastAsia="Calibri" w:cs="Times New Roman"/>
          <w:szCs w:val="24"/>
          <w:lang w:val="ru-RU" w:eastAsia="ru-RU"/>
        </w:rPr>
      </w:pPr>
    </w:p>
    <w:p w14:paraId="390BF79A" w14:textId="77777777" w:rsidR="000D50D7" w:rsidRPr="000D50D7" w:rsidRDefault="000D50D7" w:rsidP="000D50D7">
      <w:pPr>
        <w:spacing w:line="240" w:lineRule="auto"/>
        <w:rPr>
          <w:rFonts w:eastAsia="Calibri" w:cs="Times New Roman"/>
          <w:b/>
          <w:szCs w:val="24"/>
          <w:lang w:val="ru-RU" w:eastAsia="ru-RU"/>
        </w:rPr>
      </w:pPr>
      <w:r w:rsidRPr="000D50D7">
        <w:rPr>
          <w:rFonts w:eastAsia="Calibri" w:cs="Times New Roman"/>
          <w:b/>
          <w:szCs w:val="24"/>
          <w:lang w:val="ru-RU" w:eastAsia="ru-RU"/>
        </w:rPr>
        <w:t xml:space="preserve">Футбол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2700"/>
        <w:gridCol w:w="900"/>
        <w:gridCol w:w="1040"/>
        <w:gridCol w:w="1307"/>
        <w:gridCol w:w="1308"/>
        <w:gridCol w:w="1308"/>
      </w:tblGrid>
      <w:tr w:rsidR="000D50D7" w:rsidRPr="000D50D7" w14:paraId="56B3FA78" w14:textId="77777777" w:rsidTr="00BC5EAF">
        <w:tc>
          <w:tcPr>
            <w:tcW w:w="1008" w:type="dxa"/>
          </w:tcPr>
          <w:p w14:paraId="1B2693A8" w14:textId="77777777" w:rsidR="000D50D7" w:rsidRPr="000D50D7" w:rsidRDefault="000D50D7" w:rsidP="000D50D7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№ п/п</w:t>
            </w:r>
          </w:p>
        </w:tc>
        <w:tc>
          <w:tcPr>
            <w:tcW w:w="2700" w:type="dxa"/>
          </w:tcPr>
          <w:p w14:paraId="31FB5D2A" w14:textId="31FB8955" w:rsidR="000D50D7" w:rsidRPr="000D50D7" w:rsidRDefault="000D50D7" w:rsidP="000D50D7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Наименование тестов</w:t>
            </w:r>
            <w:r w:rsidR="000B04D5">
              <w:rPr>
                <w:rFonts w:eastAsia="Calibri" w:cs="Times New Roman"/>
                <w:szCs w:val="24"/>
                <w:lang w:val="ru-RU" w:eastAsia="ru-RU"/>
              </w:rPr>
              <w:t>/оценка</w:t>
            </w:r>
          </w:p>
        </w:tc>
        <w:tc>
          <w:tcPr>
            <w:tcW w:w="900" w:type="dxa"/>
          </w:tcPr>
          <w:p w14:paraId="1331D287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b/>
                <w:szCs w:val="24"/>
                <w:lang w:val="ru-RU" w:eastAsia="ru-RU"/>
              </w:rPr>
              <w:t>5</w:t>
            </w:r>
          </w:p>
        </w:tc>
        <w:tc>
          <w:tcPr>
            <w:tcW w:w="1040" w:type="dxa"/>
          </w:tcPr>
          <w:p w14:paraId="79663658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b/>
                <w:szCs w:val="24"/>
                <w:lang w:val="ru-RU" w:eastAsia="ru-RU"/>
              </w:rPr>
              <w:t>4</w:t>
            </w:r>
          </w:p>
        </w:tc>
        <w:tc>
          <w:tcPr>
            <w:tcW w:w="1307" w:type="dxa"/>
          </w:tcPr>
          <w:p w14:paraId="613FBBBD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b/>
                <w:szCs w:val="24"/>
                <w:lang w:val="ru-RU" w:eastAsia="ru-RU"/>
              </w:rPr>
              <w:t>3</w:t>
            </w:r>
          </w:p>
        </w:tc>
        <w:tc>
          <w:tcPr>
            <w:tcW w:w="1308" w:type="dxa"/>
          </w:tcPr>
          <w:p w14:paraId="65121F8B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b/>
                <w:szCs w:val="24"/>
                <w:lang w:val="ru-RU" w:eastAsia="ru-RU"/>
              </w:rPr>
              <w:t>2</w:t>
            </w:r>
          </w:p>
        </w:tc>
        <w:tc>
          <w:tcPr>
            <w:tcW w:w="1308" w:type="dxa"/>
          </w:tcPr>
          <w:p w14:paraId="03510831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b/>
                <w:szCs w:val="24"/>
                <w:lang w:val="ru-RU" w:eastAsia="ru-RU"/>
              </w:rPr>
              <w:t>1</w:t>
            </w:r>
          </w:p>
        </w:tc>
      </w:tr>
      <w:tr w:rsidR="000D50D7" w:rsidRPr="000D50D7" w14:paraId="2866767D" w14:textId="77777777" w:rsidTr="00BC5EAF">
        <w:tc>
          <w:tcPr>
            <w:tcW w:w="1008" w:type="dxa"/>
          </w:tcPr>
          <w:p w14:paraId="519CB00D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1</w:t>
            </w:r>
          </w:p>
        </w:tc>
        <w:tc>
          <w:tcPr>
            <w:tcW w:w="2700" w:type="dxa"/>
          </w:tcPr>
          <w:p w14:paraId="031AC721" w14:textId="76E9A959" w:rsidR="000D50D7" w:rsidRPr="000D50D7" w:rsidRDefault="000D50D7" w:rsidP="000D50D7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 xml:space="preserve">Удар мячом по воротам с </w:t>
            </w:r>
            <w:smartTag w:uri="urn:schemas-microsoft-com:office:smarttags" w:element="metricconverter">
              <w:smartTagPr>
                <w:attr w:name="ProductID" w:val="11 метров"/>
              </w:smartTagPr>
              <w:r w:rsidRPr="000D50D7">
                <w:rPr>
                  <w:rFonts w:eastAsia="Calibri" w:cs="Times New Roman"/>
                  <w:szCs w:val="24"/>
                  <w:lang w:val="ru-RU" w:eastAsia="ru-RU"/>
                </w:rPr>
                <w:t>11 метров</w:t>
              </w:r>
            </w:smartTag>
            <w:r w:rsidR="000B04D5" w:rsidRPr="007C20F5">
              <w:rPr>
                <w:rFonts w:eastAsia="Calibri" w:cs="Times New Roman"/>
                <w:szCs w:val="24"/>
                <w:lang w:val="ru-RU" w:eastAsia="ru-RU"/>
              </w:rPr>
              <w:t>(кол-во)</w:t>
            </w:r>
          </w:p>
        </w:tc>
        <w:tc>
          <w:tcPr>
            <w:tcW w:w="900" w:type="dxa"/>
          </w:tcPr>
          <w:p w14:paraId="3555FFC0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0D50D7">
              <w:rPr>
                <w:rFonts w:eastAsia="Calibri" w:cs="Times New Roman"/>
                <w:szCs w:val="24"/>
                <w:lang w:eastAsia="ru-RU"/>
              </w:rPr>
              <w:t>5</w:t>
            </w:r>
          </w:p>
        </w:tc>
        <w:tc>
          <w:tcPr>
            <w:tcW w:w="1040" w:type="dxa"/>
          </w:tcPr>
          <w:p w14:paraId="3F413C86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0D50D7">
              <w:rPr>
                <w:rFonts w:eastAsia="Calibri" w:cs="Times New Roman"/>
                <w:szCs w:val="24"/>
                <w:lang w:eastAsia="ru-RU"/>
              </w:rPr>
              <w:t>4</w:t>
            </w:r>
          </w:p>
        </w:tc>
        <w:tc>
          <w:tcPr>
            <w:tcW w:w="1307" w:type="dxa"/>
          </w:tcPr>
          <w:p w14:paraId="44BBAE01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0D50D7">
              <w:rPr>
                <w:rFonts w:eastAsia="Calibri" w:cs="Times New Roman"/>
                <w:szCs w:val="24"/>
                <w:lang w:eastAsia="ru-RU"/>
              </w:rPr>
              <w:t>3</w:t>
            </w:r>
          </w:p>
        </w:tc>
        <w:tc>
          <w:tcPr>
            <w:tcW w:w="1308" w:type="dxa"/>
          </w:tcPr>
          <w:p w14:paraId="6F0F4795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0D50D7">
              <w:rPr>
                <w:rFonts w:eastAsia="Calibri" w:cs="Times New Roman"/>
                <w:szCs w:val="24"/>
                <w:lang w:eastAsia="ru-RU"/>
              </w:rPr>
              <w:t>2</w:t>
            </w:r>
          </w:p>
        </w:tc>
        <w:tc>
          <w:tcPr>
            <w:tcW w:w="1308" w:type="dxa"/>
          </w:tcPr>
          <w:p w14:paraId="383A1C8F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0D50D7">
              <w:rPr>
                <w:rFonts w:eastAsia="Calibri" w:cs="Times New Roman"/>
                <w:szCs w:val="24"/>
                <w:lang w:eastAsia="ru-RU"/>
              </w:rPr>
              <w:t>1</w:t>
            </w:r>
          </w:p>
        </w:tc>
      </w:tr>
      <w:tr w:rsidR="000D50D7" w:rsidRPr="000D50D7" w14:paraId="34DC9A18" w14:textId="77777777" w:rsidTr="00BC5EAF">
        <w:tc>
          <w:tcPr>
            <w:tcW w:w="1008" w:type="dxa"/>
          </w:tcPr>
          <w:p w14:paraId="7DDC5965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2</w:t>
            </w:r>
          </w:p>
        </w:tc>
        <w:tc>
          <w:tcPr>
            <w:tcW w:w="2700" w:type="dxa"/>
          </w:tcPr>
          <w:p w14:paraId="095E7C8B" w14:textId="77777777" w:rsidR="000D50D7" w:rsidRPr="000D50D7" w:rsidRDefault="000D50D7" w:rsidP="000D50D7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Ведение мяча и обводка (сек)</w:t>
            </w:r>
          </w:p>
        </w:tc>
        <w:tc>
          <w:tcPr>
            <w:tcW w:w="900" w:type="dxa"/>
          </w:tcPr>
          <w:p w14:paraId="08DC95EC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10</w:t>
            </w:r>
          </w:p>
        </w:tc>
        <w:tc>
          <w:tcPr>
            <w:tcW w:w="1040" w:type="dxa"/>
          </w:tcPr>
          <w:p w14:paraId="117045C5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15</w:t>
            </w:r>
          </w:p>
        </w:tc>
        <w:tc>
          <w:tcPr>
            <w:tcW w:w="1307" w:type="dxa"/>
          </w:tcPr>
          <w:p w14:paraId="1B31518A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20</w:t>
            </w:r>
          </w:p>
        </w:tc>
        <w:tc>
          <w:tcPr>
            <w:tcW w:w="1308" w:type="dxa"/>
          </w:tcPr>
          <w:p w14:paraId="4E11CCBC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25</w:t>
            </w:r>
          </w:p>
        </w:tc>
        <w:tc>
          <w:tcPr>
            <w:tcW w:w="1308" w:type="dxa"/>
          </w:tcPr>
          <w:p w14:paraId="1BE82B94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30</w:t>
            </w:r>
          </w:p>
        </w:tc>
      </w:tr>
      <w:tr w:rsidR="000D50D7" w:rsidRPr="000D50D7" w14:paraId="25AB6BAB" w14:textId="77777777" w:rsidTr="00BC5EAF">
        <w:tc>
          <w:tcPr>
            <w:tcW w:w="1008" w:type="dxa"/>
          </w:tcPr>
          <w:p w14:paraId="0E104F95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3</w:t>
            </w:r>
          </w:p>
        </w:tc>
        <w:tc>
          <w:tcPr>
            <w:tcW w:w="2700" w:type="dxa"/>
          </w:tcPr>
          <w:p w14:paraId="22C9B7D6" w14:textId="4F756DC3" w:rsidR="000D50D7" w:rsidRPr="000D50D7" w:rsidRDefault="000D50D7" w:rsidP="000D50D7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Набивание мяча ногой(удар)</w:t>
            </w:r>
            <w:r w:rsidR="000B04D5" w:rsidRPr="007C20F5">
              <w:rPr>
                <w:rFonts w:eastAsia="Calibri" w:cs="Times New Roman"/>
                <w:szCs w:val="24"/>
                <w:lang w:val="ru-RU" w:eastAsia="ru-RU"/>
              </w:rPr>
              <w:t xml:space="preserve"> </w:t>
            </w:r>
            <w:r w:rsidR="000B04D5" w:rsidRPr="007C20F5">
              <w:rPr>
                <w:rFonts w:eastAsia="Calibri" w:cs="Times New Roman"/>
                <w:szCs w:val="24"/>
                <w:lang w:val="ru-RU" w:eastAsia="ru-RU"/>
              </w:rPr>
              <w:t>(кол-во)</w:t>
            </w:r>
          </w:p>
        </w:tc>
        <w:tc>
          <w:tcPr>
            <w:tcW w:w="900" w:type="dxa"/>
          </w:tcPr>
          <w:p w14:paraId="2F9E42C4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25</w:t>
            </w:r>
          </w:p>
        </w:tc>
        <w:tc>
          <w:tcPr>
            <w:tcW w:w="1040" w:type="dxa"/>
          </w:tcPr>
          <w:p w14:paraId="6574319E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20</w:t>
            </w:r>
          </w:p>
        </w:tc>
        <w:tc>
          <w:tcPr>
            <w:tcW w:w="1307" w:type="dxa"/>
          </w:tcPr>
          <w:p w14:paraId="35A06120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15</w:t>
            </w:r>
          </w:p>
        </w:tc>
        <w:tc>
          <w:tcPr>
            <w:tcW w:w="1308" w:type="dxa"/>
          </w:tcPr>
          <w:p w14:paraId="64BAE396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10</w:t>
            </w:r>
          </w:p>
        </w:tc>
        <w:tc>
          <w:tcPr>
            <w:tcW w:w="1308" w:type="dxa"/>
          </w:tcPr>
          <w:p w14:paraId="70B9DEF6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5</w:t>
            </w:r>
          </w:p>
        </w:tc>
      </w:tr>
    </w:tbl>
    <w:p w14:paraId="3C4E52F7" w14:textId="77777777" w:rsidR="000D50D7" w:rsidRPr="000D50D7" w:rsidRDefault="000D50D7" w:rsidP="000D50D7">
      <w:pPr>
        <w:spacing w:line="240" w:lineRule="auto"/>
        <w:rPr>
          <w:rFonts w:eastAsia="Calibri" w:cs="Times New Roman"/>
          <w:szCs w:val="24"/>
          <w:lang w:val="ru-RU" w:eastAsia="ru-RU"/>
        </w:rPr>
      </w:pPr>
    </w:p>
    <w:p w14:paraId="23D1B163" w14:textId="77777777" w:rsidR="000D50D7" w:rsidRPr="000D50D7" w:rsidRDefault="000D50D7" w:rsidP="000D50D7">
      <w:pPr>
        <w:spacing w:line="240" w:lineRule="auto"/>
        <w:rPr>
          <w:rFonts w:eastAsia="Calibri" w:cs="Times New Roman"/>
          <w:b/>
          <w:szCs w:val="24"/>
          <w:lang w:val="ru-RU" w:eastAsia="ru-RU"/>
        </w:rPr>
      </w:pPr>
      <w:r w:rsidRPr="000D50D7">
        <w:rPr>
          <w:rFonts w:eastAsia="Calibri" w:cs="Times New Roman"/>
          <w:b/>
          <w:szCs w:val="24"/>
          <w:lang w:val="ru-RU" w:eastAsia="ru-RU"/>
        </w:rPr>
        <w:t>Настольный теннис (девушки)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2700"/>
        <w:gridCol w:w="900"/>
        <w:gridCol w:w="1040"/>
        <w:gridCol w:w="1307"/>
        <w:gridCol w:w="1308"/>
        <w:gridCol w:w="1308"/>
      </w:tblGrid>
      <w:tr w:rsidR="000D50D7" w:rsidRPr="000D50D7" w14:paraId="482C9AA1" w14:textId="77777777" w:rsidTr="00BC5EAF">
        <w:tc>
          <w:tcPr>
            <w:tcW w:w="1008" w:type="dxa"/>
          </w:tcPr>
          <w:p w14:paraId="3E8EECC5" w14:textId="77777777" w:rsidR="000D50D7" w:rsidRPr="000D50D7" w:rsidRDefault="000D50D7" w:rsidP="000D50D7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№ п/п</w:t>
            </w:r>
          </w:p>
        </w:tc>
        <w:tc>
          <w:tcPr>
            <w:tcW w:w="2700" w:type="dxa"/>
          </w:tcPr>
          <w:p w14:paraId="0C1E1830" w14:textId="19D05EB8" w:rsidR="000D50D7" w:rsidRPr="000D50D7" w:rsidRDefault="000D50D7" w:rsidP="000D50D7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Наименование тестов</w:t>
            </w:r>
            <w:r w:rsidR="000B04D5">
              <w:rPr>
                <w:rFonts w:eastAsia="Calibri" w:cs="Times New Roman"/>
                <w:szCs w:val="24"/>
                <w:lang w:val="ru-RU" w:eastAsia="ru-RU"/>
              </w:rPr>
              <w:t>/оценка</w:t>
            </w:r>
          </w:p>
        </w:tc>
        <w:tc>
          <w:tcPr>
            <w:tcW w:w="900" w:type="dxa"/>
          </w:tcPr>
          <w:p w14:paraId="79929C03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b/>
                <w:szCs w:val="24"/>
                <w:lang w:val="ru-RU" w:eastAsia="ru-RU"/>
              </w:rPr>
              <w:t>5</w:t>
            </w:r>
          </w:p>
        </w:tc>
        <w:tc>
          <w:tcPr>
            <w:tcW w:w="1040" w:type="dxa"/>
          </w:tcPr>
          <w:p w14:paraId="0878103C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b/>
                <w:szCs w:val="24"/>
                <w:lang w:val="ru-RU" w:eastAsia="ru-RU"/>
              </w:rPr>
              <w:t>4</w:t>
            </w:r>
          </w:p>
        </w:tc>
        <w:tc>
          <w:tcPr>
            <w:tcW w:w="1307" w:type="dxa"/>
          </w:tcPr>
          <w:p w14:paraId="01138C11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b/>
                <w:szCs w:val="24"/>
                <w:lang w:val="ru-RU" w:eastAsia="ru-RU"/>
              </w:rPr>
              <w:t>3</w:t>
            </w:r>
          </w:p>
        </w:tc>
        <w:tc>
          <w:tcPr>
            <w:tcW w:w="1308" w:type="dxa"/>
          </w:tcPr>
          <w:p w14:paraId="65F1197A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b/>
                <w:szCs w:val="24"/>
                <w:lang w:val="ru-RU" w:eastAsia="ru-RU"/>
              </w:rPr>
              <w:t>2</w:t>
            </w:r>
          </w:p>
        </w:tc>
        <w:tc>
          <w:tcPr>
            <w:tcW w:w="1308" w:type="dxa"/>
          </w:tcPr>
          <w:p w14:paraId="6D6B4B17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b/>
                <w:szCs w:val="24"/>
                <w:lang w:val="ru-RU" w:eastAsia="ru-RU"/>
              </w:rPr>
              <w:t>1</w:t>
            </w:r>
          </w:p>
        </w:tc>
      </w:tr>
      <w:tr w:rsidR="000D50D7" w:rsidRPr="000D50D7" w14:paraId="48117978" w14:textId="77777777" w:rsidTr="00BC5EAF">
        <w:tc>
          <w:tcPr>
            <w:tcW w:w="1008" w:type="dxa"/>
          </w:tcPr>
          <w:p w14:paraId="7234F444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1</w:t>
            </w:r>
          </w:p>
        </w:tc>
        <w:tc>
          <w:tcPr>
            <w:tcW w:w="2700" w:type="dxa"/>
          </w:tcPr>
          <w:p w14:paraId="748BD67A" w14:textId="6700AFDF" w:rsidR="000D50D7" w:rsidRPr="000D50D7" w:rsidRDefault="000D50D7" w:rsidP="000D50D7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Подача мяча</w:t>
            </w:r>
            <w:r w:rsidR="000B04D5" w:rsidRPr="007C20F5">
              <w:rPr>
                <w:rFonts w:eastAsia="Calibri" w:cs="Times New Roman"/>
                <w:szCs w:val="24"/>
                <w:lang w:val="ru-RU" w:eastAsia="ru-RU"/>
              </w:rPr>
              <w:t>(кол-во)</w:t>
            </w:r>
          </w:p>
        </w:tc>
        <w:tc>
          <w:tcPr>
            <w:tcW w:w="900" w:type="dxa"/>
          </w:tcPr>
          <w:p w14:paraId="33AFF73D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0D50D7">
              <w:rPr>
                <w:rFonts w:eastAsia="Calibri" w:cs="Times New Roman"/>
                <w:szCs w:val="24"/>
                <w:lang w:eastAsia="ru-RU"/>
              </w:rPr>
              <w:t>5</w:t>
            </w:r>
          </w:p>
        </w:tc>
        <w:tc>
          <w:tcPr>
            <w:tcW w:w="1040" w:type="dxa"/>
          </w:tcPr>
          <w:p w14:paraId="00ACAED0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0D50D7">
              <w:rPr>
                <w:rFonts w:eastAsia="Calibri" w:cs="Times New Roman"/>
                <w:szCs w:val="24"/>
                <w:lang w:eastAsia="ru-RU"/>
              </w:rPr>
              <w:t>4</w:t>
            </w:r>
          </w:p>
        </w:tc>
        <w:tc>
          <w:tcPr>
            <w:tcW w:w="1307" w:type="dxa"/>
          </w:tcPr>
          <w:p w14:paraId="7BBB1842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0D50D7">
              <w:rPr>
                <w:rFonts w:eastAsia="Calibri" w:cs="Times New Roman"/>
                <w:szCs w:val="24"/>
                <w:lang w:eastAsia="ru-RU"/>
              </w:rPr>
              <w:t>3</w:t>
            </w:r>
          </w:p>
        </w:tc>
        <w:tc>
          <w:tcPr>
            <w:tcW w:w="1308" w:type="dxa"/>
          </w:tcPr>
          <w:p w14:paraId="539E8CBE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0D50D7">
              <w:rPr>
                <w:rFonts w:eastAsia="Calibri" w:cs="Times New Roman"/>
                <w:szCs w:val="24"/>
                <w:lang w:eastAsia="ru-RU"/>
              </w:rPr>
              <w:t>2</w:t>
            </w:r>
          </w:p>
        </w:tc>
        <w:tc>
          <w:tcPr>
            <w:tcW w:w="1308" w:type="dxa"/>
          </w:tcPr>
          <w:p w14:paraId="048A48A4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0D50D7">
              <w:rPr>
                <w:rFonts w:eastAsia="Calibri" w:cs="Times New Roman"/>
                <w:szCs w:val="24"/>
                <w:lang w:eastAsia="ru-RU"/>
              </w:rPr>
              <w:t>1</w:t>
            </w:r>
          </w:p>
        </w:tc>
      </w:tr>
      <w:tr w:rsidR="000D50D7" w:rsidRPr="000D50D7" w14:paraId="7F043220" w14:textId="77777777" w:rsidTr="00BC5EAF">
        <w:tc>
          <w:tcPr>
            <w:tcW w:w="1008" w:type="dxa"/>
          </w:tcPr>
          <w:p w14:paraId="616DCBC8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2</w:t>
            </w:r>
          </w:p>
        </w:tc>
        <w:tc>
          <w:tcPr>
            <w:tcW w:w="2700" w:type="dxa"/>
          </w:tcPr>
          <w:p w14:paraId="4C2F93AB" w14:textId="2067FCA5" w:rsidR="000D50D7" w:rsidRPr="000D50D7" w:rsidRDefault="000D50D7" w:rsidP="000D50D7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Удар мяча справа по диагонали</w:t>
            </w:r>
            <w:r w:rsidR="000B04D5" w:rsidRPr="007C20F5">
              <w:rPr>
                <w:rFonts w:eastAsia="Calibri" w:cs="Times New Roman"/>
                <w:szCs w:val="24"/>
                <w:lang w:val="ru-RU" w:eastAsia="ru-RU"/>
              </w:rPr>
              <w:t>(кол-во)</w:t>
            </w:r>
          </w:p>
        </w:tc>
        <w:tc>
          <w:tcPr>
            <w:tcW w:w="900" w:type="dxa"/>
          </w:tcPr>
          <w:p w14:paraId="5840E30F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0D50D7">
              <w:rPr>
                <w:rFonts w:eastAsia="Calibri" w:cs="Times New Roman"/>
                <w:szCs w:val="24"/>
                <w:lang w:eastAsia="ru-RU"/>
              </w:rPr>
              <w:t>5</w:t>
            </w:r>
          </w:p>
        </w:tc>
        <w:tc>
          <w:tcPr>
            <w:tcW w:w="1040" w:type="dxa"/>
          </w:tcPr>
          <w:p w14:paraId="4C538B6B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0D50D7">
              <w:rPr>
                <w:rFonts w:eastAsia="Calibri" w:cs="Times New Roman"/>
                <w:szCs w:val="24"/>
                <w:lang w:eastAsia="ru-RU"/>
              </w:rPr>
              <w:t>4</w:t>
            </w:r>
          </w:p>
        </w:tc>
        <w:tc>
          <w:tcPr>
            <w:tcW w:w="1307" w:type="dxa"/>
          </w:tcPr>
          <w:p w14:paraId="3C1860F6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0D50D7">
              <w:rPr>
                <w:rFonts w:eastAsia="Calibri" w:cs="Times New Roman"/>
                <w:szCs w:val="24"/>
                <w:lang w:eastAsia="ru-RU"/>
              </w:rPr>
              <w:t>3</w:t>
            </w:r>
          </w:p>
        </w:tc>
        <w:tc>
          <w:tcPr>
            <w:tcW w:w="1308" w:type="dxa"/>
          </w:tcPr>
          <w:p w14:paraId="0E4C9616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0D50D7">
              <w:rPr>
                <w:rFonts w:eastAsia="Calibri" w:cs="Times New Roman"/>
                <w:szCs w:val="24"/>
                <w:lang w:eastAsia="ru-RU"/>
              </w:rPr>
              <w:t>2</w:t>
            </w:r>
          </w:p>
        </w:tc>
        <w:tc>
          <w:tcPr>
            <w:tcW w:w="1308" w:type="dxa"/>
          </w:tcPr>
          <w:p w14:paraId="2B267FDE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0D50D7">
              <w:rPr>
                <w:rFonts w:eastAsia="Calibri" w:cs="Times New Roman"/>
                <w:szCs w:val="24"/>
                <w:lang w:eastAsia="ru-RU"/>
              </w:rPr>
              <w:t>1</w:t>
            </w:r>
          </w:p>
        </w:tc>
      </w:tr>
      <w:tr w:rsidR="000D50D7" w:rsidRPr="000D50D7" w14:paraId="471F27A3" w14:textId="77777777" w:rsidTr="00BC5EAF">
        <w:tc>
          <w:tcPr>
            <w:tcW w:w="1008" w:type="dxa"/>
          </w:tcPr>
          <w:p w14:paraId="5F03E498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3</w:t>
            </w:r>
          </w:p>
        </w:tc>
        <w:tc>
          <w:tcPr>
            <w:tcW w:w="2700" w:type="dxa"/>
          </w:tcPr>
          <w:p w14:paraId="33657582" w14:textId="5053F85E" w:rsidR="000D50D7" w:rsidRPr="000D50D7" w:rsidRDefault="000D50D7" w:rsidP="000D50D7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Удар мяча справа по диагонали</w:t>
            </w:r>
            <w:r w:rsidR="000B04D5" w:rsidRPr="007C20F5">
              <w:rPr>
                <w:rFonts w:eastAsia="Calibri" w:cs="Times New Roman"/>
                <w:szCs w:val="24"/>
                <w:lang w:val="ru-RU" w:eastAsia="ru-RU"/>
              </w:rPr>
              <w:t>(кол-во)</w:t>
            </w:r>
          </w:p>
        </w:tc>
        <w:tc>
          <w:tcPr>
            <w:tcW w:w="900" w:type="dxa"/>
          </w:tcPr>
          <w:p w14:paraId="5659D158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0D50D7">
              <w:rPr>
                <w:rFonts w:eastAsia="Calibri" w:cs="Times New Roman"/>
                <w:szCs w:val="24"/>
                <w:lang w:eastAsia="ru-RU"/>
              </w:rPr>
              <w:t>5</w:t>
            </w:r>
          </w:p>
        </w:tc>
        <w:tc>
          <w:tcPr>
            <w:tcW w:w="1040" w:type="dxa"/>
          </w:tcPr>
          <w:p w14:paraId="4EC103FF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0D50D7">
              <w:rPr>
                <w:rFonts w:eastAsia="Calibri" w:cs="Times New Roman"/>
                <w:szCs w:val="24"/>
                <w:lang w:eastAsia="ru-RU"/>
              </w:rPr>
              <w:t>4</w:t>
            </w:r>
          </w:p>
        </w:tc>
        <w:tc>
          <w:tcPr>
            <w:tcW w:w="1307" w:type="dxa"/>
          </w:tcPr>
          <w:p w14:paraId="5DC31E1C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0D50D7">
              <w:rPr>
                <w:rFonts w:eastAsia="Calibri" w:cs="Times New Roman"/>
                <w:szCs w:val="24"/>
                <w:lang w:eastAsia="ru-RU"/>
              </w:rPr>
              <w:t>3</w:t>
            </w:r>
          </w:p>
        </w:tc>
        <w:tc>
          <w:tcPr>
            <w:tcW w:w="1308" w:type="dxa"/>
          </w:tcPr>
          <w:p w14:paraId="2166F529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0D50D7">
              <w:rPr>
                <w:rFonts w:eastAsia="Calibri" w:cs="Times New Roman"/>
                <w:szCs w:val="24"/>
                <w:lang w:eastAsia="ru-RU"/>
              </w:rPr>
              <w:t>2</w:t>
            </w:r>
          </w:p>
        </w:tc>
        <w:tc>
          <w:tcPr>
            <w:tcW w:w="1308" w:type="dxa"/>
          </w:tcPr>
          <w:p w14:paraId="05D7E955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0D50D7">
              <w:rPr>
                <w:rFonts w:eastAsia="Calibri" w:cs="Times New Roman"/>
                <w:szCs w:val="24"/>
                <w:lang w:eastAsia="ru-RU"/>
              </w:rPr>
              <w:t>1</w:t>
            </w:r>
          </w:p>
        </w:tc>
      </w:tr>
    </w:tbl>
    <w:p w14:paraId="1140762E" w14:textId="77777777" w:rsidR="000D50D7" w:rsidRPr="000D50D7" w:rsidRDefault="000D50D7" w:rsidP="000D50D7">
      <w:pPr>
        <w:spacing w:line="240" w:lineRule="auto"/>
        <w:rPr>
          <w:rFonts w:eastAsia="Calibri" w:cs="Times New Roman"/>
          <w:szCs w:val="24"/>
          <w:lang w:val="ru-RU" w:eastAsia="ru-RU"/>
        </w:rPr>
      </w:pPr>
    </w:p>
    <w:p w14:paraId="71026DA4" w14:textId="77777777" w:rsidR="000D50D7" w:rsidRPr="000D50D7" w:rsidRDefault="000D50D7" w:rsidP="000D50D7">
      <w:pPr>
        <w:spacing w:line="240" w:lineRule="auto"/>
        <w:rPr>
          <w:rFonts w:eastAsia="Calibri" w:cs="Times New Roman"/>
          <w:b/>
          <w:szCs w:val="24"/>
          <w:lang w:val="ru-RU" w:eastAsia="ru-RU"/>
        </w:rPr>
      </w:pPr>
      <w:r w:rsidRPr="000D50D7">
        <w:rPr>
          <w:rFonts w:eastAsia="Calibri" w:cs="Times New Roman"/>
          <w:b/>
          <w:szCs w:val="24"/>
          <w:lang w:val="ru-RU" w:eastAsia="ru-RU"/>
        </w:rPr>
        <w:t>Настольный теннис (юноши)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3600"/>
        <w:gridCol w:w="720"/>
        <w:gridCol w:w="900"/>
        <w:gridCol w:w="727"/>
        <w:gridCol w:w="1308"/>
        <w:gridCol w:w="1308"/>
      </w:tblGrid>
      <w:tr w:rsidR="000D50D7" w:rsidRPr="000D50D7" w14:paraId="21A143A9" w14:textId="77777777" w:rsidTr="00BC5EAF">
        <w:tc>
          <w:tcPr>
            <w:tcW w:w="1008" w:type="dxa"/>
          </w:tcPr>
          <w:p w14:paraId="05352FDB" w14:textId="77777777" w:rsidR="000D50D7" w:rsidRPr="000D50D7" w:rsidRDefault="000D50D7" w:rsidP="000D50D7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№ п/п</w:t>
            </w:r>
          </w:p>
        </w:tc>
        <w:tc>
          <w:tcPr>
            <w:tcW w:w="3600" w:type="dxa"/>
          </w:tcPr>
          <w:p w14:paraId="6479A106" w14:textId="69CE6E57" w:rsidR="000D50D7" w:rsidRPr="000D50D7" w:rsidRDefault="000D50D7" w:rsidP="000D50D7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Наименование тестов</w:t>
            </w:r>
            <w:r w:rsidR="000B04D5">
              <w:rPr>
                <w:rFonts w:eastAsia="Calibri" w:cs="Times New Roman"/>
                <w:szCs w:val="24"/>
                <w:lang w:val="ru-RU" w:eastAsia="ru-RU"/>
              </w:rPr>
              <w:t>/оценка</w:t>
            </w:r>
          </w:p>
        </w:tc>
        <w:tc>
          <w:tcPr>
            <w:tcW w:w="720" w:type="dxa"/>
          </w:tcPr>
          <w:p w14:paraId="2923536D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b/>
                <w:szCs w:val="24"/>
                <w:lang w:val="ru-RU" w:eastAsia="ru-RU"/>
              </w:rPr>
              <w:t>5</w:t>
            </w:r>
          </w:p>
        </w:tc>
        <w:tc>
          <w:tcPr>
            <w:tcW w:w="900" w:type="dxa"/>
          </w:tcPr>
          <w:p w14:paraId="4B4433D2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b/>
                <w:szCs w:val="24"/>
                <w:lang w:val="ru-RU" w:eastAsia="ru-RU"/>
              </w:rPr>
              <w:t>4</w:t>
            </w:r>
          </w:p>
        </w:tc>
        <w:tc>
          <w:tcPr>
            <w:tcW w:w="727" w:type="dxa"/>
          </w:tcPr>
          <w:p w14:paraId="1284D41C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b/>
                <w:szCs w:val="24"/>
                <w:lang w:val="ru-RU" w:eastAsia="ru-RU"/>
              </w:rPr>
              <w:t>3</w:t>
            </w:r>
          </w:p>
        </w:tc>
        <w:tc>
          <w:tcPr>
            <w:tcW w:w="1308" w:type="dxa"/>
          </w:tcPr>
          <w:p w14:paraId="0CCA0154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b/>
                <w:szCs w:val="24"/>
                <w:lang w:val="ru-RU" w:eastAsia="ru-RU"/>
              </w:rPr>
              <w:t>2</w:t>
            </w:r>
          </w:p>
        </w:tc>
        <w:tc>
          <w:tcPr>
            <w:tcW w:w="1308" w:type="dxa"/>
          </w:tcPr>
          <w:p w14:paraId="3CA1AE1C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b/>
                <w:szCs w:val="24"/>
                <w:lang w:val="ru-RU" w:eastAsia="ru-RU"/>
              </w:rPr>
              <w:t>1</w:t>
            </w:r>
          </w:p>
        </w:tc>
      </w:tr>
      <w:tr w:rsidR="000D50D7" w:rsidRPr="000D50D7" w14:paraId="0C2E8FDE" w14:textId="77777777" w:rsidTr="00BC5EAF">
        <w:tc>
          <w:tcPr>
            <w:tcW w:w="1008" w:type="dxa"/>
          </w:tcPr>
          <w:p w14:paraId="42AD7BEB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1</w:t>
            </w:r>
          </w:p>
        </w:tc>
        <w:tc>
          <w:tcPr>
            <w:tcW w:w="3600" w:type="dxa"/>
          </w:tcPr>
          <w:p w14:paraId="1477B1D4" w14:textId="406C115B" w:rsidR="000D50D7" w:rsidRPr="000D50D7" w:rsidRDefault="000D50D7" w:rsidP="000D50D7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Подача мяча</w:t>
            </w:r>
            <w:r w:rsidR="000B04D5" w:rsidRPr="007C20F5">
              <w:rPr>
                <w:rFonts w:eastAsia="Calibri" w:cs="Times New Roman"/>
                <w:szCs w:val="24"/>
                <w:lang w:val="ru-RU" w:eastAsia="ru-RU"/>
              </w:rPr>
              <w:t>(кол-во)</w:t>
            </w:r>
          </w:p>
        </w:tc>
        <w:tc>
          <w:tcPr>
            <w:tcW w:w="720" w:type="dxa"/>
          </w:tcPr>
          <w:p w14:paraId="4EEDC21E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8</w:t>
            </w:r>
          </w:p>
        </w:tc>
        <w:tc>
          <w:tcPr>
            <w:tcW w:w="900" w:type="dxa"/>
          </w:tcPr>
          <w:p w14:paraId="123CEA45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7</w:t>
            </w:r>
          </w:p>
        </w:tc>
        <w:tc>
          <w:tcPr>
            <w:tcW w:w="727" w:type="dxa"/>
          </w:tcPr>
          <w:p w14:paraId="45F405B9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6</w:t>
            </w:r>
          </w:p>
        </w:tc>
        <w:tc>
          <w:tcPr>
            <w:tcW w:w="1308" w:type="dxa"/>
          </w:tcPr>
          <w:p w14:paraId="3D8C6DF0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5</w:t>
            </w:r>
          </w:p>
        </w:tc>
        <w:tc>
          <w:tcPr>
            <w:tcW w:w="1308" w:type="dxa"/>
          </w:tcPr>
          <w:p w14:paraId="4F6260F6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4</w:t>
            </w:r>
          </w:p>
        </w:tc>
      </w:tr>
      <w:tr w:rsidR="000D50D7" w:rsidRPr="000D50D7" w14:paraId="5ED0B6D8" w14:textId="77777777" w:rsidTr="00BC5EAF">
        <w:tc>
          <w:tcPr>
            <w:tcW w:w="1008" w:type="dxa"/>
          </w:tcPr>
          <w:p w14:paraId="7151EA99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2</w:t>
            </w:r>
          </w:p>
        </w:tc>
        <w:tc>
          <w:tcPr>
            <w:tcW w:w="3600" w:type="dxa"/>
          </w:tcPr>
          <w:p w14:paraId="6EA1DD33" w14:textId="0CE2966B" w:rsidR="000D50D7" w:rsidRPr="000D50D7" w:rsidRDefault="000D50D7" w:rsidP="000D50D7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Удар мяча справа по диагонали</w:t>
            </w:r>
            <w:r w:rsidR="000B04D5" w:rsidRPr="007C20F5">
              <w:rPr>
                <w:rFonts w:eastAsia="Calibri" w:cs="Times New Roman"/>
                <w:szCs w:val="24"/>
                <w:lang w:val="ru-RU" w:eastAsia="ru-RU"/>
              </w:rPr>
              <w:t>(кол-во)</w:t>
            </w:r>
          </w:p>
        </w:tc>
        <w:tc>
          <w:tcPr>
            <w:tcW w:w="720" w:type="dxa"/>
          </w:tcPr>
          <w:p w14:paraId="52AFE3D7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6</w:t>
            </w:r>
          </w:p>
        </w:tc>
        <w:tc>
          <w:tcPr>
            <w:tcW w:w="900" w:type="dxa"/>
          </w:tcPr>
          <w:p w14:paraId="40C481C0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5</w:t>
            </w:r>
          </w:p>
        </w:tc>
        <w:tc>
          <w:tcPr>
            <w:tcW w:w="727" w:type="dxa"/>
          </w:tcPr>
          <w:p w14:paraId="4DB28A00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4</w:t>
            </w:r>
          </w:p>
        </w:tc>
        <w:tc>
          <w:tcPr>
            <w:tcW w:w="1308" w:type="dxa"/>
          </w:tcPr>
          <w:p w14:paraId="55650761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3</w:t>
            </w:r>
          </w:p>
        </w:tc>
        <w:tc>
          <w:tcPr>
            <w:tcW w:w="1308" w:type="dxa"/>
          </w:tcPr>
          <w:p w14:paraId="1FD8E4DD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2</w:t>
            </w:r>
          </w:p>
        </w:tc>
      </w:tr>
      <w:tr w:rsidR="000D50D7" w:rsidRPr="000D50D7" w14:paraId="0BA735F8" w14:textId="77777777" w:rsidTr="00BC5EAF">
        <w:tc>
          <w:tcPr>
            <w:tcW w:w="1008" w:type="dxa"/>
          </w:tcPr>
          <w:p w14:paraId="08035E07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3</w:t>
            </w:r>
          </w:p>
        </w:tc>
        <w:tc>
          <w:tcPr>
            <w:tcW w:w="3600" w:type="dxa"/>
          </w:tcPr>
          <w:p w14:paraId="043AF90E" w14:textId="6BB14FD9" w:rsidR="000D50D7" w:rsidRPr="000D50D7" w:rsidRDefault="000D50D7" w:rsidP="000D50D7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 xml:space="preserve">Удар мяча справа по </w:t>
            </w:r>
            <w:r w:rsidRPr="000D50D7">
              <w:rPr>
                <w:rFonts w:eastAsia="Calibri" w:cs="Times New Roman"/>
                <w:szCs w:val="24"/>
                <w:lang w:val="ru-RU" w:eastAsia="ru-RU"/>
              </w:rPr>
              <w:lastRenderedPageBreak/>
              <w:t>диагонали</w:t>
            </w:r>
            <w:r w:rsidR="000B04D5" w:rsidRPr="007C20F5">
              <w:rPr>
                <w:rFonts w:eastAsia="Calibri" w:cs="Times New Roman"/>
                <w:szCs w:val="24"/>
                <w:lang w:val="ru-RU" w:eastAsia="ru-RU"/>
              </w:rPr>
              <w:t>(кол-во)</w:t>
            </w:r>
          </w:p>
        </w:tc>
        <w:tc>
          <w:tcPr>
            <w:tcW w:w="720" w:type="dxa"/>
          </w:tcPr>
          <w:p w14:paraId="65713EA3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lastRenderedPageBreak/>
              <w:t>6</w:t>
            </w:r>
          </w:p>
        </w:tc>
        <w:tc>
          <w:tcPr>
            <w:tcW w:w="900" w:type="dxa"/>
          </w:tcPr>
          <w:p w14:paraId="447CE807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5</w:t>
            </w:r>
          </w:p>
        </w:tc>
        <w:tc>
          <w:tcPr>
            <w:tcW w:w="727" w:type="dxa"/>
          </w:tcPr>
          <w:p w14:paraId="06DE3534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4</w:t>
            </w:r>
          </w:p>
        </w:tc>
        <w:tc>
          <w:tcPr>
            <w:tcW w:w="1308" w:type="dxa"/>
          </w:tcPr>
          <w:p w14:paraId="15ABCB82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3</w:t>
            </w:r>
          </w:p>
        </w:tc>
        <w:tc>
          <w:tcPr>
            <w:tcW w:w="1308" w:type="dxa"/>
          </w:tcPr>
          <w:p w14:paraId="7AAAF5DE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2</w:t>
            </w:r>
          </w:p>
        </w:tc>
      </w:tr>
    </w:tbl>
    <w:p w14:paraId="28CE295C" w14:textId="77777777" w:rsidR="000D50D7" w:rsidRPr="000D50D7" w:rsidRDefault="000D50D7" w:rsidP="000D50D7">
      <w:pPr>
        <w:spacing w:line="240" w:lineRule="auto"/>
        <w:rPr>
          <w:rFonts w:eastAsia="Calibri" w:cs="Times New Roman"/>
          <w:szCs w:val="24"/>
          <w:lang w:val="ru-RU" w:eastAsia="ru-RU"/>
        </w:rPr>
      </w:pPr>
    </w:p>
    <w:p w14:paraId="08158617" w14:textId="77777777" w:rsidR="000D50D7" w:rsidRPr="000D50D7" w:rsidRDefault="000D50D7" w:rsidP="000D50D7">
      <w:pPr>
        <w:spacing w:line="240" w:lineRule="auto"/>
        <w:rPr>
          <w:rFonts w:eastAsia="Calibri" w:cs="Times New Roman"/>
          <w:b/>
          <w:szCs w:val="24"/>
          <w:lang w:val="ru-RU" w:eastAsia="ru-RU"/>
        </w:rPr>
      </w:pPr>
      <w:proofErr w:type="gramStart"/>
      <w:r w:rsidRPr="000D50D7">
        <w:rPr>
          <w:rFonts w:eastAsia="Calibri" w:cs="Times New Roman"/>
          <w:b/>
          <w:szCs w:val="24"/>
          <w:lang w:val="ru-RU" w:eastAsia="ru-RU"/>
        </w:rPr>
        <w:t>Дартс  (</w:t>
      </w:r>
      <w:proofErr w:type="gramEnd"/>
      <w:r w:rsidRPr="000D50D7">
        <w:rPr>
          <w:rFonts w:eastAsia="Calibri" w:cs="Times New Roman"/>
          <w:b/>
          <w:szCs w:val="24"/>
          <w:lang w:val="ru-RU" w:eastAsia="ru-RU"/>
        </w:rPr>
        <w:t>девушки)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2700"/>
        <w:gridCol w:w="900"/>
        <w:gridCol w:w="1040"/>
        <w:gridCol w:w="1307"/>
        <w:gridCol w:w="1308"/>
        <w:gridCol w:w="1308"/>
      </w:tblGrid>
      <w:tr w:rsidR="000D50D7" w:rsidRPr="000D50D7" w14:paraId="6852F66C" w14:textId="77777777" w:rsidTr="00BC5EAF">
        <w:tc>
          <w:tcPr>
            <w:tcW w:w="1008" w:type="dxa"/>
          </w:tcPr>
          <w:p w14:paraId="3CC5E7C3" w14:textId="77777777" w:rsidR="000D50D7" w:rsidRPr="000D50D7" w:rsidRDefault="000D50D7" w:rsidP="000D50D7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№ п/п</w:t>
            </w:r>
          </w:p>
        </w:tc>
        <w:tc>
          <w:tcPr>
            <w:tcW w:w="2700" w:type="dxa"/>
          </w:tcPr>
          <w:p w14:paraId="0F5901A7" w14:textId="2F6BF3F8" w:rsidR="000D50D7" w:rsidRPr="000D50D7" w:rsidRDefault="000D50D7" w:rsidP="000D50D7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Наименование тестов</w:t>
            </w:r>
            <w:r w:rsidR="000B04D5">
              <w:rPr>
                <w:rFonts w:eastAsia="Calibri" w:cs="Times New Roman"/>
                <w:szCs w:val="24"/>
                <w:lang w:val="ru-RU" w:eastAsia="ru-RU"/>
              </w:rPr>
              <w:t>/оценка</w:t>
            </w:r>
          </w:p>
        </w:tc>
        <w:tc>
          <w:tcPr>
            <w:tcW w:w="900" w:type="dxa"/>
          </w:tcPr>
          <w:p w14:paraId="64A12707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b/>
                <w:szCs w:val="24"/>
                <w:lang w:val="ru-RU" w:eastAsia="ru-RU"/>
              </w:rPr>
              <w:t>5</w:t>
            </w:r>
          </w:p>
        </w:tc>
        <w:tc>
          <w:tcPr>
            <w:tcW w:w="1040" w:type="dxa"/>
          </w:tcPr>
          <w:p w14:paraId="15631CB3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b/>
                <w:szCs w:val="24"/>
                <w:lang w:val="ru-RU" w:eastAsia="ru-RU"/>
              </w:rPr>
              <w:t>4</w:t>
            </w:r>
          </w:p>
        </w:tc>
        <w:tc>
          <w:tcPr>
            <w:tcW w:w="1307" w:type="dxa"/>
          </w:tcPr>
          <w:p w14:paraId="1650BAC0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b/>
                <w:szCs w:val="24"/>
                <w:lang w:val="ru-RU" w:eastAsia="ru-RU"/>
              </w:rPr>
              <w:t>3</w:t>
            </w:r>
          </w:p>
        </w:tc>
        <w:tc>
          <w:tcPr>
            <w:tcW w:w="1308" w:type="dxa"/>
          </w:tcPr>
          <w:p w14:paraId="3219024F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b/>
                <w:szCs w:val="24"/>
                <w:lang w:val="ru-RU" w:eastAsia="ru-RU"/>
              </w:rPr>
              <w:t>2</w:t>
            </w:r>
          </w:p>
        </w:tc>
        <w:tc>
          <w:tcPr>
            <w:tcW w:w="1308" w:type="dxa"/>
          </w:tcPr>
          <w:p w14:paraId="047A7123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b/>
                <w:szCs w:val="24"/>
                <w:lang w:val="ru-RU" w:eastAsia="ru-RU"/>
              </w:rPr>
              <w:t>1</w:t>
            </w:r>
          </w:p>
        </w:tc>
      </w:tr>
      <w:tr w:rsidR="000D50D7" w:rsidRPr="000D50D7" w14:paraId="1CC36B44" w14:textId="77777777" w:rsidTr="00BC5EAF">
        <w:tc>
          <w:tcPr>
            <w:tcW w:w="1008" w:type="dxa"/>
          </w:tcPr>
          <w:p w14:paraId="51C47B9A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1</w:t>
            </w:r>
          </w:p>
        </w:tc>
        <w:tc>
          <w:tcPr>
            <w:tcW w:w="2700" w:type="dxa"/>
          </w:tcPr>
          <w:p w14:paraId="79C6B223" w14:textId="77777777" w:rsidR="000D50D7" w:rsidRPr="000D50D7" w:rsidRDefault="000D50D7" w:rsidP="000D50D7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Бросок дротика в мишень (очки)</w:t>
            </w:r>
          </w:p>
        </w:tc>
        <w:tc>
          <w:tcPr>
            <w:tcW w:w="900" w:type="dxa"/>
          </w:tcPr>
          <w:p w14:paraId="56ACD7D5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180</w:t>
            </w:r>
          </w:p>
        </w:tc>
        <w:tc>
          <w:tcPr>
            <w:tcW w:w="1040" w:type="dxa"/>
          </w:tcPr>
          <w:p w14:paraId="3FE0EE9B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160</w:t>
            </w:r>
          </w:p>
        </w:tc>
        <w:tc>
          <w:tcPr>
            <w:tcW w:w="1307" w:type="dxa"/>
          </w:tcPr>
          <w:p w14:paraId="332E7D30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140</w:t>
            </w:r>
          </w:p>
        </w:tc>
        <w:tc>
          <w:tcPr>
            <w:tcW w:w="1308" w:type="dxa"/>
          </w:tcPr>
          <w:p w14:paraId="19855BDA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120</w:t>
            </w:r>
          </w:p>
        </w:tc>
        <w:tc>
          <w:tcPr>
            <w:tcW w:w="1308" w:type="dxa"/>
          </w:tcPr>
          <w:p w14:paraId="2C2183A0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80</w:t>
            </w:r>
          </w:p>
        </w:tc>
      </w:tr>
    </w:tbl>
    <w:p w14:paraId="0FF6D6E3" w14:textId="77777777" w:rsidR="000D50D7" w:rsidRPr="000D50D7" w:rsidRDefault="000D50D7" w:rsidP="000D50D7">
      <w:pPr>
        <w:spacing w:line="240" w:lineRule="auto"/>
        <w:rPr>
          <w:rFonts w:eastAsia="Calibri" w:cs="Times New Roman"/>
          <w:szCs w:val="24"/>
          <w:lang w:val="ru-RU" w:eastAsia="ru-RU"/>
        </w:rPr>
      </w:pPr>
    </w:p>
    <w:p w14:paraId="0B9E8B60" w14:textId="77777777" w:rsidR="000D50D7" w:rsidRPr="000D50D7" w:rsidRDefault="000D50D7" w:rsidP="000D50D7">
      <w:pPr>
        <w:spacing w:line="240" w:lineRule="auto"/>
        <w:rPr>
          <w:rFonts w:eastAsia="Calibri" w:cs="Times New Roman"/>
          <w:b/>
          <w:szCs w:val="24"/>
          <w:lang w:val="ru-RU" w:eastAsia="ru-RU"/>
        </w:rPr>
      </w:pPr>
      <w:proofErr w:type="gramStart"/>
      <w:r w:rsidRPr="000D50D7">
        <w:rPr>
          <w:rFonts w:eastAsia="Calibri" w:cs="Times New Roman"/>
          <w:b/>
          <w:szCs w:val="24"/>
          <w:lang w:val="ru-RU" w:eastAsia="ru-RU"/>
        </w:rPr>
        <w:t>Дартс  (</w:t>
      </w:r>
      <w:proofErr w:type="gramEnd"/>
      <w:r w:rsidRPr="000D50D7">
        <w:rPr>
          <w:rFonts w:eastAsia="Calibri" w:cs="Times New Roman"/>
          <w:b/>
          <w:szCs w:val="24"/>
          <w:lang w:val="ru-RU" w:eastAsia="ru-RU"/>
        </w:rPr>
        <w:t>юноши)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2700"/>
        <w:gridCol w:w="900"/>
        <w:gridCol w:w="1040"/>
        <w:gridCol w:w="1307"/>
        <w:gridCol w:w="1308"/>
        <w:gridCol w:w="1308"/>
      </w:tblGrid>
      <w:tr w:rsidR="000D50D7" w:rsidRPr="000D50D7" w14:paraId="57C8032B" w14:textId="77777777" w:rsidTr="00BC5EAF">
        <w:tc>
          <w:tcPr>
            <w:tcW w:w="1008" w:type="dxa"/>
          </w:tcPr>
          <w:p w14:paraId="5C558B3C" w14:textId="77777777" w:rsidR="000D50D7" w:rsidRPr="000D50D7" w:rsidRDefault="000D50D7" w:rsidP="000D50D7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№ п/п</w:t>
            </w:r>
          </w:p>
        </w:tc>
        <w:tc>
          <w:tcPr>
            <w:tcW w:w="2700" w:type="dxa"/>
          </w:tcPr>
          <w:p w14:paraId="58CB60D3" w14:textId="5B7B4E4E" w:rsidR="000D50D7" w:rsidRPr="000D50D7" w:rsidRDefault="000D50D7" w:rsidP="000D50D7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Наименование тестов</w:t>
            </w:r>
            <w:r w:rsidR="000B04D5">
              <w:rPr>
                <w:rFonts w:eastAsia="Calibri" w:cs="Times New Roman"/>
                <w:szCs w:val="24"/>
                <w:lang w:val="ru-RU" w:eastAsia="ru-RU"/>
              </w:rPr>
              <w:t>/оценка</w:t>
            </w:r>
          </w:p>
        </w:tc>
        <w:tc>
          <w:tcPr>
            <w:tcW w:w="900" w:type="dxa"/>
          </w:tcPr>
          <w:p w14:paraId="0D4E6B4D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b/>
                <w:szCs w:val="24"/>
                <w:lang w:val="ru-RU" w:eastAsia="ru-RU"/>
              </w:rPr>
              <w:t>5</w:t>
            </w:r>
          </w:p>
        </w:tc>
        <w:tc>
          <w:tcPr>
            <w:tcW w:w="1040" w:type="dxa"/>
          </w:tcPr>
          <w:p w14:paraId="14772AFD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b/>
                <w:szCs w:val="24"/>
                <w:lang w:val="ru-RU" w:eastAsia="ru-RU"/>
              </w:rPr>
              <w:t>4</w:t>
            </w:r>
          </w:p>
        </w:tc>
        <w:tc>
          <w:tcPr>
            <w:tcW w:w="1307" w:type="dxa"/>
          </w:tcPr>
          <w:p w14:paraId="3AB8E05C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b/>
                <w:szCs w:val="24"/>
                <w:lang w:val="ru-RU" w:eastAsia="ru-RU"/>
              </w:rPr>
              <w:t>3</w:t>
            </w:r>
          </w:p>
        </w:tc>
        <w:tc>
          <w:tcPr>
            <w:tcW w:w="1308" w:type="dxa"/>
          </w:tcPr>
          <w:p w14:paraId="618408F4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b/>
                <w:szCs w:val="24"/>
                <w:lang w:val="ru-RU" w:eastAsia="ru-RU"/>
              </w:rPr>
              <w:t>2</w:t>
            </w:r>
          </w:p>
        </w:tc>
        <w:tc>
          <w:tcPr>
            <w:tcW w:w="1308" w:type="dxa"/>
          </w:tcPr>
          <w:p w14:paraId="2158692F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b/>
                <w:szCs w:val="24"/>
                <w:lang w:val="ru-RU" w:eastAsia="ru-RU"/>
              </w:rPr>
              <w:t>1</w:t>
            </w:r>
          </w:p>
        </w:tc>
      </w:tr>
      <w:tr w:rsidR="000D50D7" w:rsidRPr="000D50D7" w14:paraId="22E7A6C9" w14:textId="77777777" w:rsidTr="00BC5EAF">
        <w:tc>
          <w:tcPr>
            <w:tcW w:w="1008" w:type="dxa"/>
          </w:tcPr>
          <w:p w14:paraId="2F2E7352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1</w:t>
            </w:r>
          </w:p>
        </w:tc>
        <w:tc>
          <w:tcPr>
            <w:tcW w:w="2700" w:type="dxa"/>
          </w:tcPr>
          <w:p w14:paraId="240ADD71" w14:textId="77777777" w:rsidR="000D50D7" w:rsidRPr="000D50D7" w:rsidRDefault="000D50D7" w:rsidP="000D50D7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Бросок дротика в мишень (очки)</w:t>
            </w:r>
          </w:p>
        </w:tc>
        <w:tc>
          <w:tcPr>
            <w:tcW w:w="900" w:type="dxa"/>
          </w:tcPr>
          <w:p w14:paraId="4FDE0AEC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200</w:t>
            </w:r>
          </w:p>
        </w:tc>
        <w:tc>
          <w:tcPr>
            <w:tcW w:w="1040" w:type="dxa"/>
          </w:tcPr>
          <w:p w14:paraId="1455D588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180</w:t>
            </w:r>
          </w:p>
        </w:tc>
        <w:tc>
          <w:tcPr>
            <w:tcW w:w="1307" w:type="dxa"/>
          </w:tcPr>
          <w:p w14:paraId="3BED750F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160</w:t>
            </w:r>
          </w:p>
        </w:tc>
        <w:tc>
          <w:tcPr>
            <w:tcW w:w="1308" w:type="dxa"/>
          </w:tcPr>
          <w:p w14:paraId="1FB09233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140</w:t>
            </w:r>
          </w:p>
        </w:tc>
        <w:tc>
          <w:tcPr>
            <w:tcW w:w="1308" w:type="dxa"/>
          </w:tcPr>
          <w:p w14:paraId="53E56885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100</w:t>
            </w:r>
          </w:p>
        </w:tc>
      </w:tr>
    </w:tbl>
    <w:p w14:paraId="2BF63926" w14:textId="77777777" w:rsidR="000D50D7" w:rsidRPr="000D50D7" w:rsidRDefault="000D50D7" w:rsidP="000D50D7">
      <w:pPr>
        <w:spacing w:line="240" w:lineRule="auto"/>
        <w:rPr>
          <w:rFonts w:eastAsia="Calibri" w:cs="Times New Roman"/>
          <w:szCs w:val="24"/>
          <w:lang w:val="ru-RU" w:eastAsia="ru-RU"/>
        </w:rPr>
      </w:pPr>
    </w:p>
    <w:p w14:paraId="1FFB2F43" w14:textId="77777777" w:rsidR="000D50D7" w:rsidRPr="000D50D7" w:rsidRDefault="000D50D7" w:rsidP="000D50D7">
      <w:pPr>
        <w:spacing w:line="240" w:lineRule="auto"/>
        <w:rPr>
          <w:rFonts w:eastAsia="Calibri" w:cs="Times New Roman"/>
          <w:b/>
          <w:szCs w:val="24"/>
          <w:lang w:val="ru-RU" w:eastAsia="ru-RU"/>
        </w:rPr>
      </w:pPr>
      <w:proofErr w:type="gramStart"/>
      <w:r w:rsidRPr="000D50D7">
        <w:rPr>
          <w:rFonts w:eastAsia="Calibri" w:cs="Times New Roman"/>
          <w:szCs w:val="24"/>
          <w:lang w:val="ru-RU" w:eastAsia="ru-RU"/>
        </w:rPr>
        <w:t>2</w:t>
      </w:r>
      <w:r w:rsidRPr="000D50D7">
        <w:rPr>
          <w:rFonts w:eastAsia="Calibri" w:cs="Times New Roman"/>
          <w:b/>
          <w:szCs w:val="24"/>
          <w:lang w:val="ru-RU" w:eastAsia="ru-RU"/>
        </w:rPr>
        <w:t>.Гимнастика :</w:t>
      </w:r>
      <w:proofErr w:type="gramEnd"/>
    </w:p>
    <w:p w14:paraId="0250E99F" w14:textId="77777777" w:rsidR="000D50D7" w:rsidRPr="000D50D7" w:rsidRDefault="000D50D7" w:rsidP="000D50D7">
      <w:pPr>
        <w:spacing w:line="240" w:lineRule="auto"/>
        <w:rPr>
          <w:rFonts w:eastAsia="Calibri" w:cs="Times New Roman"/>
          <w:b/>
          <w:szCs w:val="24"/>
          <w:lang w:val="ru-RU" w:eastAsia="ru-RU"/>
        </w:rPr>
      </w:pPr>
      <w:r w:rsidRPr="000D50D7">
        <w:rPr>
          <w:rFonts w:eastAsia="Calibri" w:cs="Times New Roman"/>
          <w:b/>
          <w:szCs w:val="24"/>
          <w:lang w:val="ru-RU" w:eastAsia="ru-RU"/>
        </w:rPr>
        <w:t>Фитнес-аэробика (девушки)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3960"/>
        <w:gridCol w:w="720"/>
        <w:gridCol w:w="900"/>
        <w:gridCol w:w="720"/>
        <w:gridCol w:w="1440"/>
        <w:gridCol w:w="823"/>
      </w:tblGrid>
      <w:tr w:rsidR="000D50D7" w:rsidRPr="000D50D7" w14:paraId="15DD0E22" w14:textId="77777777" w:rsidTr="00BC5EAF">
        <w:tc>
          <w:tcPr>
            <w:tcW w:w="1008" w:type="dxa"/>
          </w:tcPr>
          <w:p w14:paraId="751F28CA" w14:textId="77777777" w:rsidR="000D50D7" w:rsidRPr="000D50D7" w:rsidRDefault="000D50D7" w:rsidP="000D50D7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№ п/п</w:t>
            </w:r>
          </w:p>
        </w:tc>
        <w:tc>
          <w:tcPr>
            <w:tcW w:w="3960" w:type="dxa"/>
          </w:tcPr>
          <w:p w14:paraId="476CB7C9" w14:textId="2477DEAE" w:rsidR="000D50D7" w:rsidRPr="000D50D7" w:rsidRDefault="000D50D7" w:rsidP="000D50D7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Наименование тестов</w:t>
            </w:r>
            <w:r w:rsidR="000B04D5">
              <w:rPr>
                <w:rFonts w:eastAsia="Calibri" w:cs="Times New Roman"/>
                <w:szCs w:val="24"/>
                <w:lang w:val="ru-RU" w:eastAsia="ru-RU"/>
              </w:rPr>
              <w:t>/оценка</w:t>
            </w:r>
          </w:p>
        </w:tc>
        <w:tc>
          <w:tcPr>
            <w:tcW w:w="720" w:type="dxa"/>
          </w:tcPr>
          <w:p w14:paraId="30D361E1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b/>
                <w:szCs w:val="24"/>
                <w:lang w:val="ru-RU" w:eastAsia="ru-RU"/>
              </w:rPr>
              <w:t>5</w:t>
            </w:r>
          </w:p>
        </w:tc>
        <w:tc>
          <w:tcPr>
            <w:tcW w:w="900" w:type="dxa"/>
          </w:tcPr>
          <w:p w14:paraId="385EAFA2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b/>
                <w:szCs w:val="24"/>
                <w:lang w:val="ru-RU" w:eastAsia="ru-RU"/>
              </w:rPr>
              <w:t>4</w:t>
            </w:r>
          </w:p>
        </w:tc>
        <w:tc>
          <w:tcPr>
            <w:tcW w:w="720" w:type="dxa"/>
          </w:tcPr>
          <w:p w14:paraId="2384AADA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b/>
                <w:szCs w:val="24"/>
                <w:lang w:val="ru-RU" w:eastAsia="ru-RU"/>
              </w:rPr>
              <w:t>3</w:t>
            </w:r>
          </w:p>
        </w:tc>
        <w:tc>
          <w:tcPr>
            <w:tcW w:w="1440" w:type="dxa"/>
          </w:tcPr>
          <w:p w14:paraId="339B2E3C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b/>
                <w:szCs w:val="24"/>
                <w:lang w:val="ru-RU" w:eastAsia="ru-RU"/>
              </w:rPr>
              <w:t>2</w:t>
            </w:r>
          </w:p>
        </w:tc>
        <w:tc>
          <w:tcPr>
            <w:tcW w:w="823" w:type="dxa"/>
          </w:tcPr>
          <w:p w14:paraId="634980BF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b/>
                <w:szCs w:val="24"/>
                <w:lang w:val="ru-RU" w:eastAsia="ru-RU"/>
              </w:rPr>
              <w:t>1</w:t>
            </w:r>
          </w:p>
        </w:tc>
      </w:tr>
      <w:tr w:rsidR="000D50D7" w:rsidRPr="000D50D7" w14:paraId="58B4E37E" w14:textId="77777777" w:rsidTr="00BC5EAF">
        <w:tc>
          <w:tcPr>
            <w:tcW w:w="1008" w:type="dxa"/>
          </w:tcPr>
          <w:p w14:paraId="5C73F3A9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1</w:t>
            </w:r>
          </w:p>
        </w:tc>
        <w:tc>
          <w:tcPr>
            <w:tcW w:w="3960" w:type="dxa"/>
          </w:tcPr>
          <w:p w14:paraId="675774E8" w14:textId="0C5134E4" w:rsidR="000D50D7" w:rsidRPr="000D50D7" w:rsidRDefault="000D50D7" w:rsidP="000D50D7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Поднимание и опускание туловища, ноги закреплены, руки за головой</w:t>
            </w:r>
            <w:r w:rsidR="000B04D5" w:rsidRPr="007C20F5">
              <w:rPr>
                <w:rFonts w:eastAsia="Calibri" w:cs="Times New Roman"/>
                <w:szCs w:val="24"/>
                <w:lang w:val="ru-RU" w:eastAsia="ru-RU"/>
              </w:rPr>
              <w:t>(кол-во)</w:t>
            </w:r>
          </w:p>
        </w:tc>
        <w:tc>
          <w:tcPr>
            <w:tcW w:w="720" w:type="dxa"/>
          </w:tcPr>
          <w:p w14:paraId="212CD24F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60</w:t>
            </w:r>
          </w:p>
        </w:tc>
        <w:tc>
          <w:tcPr>
            <w:tcW w:w="900" w:type="dxa"/>
          </w:tcPr>
          <w:p w14:paraId="4F8CD500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50</w:t>
            </w:r>
          </w:p>
        </w:tc>
        <w:tc>
          <w:tcPr>
            <w:tcW w:w="720" w:type="dxa"/>
          </w:tcPr>
          <w:p w14:paraId="68D43298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40</w:t>
            </w:r>
          </w:p>
        </w:tc>
        <w:tc>
          <w:tcPr>
            <w:tcW w:w="1440" w:type="dxa"/>
          </w:tcPr>
          <w:p w14:paraId="2FA5EA01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30</w:t>
            </w:r>
          </w:p>
        </w:tc>
        <w:tc>
          <w:tcPr>
            <w:tcW w:w="823" w:type="dxa"/>
          </w:tcPr>
          <w:p w14:paraId="0B0EFAB7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20</w:t>
            </w:r>
          </w:p>
        </w:tc>
      </w:tr>
      <w:tr w:rsidR="000D50D7" w:rsidRPr="000D50D7" w14:paraId="4F21689A" w14:textId="77777777" w:rsidTr="00BC5EAF">
        <w:tc>
          <w:tcPr>
            <w:tcW w:w="1008" w:type="dxa"/>
          </w:tcPr>
          <w:p w14:paraId="2E884EA3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2</w:t>
            </w:r>
          </w:p>
        </w:tc>
        <w:tc>
          <w:tcPr>
            <w:tcW w:w="3960" w:type="dxa"/>
          </w:tcPr>
          <w:p w14:paraId="3E3D9257" w14:textId="2266C873" w:rsidR="000D50D7" w:rsidRPr="000D50D7" w:rsidRDefault="000D50D7" w:rsidP="000D50D7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Приседание на одной ноге</w:t>
            </w:r>
            <w:r w:rsidR="000B04D5" w:rsidRPr="007C20F5">
              <w:rPr>
                <w:rFonts w:eastAsia="Calibri" w:cs="Times New Roman"/>
                <w:szCs w:val="24"/>
                <w:lang w:val="ru-RU" w:eastAsia="ru-RU"/>
              </w:rPr>
              <w:t>(кол-во)</w:t>
            </w:r>
          </w:p>
        </w:tc>
        <w:tc>
          <w:tcPr>
            <w:tcW w:w="720" w:type="dxa"/>
          </w:tcPr>
          <w:p w14:paraId="5B23E640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0D50D7">
              <w:rPr>
                <w:rFonts w:eastAsia="Calibri" w:cs="Times New Roman"/>
                <w:szCs w:val="24"/>
                <w:lang w:eastAsia="ru-RU"/>
              </w:rPr>
              <w:t>12</w:t>
            </w:r>
          </w:p>
        </w:tc>
        <w:tc>
          <w:tcPr>
            <w:tcW w:w="900" w:type="dxa"/>
          </w:tcPr>
          <w:p w14:paraId="0B450C81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0D50D7">
              <w:rPr>
                <w:rFonts w:eastAsia="Calibri" w:cs="Times New Roman"/>
                <w:szCs w:val="24"/>
                <w:lang w:eastAsia="ru-RU"/>
              </w:rPr>
              <w:t>10</w:t>
            </w:r>
          </w:p>
        </w:tc>
        <w:tc>
          <w:tcPr>
            <w:tcW w:w="720" w:type="dxa"/>
          </w:tcPr>
          <w:p w14:paraId="72FD6FE0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0D50D7">
              <w:rPr>
                <w:rFonts w:eastAsia="Calibri" w:cs="Times New Roman"/>
                <w:szCs w:val="24"/>
                <w:lang w:eastAsia="ru-RU"/>
              </w:rPr>
              <w:t>8</w:t>
            </w:r>
          </w:p>
        </w:tc>
        <w:tc>
          <w:tcPr>
            <w:tcW w:w="1440" w:type="dxa"/>
          </w:tcPr>
          <w:p w14:paraId="7FB9DB5C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0D50D7">
              <w:rPr>
                <w:rFonts w:eastAsia="Calibri" w:cs="Times New Roman"/>
                <w:szCs w:val="24"/>
                <w:lang w:eastAsia="ru-RU"/>
              </w:rPr>
              <w:t>6</w:t>
            </w:r>
          </w:p>
        </w:tc>
        <w:tc>
          <w:tcPr>
            <w:tcW w:w="823" w:type="dxa"/>
          </w:tcPr>
          <w:p w14:paraId="18214359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0D50D7">
              <w:rPr>
                <w:rFonts w:eastAsia="Calibri" w:cs="Times New Roman"/>
                <w:szCs w:val="24"/>
                <w:lang w:eastAsia="ru-RU"/>
              </w:rPr>
              <w:t>4</w:t>
            </w:r>
          </w:p>
        </w:tc>
      </w:tr>
    </w:tbl>
    <w:p w14:paraId="4FB6A96C" w14:textId="77777777" w:rsidR="000D50D7" w:rsidRPr="000D50D7" w:rsidRDefault="000D50D7" w:rsidP="000D50D7">
      <w:pPr>
        <w:spacing w:line="240" w:lineRule="auto"/>
        <w:rPr>
          <w:rFonts w:eastAsia="Calibri" w:cs="Times New Roman"/>
          <w:szCs w:val="24"/>
          <w:lang w:val="ru-RU" w:eastAsia="ru-RU"/>
        </w:rPr>
      </w:pPr>
    </w:p>
    <w:p w14:paraId="2D8E6708" w14:textId="77777777" w:rsidR="000D50D7" w:rsidRPr="000D50D7" w:rsidRDefault="000D50D7" w:rsidP="000D50D7">
      <w:pPr>
        <w:spacing w:line="240" w:lineRule="auto"/>
        <w:rPr>
          <w:rFonts w:eastAsia="Calibri" w:cs="Times New Roman"/>
          <w:b/>
          <w:szCs w:val="24"/>
          <w:lang w:val="ru-RU" w:eastAsia="ru-RU"/>
        </w:rPr>
      </w:pPr>
      <w:r w:rsidRPr="000D50D7">
        <w:rPr>
          <w:rFonts w:eastAsia="Calibri" w:cs="Times New Roman"/>
          <w:b/>
          <w:szCs w:val="24"/>
          <w:lang w:val="ru-RU" w:eastAsia="ru-RU"/>
        </w:rPr>
        <w:t xml:space="preserve">Атлетическая </w:t>
      </w:r>
      <w:proofErr w:type="gramStart"/>
      <w:r w:rsidRPr="000D50D7">
        <w:rPr>
          <w:rFonts w:eastAsia="Calibri" w:cs="Times New Roman"/>
          <w:b/>
          <w:szCs w:val="24"/>
          <w:lang w:val="ru-RU" w:eastAsia="ru-RU"/>
        </w:rPr>
        <w:t>гимнастика( юноши</w:t>
      </w:r>
      <w:proofErr w:type="gramEnd"/>
      <w:r w:rsidRPr="000D50D7">
        <w:rPr>
          <w:rFonts w:eastAsia="Calibri" w:cs="Times New Roman"/>
          <w:b/>
          <w:szCs w:val="24"/>
          <w:lang w:val="ru-RU" w:eastAsia="ru-RU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3240"/>
        <w:gridCol w:w="900"/>
        <w:gridCol w:w="1080"/>
        <w:gridCol w:w="727"/>
        <w:gridCol w:w="1308"/>
        <w:gridCol w:w="1308"/>
      </w:tblGrid>
      <w:tr w:rsidR="000D50D7" w:rsidRPr="000D50D7" w14:paraId="60FCA587" w14:textId="77777777" w:rsidTr="00BC5EAF">
        <w:tc>
          <w:tcPr>
            <w:tcW w:w="1008" w:type="dxa"/>
          </w:tcPr>
          <w:p w14:paraId="4B136CBB" w14:textId="77777777" w:rsidR="000D50D7" w:rsidRPr="000D50D7" w:rsidRDefault="000D50D7" w:rsidP="000D50D7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№ п/п</w:t>
            </w:r>
          </w:p>
        </w:tc>
        <w:tc>
          <w:tcPr>
            <w:tcW w:w="3240" w:type="dxa"/>
          </w:tcPr>
          <w:p w14:paraId="433F1F12" w14:textId="25A6729C" w:rsidR="000D50D7" w:rsidRPr="000D50D7" w:rsidRDefault="000D50D7" w:rsidP="000D50D7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Наименование тестов</w:t>
            </w:r>
            <w:r w:rsidR="000B04D5">
              <w:rPr>
                <w:rFonts w:eastAsia="Calibri" w:cs="Times New Roman"/>
                <w:szCs w:val="24"/>
                <w:lang w:val="ru-RU" w:eastAsia="ru-RU"/>
              </w:rPr>
              <w:t>/оценка</w:t>
            </w:r>
          </w:p>
        </w:tc>
        <w:tc>
          <w:tcPr>
            <w:tcW w:w="900" w:type="dxa"/>
          </w:tcPr>
          <w:p w14:paraId="6797C6E9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b/>
                <w:szCs w:val="24"/>
                <w:lang w:val="ru-RU" w:eastAsia="ru-RU"/>
              </w:rPr>
              <w:t>5</w:t>
            </w:r>
          </w:p>
        </w:tc>
        <w:tc>
          <w:tcPr>
            <w:tcW w:w="1080" w:type="dxa"/>
          </w:tcPr>
          <w:p w14:paraId="44B6BC86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b/>
                <w:szCs w:val="24"/>
                <w:lang w:val="ru-RU" w:eastAsia="ru-RU"/>
              </w:rPr>
              <w:t>4</w:t>
            </w:r>
          </w:p>
        </w:tc>
        <w:tc>
          <w:tcPr>
            <w:tcW w:w="727" w:type="dxa"/>
          </w:tcPr>
          <w:p w14:paraId="316B3F64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b/>
                <w:szCs w:val="24"/>
                <w:lang w:val="ru-RU" w:eastAsia="ru-RU"/>
              </w:rPr>
              <w:t>3</w:t>
            </w:r>
          </w:p>
        </w:tc>
        <w:tc>
          <w:tcPr>
            <w:tcW w:w="1308" w:type="dxa"/>
          </w:tcPr>
          <w:p w14:paraId="7A6BA994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b/>
                <w:szCs w:val="24"/>
                <w:lang w:val="ru-RU" w:eastAsia="ru-RU"/>
              </w:rPr>
              <w:t>2</w:t>
            </w:r>
          </w:p>
        </w:tc>
        <w:tc>
          <w:tcPr>
            <w:tcW w:w="1308" w:type="dxa"/>
          </w:tcPr>
          <w:p w14:paraId="0F559332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b/>
                <w:szCs w:val="24"/>
                <w:lang w:val="ru-RU" w:eastAsia="ru-RU"/>
              </w:rPr>
              <w:t>1</w:t>
            </w:r>
          </w:p>
        </w:tc>
      </w:tr>
      <w:tr w:rsidR="000D50D7" w:rsidRPr="000D50D7" w14:paraId="591F88CA" w14:textId="77777777" w:rsidTr="00BC5EAF">
        <w:tc>
          <w:tcPr>
            <w:tcW w:w="1008" w:type="dxa"/>
          </w:tcPr>
          <w:p w14:paraId="57670701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1</w:t>
            </w:r>
          </w:p>
        </w:tc>
        <w:tc>
          <w:tcPr>
            <w:tcW w:w="3240" w:type="dxa"/>
          </w:tcPr>
          <w:p w14:paraId="26849ED6" w14:textId="5C24B167" w:rsidR="000D50D7" w:rsidRPr="000D50D7" w:rsidRDefault="000D50D7" w:rsidP="000D50D7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Подтягивание на перекладине</w:t>
            </w:r>
            <w:r w:rsidR="000B04D5" w:rsidRPr="007C20F5">
              <w:rPr>
                <w:rFonts w:eastAsia="Calibri" w:cs="Times New Roman"/>
                <w:szCs w:val="24"/>
                <w:lang w:val="ru-RU" w:eastAsia="ru-RU"/>
              </w:rPr>
              <w:t>(кол-во)</w:t>
            </w:r>
          </w:p>
        </w:tc>
        <w:tc>
          <w:tcPr>
            <w:tcW w:w="900" w:type="dxa"/>
          </w:tcPr>
          <w:p w14:paraId="48CE39AE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15</w:t>
            </w:r>
          </w:p>
        </w:tc>
        <w:tc>
          <w:tcPr>
            <w:tcW w:w="1080" w:type="dxa"/>
          </w:tcPr>
          <w:p w14:paraId="2A879C0F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12</w:t>
            </w:r>
          </w:p>
        </w:tc>
        <w:tc>
          <w:tcPr>
            <w:tcW w:w="727" w:type="dxa"/>
          </w:tcPr>
          <w:p w14:paraId="2F7AA8BE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9</w:t>
            </w:r>
          </w:p>
        </w:tc>
        <w:tc>
          <w:tcPr>
            <w:tcW w:w="1308" w:type="dxa"/>
          </w:tcPr>
          <w:p w14:paraId="0FA84AD5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7</w:t>
            </w:r>
          </w:p>
        </w:tc>
        <w:tc>
          <w:tcPr>
            <w:tcW w:w="1308" w:type="dxa"/>
          </w:tcPr>
          <w:p w14:paraId="464B7DA2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5</w:t>
            </w:r>
          </w:p>
        </w:tc>
      </w:tr>
      <w:tr w:rsidR="000D50D7" w:rsidRPr="000D50D7" w14:paraId="403BEF2B" w14:textId="77777777" w:rsidTr="00BC5EAF">
        <w:tc>
          <w:tcPr>
            <w:tcW w:w="1008" w:type="dxa"/>
          </w:tcPr>
          <w:p w14:paraId="29CF9E87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2</w:t>
            </w:r>
          </w:p>
        </w:tc>
        <w:tc>
          <w:tcPr>
            <w:tcW w:w="3240" w:type="dxa"/>
          </w:tcPr>
          <w:p w14:paraId="1D015F29" w14:textId="06B69D27" w:rsidR="000D50D7" w:rsidRPr="000D50D7" w:rsidRDefault="000D50D7" w:rsidP="000D50D7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Поднимание ног в висе до касания перекладины</w:t>
            </w:r>
            <w:r w:rsidR="000B04D5" w:rsidRPr="007C20F5">
              <w:rPr>
                <w:rFonts w:eastAsia="Calibri" w:cs="Times New Roman"/>
                <w:szCs w:val="24"/>
                <w:lang w:val="ru-RU" w:eastAsia="ru-RU"/>
              </w:rPr>
              <w:t>(кол-во)</w:t>
            </w:r>
          </w:p>
        </w:tc>
        <w:tc>
          <w:tcPr>
            <w:tcW w:w="900" w:type="dxa"/>
          </w:tcPr>
          <w:p w14:paraId="58AC719F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10</w:t>
            </w:r>
          </w:p>
        </w:tc>
        <w:tc>
          <w:tcPr>
            <w:tcW w:w="1080" w:type="dxa"/>
          </w:tcPr>
          <w:p w14:paraId="6A8FD6C6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7</w:t>
            </w:r>
          </w:p>
        </w:tc>
        <w:tc>
          <w:tcPr>
            <w:tcW w:w="727" w:type="dxa"/>
          </w:tcPr>
          <w:p w14:paraId="2B2F46FE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5</w:t>
            </w:r>
          </w:p>
        </w:tc>
        <w:tc>
          <w:tcPr>
            <w:tcW w:w="1308" w:type="dxa"/>
          </w:tcPr>
          <w:p w14:paraId="4FC348AD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3</w:t>
            </w:r>
          </w:p>
        </w:tc>
        <w:tc>
          <w:tcPr>
            <w:tcW w:w="1308" w:type="dxa"/>
          </w:tcPr>
          <w:p w14:paraId="11C7FCDA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2</w:t>
            </w:r>
          </w:p>
        </w:tc>
      </w:tr>
    </w:tbl>
    <w:p w14:paraId="56531265" w14:textId="77777777" w:rsidR="000D50D7" w:rsidRPr="000D50D7" w:rsidRDefault="000D50D7" w:rsidP="000D50D7">
      <w:pPr>
        <w:spacing w:line="240" w:lineRule="auto"/>
        <w:rPr>
          <w:rFonts w:eastAsia="Calibri" w:cs="Times New Roman"/>
          <w:szCs w:val="24"/>
          <w:lang w:val="ru-RU" w:eastAsia="ru-RU"/>
        </w:rPr>
      </w:pPr>
    </w:p>
    <w:p w14:paraId="4BF59B5C" w14:textId="77777777" w:rsidR="000D50D7" w:rsidRPr="000D50D7" w:rsidRDefault="000D50D7" w:rsidP="000D50D7">
      <w:pPr>
        <w:spacing w:line="240" w:lineRule="auto"/>
        <w:rPr>
          <w:rFonts w:eastAsia="Calibri" w:cs="Times New Roman"/>
          <w:b/>
          <w:szCs w:val="24"/>
          <w:lang w:val="ru-RU" w:eastAsia="ru-RU"/>
        </w:rPr>
      </w:pPr>
      <w:r w:rsidRPr="000D50D7">
        <w:rPr>
          <w:rFonts w:eastAsia="Calibri" w:cs="Times New Roman"/>
          <w:szCs w:val="24"/>
          <w:lang w:val="ru-RU" w:eastAsia="ru-RU"/>
        </w:rPr>
        <w:t>3</w:t>
      </w:r>
      <w:r w:rsidRPr="000D50D7">
        <w:rPr>
          <w:rFonts w:eastAsia="Calibri" w:cs="Times New Roman"/>
          <w:b/>
          <w:szCs w:val="24"/>
          <w:lang w:val="ru-RU" w:eastAsia="ru-RU"/>
        </w:rPr>
        <w:t xml:space="preserve">. Циклические виды </w:t>
      </w:r>
      <w:proofErr w:type="gramStart"/>
      <w:r w:rsidRPr="000D50D7">
        <w:rPr>
          <w:rFonts w:eastAsia="Calibri" w:cs="Times New Roman"/>
          <w:b/>
          <w:szCs w:val="24"/>
          <w:lang w:val="ru-RU" w:eastAsia="ru-RU"/>
        </w:rPr>
        <w:t>спорта :</w:t>
      </w:r>
      <w:proofErr w:type="gramEnd"/>
    </w:p>
    <w:p w14:paraId="2855FD21" w14:textId="77777777" w:rsidR="000D50D7" w:rsidRPr="000D50D7" w:rsidRDefault="000D50D7" w:rsidP="000D50D7">
      <w:pPr>
        <w:spacing w:line="240" w:lineRule="auto"/>
        <w:rPr>
          <w:rFonts w:eastAsia="Calibri" w:cs="Times New Roman"/>
          <w:b/>
          <w:szCs w:val="24"/>
          <w:lang w:val="ru-RU" w:eastAsia="ru-RU"/>
        </w:rPr>
      </w:pPr>
      <w:r w:rsidRPr="000D50D7">
        <w:rPr>
          <w:rFonts w:eastAsia="Calibri" w:cs="Times New Roman"/>
          <w:b/>
          <w:szCs w:val="24"/>
          <w:lang w:val="ru-RU" w:eastAsia="ru-RU"/>
        </w:rPr>
        <w:t>Лыжная подготовка(девушки)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3420"/>
        <w:gridCol w:w="900"/>
        <w:gridCol w:w="720"/>
        <w:gridCol w:w="907"/>
        <w:gridCol w:w="1308"/>
        <w:gridCol w:w="1308"/>
      </w:tblGrid>
      <w:tr w:rsidR="000D50D7" w:rsidRPr="000D50D7" w14:paraId="7D570447" w14:textId="77777777" w:rsidTr="00BC5EAF">
        <w:tc>
          <w:tcPr>
            <w:tcW w:w="1008" w:type="dxa"/>
          </w:tcPr>
          <w:p w14:paraId="05DC9343" w14:textId="77777777" w:rsidR="000D50D7" w:rsidRPr="000D50D7" w:rsidRDefault="000D50D7" w:rsidP="000D50D7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№ п/п</w:t>
            </w:r>
          </w:p>
        </w:tc>
        <w:tc>
          <w:tcPr>
            <w:tcW w:w="3420" w:type="dxa"/>
          </w:tcPr>
          <w:p w14:paraId="7A0A349F" w14:textId="7D878364" w:rsidR="000D50D7" w:rsidRPr="000D50D7" w:rsidRDefault="000D50D7" w:rsidP="000D50D7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Наименование тестов</w:t>
            </w:r>
            <w:r w:rsidR="000B04D5">
              <w:rPr>
                <w:rFonts w:eastAsia="Calibri" w:cs="Times New Roman"/>
                <w:szCs w:val="24"/>
                <w:lang w:val="ru-RU" w:eastAsia="ru-RU"/>
              </w:rPr>
              <w:t>/оценка</w:t>
            </w:r>
          </w:p>
        </w:tc>
        <w:tc>
          <w:tcPr>
            <w:tcW w:w="900" w:type="dxa"/>
          </w:tcPr>
          <w:p w14:paraId="7491BC4F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b/>
                <w:szCs w:val="24"/>
                <w:lang w:val="ru-RU" w:eastAsia="ru-RU"/>
              </w:rPr>
              <w:t>5</w:t>
            </w:r>
          </w:p>
        </w:tc>
        <w:tc>
          <w:tcPr>
            <w:tcW w:w="720" w:type="dxa"/>
          </w:tcPr>
          <w:p w14:paraId="15F208FB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b/>
                <w:szCs w:val="24"/>
                <w:lang w:val="ru-RU" w:eastAsia="ru-RU"/>
              </w:rPr>
              <w:t>4</w:t>
            </w:r>
          </w:p>
        </w:tc>
        <w:tc>
          <w:tcPr>
            <w:tcW w:w="907" w:type="dxa"/>
          </w:tcPr>
          <w:p w14:paraId="014F366A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b/>
                <w:szCs w:val="24"/>
                <w:lang w:val="ru-RU" w:eastAsia="ru-RU"/>
              </w:rPr>
              <w:t>3</w:t>
            </w:r>
          </w:p>
        </w:tc>
        <w:tc>
          <w:tcPr>
            <w:tcW w:w="1308" w:type="dxa"/>
          </w:tcPr>
          <w:p w14:paraId="56E740F2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b/>
                <w:szCs w:val="24"/>
                <w:lang w:val="ru-RU" w:eastAsia="ru-RU"/>
              </w:rPr>
              <w:t>2</w:t>
            </w:r>
          </w:p>
        </w:tc>
        <w:tc>
          <w:tcPr>
            <w:tcW w:w="1308" w:type="dxa"/>
          </w:tcPr>
          <w:p w14:paraId="00B365DA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b/>
                <w:szCs w:val="24"/>
                <w:lang w:val="ru-RU" w:eastAsia="ru-RU"/>
              </w:rPr>
              <w:t>1</w:t>
            </w:r>
          </w:p>
        </w:tc>
      </w:tr>
      <w:tr w:rsidR="000D50D7" w:rsidRPr="000D50D7" w14:paraId="1123E61E" w14:textId="77777777" w:rsidTr="00BC5EAF">
        <w:tc>
          <w:tcPr>
            <w:tcW w:w="1008" w:type="dxa"/>
          </w:tcPr>
          <w:p w14:paraId="0E4C1ED1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1</w:t>
            </w:r>
          </w:p>
        </w:tc>
        <w:tc>
          <w:tcPr>
            <w:tcW w:w="3420" w:type="dxa"/>
          </w:tcPr>
          <w:p w14:paraId="19470315" w14:textId="77777777" w:rsidR="000D50D7" w:rsidRPr="000D50D7" w:rsidRDefault="000D50D7" w:rsidP="000D50D7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 xml:space="preserve">Бег на лыжах </w:t>
            </w:r>
            <w:smartTag w:uri="urn:schemas-microsoft-com:office:smarttags" w:element="metricconverter">
              <w:smartTagPr>
                <w:attr w:name="ProductID" w:val="3 км"/>
              </w:smartTagPr>
              <w:r w:rsidRPr="000D50D7">
                <w:rPr>
                  <w:rFonts w:eastAsia="Calibri" w:cs="Times New Roman"/>
                  <w:szCs w:val="24"/>
                  <w:lang w:val="ru-RU" w:eastAsia="ru-RU"/>
                </w:rPr>
                <w:t>3 км</w:t>
              </w:r>
            </w:smartTag>
            <w:r w:rsidRPr="000D50D7">
              <w:rPr>
                <w:rFonts w:eastAsia="Calibri" w:cs="Times New Roman"/>
                <w:szCs w:val="24"/>
                <w:lang w:val="ru-RU" w:eastAsia="ru-RU"/>
              </w:rPr>
              <w:t xml:space="preserve"> (</w:t>
            </w:r>
            <w:proofErr w:type="spellStart"/>
            <w:proofErr w:type="gramStart"/>
            <w:r w:rsidRPr="000D50D7">
              <w:rPr>
                <w:rFonts w:eastAsia="Calibri" w:cs="Times New Roman"/>
                <w:szCs w:val="24"/>
                <w:lang w:val="ru-RU" w:eastAsia="ru-RU"/>
              </w:rPr>
              <w:t>мин,сек</w:t>
            </w:r>
            <w:proofErr w:type="spellEnd"/>
            <w:proofErr w:type="gramEnd"/>
            <w:r w:rsidRPr="000D50D7">
              <w:rPr>
                <w:rFonts w:eastAsia="Calibri" w:cs="Times New Roman"/>
                <w:szCs w:val="24"/>
                <w:lang w:val="ru-RU" w:eastAsia="ru-RU"/>
              </w:rPr>
              <w:t>)</w:t>
            </w:r>
          </w:p>
        </w:tc>
        <w:tc>
          <w:tcPr>
            <w:tcW w:w="900" w:type="dxa"/>
          </w:tcPr>
          <w:p w14:paraId="544DF739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18.0</w:t>
            </w:r>
          </w:p>
        </w:tc>
        <w:tc>
          <w:tcPr>
            <w:tcW w:w="720" w:type="dxa"/>
          </w:tcPr>
          <w:p w14:paraId="4E122132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18.3</w:t>
            </w:r>
          </w:p>
        </w:tc>
        <w:tc>
          <w:tcPr>
            <w:tcW w:w="907" w:type="dxa"/>
          </w:tcPr>
          <w:p w14:paraId="28904CB0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19,3</w:t>
            </w:r>
          </w:p>
        </w:tc>
        <w:tc>
          <w:tcPr>
            <w:tcW w:w="1308" w:type="dxa"/>
          </w:tcPr>
          <w:p w14:paraId="42DAC764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20</w:t>
            </w:r>
          </w:p>
        </w:tc>
        <w:tc>
          <w:tcPr>
            <w:tcW w:w="1308" w:type="dxa"/>
          </w:tcPr>
          <w:p w14:paraId="5E201DCB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21</w:t>
            </w:r>
          </w:p>
        </w:tc>
      </w:tr>
    </w:tbl>
    <w:p w14:paraId="293FB98F" w14:textId="77777777" w:rsidR="000D50D7" w:rsidRPr="000D50D7" w:rsidRDefault="000D50D7" w:rsidP="000D50D7">
      <w:pPr>
        <w:spacing w:line="240" w:lineRule="auto"/>
        <w:rPr>
          <w:rFonts w:eastAsia="Calibri" w:cs="Times New Roman"/>
          <w:szCs w:val="24"/>
          <w:lang w:val="ru-RU" w:eastAsia="ru-RU"/>
        </w:rPr>
      </w:pPr>
    </w:p>
    <w:p w14:paraId="0CBE6052" w14:textId="77777777" w:rsidR="000D50D7" w:rsidRPr="000D50D7" w:rsidRDefault="000D50D7" w:rsidP="000D50D7">
      <w:pPr>
        <w:spacing w:line="240" w:lineRule="auto"/>
        <w:rPr>
          <w:rFonts w:eastAsia="Calibri" w:cs="Times New Roman"/>
          <w:b/>
          <w:szCs w:val="24"/>
          <w:lang w:val="ru-RU" w:eastAsia="ru-RU"/>
        </w:rPr>
      </w:pPr>
      <w:r w:rsidRPr="000D50D7">
        <w:rPr>
          <w:rFonts w:eastAsia="Calibri" w:cs="Times New Roman"/>
          <w:b/>
          <w:szCs w:val="24"/>
          <w:lang w:val="ru-RU" w:eastAsia="ru-RU"/>
        </w:rPr>
        <w:t>Лыжная подготовка(юноши)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2700"/>
        <w:gridCol w:w="900"/>
        <w:gridCol w:w="1040"/>
        <w:gridCol w:w="1307"/>
        <w:gridCol w:w="1308"/>
        <w:gridCol w:w="1308"/>
      </w:tblGrid>
      <w:tr w:rsidR="000D50D7" w:rsidRPr="000D50D7" w14:paraId="21DCD732" w14:textId="77777777" w:rsidTr="00BC5EAF">
        <w:tc>
          <w:tcPr>
            <w:tcW w:w="1008" w:type="dxa"/>
          </w:tcPr>
          <w:p w14:paraId="7E81D432" w14:textId="77777777" w:rsidR="000D50D7" w:rsidRPr="000D50D7" w:rsidRDefault="000D50D7" w:rsidP="000D50D7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№ п/п</w:t>
            </w:r>
          </w:p>
        </w:tc>
        <w:tc>
          <w:tcPr>
            <w:tcW w:w="2700" w:type="dxa"/>
          </w:tcPr>
          <w:p w14:paraId="55B67B06" w14:textId="52C8806C" w:rsidR="000D50D7" w:rsidRPr="000D50D7" w:rsidRDefault="000D50D7" w:rsidP="000D50D7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Наименование тестов</w:t>
            </w:r>
            <w:r w:rsidR="000B04D5">
              <w:rPr>
                <w:rFonts w:eastAsia="Calibri" w:cs="Times New Roman"/>
                <w:szCs w:val="24"/>
                <w:lang w:val="ru-RU" w:eastAsia="ru-RU"/>
              </w:rPr>
              <w:t>/оценка</w:t>
            </w:r>
          </w:p>
        </w:tc>
        <w:tc>
          <w:tcPr>
            <w:tcW w:w="900" w:type="dxa"/>
          </w:tcPr>
          <w:p w14:paraId="549A6E91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b/>
                <w:szCs w:val="24"/>
                <w:lang w:val="ru-RU" w:eastAsia="ru-RU"/>
              </w:rPr>
              <w:t>5</w:t>
            </w:r>
          </w:p>
        </w:tc>
        <w:tc>
          <w:tcPr>
            <w:tcW w:w="1040" w:type="dxa"/>
          </w:tcPr>
          <w:p w14:paraId="4390A544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b/>
                <w:szCs w:val="24"/>
                <w:lang w:val="ru-RU" w:eastAsia="ru-RU"/>
              </w:rPr>
              <w:t>4</w:t>
            </w:r>
          </w:p>
        </w:tc>
        <w:tc>
          <w:tcPr>
            <w:tcW w:w="1307" w:type="dxa"/>
          </w:tcPr>
          <w:p w14:paraId="1F20ED75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b/>
                <w:szCs w:val="24"/>
                <w:lang w:val="ru-RU" w:eastAsia="ru-RU"/>
              </w:rPr>
              <w:t>3</w:t>
            </w:r>
          </w:p>
        </w:tc>
        <w:tc>
          <w:tcPr>
            <w:tcW w:w="1308" w:type="dxa"/>
          </w:tcPr>
          <w:p w14:paraId="4D426D7B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b/>
                <w:szCs w:val="24"/>
                <w:lang w:val="ru-RU" w:eastAsia="ru-RU"/>
              </w:rPr>
              <w:t>2</w:t>
            </w:r>
          </w:p>
        </w:tc>
        <w:tc>
          <w:tcPr>
            <w:tcW w:w="1308" w:type="dxa"/>
          </w:tcPr>
          <w:p w14:paraId="086EE892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b/>
                <w:szCs w:val="24"/>
                <w:lang w:val="ru-RU" w:eastAsia="ru-RU"/>
              </w:rPr>
              <w:t>1</w:t>
            </w:r>
          </w:p>
        </w:tc>
      </w:tr>
      <w:tr w:rsidR="000D50D7" w:rsidRPr="000D50D7" w14:paraId="7EC1EF4F" w14:textId="77777777" w:rsidTr="00BC5EAF">
        <w:tc>
          <w:tcPr>
            <w:tcW w:w="1008" w:type="dxa"/>
          </w:tcPr>
          <w:p w14:paraId="30386ECF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1</w:t>
            </w:r>
          </w:p>
        </w:tc>
        <w:tc>
          <w:tcPr>
            <w:tcW w:w="2700" w:type="dxa"/>
          </w:tcPr>
          <w:p w14:paraId="7FFFC646" w14:textId="77777777" w:rsidR="000D50D7" w:rsidRPr="000D50D7" w:rsidRDefault="000D50D7" w:rsidP="000D50D7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 xml:space="preserve">Бег на лыжах </w:t>
            </w:r>
            <w:smartTag w:uri="urn:schemas-microsoft-com:office:smarttags" w:element="metricconverter">
              <w:smartTagPr>
                <w:attr w:name="ProductID" w:val="5 км"/>
              </w:smartTagPr>
              <w:r w:rsidRPr="000D50D7">
                <w:rPr>
                  <w:rFonts w:eastAsia="Calibri" w:cs="Times New Roman"/>
                  <w:szCs w:val="24"/>
                  <w:lang w:val="ru-RU" w:eastAsia="ru-RU"/>
                </w:rPr>
                <w:t>5 км</w:t>
              </w:r>
            </w:smartTag>
            <w:r w:rsidRPr="000D50D7">
              <w:rPr>
                <w:rFonts w:eastAsia="Calibri" w:cs="Times New Roman"/>
                <w:szCs w:val="24"/>
                <w:lang w:val="ru-RU" w:eastAsia="ru-RU"/>
              </w:rPr>
              <w:t xml:space="preserve"> (</w:t>
            </w:r>
            <w:proofErr w:type="spellStart"/>
            <w:proofErr w:type="gramStart"/>
            <w:r w:rsidRPr="000D50D7">
              <w:rPr>
                <w:rFonts w:eastAsia="Calibri" w:cs="Times New Roman"/>
                <w:szCs w:val="24"/>
                <w:lang w:val="ru-RU" w:eastAsia="ru-RU"/>
              </w:rPr>
              <w:t>мин,сек</w:t>
            </w:r>
            <w:proofErr w:type="spellEnd"/>
            <w:proofErr w:type="gramEnd"/>
            <w:r w:rsidRPr="000D50D7">
              <w:rPr>
                <w:rFonts w:eastAsia="Calibri" w:cs="Times New Roman"/>
                <w:szCs w:val="24"/>
                <w:lang w:val="ru-RU" w:eastAsia="ru-RU"/>
              </w:rPr>
              <w:t>)</w:t>
            </w:r>
          </w:p>
        </w:tc>
        <w:tc>
          <w:tcPr>
            <w:tcW w:w="900" w:type="dxa"/>
          </w:tcPr>
          <w:p w14:paraId="12666BC9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23.5</w:t>
            </w:r>
          </w:p>
        </w:tc>
        <w:tc>
          <w:tcPr>
            <w:tcW w:w="1040" w:type="dxa"/>
          </w:tcPr>
          <w:p w14:paraId="7E41B756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25</w:t>
            </w:r>
          </w:p>
        </w:tc>
        <w:tc>
          <w:tcPr>
            <w:tcW w:w="1307" w:type="dxa"/>
          </w:tcPr>
          <w:p w14:paraId="3A235CB9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26.25</w:t>
            </w:r>
          </w:p>
        </w:tc>
        <w:tc>
          <w:tcPr>
            <w:tcW w:w="1308" w:type="dxa"/>
          </w:tcPr>
          <w:p w14:paraId="79A8F00F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27.45</w:t>
            </w:r>
          </w:p>
        </w:tc>
        <w:tc>
          <w:tcPr>
            <w:tcW w:w="1308" w:type="dxa"/>
          </w:tcPr>
          <w:p w14:paraId="610E5AE5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28.3</w:t>
            </w:r>
          </w:p>
        </w:tc>
      </w:tr>
    </w:tbl>
    <w:p w14:paraId="7106AE05" w14:textId="77777777" w:rsidR="000D50D7" w:rsidRPr="000D50D7" w:rsidRDefault="000D50D7" w:rsidP="000D50D7">
      <w:pPr>
        <w:spacing w:line="240" w:lineRule="auto"/>
        <w:rPr>
          <w:rFonts w:eastAsia="Calibri" w:cs="Times New Roman"/>
          <w:b/>
          <w:szCs w:val="24"/>
          <w:lang w:val="ru-RU" w:eastAsia="ru-RU"/>
        </w:rPr>
      </w:pPr>
      <w:r w:rsidRPr="000D50D7">
        <w:rPr>
          <w:rFonts w:eastAsia="Calibri" w:cs="Times New Roman"/>
          <w:b/>
          <w:szCs w:val="24"/>
          <w:lang w:val="ru-RU" w:eastAsia="ru-RU"/>
        </w:rPr>
        <w:t>Легкая атлетика (девушки)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3240"/>
        <w:gridCol w:w="900"/>
        <w:gridCol w:w="900"/>
        <w:gridCol w:w="907"/>
        <w:gridCol w:w="1308"/>
        <w:gridCol w:w="1308"/>
      </w:tblGrid>
      <w:tr w:rsidR="000D50D7" w:rsidRPr="000D50D7" w14:paraId="0750AE53" w14:textId="77777777" w:rsidTr="00BC5EAF">
        <w:tc>
          <w:tcPr>
            <w:tcW w:w="1008" w:type="dxa"/>
          </w:tcPr>
          <w:p w14:paraId="284EEDA1" w14:textId="77777777" w:rsidR="000D50D7" w:rsidRPr="000D50D7" w:rsidRDefault="000D50D7" w:rsidP="000D50D7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№ п/п</w:t>
            </w:r>
          </w:p>
        </w:tc>
        <w:tc>
          <w:tcPr>
            <w:tcW w:w="3240" w:type="dxa"/>
          </w:tcPr>
          <w:p w14:paraId="76FEFE0B" w14:textId="70F39B0E" w:rsidR="000D50D7" w:rsidRPr="000D50D7" w:rsidRDefault="000D50D7" w:rsidP="000D50D7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Наименование тестов</w:t>
            </w:r>
            <w:r w:rsidR="000B04D5">
              <w:rPr>
                <w:rFonts w:eastAsia="Calibri" w:cs="Times New Roman"/>
                <w:szCs w:val="24"/>
                <w:lang w:val="ru-RU" w:eastAsia="ru-RU"/>
              </w:rPr>
              <w:t>/оценка</w:t>
            </w:r>
          </w:p>
        </w:tc>
        <w:tc>
          <w:tcPr>
            <w:tcW w:w="900" w:type="dxa"/>
          </w:tcPr>
          <w:p w14:paraId="2F64F3EB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b/>
                <w:szCs w:val="24"/>
                <w:lang w:val="ru-RU" w:eastAsia="ru-RU"/>
              </w:rPr>
              <w:t>5</w:t>
            </w:r>
          </w:p>
        </w:tc>
        <w:tc>
          <w:tcPr>
            <w:tcW w:w="900" w:type="dxa"/>
          </w:tcPr>
          <w:p w14:paraId="4EEE4507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b/>
                <w:szCs w:val="24"/>
                <w:lang w:val="ru-RU" w:eastAsia="ru-RU"/>
              </w:rPr>
              <w:t>4</w:t>
            </w:r>
          </w:p>
        </w:tc>
        <w:tc>
          <w:tcPr>
            <w:tcW w:w="907" w:type="dxa"/>
          </w:tcPr>
          <w:p w14:paraId="25DB0266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b/>
                <w:szCs w:val="24"/>
                <w:lang w:val="ru-RU" w:eastAsia="ru-RU"/>
              </w:rPr>
              <w:t>3</w:t>
            </w:r>
          </w:p>
        </w:tc>
        <w:tc>
          <w:tcPr>
            <w:tcW w:w="1308" w:type="dxa"/>
          </w:tcPr>
          <w:p w14:paraId="5DF7C943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b/>
                <w:szCs w:val="24"/>
                <w:lang w:val="ru-RU" w:eastAsia="ru-RU"/>
              </w:rPr>
              <w:t>2</w:t>
            </w:r>
          </w:p>
        </w:tc>
        <w:tc>
          <w:tcPr>
            <w:tcW w:w="1308" w:type="dxa"/>
          </w:tcPr>
          <w:p w14:paraId="05F0F0C0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b/>
                <w:szCs w:val="24"/>
                <w:lang w:val="ru-RU" w:eastAsia="ru-RU"/>
              </w:rPr>
              <w:t>1</w:t>
            </w:r>
          </w:p>
        </w:tc>
      </w:tr>
      <w:tr w:rsidR="000D50D7" w:rsidRPr="000D50D7" w14:paraId="6A652C27" w14:textId="77777777" w:rsidTr="00BC5EAF">
        <w:tc>
          <w:tcPr>
            <w:tcW w:w="1008" w:type="dxa"/>
          </w:tcPr>
          <w:p w14:paraId="3D3C5EF3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1</w:t>
            </w:r>
          </w:p>
        </w:tc>
        <w:tc>
          <w:tcPr>
            <w:tcW w:w="3240" w:type="dxa"/>
          </w:tcPr>
          <w:p w14:paraId="50135DFA" w14:textId="77777777" w:rsidR="000D50D7" w:rsidRPr="000D50D7" w:rsidRDefault="000D50D7" w:rsidP="000D50D7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Прыжок с места (см)</w:t>
            </w:r>
          </w:p>
        </w:tc>
        <w:tc>
          <w:tcPr>
            <w:tcW w:w="900" w:type="dxa"/>
          </w:tcPr>
          <w:p w14:paraId="12092786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190</w:t>
            </w:r>
          </w:p>
        </w:tc>
        <w:tc>
          <w:tcPr>
            <w:tcW w:w="900" w:type="dxa"/>
          </w:tcPr>
          <w:p w14:paraId="043E0225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180</w:t>
            </w:r>
          </w:p>
        </w:tc>
        <w:tc>
          <w:tcPr>
            <w:tcW w:w="907" w:type="dxa"/>
          </w:tcPr>
          <w:p w14:paraId="59E4FD56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168</w:t>
            </w:r>
          </w:p>
        </w:tc>
        <w:tc>
          <w:tcPr>
            <w:tcW w:w="1308" w:type="dxa"/>
          </w:tcPr>
          <w:p w14:paraId="40D7B96A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160</w:t>
            </w:r>
          </w:p>
        </w:tc>
        <w:tc>
          <w:tcPr>
            <w:tcW w:w="1308" w:type="dxa"/>
          </w:tcPr>
          <w:p w14:paraId="2EF0E3F0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150</w:t>
            </w:r>
          </w:p>
        </w:tc>
      </w:tr>
      <w:tr w:rsidR="000D50D7" w:rsidRPr="000D50D7" w14:paraId="4C405C50" w14:textId="77777777" w:rsidTr="00BC5EAF">
        <w:tc>
          <w:tcPr>
            <w:tcW w:w="1008" w:type="dxa"/>
          </w:tcPr>
          <w:p w14:paraId="465BB653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2</w:t>
            </w:r>
          </w:p>
        </w:tc>
        <w:tc>
          <w:tcPr>
            <w:tcW w:w="3240" w:type="dxa"/>
          </w:tcPr>
          <w:p w14:paraId="476E660B" w14:textId="77777777" w:rsidR="000D50D7" w:rsidRPr="000D50D7" w:rsidRDefault="000D50D7" w:rsidP="000D50D7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 xml:space="preserve">Бег </w:t>
            </w:r>
            <w:smartTag w:uri="urn:schemas-microsoft-com:office:smarttags" w:element="metricconverter">
              <w:smartTagPr>
                <w:attr w:name="ProductID" w:val="100 м"/>
              </w:smartTagPr>
              <w:r w:rsidRPr="000D50D7">
                <w:rPr>
                  <w:rFonts w:eastAsia="Calibri" w:cs="Times New Roman"/>
                  <w:szCs w:val="24"/>
                  <w:lang w:val="ru-RU" w:eastAsia="ru-RU"/>
                </w:rPr>
                <w:t>100 м</w:t>
              </w:r>
            </w:smartTag>
            <w:r w:rsidRPr="000D50D7">
              <w:rPr>
                <w:rFonts w:eastAsia="Calibri" w:cs="Times New Roman"/>
                <w:szCs w:val="24"/>
                <w:lang w:val="ru-RU" w:eastAsia="ru-RU"/>
              </w:rPr>
              <w:t xml:space="preserve"> </w:t>
            </w:r>
            <w:proofErr w:type="gramStart"/>
            <w:r w:rsidRPr="000D50D7">
              <w:rPr>
                <w:rFonts w:eastAsia="Calibri" w:cs="Times New Roman"/>
                <w:szCs w:val="24"/>
                <w:lang w:val="ru-RU" w:eastAsia="ru-RU"/>
              </w:rPr>
              <w:t>( сек</w:t>
            </w:r>
            <w:proofErr w:type="gramEnd"/>
            <w:r w:rsidRPr="000D50D7">
              <w:rPr>
                <w:rFonts w:eastAsia="Calibri" w:cs="Times New Roman"/>
                <w:szCs w:val="24"/>
                <w:lang w:val="ru-RU" w:eastAsia="ru-RU"/>
              </w:rPr>
              <w:t>)</w:t>
            </w:r>
          </w:p>
        </w:tc>
        <w:tc>
          <w:tcPr>
            <w:tcW w:w="900" w:type="dxa"/>
          </w:tcPr>
          <w:p w14:paraId="714D904E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15.7</w:t>
            </w:r>
          </w:p>
        </w:tc>
        <w:tc>
          <w:tcPr>
            <w:tcW w:w="900" w:type="dxa"/>
          </w:tcPr>
          <w:p w14:paraId="47A5F825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16</w:t>
            </w:r>
          </w:p>
        </w:tc>
        <w:tc>
          <w:tcPr>
            <w:tcW w:w="907" w:type="dxa"/>
          </w:tcPr>
          <w:p w14:paraId="452D8E5D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17</w:t>
            </w:r>
          </w:p>
        </w:tc>
        <w:tc>
          <w:tcPr>
            <w:tcW w:w="1308" w:type="dxa"/>
          </w:tcPr>
          <w:p w14:paraId="7FBB6757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17.9</w:t>
            </w:r>
          </w:p>
        </w:tc>
        <w:tc>
          <w:tcPr>
            <w:tcW w:w="1308" w:type="dxa"/>
          </w:tcPr>
          <w:p w14:paraId="5378617A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18.7</w:t>
            </w:r>
          </w:p>
        </w:tc>
      </w:tr>
      <w:tr w:rsidR="000D50D7" w:rsidRPr="000D50D7" w14:paraId="24946919" w14:textId="77777777" w:rsidTr="00BC5EAF">
        <w:tc>
          <w:tcPr>
            <w:tcW w:w="1008" w:type="dxa"/>
          </w:tcPr>
          <w:p w14:paraId="5C223E7B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3</w:t>
            </w:r>
          </w:p>
        </w:tc>
        <w:tc>
          <w:tcPr>
            <w:tcW w:w="3240" w:type="dxa"/>
          </w:tcPr>
          <w:p w14:paraId="28C3D139" w14:textId="77777777" w:rsidR="000D50D7" w:rsidRPr="000D50D7" w:rsidRDefault="000D50D7" w:rsidP="000D50D7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 xml:space="preserve">Бег </w:t>
            </w:r>
            <w:smartTag w:uri="urn:schemas-microsoft-com:office:smarttags" w:element="metricconverter">
              <w:smartTagPr>
                <w:attr w:name="ProductID" w:val="2000 м"/>
              </w:smartTagPr>
              <w:r w:rsidRPr="000D50D7">
                <w:rPr>
                  <w:rFonts w:eastAsia="Calibri" w:cs="Times New Roman"/>
                  <w:szCs w:val="24"/>
                  <w:lang w:val="ru-RU" w:eastAsia="ru-RU"/>
                </w:rPr>
                <w:t>2000 м</w:t>
              </w:r>
            </w:smartTag>
            <w:r w:rsidRPr="000D50D7">
              <w:rPr>
                <w:rFonts w:eastAsia="Calibri" w:cs="Times New Roman"/>
                <w:szCs w:val="24"/>
                <w:lang w:val="ru-RU" w:eastAsia="ru-RU"/>
              </w:rPr>
              <w:t xml:space="preserve"> (</w:t>
            </w:r>
            <w:proofErr w:type="spellStart"/>
            <w:r w:rsidRPr="000D50D7">
              <w:rPr>
                <w:rFonts w:eastAsia="Calibri" w:cs="Times New Roman"/>
                <w:szCs w:val="24"/>
                <w:lang w:val="ru-RU" w:eastAsia="ru-RU"/>
              </w:rPr>
              <w:t>мин.сек</w:t>
            </w:r>
            <w:proofErr w:type="spellEnd"/>
            <w:r w:rsidRPr="000D50D7">
              <w:rPr>
                <w:rFonts w:eastAsia="Calibri" w:cs="Times New Roman"/>
                <w:szCs w:val="24"/>
                <w:lang w:val="ru-RU" w:eastAsia="ru-RU"/>
              </w:rPr>
              <w:t>)</w:t>
            </w:r>
          </w:p>
        </w:tc>
        <w:tc>
          <w:tcPr>
            <w:tcW w:w="900" w:type="dxa"/>
          </w:tcPr>
          <w:p w14:paraId="7B3E37B1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10.15</w:t>
            </w:r>
          </w:p>
        </w:tc>
        <w:tc>
          <w:tcPr>
            <w:tcW w:w="900" w:type="dxa"/>
          </w:tcPr>
          <w:p w14:paraId="1CEB8627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10.5</w:t>
            </w:r>
          </w:p>
        </w:tc>
        <w:tc>
          <w:tcPr>
            <w:tcW w:w="907" w:type="dxa"/>
          </w:tcPr>
          <w:p w14:paraId="12863B98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11.15</w:t>
            </w:r>
          </w:p>
        </w:tc>
        <w:tc>
          <w:tcPr>
            <w:tcW w:w="1308" w:type="dxa"/>
          </w:tcPr>
          <w:p w14:paraId="42A8FD40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11.5</w:t>
            </w:r>
          </w:p>
        </w:tc>
        <w:tc>
          <w:tcPr>
            <w:tcW w:w="1308" w:type="dxa"/>
          </w:tcPr>
          <w:p w14:paraId="68086194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12.15</w:t>
            </w:r>
          </w:p>
        </w:tc>
      </w:tr>
      <w:tr w:rsidR="000D50D7" w:rsidRPr="000D50D7" w14:paraId="076179DC" w14:textId="77777777" w:rsidTr="00BC5EAF">
        <w:tc>
          <w:tcPr>
            <w:tcW w:w="1008" w:type="dxa"/>
          </w:tcPr>
          <w:p w14:paraId="6C90A0FF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4</w:t>
            </w:r>
          </w:p>
        </w:tc>
        <w:tc>
          <w:tcPr>
            <w:tcW w:w="3240" w:type="dxa"/>
          </w:tcPr>
          <w:p w14:paraId="037D4A54" w14:textId="77777777" w:rsidR="000D50D7" w:rsidRPr="000D50D7" w:rsidRDefault="000D50D7" w:rsidP="000D50D7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Метание набивного мяча (м)</w:t>
            </w:r>
          </w:p>
        </w:tc>
        <w:tc>
          <w:tcPr>
            <w:tcW w:w="900" w:type="dxa"/>
          </w:tcPr>
          <w:p w14:paraId="78993D5F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9</w:t>
            </w:r>
          </w:p>
        </w:tc>
        <w:tc>
          <w:tcPr>
            <w:tcW w:w="900" w:type="dxa"/>
          </w:tcPr>
          <w:p w14:paraId="29D462F2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8</w:t>
            </w:r>
          </w:p>
        </w:tc>
        <w:tc>
          <w:tcPr>
            <w:tcW w:w="907" w:type="dxa"/>
          </w:tcPr>
          <w:p w14:paraId="53E49416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7</w:t>
            </w:r>
          </w:p>
        </w:tc>
        <w:tc>
          <w:tcPr>
            <w:tcW w:w="1308" w:type="dxa"/>
          </w:tcPr>
          <w:p w14:paraId="0311F659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6</w:t>
            </w:r>
          </w:p>
        </w:tc>
        <w:tc>
          <w:tcPr>
            <w:tcW w:w="1308" w:type="dxa"/>
          </w:tcPr>
          <w:p w14:paraId="63246C74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5</w:t>
            </w:r>
          </w:p>
        </w:tc>
      </w:tr>
    </w:tbl>
    <w:p w14:paraId="418C9DA0" w14:textId="77777777" w:rsidR="000D50D7" w:rsidRPr="000D50D7" w:rsidRDefault="000D50D7" w:rsidP="000D50D7">
      <w:pPr>
        <w:spacing w:line="240" w:lineRule="auto"/>
        <w:rPr>
          <w:rFonts w:eastAsia="Calibri" w:cs="Times New Roman"/>
          <w:szCs w:val="24"/>
          <w:lang w:val="ru-RU" w:eastAsia="ru-RU"/>
        </w:rPr>
      </w:pPr>
    </w:p>
    <w:p w14:paraId="4A87DF83" w14:textId="77777777" w:rsidR="000D50D7" w:rsidRPr="000D50D7" w:rsidRDefault="000D50D7" w:rsidP="000D50D7">
      <w:pPr>
        <w:spacing w:line="240" w:lineRule="auto"/>
        <w:rPr>
          <w:rFonts w:eastAsia="Calibri" w:cs="Times New Roman"/>
          <w:b/>
          <w:szCs w:val="24"/>
          <w:lang w:val="ru-RU" w:eastAsia="ru-RU"/>
        </w:rPr>
      </w:pPr>
      <w:r w:rsidRPr="000D50D7">
        <w:rPr>
          <w:rFonts w:eastAsia="Calibri" w:cs="Times New Roman"/>
          <w:b/>
          <w:szCs w:val="24"/>
          <w:lang w:val="ru-RU" w:eastAsia="ru-RU"/>
        </w:rPr>
        <w:t>Легкая атлетика (юноши)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3600"/>
        <w:gridCol w:w="900"/>
        <w:gridCol w:w="1260"/>
        <w:gridCol w:w="900"/>
        <w:gridCol w:w="775"/>
        <w:gridCol w:w="1308"/>
      </w:tblGrid>
      <w:tr w:rsidR="000D50D7" w:rsidRPr="000D50D7" w14:paraId="746457A0" w14:textId="77777777" w:rsidTr="00BC5EAF">
        <w:tc>
          <w:tcPr>
            <w:tcW w:w="828" w:type="dxa"/>
          </w:tcPr>
          <w:p w14:paraId="59967D01" w14:textId="77777777" w:rsidR="000D50D7" w:rsidRPr="000D50D7" w:rsidRDefault="000D50D7" w:rsidP="000D50D7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№ п/п</w:t>
            </w:r>
          </w:p>
        </w:tc>
        <w:tc>
          <w:tcPr>
            <w:tcW w:w="3600" w:type="dxa"/>
          </w:tcPr>
          <w:p w14:paraId="7D467616" w14:textId="4C905089" w:rsidR="000D50D7" w:rsidRPr="000D50D7" w:rsidRDefault="000D50D7" w:rsidP="000D50D7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Наименование тестов</w:t>
            </w:r>
            <w:r w:rsidR="000B04D5">
              <w:rPr>
                <w:rFonts w:eastAsia="Calibri" w:cs="Times New Roman"/>
                <w:szCs w:val="24"/>
                <w:lang w:val="ru-RU" w:eastAsia="ru-RU"/>
              </w:rPr>
              <w:t>/оценка</w:t>
            </w:r>
            <w:bookmarkStart w:id="0" w:name="_GoBack"/>
            <w:bookmarkEnd w:id="0"/>
          </w:p>
        </w:tc>
        <w:tc>
          <w:tcPr>
            <w:tcW w:w="900" w:type="dxa"/>
          </w:tcPr>
          <w:p w14:paraId="132D2B52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b/>
                <w:szCs w:val="24"/>
                <w:lang w:val="ru-RU" w:eastAsia="ru-RU"/>
              </w:rPr>
              <w:t>5</w:t>
            </w:r>
          </w:p>
        </w:tc>
        <w:tc>
          <w:tcPr>
            <w:tcW w:w="1260" w:type="dxa"/>
          </w:tcPr>
          <w:p w14:paraId="46E3B00C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b/>
                <w:szCs w:val="24"/>
                <w:lang w:val="ru-RU" w:eastAsia="ru-RU"/>
              </w:rPr>
              <w:t>4</w:t>
            </w:r>
          </w:p>
        </w:tc>
        <w:tc>
          <w:tcPr>
            <w:tcW w:w="900" w:type="dxa"/>
          </w:tcPr>
          <w:p w14:paraId="27E58C3C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b/>
                <w:szCs w:val="24"/>
                <w:lang w:val="ru-RU" w:eastAsia="ru-RU"/>
              </w:rPr>
              <w:t>3</w:t>
            </w:r>
          </w:p>
        </w:tc>
        <w:tc>
          <w:tcPr>
            <w:tcW w:w="775" w:type="dxa"/>
          </w:tcPr>
          <w:p w14:paraId="2C41A567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b/>
                <w:szCs w:val="24"/>
                <w:lang w:val="ru-RU" w:eastAsia="ru-RU"/>
              </w:rPr>
              <w:t>2</w:t>
            </w:r>
          </w:p>
        </w:tc>
        <w:tc>
          <w:tcPr>
            <w:tcW w:w="1308" w:type="dxa"/>
          </w:tcPr>
          <w:p w14:paraId="6D731E75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b/>
                <w:szCs w:val="24"/>
                <w:lang w:val="ru-RU" w:eastAsia="ru-RU"/>
              </w:rPr>
              <w:t>1</w:t>
            </w:r>
          </w:p>
        </w:tc>
      </w:tr>
      <w:tr w:rsidR="000D50D7" w:rsidRPr="000D50D7" w14:paraId="3CEA269B" w14:textId="77777777" w:rsidTr="00BC5EAF">
        <w:tc>
          <w:tcPr>
            <w:tcW w:w="828" w:type="dxa"/>
          </w:tcPr>
          <w:p w14:paraId="48828F55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lastRenderedPageBreak/>
              <w:t>1</w:t>
            </w:r>
          </w:p>
        </w:tc>
        <w:tc>
          <w:tcPr>
            <w:tcW w:w="3600" w:type="dxa"/>
          </w:tcPr>
          <w:p w14:paraId="53C1939C" w14:textId="77777777" w:rsidR="000D50D7" w:rsidRPr="000D50D7" w:rsidRDefault="000D50D7" w:rsidP="000D50D7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Прыжок с места (см)</w:t>
            </w:r>
          </w:p>
        </w:tc>
        <w:tc>
          <w:tcPr>
            <w:tcW w:w="900" w:type="dxa"/>
          </w:tcPr>
          <w:p w14:paraId="44489872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250</w:t>
            </w:r>
          </w:p>
        </w:tc>
        <w:tc>
          <w:tcPr>
            <w:tcW w:w="1260" w:type="dxa"/>
          </w:tcPr>
          <w:p w14:paraId="300D1FE9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240</w:t>
            </w:r>
          </w:p>
        </w:tc>
        <w:tc>
          <w:tcPr>
            <w:tcW w:w="900" w:type="dxa"/>
          </w:tcPr>
          <w:p w14:paraId="028E06F7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230</w:t>
            </w:r>
          </w:p>
        </w:tc>
        <w:tc>
          <w:tcPr>
            <w:tcW w:w="775" w:type="dxa"/>
          </w:tcPr>
          <w:p w14:paraId="1DADD2A0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223</w:t>
            </w:r>
          </w:p>
        </w:tc>
        <w:tc>
          <w:tcPr>
            <w:tcW w:w="1308" w:type="dxa"/>
          </w:tcPr>
          <w:p w14:paraId="30761401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215</w:t>
            </w:r>
          </w:p>
        </w:tc>
      </w:tr>
      <w:tr w:rsidR="000D50D7" w:rsidRPr="000D50D7" w14:paraId="627593CD" w14:textId="77777777" w:rsidTr="00BC5EAF">
        <w:tc>
          <w:tcPr>
            <w:tcW w:w="828" w:type="dxa"/>
          </w:tcPr>
          <w:p w14:paraId="7DD7E3A5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2</w:t>
            </w:r>
          </w:p>
        </w:tc>
        <w:tc>
          <w:tcPr>
            <w:tcW w:w="3600" w:type="dxa"/>
          </w:tcPr>
          <w:p w14:paraId="5E451AE3" w14:textId="77777777" w:rsidR="000D50D7" w:rsidRPr="000D50D7" w:rsidRDefault="000D50D7" w:rsidP="000D50D7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 xml:space="preserve">Бег </w:t>
            </w:r>
            <w:smartTag w:uri="urn:schemas-microsoft-com:office:smarttags" w:element="metricconverter">
              <w:smartTagPr>
                <w:attr w:name="ProductID" w:val="100 м"/>
              </w:smartTagPr>
              <w:r w:rsidRPr="000D50D7">
                <w:rPr>
                  <w:rFonts w:eastAsia="Calibri" w:cs="Times New Roman"/>
                  <w:szCs w:val="24"/>
                  <w:lang w:val="ru-RU" w:eastAsia="ru-RU"/>
                </w:rPr>
                <w:t>100 м</w:t>
              </w:r>
            </w:smartTag>
            <w:r w:rsidRPr="000D50D7">
              <w:rPr>
                <w:rFonts w:eastAsia="Calibri" w:cs="Times New Roman"/>
                <w:szCs w:val="24"/>
                <w:lang w:val="ru-RU" w:eastAsia="ru-RU"/>
              </w:rPr>
              <w:t xml:space="preserve"> </w:t>
            </w:r>
            <w:proofErr w:type="gramStart"/>
            <w:r w:rsidRPr="000D50D7">
              <w:rPr>
                <w:rFonts w:eastAsia="Calibri" w:cs="Times New Roman"/>
                <w:szCs w:val="24"/>
                <w:lang w:val="ru-RU" w:eastAsia="ru-RU"/>
              </w:rPr>
              <w:t>( сек</w:t>
            </w:r>
            <w:proofErr w:type="gramEnd"/>
            <w:r w:rsidRPr="000D50D7">
              <w:rPr>
                <w:rFonts w:eastAsia="Calibri" w:cs="Times New Roman"/>
                <w:szCs w:val="24"/>
                <w:lang w:val="ru-RU" w:eastAsia="ru-RU"/>
              </w:rPr>
              <w:t>)</w:t>
            </w:r>
          </w:p>
        </w:tc>
        <w:tc>
          <w:tcPr>
            <w:tcW w:w="900" w:type="dxa"/>
          </w:tcPr>
          <w:p w14:paraId="1C2570AD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13.2</w:t>
            </w:r>
          </w:p>
        </w:tc>
        <w:tc>
          <w:tcPr>
            <w:tcW w:w="1260" w:type="dxa"/>
          </w:tcPr>
          <w:p w14:paraId="63605A23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13.8</w:t>
            </w:r>
          </w:p>
        </w:tc>
        <w:tc>
          <w:tcPr>
            <w:tcW w:w="900" w:type="dxa"/>
          </w:tcPr>
          <w:p w14:paraId="026EE0E3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14</w:t>
            </w:r>
          </w:p>
        </w:tc>
        <w:tc>
          <w:tcPr>
            <w:tcW w:w="775" w:type="dxa"/>
          </w:tcPr>
          <w:p w14:paraId="72B614B7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14.3</w:t>
            </w:r>
          </w:p>
        </w:tc>
        <w:tc>
          <w:tcPr>
            <w:tcW w:w="1308" w:type="dxa"/>
          </w:tcPr>
          <w:p w14:paraId="4E45AFC9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14.6</w:t>
            </w:r>
          </w:p>
        </w:tc>
      </w:tr>
      <w:tr w:rsidR="000D50D7" w:rsidRPr="000D50D7" w14:paraId="61EC805A" w14:textId="77777777" w:rsidTr="00BC5EAF">
        <w:tc>
          <w:tcPr>
            <w:tcW w:w="828" w:type="dxa"/>
          </w:tcPr>
          <w:p w14:paraId="53B3FAE2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3</w:t>
            </w:r>
          </w:p>
        </w:tc>
        <w:tc>
          <w:tcPr>
            <w:tcW w:w="3600" w:type="dxa"/>
          </w:tcPr>
          <w:p w14:paraId="3AACA105" w14:textId="77777777" w:rsidR="000D50D7" w:rsidRPr="000D50D7" w:rsidRDefault="000D50D7" w:rsidP="000D50D7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 xml:space="preserve">Бег </w:t>
            </w:r>
            <w:smartTag w:uri="urn:schemas-microsoft-com:office:smarttags" w:element="metricconverter">
              <w:smartTagPr>
                <w:attr w:name="ProductID" w:val="2000 м"/>
              </w:smartTagPr>
              <w:r w:rsidRPr="000D50D7">
                <w:rPr>
                  <w:rFonts w:eastAsia="Calibri" w:cs="Times New Roman"/>
                  <w:szCs w:val="24"/>
                  <w:lang w:val="ru-RU" w:eastAsia="ru-RU"/>
                </w:rPr>
                <w:t>2000 м</w:t>
              </w:r>
            </w:smartTag>
            <w:r w:rsidRPr="000D50D7">
              <w:rPr>
                <w:rFonts w:eastAsia="Calibri" w:cs="Times New Roman"/>
                <w:szCs w:val="24"/>
                <w:lang w:val="ru-RU" w:eastAsia="ru-RU"/>
              </w:rPr>
              <w:t xml:space="preserve"> (</w:t>
            </w:r>
            <w:proofErr w:type="spellStart"/>
            <w:r w:rsidRPr="000D50D7">
              <w:rPr>
                <w:rFonts w:eastAsia="Calibri" w:cs="Times New Roman"/>
                <w:szCs w:val="24"/>
                <w:lang w:val="ru-RU" w:eastAsia="ru-RU"/>
              </w:rPr>
              <w:t>мин.сек</w:t>
            </w:r>
            <w:proofErr w:type="spellEnd"/>
            <w:r w:rsidRPr="000D50D7">
              <w:rPr>
                <w:rFonts w:eastAsia="Calibri" w:cs="Times New Roman"/>
                <w:szCs w:val="24"/>
                <w:lang w:val="ru-RU" w:eastAsia="ru-RU"/>
              </w:rPr>
              <w:t>)</w:t>
            </w:r>
          </w:p>
        </w:tc>
        <w:tc>
          <w:tcPr>
            <w:tcW w:w="900" w:type="dxa"/>
          </w:tcPr>
          <w:p w14:paraId="0BAA0C65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12</w:t>
            </w:r>
          </w:p>
        </w:tc>
        <w:tc>
          <w:tcPr>
            <w:tcW w:w="1260" w:type="dxa"/>
          </w:tcPr>
          <w:p w14:paraId="15AA2E6C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12.35</w:t>
            </w:r>
          </w:p>
        </w:tc>
        <w:tc>
          <w:tcPr>
            <w:tcW w:w="900" w:type="dxa"/>
          </w:tcPr>
          <w:p w14:paraId="3CC3B3C2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13.1</w:t>
            </w:r>
          </w:p>
        </w:tc>
        <w:tc>
          <w:tcPr>
            <w:tcW w:w="775" w:type="dxa"/>
          </w:tcPr>
          <w:p w14:paraId="3AD4011A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13.5</w:t>
            </w:r>
          </w:p>
        </w:tc>
        <w:tc>
          <w:tcPr>
            <w:tcW w:w="1308" w:type="dxa"/>
          </w:tcPr>
          <w:p w14:paraId="723B244D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14</w:t>
            </w:r>
          </w:p>
        </w:tc>
      </w:tr>
      <w:tr w:rsidR="000D50D7" w:rsidRPr="000D50D7" w14:paraId="0497A031" w14:textId="77777777" w:rsidTr="00BC5EAF">
        <w:trPr>
          <w:trHeight w:val="362"/>
        </w:trPr>
        <w:tc>
          <w:tcPr>
            <w:tcW w:w="828" w:type="dxa"/>
          </w:tcPr>
          <w:p w14:paraId="4904E991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4</w:t>
            </w:r>
          </w:p>
        </w:tc>
        <w:tc>
          <w:tcPr>
            <w:tcW w:w="3600" w:type="dxa"/>
          </w:tcPr>
          <w:p w14:paraId="5C813697" w14:textId="77777777" w:rsidR="000D50D7" w:rsidRPr="000D50D7" w:rsidRDefault="000D50D7" w:rsidP="000D50D7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Метание набивного мяча (м)</w:t>
            </w:r>
          </w:p>
        </w:tc>
        <w:tc>
          <w:tcPr>
            <w:tcW w:w="900" w:type="dxa"/>
          </w:tcPr>
          <w:p w14:paraId="641833AB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14</w:t>
            </w:r>
          </w:p>
        </w:tc>
        <w:tc>
          <w:tcPr>
            <w:tcW w:w="1260" w:type="dxa"/>
          </w:tcPr>
          <w:p w14:paraId="0F8307C8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13</w:t>
            </w:r>
          </w:p>
        </w:tc>
        <w:tc>
          <w:tcPr>
            <w:tcW w:w="900" w:type="dxa"/>
          </w:tcPr>
          <w:p w14:paraId="30CE4346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12</w:t>
            </w:r>
          </w:p>
        </w:tc>
        <w:tc>
          <w:tcPr>
            <w:tcW w:w="775" w:type="dxa"/>
          </w:tcPr>
          <w:p w14:paraId="73F79012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10</w:t>
            </w:r>
          </w:p>
        </w:tc>
        <w:tc>
          <w:tcPr>
            <w:tcW w:w="1308" w:type="dxa"/>
          </w:tcPr>
          <w:p w14:paraId="7B5EF2DA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8</w:t>
            </w:r>
          </w:p>
        </w:tc>
      </w:tr>
    </w:tbl>
    <w:p w14:paraId="47E9292E" w14:textId="77777777" w:rsidR="000D50D7" w:rsidRPr="000D50D7" w:rsidRDefault="000D50D7" w:rsidP="000D50D7">
      <w:pPr>
        <w:spacing w:line="240" w:lineRule="auto"/>
        <w:rPr>
          <w:rFonts w:eastAsia="Calibri" w:cs="Times New Roman"/>
          <w:bCs/>
          <w:szCs w:val="24"/>
          <w:lang w:eastAsia="ru-RU"/>
        </w:rPr>
      </w:pPr>
    </w:p>
    <w:p w14:paraId="56DD9816" w14:textId="77777777" w:rsidR="000D50D7" w:rsidRPr="000D50D7" w:rsidRDefault="000D50D7" w:rsidP="000D50D7">
      <w:pPr>
        <w:widowControl w:val="0"/>
        <w:spacing w:line="240" w:lineRule="auto"/>
        <w:jc w:val="center"/>
        <w:rPr>
          <w:rFonts w:eastAsia="Calibri" w:cs="Times New Roman"/>
          <w:b/>
          <w:sz w:val="28"/>
          <w:szCs w:val="28"/>
          <w:lang w:val="ru-RU" w:eastAsia="ru-RU"/>
        </w:rPr>
      </w:pPr>
    </w:p>
    <w:p w14:paraId="0E205DAF" w14:textId="77777777" w:rsidR="000D50D7" w:rsidRPr="000D50D7" w:rsidRDefault="000D50D7" w:rsidP="000D50D7">
      <w:pPr>
        <w:widowControl w:val="0"/>
        <w:spacing w:line="240" w:lineRule="auto"/>
        <w:jc w:val="center"/>
        <w:rPr>
          <w:rFonts w:eastAsia="Calibri" w:cs="Times New Roman"/>
          <w:b/>
          <w:sz w:val="28"/>
          <w:szCs w:val="28"/>
          <w:lang w:val="ru-RU" w:eastAsia="ru-RU"/>
        </w:rPr>
      </w:pPr>
    </w:p>
    <w:p w14:paraId="0AB6C650" w14:textId="77777777" w:rsidR="000D50D7" w:rsidRPr="000D50D7" w:rsidRDefault="000D50D7" w:rsidP="000D50D7">
      <w:pPr>
        <w:widowControl w:val="0"/>
        <w:spacing w:line="240" w:lineRule="auto"/>
        <w:jc w:val="center"/>
        <w:rPr>
          <w:rFonts w:eastAsia="Calibri" w:cs="Times New Roman"/>
          <w:b/>
          <w:sz w:val="28"/>
          <w:szCs w:val="28"/>
          <w:lang w:val="ru-RU" w:eastAsia="ru-RU"/>
        </w:rPr>
      </w:pPr>
    </w:p>
    <w:p w14:paraId="20E2A655" w14:textId="77777777" w:rsidR="000D50D7" w:rsidRPr="000D50D7" w:rsidRDefault="000D50D7" w:rsidP="000D50D7">
      <w:pPr>
        <w:widowControl w:val="0"/>
        <w:spacing w:line="240" w:lineRule="auto"/>
        <w:jc w:val="center"/>
        <w:rPr>
          <w:rFonts w:eastAsia="Calibri" w:cs="Times New Roman"/>
          <w:b/>
          <w:sz w:val="28"/>
          <w:szCs w:val="28"/>
          <w:lang w:val="ru-RU" w:eastAsia="ru-RU"/>
        </w:rPr>
      </w:pPr>
    </w:p>
    <w:p w14:paraId="3213D85B" w14:textId="77777777" w:rsidR="000D50D7" w:rsidRPr="000D50D7" w:rsidRDefault="000D50D7" w:rsidP="000D50D7">
      <w:pPr>
        <w:widowControl w:val="0"/>
        <w:spacing w:line="240" w:lineRule="auto"/>
        <w:jc w:val="center"/>
        <w:rPr>
          <w:rFonts w:eastAsia="Calibri" w:cs="Times New Roman"/>
          <w:b/>
          <w:sz w:val="28"/>
          <w:szCs w:val="28"/>
          <w:lang w:val="ru-RU" w:eastAsia="ru-RU"/>
        </w:rPr>
      </w:pPr>
    </w:p>
    <w:p w14:paraId="6739D8D9" w14:textId="77777777" w:rsidR="001070A4" w:rsidRDefault="001070A4" w:rsidP="001070A4">
      <w:pPr>
        <w:spacing w:line="240" w:lineRule="auto"/>
        <w:rPr>
          <w:rFonts w:eastAsia="Calibri" w:cs="Times New Roman"/>
          <w:b/>
          <w:sz w:val="28"/>
          <w:szCs w:val="28"/>
          <w:lang w:val="ru-RU" w:eastAsia="ru-RU"/>
        </w:rPr>
      </w:pPr>
    </w:p>
    <w:p w14:paraId="73282C56" w14:textId="77777777" w:rsidR="001070A4" w:rsidRPr="000E2DAC" w:rsidRDefault="001070A4" w:rsidP="001070A4">
      <w:pPr>
        <w:spacing w:line="240" w:lineRule="auto"/>
        <w:jc w:val="center"/>
        <w:rPr>
          <w:rFonts w:eastAsia="Times New Roman"/>
          <w:b/>
          <w:szCs w:val="24"/>
          <w:lang w:val="ru-RU" w:eastAsia="ru-RU"/>
        </w:rPr>
      </w:pPr>
      <w:r w:rsidRPr="000E2DAC">
        <w:rPr>
          <w:b/>
          <w:szCs w:val="24"/>
          <w:lang w:val="ru-RU" w:eastAsia="ru-RU"/>
        </w:rPr>
        <w:t>Комплект оценочных средств для текущего контроля</w:t>
      </w:r>
    </w:p>
    <w:p w14:paraId="3A581283" w14:textId="77777777" w:rsidR="000D50D7" w:rsidRPr="000D50D7" w:rsidRDefault="000D50D7" w:rsidP="000D50D7">
      <w:pPr>
        <w:widowControl w:val="0"/>
        <w:spacing w:line="240" w:lineRule="auto"/>
        <w:jc w:val="center"/>
        <w:rPr>
          <w:rFonts w:eastAsia="Calibri" w:cs="Times New Roman"/>
          <w:b/>
          <w:sz w:val="28"/>
          <w:szCs w:val="28"/>
          <w:lang w:val="ru-RU" w:eastAsia="ru-RU"/>
        </w:rPr>
      </w:pPr>
    </w:p>
    <w:p w14:paraId="1C0BB1AA" w14:textId="77777777" w:rsidR="000D50D7" w:rsidRPr="000D50D7" w:rsidRDefault="000D50D7" w:rsidP="001070A4">
      <w:pPr>
        <w:widowControl w:val="0"/>
        <w:spacing w:line="240" w:lineRule="auto"/>
        <w:jc w:val="center"/>
        <w:rPr>
          <w:rFonts w:eastAsia="Calibri" w:cs="Times New Roman"/>
          <w:b/>
          <w:sz w:val="28"/>
          <w:szCs w:val="28"/>
          <w:lang w:val="ru-RU" w:eastAsia="ru-RU"/>
        </w:rPr>
      </w:pPr>
      <w:r w:rsidRPr="000D50D7">
        <w:rPr>
          <w:rFonts w:eastAsia="Calibri" w:cs="Times New Roman"/>
          <w:b/>
          <w:sz w:val="28"/>
          <w:szCs w:val="28"/>
          <w:lang w:val="ru-RU" w:eastAsia="ru-RU"/>
        </w:rPr>
        <w:t>Вопросы к зачету</w:t>
      </w:r>
    </w:p>
    <w:p w14:paraId="07AB8121" w14:textId="77777777" w:rsidR="000D50D7" w:rsidRPr="000D50D7" w:rsidRDefault="000D50D7" w:rsidP="000D50D7">
      <w:pPr>
        <w:spacing w:line="240" w:lineRule="auto"/>
        <w:jc w:val="center"/>
        <w:rPr>
          <w:rFonts w:eastAsia="Calibri" w:cs="Times New Roman"/>
          <w:b/>
          <w:szCs w:val="24"/>
          <w:lang w:val="ru-RU" w:eastAsia="ru-RU"/>
        </w:rPr>
      </w:pPr>
      <w:r w:rsidRPr="000D50D7">
        <w:rPr>
          <w:rFonts w:eastAsia="Calibri" w:cs="Times New Roman"/>
          <w:szCs w:val="24"/>
          <w:lang w:val="ru-RU" w:eastAsia="ru-RU"/>
        </w:rPr>
        <w:t xml:space="preserve">по дисциплине </w:t>
      </w:r>
      <w:proofErr w:type="gramStart"/>
      <w:r w:rsidRPr="000D50D7">
        <w:rPr>
          <w:rFonts w:eastAsia="Calibri" w:cs="Times New Roman"/>
          <w:b/>
          <w:szCs w:val="24"/>
          <w:lang w:val="ru-RU" w:eastAsia="ru-RU"/>
        </w:rPr>
        <w:t>Б1.О.07.02  Физическая</w:t>
      </w:r>
      <w:proofErr w:type="gramEnd"/>
      <w:r w:rsidRPr="000D50D7">
        <w:rPr>
          <w:rFonts w:eastAsia="Calibri" w:cs="Times New Roman"/>
          <w:b/>
          <w:szCs w:val="24"/>
          <w:lang w:val="ru-RU" w:eastAsia="ru-RU"/>
        </w:rPr>
        <w:t xml:space="preserve"> культура и спорт</w:t>
      </w:r>
    </w:p>
    <w:p w14:paraId="59859592" w14:textId="77777777" w:rsidR="000D50D7" w:rsidRPr="000D50D7" w:rsidRDefault="000D50D7" w:rsidP="000D50D7">
      <w:pPr>
        <w:spacing w:line="240" w:lineRule="auto"/>
        <w:jc w:val="center"/>
        <w:rPr>
          <w:rFonts w:eastAsia="Calibri" w:cs="Times New Roman"/>
          <w:szCs w:val="24"/>
          <w:lang w:val="ru-RU" w:eastAsia="ru-RU"/>
        </w:rPr>
      </w:pP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10"/>
        <w:gridCol w:w="7371"/>
      </w:tblGrid>
      <w:tr w:rsidR="000D50D7" w:rsidRPr="000D50D7" w14:paraId="3A6839F2" w14:textId="77777777" w:rsidTr="00BC5EAF">
        <w:trPr>
          <w:trHeight w:val="539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4C7DFEC" w14:textId="77777777" w:rsidR="000D50D7" w:rsidRPr="000D50D7" w:rsidRDefault="000D50D7" w:rsidP="000D50D7">
            <w:pPr>
              <w:widowControl w:val="0"/>
              <w:spacing w:line="240" w:lineRule="auto"/>
              <w:jc w:val="center"/>
              <w:rPr>
                <w:rFonts w:eastAsia="Calibri" w:cs="Times New Roman"/>
                <w:b/>
                <w:sz w:val="22"/>
                <w:lang w:val="ru-RU" w:eastAsia="ru-RU"/>
              </w:rPr>
            </w:pPr>
            <w:r w:rsidRPr="000D50D7">
              <w:rPr>
                <w:rFonts w:eastAsia="Calibri" w:cs="Times New Roman"/>
                <w:b/>
                <w:sz w:val="22"/>
                <w:lang w:val="ru-RU" w:eastAsia="ru-RU"/>
              </w:rPr>
              <w:t>№ и наименование</w:t>
            </w:r>
          </w:p>
          <w:p w14:paraId="32E6516D" w14:textId="77777777" w:rsidR="000D50D7" w:rsidRPr="000D50D7" w:rsidRDefault="000D50D7" w:rsidP="000D50D7">
            <w:pPr>
              <w:widowControl w:val="0"/>
              <w:spacing w:line="240" w:lineRule="auto"/>
              <w:jc w:val="center"/>
              <w:rPr>
                <w:rFonts w:eastAsia="Calibri" w:cs="Times New Roman"/>
                <w:b/>
                <w:sz w:val="22"/>
                <w:lang w:val="ru-RU" w:eastAsia="ru-RU"/>
              </w:rPr>
            </w:pPr>
            <w:r w:rsidRPr="000D50D7">
              <w:rPr>
                <w:rFonts w:eastAsia="Calibri" w:cs="Times New Roman"/>
                <w:b/>
                <w:sz w:val="22"/>
                <w:lang w:val="ru-RU" w:eastAsia="ru-RU"/>
              </w:rPr>
              <w:t>раздела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8CEA3A1" w14:textId="77777777" w:rsidR="000D50D7" w:rsidRPr="000D50D7" w:rsidRDefault="000D50D7" w:rsidP="000D50D7">
            <w:pPr>
              <w:widowControl w:val="0"/>
              <w:spacing w:line="240" w:lineRule="auto"/>
              <w:jc w:val="center"/>
              <w:rPr>
                <w:rFonts w:eastAsia="Calibri" w:cs="Times New Roman"/>
                <w:b/>
                <w:sz w:val="22"/>
                <w:lang w:val="ru-RU" w:eastAsia="ru-RU"/>
              </w:rPr>
            </w:pPr>
            <w:r w:rsidRPr="000D50D7">
              <w:rPr>
                <w:rFonts w:eastAsia="Calibri" w:cs="Times New Roman"/>
                <w:b/>
                <w:sz w:val="22"/>
                <w:lang w:val="ru-RU" w:eastAsia="ru-RU"/>
              </w:rPr>
              <w:t>ВОПРОСЫ К ЗАЧЕТУ</w:t>
            </w:r>
          </w:p>
        </w:tc>
      </w:tr>
      <w:tr w:rsidR="000D50D7" w:rsidRPr="000B04D5" w14:paraId="49AAFFE1" w14:textId="77777777" w:rsidTr="00BC5EAF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3C651" w14:textId="77777777" w:rsidR="000D50D7" w:rsidRPr="000D50D7" w:rsidRDefault="000D50D7" w:rsidP="000D50D7">
            <w:pPr>
              <w:widowControl w:val="0"/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1. Физическая культура в общекультурной подготовке обучающихся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BDD42" w14:textId="77777777" w:rsidR="000D50D7" w:rsidRPr="000D50D7" w:rsidRDefault="000D50D7" w:rsidP="000D50D7">
            <w:pPr>
              <w:widowControl w:val="0"/>
              <w:spacing w:line="240" w:lineRule="auto"/>
              <w:jc w:val="both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 xml:space="preserve">1.Сформулировать цели и задачи физической культуры в общекультурной и профессиональной подготовке обучающихся. </w:t>
            </w:r>
          </w:p>
          <w:p w14:paraId="7443D98E" w14:textId="77777777" w:rsidR="000D50D7" w:rsidRPr="000D50D7" w:rsidRDefault="000D50D7" w:rsidP="000D50D7">
            <w:pPr>
              <w:widowControl w:val="0"/>
              <w:spacing w:line="240" w:lineRule="auto"/>
              <w:jc w:val="both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 xml:space="preserve">2. Назовите даты первых древних и современных Олимпийских игр. История комплексов ГТО и БГТО. Задачи нового Всероссийского физкультурного спортивного комплекса. </w:t>
            </w:r>
          </w:p>
          <w:p w14:paraId="69FE1FB5" w14:textId="77777777" w:rsidR="000D50D7" w:rsidRPr="000D50D7" w:rsidRDefault="000D50D7" w:rsidP="000D50D7">
            <w:pPr>
              <w:widowControl w:val="0"/>
              <w:spacing w:line="240" w:lineRule="auto"/>
              <w:jc w:val="both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 xml:space="preserve">3. Режим дня, рациональное питание, сон, анатомия человека, зарядка-тренировка. </w:t>
            </w:r>
          </w:p>
          <w:p w14:paraId="55135E29" w14:textId="77777777" w:rsidR="000D50D7" w:rsidRPr="000D50D7" w:rsidRDefault="000D50D7" w:rsidP="000D50D7">
            <w:pPr>
              <w:widowControl w:val="0"/>
              <w:spacing w:line="240" w:lineRule="auto"/>
              <w:jc w:val="both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 xml:space="preserve">4.Здоровый образ </w:t>
            </w:r>
            <w:proofErr w:type="gramStart"/>
            <w:r w:rsidRPr="000D50D7">
              <w:rPr>
                <w:rFonts w:eastAsia="Calibri" w:cs="Times New Roman"/>
                <w:szCs w:val="24"/>
                <w:lang w:val="ru-RU" w:eastAsia="ru-RU"/>
              </w:rPr>
              <w:t>жизни .Как</w:t>
            </w:r>
            <w:proofErr w:type="gramEnd"/>
            <w:r w:rsidRPr="000D50D7">
              <w:rPr>
                <w:rFonts w:eastAsia="Calibri" w:cs="Times New Roman"/>
                <w:szCs w:val="24"/>
                <w:lang w:val="ru-RU" w:eastAsia="ru-RU"/>
              </w:rPr>
              <w:t xml:space="preserve"> помогает физическая культура в обеспечении здоровья обучающихся? </w:t>
            </w:r>
          </w:p>
          <w:p w14:paraId="63102AF3" w14:textId="77777777" w:rsidR="000D50D7" w:rsidRPr="000D50D7" w:rsidRDefault="000D50D7" w:rsidP="000D50D7">
            <w:pPr>
              <w:widowControl w:val="0"/>
              <w:spacing w:line="240" w:lineRule="auto"/>
              <w:jc w:val="both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 xml:space="preserve">5. Роль ЛФК в профилактике и реабилитации при различных заболеваниях. 6.Описать личность в структуре физической культуры. Принципы формирования и проблемы мотивации в сфере физической культуры. </w:t>
            </w:r>
          </w:p>
          <w:p w14:paraId="7E4CA73B" w14:textId="77777777" w:rsidR="000D50D7" w:rsidRPr="000D50D7" w:rsidRDefault="000D50D7" w:rsidP="000D50D7">
            <w:pPr>
              <w:widowControl w:val="0"/>
              <w:spacing w:line="240" w:lineRule="auto"/>
              <w:jc w:val="both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 xml:space="preserve">7. Виды спорта способствующие самоорганизации обучающихся. </w:t>
            </w:r>
          </w:p>
          <w:p w14:paraId="5DB88568" w14:textId="77777777" w:rsidR="000D50D7" w:rsidRPr="000D50D7" w:rsidRDefault="000D50D7" w:rsidP="000D50D7">
            <w:pPr>
              <w:widowControl w:val="0"/>
              <w:spacing w:line="240" w:lineRule="auto"/>
              <w:jc w:val="both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 xml:space="preserve">8. </w:t>
            </w:r>
            <w:proofErr w:type="gramStart"/>
            <w:r w:rsidRPr="000D50D7">
              <w:rPr>
                <w:rFonts w:eastAsia="Calibri" w:cs="Times New Roman"/>
                <w:szCs w:val="24"/>
                <w:lang w:val="ru-RU" w:eastAsia="ru-RU"/>
              </w:rPr>
              <w:t>Виды спорта</w:t>
            </w:r>
            <w:proofErr w:type="gramEnd"/>
            <w:r w:rsidRPr="000D50D7">
              <w:rPr>
                <w:rFonts w:eastAsia="Calibri" w:cs="Times New Roman"/>
                <w:szCs w:val="24"/>
                <w:lang w:val="ru-RU" w:eastAsia="ru-RU"/>
              </w:rPr>
              <w:t xml:space="preserve"> способствующие самообразованию обучающихся. </w:t>
            </w:r>
          </w:p>
          <w:p w14:paraId="0AE2D41B" w14:textId="77777777" w:rsidR="000D50D7" w:rsidRPr="000D50D7" w:rsidRDefault="000D50D7" w:rsidP="000D50D7">
            <w:pPr>
              <w:widowControl w:val="0"/>
              <w:spacing w:line="240" w:lineRule="auto"/>
              <w:jc w:val="both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 xml:space="preserve">9. В чем различие и что общего в спортивных и подвижных играх </w:t>
            </w:r>
          </w:p>
          <w:p w14:paraId="3AEFC3CF" w14:textId="77777777" w:rsidR="000D50D7" w:rsidRPr="000D50D7" w:rsidRDefault="000D50D7" w:rsidP="000D50D7">
            <w:pPr>
              <w:widowControl w:val="0"/>
              <w:spacing w:line="240" w:lineRule="auto"/>
              <w:jc w:val="both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 xml:space="preserve">10. Разновидности традиционных и нетрадиционных оздоровительных систем физических упражнений (примеры). </w:t>
            </w:r>
          </w:p>
          <w:p w14:paraId="1B37B84A" w14:textId="77777777" w:rsidR="000D50D7" w:rsidRPr="000D50D7" w:rsidRDefault="000D50D7" w:rsidP="000D50D7">
            <w:pPr>
              <w:widowControl w:val="0"/>
              <w:spacing w:line="240" w:lineRule="auto"/>
              <w:jc w:val="both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 xml:space="preserve">11.Мотивация и направленность самостоятельных занятий физическими упражнениями. </w:t>
            </w:r>
          </w:p>
          <w:p w14:paraId="43A5AB6D" w14:textId="77777777" w:rsidR="000D50D7" w:rsidRPr="000D50D7" w:rsidRDefault="000D50D7" w:rsidP="000D50D7">
            <w:pPr>
              <w:widowControl w:val="0"/>
              <w:spacing w:line="240" w:lineRule="auto"/>
              <w:jc w:val="both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 xml:space="preserve">12.Охарактеризовать показатели самоконтроля. Как оценить физическое состояние обучающегося? </w:t>
            </w:r>
          </w:p>
          <w:p w14:paraId="45AE4572" w14:textId="77777777" w:rsidR="000D50D7" w:rsidRPr="000D50D7" w:rsidRDefault="000D50D7" w:rsidP="000D50D7">
            <w:pPr>
              <w:widowControl w:val="0"/>
              <w:spacing w:line="240" w:lineRule="auto"/>
              <w:jc w:val="both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13.Восстановительные процессы при мышечной деятельности.</w:t>
            </w:r>
          </w:p>
        </w:tc>
      </w:tr>
      <w:tr w:rsidR="000D50D7" w:rsidRPr="000B04D5" w14:paraId="3E9B5B77" w14:textId="77777777" w:rsidTr="00BC5EAF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72FEF" w14:textId="77777777" w:rsidR="000D50D7" w:rsidRPr="000D50D7" w:rsidRDefault="000D50D7" w:rsidP="000D50D7">
            <w:pPr>
              <w:widowControl w:val="0"/>
              <w:shd w:val="clear" w:color="auto" w:fill="FFFFFF"/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2. Физическая культура в профессиональной деятельности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6AB75" w14:textId="77777777" w:rsidR="000D50D7" w:rsidRPr="000D50D7" w:rsidRDefault="000D50D7" w:rsidP="000D50D7">
            <w:pPr>
              <w:widowControl w:val="0"/>
              <w:shd w:val="clear" w:color="auto" w:fill="FFFFFF"/>
              <w:spacing w:line="240" w:lineRule="auto"/>
              <w:jc w:val="both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 xml:space="preserve">14. Определить социально-биологические аспекты психоэмоционального стресса и его воздействия </w:t>
            </w:r>
            <w:proofErr w:type="gramStart"/>
            <w:r w:rsidRPr="000D50D7">
              <w:rPr>
                <w:rFonts w:eastAsia="Calibri" w:cs="Times New Roman"/>
                <w:szCs w:val="24"/>
                <w:lang w:val="ru-RU" w:eastAsia="ru-RU"/>
              </w:rPr>
              <w:t>на психофизиологического состояния</w:t>
            </w:r>
            <w:proofErr w:type="gramEnd"/>
            <w:r w:rsidRPr="000D50D7">
              <w:rPr>
                <w:rFonts w:eastAsia="Calibri" w:cs="Times New Roman"/>
                <w:szCs w:val="24"/>
                <w:lang w:val="ru-RU" w:eastAsia="ru-RU"/>
              </w:rPr>
              <w:t xml:space="preserve"> человека. Дать понятие гиподинамии. </w:t>
            </w:r>
          </w:p>
          <w:p w14:paraId="0FCC73DC" w14:textId="77777777" w:rsidR="000D50D7" w:rsidRPr="000D50D7" w:rsidRDefault="000D50D7" w:rsidP="000D50D7">
            <w:pPr>
              <w:widowControl w:val="0"/>
              <w:shd w:val="clear" w:color="auto" w:fill="FFFFFF"/>
              <w:spacing w:line="240" w:lineRule="auto"/>
              <w:jc w:val="both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 xml:space="preserve">15.Перечислить психофизиологические основы учебного труда и интеллектуальной деятельности. Перечислить средства физической культуры в регулировании работоспособности. </w:t>
            </w:r>
          </w:p>
          <w:p w14:paraId="318575EC" w14:textId="77777777" w:rsidR="000D50D7" w:rsidRPr="000D50D7" w:rsidRDefault="000D50D7" w:rsidP="000D50D7">
            <w:pPr>
              <w:widowControl w:val="0"/>
              <w:shd w:val="clear" w:color="auto" w:fill="FFFFFF"/>
              <w:spacing w:line="240" w:lineRule="auto"/>
              <w:jc w:val="both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 xml:space="preserve">16.Объяснить задачи общефизической и специальной подготовки в </w:t>
            </w:r>
            <w:r w:rsidRPr="000D50D7">
              <w:rPr>
                <w:rFonts w:eastAsia="Calibri" w:cs="Times New Roman"/>
                <w:szCs w:val="24"/>
                <w:lang w:val="ru-RU" w:eastAsia="ru-RU"/>
              </w:rPr>
              <w:lastRenderedPageBreak/>
              <w:t xml:space="preserve">системе физического воспитания. </w:t>
            </w:r>
          </w:p>
          <w:p w14:paraId="68099EA5" w14:textId="77777777" w:rsidR="000D50D7" w:rsidRPr="000D50D7" w:rsidRDefault="000D50D7" w:rsidP="000D50D7">
            <w:pPr>
              <w:widowControl w:val="0"/>
              <w:shd w:val="clear" w:color="auto" w:fill="FFFFFF"/>
              <w:spacing w:line="240" w:lineRule="auto"/>
              <w:jc w:val="both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 xml:space="preserve">17.Раскрыть понятие «туризм». Какие виды туристических походов существуют. Специфические особенности при подготовке к туристическим походам. </w:t>
            </w:r>
          </w:p>
          <w:p w14:paraId="54181DD2" w14:textId="77777777" w:rsidR="000D50D7" w:rsidRPr="000D50D7" w:rsidRDefault="000D50D7" w:rsidP="000D50D7">
            <w:pPr>
              <w:widowControl w:val="0"/>
              <w:shd w:val="clear" w:color="auto" w:fill="FFFFFF"/>
              <w:spacing w:line="240" w:lineRule="auto"/>
              <w:jc w:val="both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 xml:space="preserve">18.Цель проведения физкультурно-спортивных массовых мероприятий. Правила поведения болельщиков </w:t>
            </w:r>
          </w:p>
          <w:p w14:paraId="3C3CE11F" w14:textId="77777777" w:rsidR="000D50D7" w:rsidRPr="000D50D7" w:rsidRDefault="000D50D7" w:rsidP="000D50D7">
            <w:pPr>
              <w:widowControl w:val="0"/>
              <w:shd w:val="clear" w:color="auto" w:fill="FFFFFF"/>
              <w:spacing w:line="240" w:lineRule="auto"/>
              <w:jc w:val="both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 xml:space="preserve">19.Прикладные виды спорта по направлениям подготовки бакалавров. </w:t>
            </w:r>
          </w:p>
          <w:p w14:paraId="06954851" w14:textId="77777777" w:rsidR="000D50D7" w:rsidRPr="000D50D7" w:rsidRDefault="000D50D7" w:rsidP="000D50D7">
            <w:pPr>
              <w:widowControl w:val="0"/>
              <w:shd w:val="clear" w:color="auto" w:fill="FFFFFF"/>
              <w:spacing w:line="240" w:lineRule="auto"/>
              <w:jc w:val="both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 xml:space="preserve">20.Цель ППФП. </w:t>
            </w:r>
          </w:p>
          <w:p w14:paraId="28040E0A" w14:textId="77777777" w:rsidR="000D50D7" w:rsidRPr="000D50D7" w:rsidRDefault="000D50D7" w:rsidP="000D50D7">
            <w:pPr>
              <w:widowControl w:val="0"/>
              <w:shd w:val="clear" w:color="auto" w:fill="FFFFFF"/>
              <w:spacing w:line="240" w:lineRule="auto"/>
              <w:jc w:val="both"/>
              <w:rPr>
                <w:rFonts w:eastAsia="Calibri" w:cs="Times New Roman"/>
                <w:bCs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21.Перечислить основные факторы, определяющие задачи ППФП. 22.Основные психические качества свойств личности, развивающиеся при использовании ППФП.</w:t>
            </w:r>
          </w:p>
        </w:tc>
      </w:tr>
    </w:tbl>
    <w:p w14:paraId="6910C928" w14:textId="77777777" w:rsidR="000D50D7" w:rsidRPr="000D50D7" w:rsidRDefault="000D50D7" w:rsidP="000D50D7">
      <w:pPr>
        <w:spacing w:line="240" w:lineRule="auto"/>
        <w:jc w:val="center"/>
        <w:rPr>
          <w:rFonts w:eastAsia="Calibri" w:cs="Times New Roman"/>
          <w:szCs w:val="24"/>
          <w:lang w:val="ru-RU" w:eastAsia="ru-RU"/>
        </w:rPr>
      </w:pPr>
    </w:p>
    <w:p w14:paraId="3140F58B" w14:textId="77777777" w:rsidR="001070A4" w:rsidRPr="000E2DAC" w:rsidRDefault="001070A4" w:rsidP="001070A4">
      <w:pPr>
        <w:spacing w:line="240" w:lineRule="auto"/>
        <w:jc w:val="center"/>
        <w:rPr>
          <w:rFonts w:eastAsia="Times New Roman"/>
          <w:b/>
          <w:szCs w:val="24"/>
          <w:lang w:val="ru-RU" w:eastAsia="ru-RU"/>
        </w:rPr>
      </w:pPr>
      <w:r w:rsidRPr="000E2DAC">
        <w:rPr>
          <w:b/>
          <w:szCs w:val="24"/>
          <w:lang w:val="ru-RU" w:eastAsia="ru-RU"/>
        </w:rPr>
        <w:t>Комплект оценочных средств для текущего контроля</w:t>
      </w:r>
    </w:p>
    <w:p w14:paraId="4401F712" w14:textId="77777777" w:rsidR="000D50D7" w:rsidRPr="000D50D7" w:rsidRDefault="000D50D7" w:rsidP="000D50D7">
      <w:pPr>
        <w:spacing w:line="240" w:lineRule="auto"/>
        <w:rPr>
          <w:rFonts w:eastAsia="Calibri" w:cs="Times New Roman"/>
          <w:bCs/>
          <w:szCs w:val="24"/>
          <w:lang w:val="ru-RU" w:eastAsia="ru-RU"/>
        </w:rPr>
      </w:pPr>
    </w:p>
    <w:p w14:paraId="1A704AD4" w14:textId="77777777" w:rsidR="000D50D7" w:rsidRPr="000D50D7" w:rsidRDefault="000D50D7" w:rsidP="000D50D7">
      <w:pPr>
        <w:spacing w:line="240" w:lineRule="auto"/>
        <w:rPr>
          <w:rFonts w:eastAsia="Calibri" w:cs="Times New Roman"/>
          <w:bCs/>
          <w:szCs w:val="24"/>
          <w:lang w:val="ru-RU" w:eastAsia="ru-RU"/>
        </w:rPr>
      </w:pPr>
    </w:p>
    <w:p w14:paraId="60F35FF6" w14:textId="77777777" w:rsidR="000D50D7" w:rsidRPr="000D50D7" w:rsidRDefault="000D50D7" w:rsidP="000D50D7">
      <w:pPr>
        <w:spacing w:line="240" w:lineRule="auto"/>
        <w:jc w:val="center"/>
        <w:rPr>
          <w:rFonts w:eastAsia="Calibri" w:cs="Times New Roman"/>
          <w:b/>
          <w:szCs w:val="24"/>
          <w:lang w:val="ru-RU" w:eastAsia="ru-RU"/>
        </w:rPr>
      </w:pPr>
      <w:r w:rsidRPr="000D50D7">
        <w:rPr>
          <w:rFonts w:eastAsia="Calibri" w:cs="Times New Roman"/>
          <w:bCs/>
          <w:szCs w:val="24"/>
          <w:lang w:val="ru-RU" w:eastAsia="ru-RU"/>
        </w:rPr>
        <w:t xml:space="preserve">Критерии оценки зачета </w:t>
      </w:r>
      <w:r w:rsidRPr="000D50D7">
        <w:rPr>
          <w:rFonts w:eastAsia="Calibri" w:cs="Times New Roman"/>
          <w:bCs/>
          <w:szCs w:val="24"/>
          <w:lang w:val="ru-RU" w:eastAsia="ru-RU"/>
        </w:rPr>
        <w:br/>
        <w:t xml:space="preserve">по дисциплине </w:t>
      </w:r>
      <w:proofErr w:type="gramStart"/>
      <w:r w:rsidRPr="000D50D7">
        <w:rPr>
          <w:rFonts w:eastAsia="Calibri" w:cs="Times New Roman"/>
          <w:b/>
          <w:szCs w:val="24"/>
          <w:lang w:val="ru-RU" w:eastAsia="ru-RU"/>
        </w:rPr>
        <w:t>Б1.О.07.02  Физическая</w:t>
      </w:r>
      <w:proofErr w:type="gramEnd"/>
      <w:r w:rsidRPr="000D50D7">
        <w:rPr>
          <w:rFonts w:eastAsia="Calibri" w:cs="Times New Roman"/>
          <w:b/>
          <w:szCs w:val="24"/>
          <w:lang w:val="ru-RU" w:eastAsia="ru-RU"/>
        </w:rPr>
        <w:t xml:space="preserve"> культура и спорт</w:t>
      </w:r>
    </w:p>
    <w:p w14:paraId="73B53C00" w14:textId="77777777" w:rsidR="000D50D7" w:rsidRPr="000D50D7" w:rsidRDefault="000D50D7" w:rsidP="000D50D7">
      <w:pPr>
        <w:spacing w:line="240" w:lineRule="auto"/>
        <w:jc w:val="center"/>
        <w:rPr>
          <w:rFonts w:eastAsia="Calibri" w:cs="Times New Roman"/>
          <w:szCs w:val="24"/>
          <w:lang w:val="ru-RU" w:eastAsia="ru-RU"/>
        </w:rPr>
      </w:pPr>
    </w:p>
    <w:p w14:paraId="0ACBD1D3" w14:textId="77777777" w:rsidR="000D50D7" w:rsidRPr="000D50D7" w:rsidRDefault="000D50D7" w:rsidP="000D50D7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eastAsia="Calibri" w:cs="Times New Roman"/>
          <w:bCs/>
          <w:szCs w:val="24"/>
          <w:lang w:val="ru-RU"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38"/>
        <w:gridCol w:w="4967"/>
      </w:tblGrid>
      <w:tr w:rsidR="000D50D7" w:rsidRPr="000D50D7" w14:paraId="56752B9B" w14:textId="77777777" w:rsidTr="00BC5EAF">
        <w:trPr>
          <w:trHeight w:val="284"/>
        </w:trPr>
        <w:tc>
          <w:tcPr>
            <w:tcW w:w="5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D4F03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b/>
                <w:szCs w:val="24"/>
                <w:lang w:val="ru-RU" w:eastAsia="ru-RU"/>
              </w:rPr>
              <w:t>Оценка</w:t>
            </w:r>
          </w:p>
        </w:tc>
        <w:tc>
          <w:tcPr>
            <w:tcW w:w="5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D0B3E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b/>
                <w:szCs w:val="24"/>
                <w:lang w:val="ru-RU" w:eastAsia="ru-RU"/>
              </w:rPr>
              <w:t>Критерии</w:t>
            </w:r>
          </w:p>
        </w:tc>
      </w:tr>
      <w:tr w:rsidR="000D50D7" w:rsidRPr="000D50D7" w14:paraId="368D952E" w14:textId="77777777" w:rsidTr="00BC5EAF">
        <w:trPr>
          <w:trHeight w:val="2685"/>
        </w:trPr>
        <w:tc>
          <w:tcPr>
            <w:tcW w:w="5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6AA4E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зачтено</w:t>
            </w:r>
          </w:p>
        </w:tc>
        <w:tc>
          <w:tcPr>
            <w:tcW w:w="5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059BD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Знать способы контроля и оценки физического развития.</w:t>
            </w:r>
          </w:p>
          <w:p w14:paraId="64CF749C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 xml:space="preserve">Уметь эффективно планировать собственное время, придерживаться здорового образа жизни, самостоятельно поддерживать основные физические качества. </w:t>
            </w:r>
          </w:p>
          <w:p w14:paraId="05B9736B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Владеть методами физического воспитания в укреплении здоровья и здоровье сберегающими технологиями. Выполнять контрольные тесты</w:t>
            </w:r>
          </w:p>
        </w:tc>
      </w:tr>
      <w:tr w:rsidR="000D50D7" w:rsidRPr="000D50D7" w14:paraId="32E0730D" w14:textId="77777777" w:rsidTr="00BC5EAF">
        <w:tc>
          <w:tcPr>
            <w:tcW w:w="5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0E039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не зачтено</w:t>
            </w:r>
          </w:p>
        </w:tc>
        <w:tc>
          <w:tcPr>
            <w:tcW w:w="5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6D4BB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Не придерживается здорового образа жизни.</w:t>
            </w:r>
          </w:p>
          <w:p w14:paraId="74DBE4AB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  <w:r w:rsidRPr="000D50D7">
              <w:rPr>
                <w:rFonts w:eastAsia="Calibri" w:cs="Times New Roman"/>
                <w:szCs w:val="24"/>
                <w:lang w:val="ru-RU" w:eastAsia="ru-RU"/>
              </w:rPr>
              <w:t>Не владеет здоровье сберегающими технологиями. Не выполняет контрольные нормативы</w:t>
            </w:r>
          </w:p>
        </w:tc>
      </w:tr>
    </w:tbl>
    <w:p w14:paraId="67AA882C" w14:textId="77777777" w:rsidR="000D50D7" w:rsidRPr="000D50D7" w:rsidRDefault="000D50D7" w:rsidP="000D50D7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Calibri" w:cs="Times New Roman"/>
          <w:szCs w:val="24"/>
          <w:lang w:val="ru-RU" w:eastAsia="ru-RU"/>
        </w:rPr>
      </w:pPr>
    </w:p>
    <w:p w14:paraId="1436E0A5" w14:textId="77777777" w:rsidR="000D50D7" w:rsidRPr="000D50D7" w:rsidRDefault="000D50D7" w:rsidP="000D50D7">
      <w:pPr>
        <w:rPr>
          <w:rFonts w:eastAsia="Calibri" w:cs="Times New Roman"/>
          <w:szCs w:val="24"/>
          <w:lang w:val="ru-RU" w:eastAsia="ru-RU"/>
        </w:rPr>
      </w:pPr>
    </w:p>
    <w:p w14:paraId="1854D98F" w14:textId="77777777" w:rsidR="000D50D7" w:rsidRPr="000D50D7" w:rsidRDefault="000D50D7" w:rsidP="000D50D7">
      <w:pPr>
        <w:rPr>
          <w:rFonts w:eastAsia="Calibri" w:cs="Times New Roman"/>
          <w:szCs w:val="24"/>
          <w:lang w:val="ru-RU" w:eastAsia="ru-RU"/>
        </w:rPr>
      </w:pPr>
      <w:r w:rsidRPr="000D50D7">
        <w:rPr>
          <w:rFonts w:eastAsia="Calibri" w:cs="Times New Roman"/>
          <w:szCs w:val="24"/>
          <w:lang w:val="ru-RU" w:eastAsia="ru-RU"/>
        </w:rPr>
        <w:t>Составитель:</w:t>
      </w:r>
    </w:p>
    <w:p w14:paraId="0A2AFE99" w14:textId="77777777" w:rsidR="000D50D7" w:rsidRPr="000D50D7" w:rsidRDefault="000D50D7" w:rsidP="000D50D7">
      <w:pPr>
        <w:rPr>
          <w:rFonts w:eastAsia="Calibri" w:cs="Times New Roman"/>
          <w:szCs w:val="24"/>
          <w:lang w:val="ru-RU" w:eastAsia="ru-RU"/>
        </w:rPr>
      </w:pPr>
      <w:r w:rsidRPr="000D50D7">
        <w:rPr>
          <w:rFonts w:eastAsia="Calibri" w:cs="Times New Roman"/>
          <w:szCs w:val="24"/>
          <w:lang w:val="ru-RU" w:eastAsia="ru-RU"/>
        </w:rPr>
        <w:t xml:space="preserve">Д.А. Галин, старший преподаватель кафедры </w:t>
      </w:r>
      <w:proofErr w:type="spellStart"/>
      <w:r w:rsidRPr="000D50D7">
        <w:rPr>
          <w:rFonts w:eastAsia="Calibri" w:cs="Times New Roman"/>
          <w:szCs w:val="24"/>
          <w:lang w:val="ru-RU" w:eastAsia="ru-RU"/>
        </w:rPr>
        <w:t>ЭБЖиФ</w:t>
      </w:r>
      <w:proofErr w:type="spellEnd"/>
      <w:r w:rsidRPr="000D50D7">
        <w:rPr>
          <w:rFonts w:eastAsia="Calibri" w:cs="Times New Roman"/>
          <w:szCs w:val="24"/>
          <w:lang w:val="ru-RU" w:eastAsia="ru-RU"/>
        </w:rPr>
        <w:t xml:space="preserve">    _____________</w:t>
      </w:r>
    </w:p>
    <w:p w14:paraId="2E75D72D" w14:textId="77777777" w:rsidR="000D50D7" w:rsidRPr="000D50D7" w:rsidRDefault="000D50D7" w:rsidP="000D50D7">
      <w:pPr>
        <w:spacing w:line="240" w:lineRule="auto"/>
        <w:rPr>
          <w:rFonts w:eastAsia="Calibri" w:cs="Times New Roman"/>
          <w:szCs w:val="24"/>
          <w:lang w:val="ru-RU" w:eastAsia="ru-RU"/>
        </w:rPr>
      </w:pPr>
      <w:r w:rsidRPr="000D50D7">
        <w:rPr>
          <w:rFonts w:eastAsia="Calibri" w:cs="Times New Roman"/>
          <w:szCs w:val="24"/>
          <w:lang w:val="ru-RU" w:eastAsia="ru-RU"/>
        </w:rPr>
        <w:t>«____»_________20___г.</w:t>
      </w:r>
    </w:p>
    <w:p w14:paraId="79CC9789" w14:textId="77777777" w:rsidR="000D50D7" w:rsidRPr="000D50D7" w:rsidRDefault="000D50D7" w:rsidP="000D50D7">
      <w:pPr>
        <w:spacing w:line="240" w:lineRule="auto"/>
        <w:rPr>
          <w:rFonts w:eastAsia="Calibri" w:cs="Times New Roman"/>
          <w:szCs w:val="24"/>
          <w:lang w:val="ru-RU" w:eastAsia="ru-RU"/>
        </w:rPr>
      </w:pPr>
    </w:p>
    <w:p w14:paraId="38DE59D5" w14:textId="77777777" w:rsidR="000D50D7" w:rsidRPr="000D50D7" w:rsidRDefault="000D50D7" w:rsidP="000D50D7">
      <w:pPr>
        <w:spacing w:line="240" w:lineRule="auto"/>
        <w:rPr>
          <w:rFonts w:eastAsia="Calibri" w:cs="Times New Roman"/>
          <w:szCs w:val="24"/>
          <w:lang w:val="ru-RU" w:eastAsia="ru-RU"/>
        </w:rPr>
      </w:pPr>
    </w:p>
    <w:p w14:paraId="45290BFB" w14:textId="77777777" w:rsidR="000D50D7" w:rsidRPr="000D50D7" w:rsidRDefault="000D50D7" w:rsidP="000D50D7">
      <w:pPr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sz w:val="20"/>
          <w:szCs w:val="20"/>
          <w:lang w:val="ru-RU" w:eastAsia="ru-RU"/>
        </w:rPr>
      </w:pPr>
    </w:p>
    <w:p w14:paraId="52BD8096" w14:textId="77777777" w:rsidR="000D50D7" w:rsidRPr="000D50D7" w:rsidRDefault="000D50D7" w:rsidP="000D50D7">
      <w:pPr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sz w:val="20"/>
          <w:szCs w:val="20"/>
          <w:lang w:val="ru-RU" w:eastAsia="ru-RU"/>
        </w:rPr>
      </w:pPr>
    </w:p>
    <w:p w14:paraId="4AFAE39E" w14:textId="77777777" w:rsidR="000D50D7" w:rsidRPr="000D50D7" w:rsidRDefault="000D50D7" w:rsidP="000D50D7">
      <w:pPr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sz w:val="20"/>
          <w:szCs w:val="20"/>
          <w:lang w:val="ru-RU" w:eastAsia="ru-RU"/>
        </w:rPr>
      </w:pPr>
    </w:p>
    <w:p w14:paraId="15FAF82C" w14:textId="77777777" w:rsidR="000D50D7" w:rsidRPr="000D50D7" w:rsidRDefault="000D50D7" w:rsidP="000D50D7">
      <w:pPr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sz w:val="20"/>
          <w:szCs w:val="20"/>
          <w:lang w:val="ru-RU" w:eastAsia="ru-RU"/>
        </w:rPr>
      </w:pPr>
    </w:p>
    <w:p w14:paraId="580F664E" w14:textId="77777777" w:rsidR="000D50D7" w:rsidRPr="000D50D7" w:rsidRDefault="000D50D7" w:rsidP="000D50D7">
      <w:pPr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sz w:val="20"/>
          <w:szCs w:val="20"/>
          <w:lang w:val="ru-RU" w:eastAsia="ru-RU"/>
        </w:rPr>
      </w:pPr>
    </w:p>
    <w:p w14:paraId="61D4B29F" w14:textId="77777777" w:rsidR="000D50D7" w:rsidRPr="000D50D7" w:rsidRDefault="000D50D7" w:rsidP="000D50D7">
      <w:pPr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sz w:val="20"/>
          <w:szCs w:val="20"/>
          <w:lang w:val="ru-RU" w:eastAsia="ru-RU"/>
        </w:rPr>
      </w:pPr>
    </w:p>
    <w:p w14:paraId="37D57A5E" w14:textId="77777777" w:rsidR="000D50D7" w:rsidRPr="000D50D7" w:rsidRDefault="000D50D7" w:rsidP="000D50D7">
      <w:pPr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sz w:val="20"/>
          <w:szCs w:val="20"/>
          <w:lang w:val="ru-RU" w:eastAsia="ru-RU"/>
        </w:rPr>
      </w:pPr>
    </w:p>
    <w:p w14:paraId="13C4449D" w14:textId="77777777" w:rsidR="000D50D7" w:rsidRPr="000D50D7" w:rsidRDefault="000D50D7" w:rsidP="000D50D7">
      <w:pPr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sz w:val="20"/>
          <w:szCs w:val="20"/>
          <w:lang w:val="ru-RU" w:eastAsia="ru-RU"/>
        </w:rPr>
      </w:pPr>
    </w:p>
    <w:p w14:paraId="6B88F40E" w14:textId="77777777" w:rsidR="000D50D7" w:rsidRPr="000D50D7" w:rsidRDefault="000D50D7" w:rsidP="000D50D7">
      <w:pPr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sz w:val="20"/>
          <w:szCs w:val="20"/>
          <w:lang w:val="ru-RU" w:eastAsia="ru-RU"/>
        </w:rPr>
      </w:pPr>
    </w:p>
    <w:p w14:paraId="00079FB2" w14:textId="77777777" w:rsidR="000D50D7" w:rsidRPr="000D50D7" w:rsidRDefault="000D50D7" w:rsidP="000D50D7">
      <w:pPr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sz w:val="20"/>
          <w:szCs w:val="20"/>
          <w:lang w:val="ru-RU" w:eastAsia="ru-RU"/>
        </w:rPr>
      </w:pPr>
    </w:p>
    <w:p w14:paraId="3F8624A4" w14:textId="77777777" w:rsidR="000D50D7" w:rsidRPr="000D50D7" w:rsidRDefault="000D50D7" w:rsidP="000D50D7">
      <w:pPr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sz w:val="20"/>
          <w:szCs w:val="20"/>
          <w:lang w:val="ru-RU" w:eastAsia="ru-RU"/>
        </w:rPr>
      </w:pPr>
    </w:p>
    <w:p w14:paraId="18386B2B" w14:textId="77777777" w:rsidR="000D50D7" w:rsidRPr="000D50D7" w:rsidRDefault="000D50D7" w:rsidP="000D50D7">
      <w:pPr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sz w:val="20"/>
          <w:szCs w:val="20"/>
          <w:lang w:val="ru-RU" w:eastAsia="ru-RU"/>
        </w:rPr>
      </w:pPr>
    </w:p>
    <w:p w14:paraId="47740B97" w14:textId="77777777" w:rsidR="000D50D7" w:rsidRPr="000D50D7" w:rsidRDefault="000D50D7" w:rsidP="000D50D7">
      <w:pPr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sz w:val="20"/>
          <w:szCs w:val="20"/>
          <w:lang w:val="ru-RU" w:eastAsia="ru-RU"/>
        </w:rPr>
      </w:pPr>
    </w:p>
    <w:p w14:paraId="49ED77D2" w14:textId="77777777" w:rsidR="000D50D7" w:rsidRPr="000D50D7" w:rsidRDefault="000D50D7" w:rsidP="000D50D7">
      <w:pPr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sz w:val="20"/>
          <w:szCs w:val="20"/>
          <w:lang w:val="ru-RU" w:eastAsia="ru-RU"/>
        </w:rPr>
      </w:pPr>
    </w:p>
    <w:p w14:paraId="361A9692" w14:textId="77777777" w:rsidR="000D50D7" w:rsidRPr="000D50D7" w:rsidRDefault="000D50D7" w:rsidP="000D50D7">
      <w:pPr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sz w:val="20"/>
          <w:szCs w:val="20"/>
          <w:lang w:val="ru-RU" w:eastAsia="ru-RU"/>
        </w:rPr>
      </w:pPr>
    </w:p>
    <w:p w14:paraId="350F2C5E" w14:textId="77777777" w:rsidR="000D50D7" w:rsidRPr="000D50D7" w:rsidRDefault="000D50D7" w:rsidP="000D50D7">
      <w:pPr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sz w:val="20"/>
          <w:szCs w:val="20"/>
          <w:lang w:val="ru-RU" w:eastAsia="ru-RU"/>
        </w:rPr>
      </w:pPr>
    </w:p>
    <w:p w14:paraId="2225D702" w14:textId="77777777" w:rsidR="000D50D7" w:rsidRPr="000D50D7" w:rsidRDefault="000D50D7" w:rsidP="000D50D7">
      <w:pPr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sz w:val="20"/>
          <w:szCs w:val="20"/>
          <w:lang w:val="ru-RU" w:eastAsia="ru-RU"/>
        </w:rPr>
      </w:pPr>
    </w:p>
    <w:p w14:paraId="20B63ECC" w14:textId="77777777" w:rsidR="000D50D7" w:rsidRPr="000D50D7" w:rsidRDefault="000D50D7" w:rsidP="000D50D7">
      <w:pPr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sz w:val="20"/>
          <w:szCs w:val="20"/>
          <w:lang w:val="ru-RU" w:eastAsia="ru-RU"/>
        </w:rPr>
      </w:pPr>
    </w:p>
    <w:p w14:paraId="0A93CE23" w14:textId="77777777" w:rsidR="000D50D7" w:rsidRPr="000D50D7" w:rsidRDefault="000D50D7" w:rsidP="000D50D7">
      <w:pPr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sz w:val="20"/>
          <w:szCs w:val="20"/>
          <w:lang w:val="ru-RU" w:eastAsia="ru-RU"/>
        </w:rPr>
      </w:pPr>
    </w:p>
    <w:p w14:paraId="6357C6C4" w14:textId="77777777" w:rsidR="000D50D7" w:rsidRPr="000D50D7" w:rsidRDefault="000D50D7" w:rsidP="000D50D7">
      <w:pPr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sz w:val="20"/>
          <w:szCs w:val="20"/>
          <w:lang w:val="ru-RU" w:eastAsia="ru-RU"/>
        </w:rPr>
      </w:pPr>
    </w:p>
    <w:p w14:paraId="397133EE" w14:textId="77777777" w:rsidR="000D50D7" w:rsidRPr="000D50D7" w:rsidRDefault="000D50D7" w:rsidP="000D50D7">
      <w:pPr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sz w:val="20"/>
          <w:szCs w:val="20"/>
          <w:lang w:val="ru-RU" w:eastAsia="ru-RU"/>
        </w:rPr>
      </w:pPr>
    </w:p>
    <w:p w14:paraId="46E20C6C" w14:textId="77777777" w:rsidR="000D50D7" w:rsidRPr="000D50D7" w:rsidRDefault="000D50D7" w:rsidP="000D50D7">
      <w:pPr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sz w:val="20"/>
          <w:szCs w:val="20"/>
          <w:lang w:val="ru-RU" w:eastAsia="ru-RU"/>
        </w:rPr>
      </w:pPr>
    </w:p>
    <w:p w14:paraId="690378B4" w14:textId="77777777" w:rsidR="000D50D7" w:rsidRPr="000D50D7" w:rsidRDefault="000D50D7" w:rsidP="000D50D7">
      <w:pPr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sz w:val="20"/>
          <w:szCs w:val="20"/>
          <w:lang w:val="ru-RU" w:eastAsia="ru-RU"/>
        </w:rPr>
      </w:pPr>
    </w:p>
    <w:p w14:paraId="453A79B1" w14:textId="77777777" w:rsidR="000D50D7" w:rsidRPr="000D50D7" w:rsidRDefault="000D50D7" w:rsidP="000D50D7">
      <w:pPr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sz w:val="20"/>
          <w:szCs w:val="20"/>
          <w:lang w:val="ru-RU" w:eastAsia="ru-RU"/>
        </w:rPr>
      </w:pPr>
    </w:p>
    <w:p w14:paraId="6F5B4F25" w14:textId="77777777" w:rsidR="000D50D7" w:rsidRPr="000D50D7" w:rsidRDefault="000D50D7" w:rsidP="000D50D7">
      <w:pPr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sz w:val="20"/>
          <w:szCs w:val="20"/>
          <w:lang w:val="ru-RU" w:eastAsia="ru-RU"/>
        </w:rPr>
      </w:pPr>
    </w:p>
    <w:p w14:paraId="1CF82219" w14:textId="77777777" w:rsidR="000D50D7" w:rsidRPr="000D50D7" w:rsidRDefault="000D50D7" w:rsidP="000D50D7">
      <w:pPr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sz w:val="20"/>
          <w:szCs w:val="20"/>
          <w:lang w:val="ru-RU" w:eastAsia="ru-RU"/>
        </w:rPr>
      </w:pPr>
    </w:p>
    <w:p w14:paraId="2418A0E0" w14:textId="77777777" w:rsidR="001070A4" w:rsidRPr="000E2DAC" w:rsidRDefault="001070A4" w:rsidP="001070A4">
      <w:pPr>
        <w:spacing w:line="240" w:lineRule="auto"/>
        <w:jc w:val="center"/>
        <w:rPr>
          <w:rFonts w:eastAsia="Times New Roman"/>
          <w:b/>
          <w:szCs w:val="24"/>
          <w:lang w:val="ru-RU" w:eastAsia="ru-RU"/>
        </w:rPr>
      </w:pPr>
      <w:r w:rsidRPr="000E2DAC">
        <w:rPr>
          <w:b/>
          <w:szCs w:val="24"/>
          <w:lang w:val="ru-RU" w:eastAsia="ru-RU"/>
        </w:rPr>
        <w:t>Комплект оценочных средств для текущего контроля</w:t>
      </w:r>
    </w:p>
    <w:p w14:paraId="7640E309" w14:textId="77777777" w:rsidR="000D50D7" w:rsidRPr="000D50D7" w:rsidRDefault="000D50D7" w:rsidP="000D50D7">
      <w:pPr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sz w:val="20"/>
          <w:szCs w:val="20"/>
          <w:lang w:val="ru-RU" w:eastAsia="ru-RU"/>
        </w:rPr>
      </w:pPr>
    </w:p>
    <w:p w14:paraId="3252B4D3" w14:textId="77777777" w:rsidR="000D50D7" w:rsidRPr="000D50D7" w:rsidRDefault="000D50D7" w:rsidP="000D50D7">
      <w:pPr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sz w:val="20"/>
          <w:szCs w:val="20"/>
          <w:lang w:val="ru-RU" w:eastAsia="ru-RU"/>
        </w:rPr>
      </w:pPr>
    </w:p>
    <w:p w14:paraId="29EFD380" w14:textId="77777777" w:rsidR="000D50D7" w:rsidRPr="000D50D7" w:rsidRDefault="000D50D7" w:rsidP="000D50D7">
      <w:pPr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sz w:val="20"/>
          <w:szCs w:val="20"/>
          <w:lang w:val="ru-RU" w:eastAsia="ru-RU"/>
        </w:rPr>
      </w:pPr>
      <w:r w:rsidRPr="000D50D7">
        <w:rPr>
          <w:rFonts w:eastAsia="Calibri" w:cs="Times New Roman"/>
          <w:b/>
          <w:bCs/>
          <w:sz w:val="20"/>
          <w:szCs w:val="20"/>
          <w:lang w:val="ru-RU" w:eastAsia="ru-RU"/>
        </w:rPr>
        <w:t>Оценочные средства</w:t>
      </w:r>
    </w:p>
    <w:p w14:paraId="7091AEF6" w14:textId="77777777" w:rsidR="000D50D7" w:rsidRPr="000D50D7" w:rsidRDefault="000D50D7" w:rsidP="000D50D7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Calibri" w:cs="Times New Roman"/>
          <w:b/>
          <w:bCs/>
          <w:sz w:val="20"/>
          <w:szCs w:val="20"/>
          <w:lang w:val="ru-RU" w:eastAsia="ru-RU"/>
        </w:rPr>
      </w:pPr>
      <w:r w:rsidRPr="000D50D7">
        <w:rPr>
          <w:rFonts w:eastAsia="Calibri" w:cs="Times New Roman"/>
          <w:b/>
          <w:bCs/>
          <w:sz w:val="20"/>
          <w:szCs w:val="20"/>
          <w:lang w:val="ru-RU" w:eastAsia="ru-RU"/>
        </w:rPr>
        <w:t>для диагностического дисциплинарного тестирования</w:t>
      </w:r>
    </w:p>
    <w:p w14:paraId="1FF20EED" w14:textId="77777777" w:rsidR="000D50D7" w:rsidRPr="000D50D7" w:rsidRDefault="000D50D7" w:rsidP="000D50D7">
      <w:pPr>
        <w:spacing w:line="240" w:lineRule="auto"/>
        <w:ind w:right="57"/>
        <w:rPr>
          <w:rFonts w:eastAsia="Calibri" w:cs="Times New Roman"/>
          <w:bCs/>
          <w:color w:val="FF0000"/>
          <w:kern w:val="1"/>
          <w:sz w:val="20"/>
          <w:szCs w:val="20"/>
          <w:lang w:val="ru-RU" w:eastAsia="ru-RU"/>
        </w:rPr>
      </w:pPr>
    </w:p>
    <w:p w14:paraId="243361CE" w14:textId="77777777" w:rsidR="000D50D7" w:rsidRPr="000D50D7" w:rsidRDefault="000D50D7" w:rsidP="000D50D7">
      <w:pPr>
        <w:spacing w:line="240" w:lineRule="auto"/>
        <w:ind w:right="57"/>
        <w:rPr>
          <w:rFonts w:eastAsia="Calibri" w:cs="Times New Roman,Bold"/>
          <w:b/>
          <w:bCs/>
          <w:sz w:val="20"/>
          <w:szCs w:val="20"/>
          <w:lang w:val="ru-RU" w:eastAsia="ru-RU"/>
        </w:rPr>
      </w:pPr>
      <w:r w:rsidRPr="000D50D7">
        <w:rPr>
          <w:rFonts w:eastAsia="Calibri" w:cs="Times New Roman"/>
          <w:bCs/>
          <w:kern w:val="1"/>
          <w:sz w:val="20"/>
          <w:szCs w:val="20"/>
          <w:lang w:val="ru-RU" w:eastAsia="ru-RU"/>
        </w:rPr>
        <w:t>по дисциплине</w:t>
      </w:r>
      <w:r w:rsidRPr="000D50D7">
        <w:rPr>
          <w:rFonts w:eastAsia="Calibri" w:cs="Times New Roman"/>
          <w:b/>
          <w:bCs/>
          <w:sz w:val="20"/>
          <w:szCs w:val="20"/>
          <w:lang w:val="ru-RU" w:eastAsia="ru-RU"/>
        </w:rPr>
        <w:t xml:space="preserve"> </w:t>
      </w:r>
      <w:proofErr w:type="gramStart"/>
      <w:r w:rsidRPr="000D50D7">
        <w:rPr>
          <w:rFonts w:eastAsia="Calibri" w:cs="Times New Roman"/>
          <w:b/>
          <w:bCs/>
          <w:sz w:val="20"/>
          <w:szCs w:val="20"/>
          <w:lang w:val="ru-RU" w:eastAsia="ru-RU"/>
        </w:rPr>
        <w:t>Б1.О.07.02  Физическая</w:t>
      </w:r>
      <w:proofErr w:type="gramEnd"/>
      <w:r w:rsidRPr="000D50D7">
        <w:rPr>
          <w:rFonts w:eastAsia="Calibri" w:cs="Times New Roman,Bold"/>
          <w:b/>
          <w:bCs/>
          <w:sz w:val="20"/>
          <w:szCs w:val="20"/>
          <w:lang w:val="ru-RU" w:eastAsia="ru-RU"/>
        </w:rPr>
        <w:t xml:space="preserve"> культура и спорт</w:t>
      </w:r>
    </w:p>
    <w:p w14:paraId="623BEF28" w14:textId="77777777" w:rsidR="000D50D7" w:rsidRPr="000D50D7" w:rsidRDefault="000D50D7" w:rsidP="000D50D7">
      <w:pPr>
        <w:spacing w:line="240" w:lineRule="auto"/>
        <w:ind w:right="57"/>
        <w:jc w:val="both"/>
        <w:rPr>
          <w:rFonts w:eastAsia="Calibri" w:cs="Times New Roman"/>
          <w:color w:val="0070C0"/>
          <w:sz w:val="20"/>
          <w:szCs w:val="20"/>
          <w:lang w:val="ru-RU" w:eastAsia="ru-RU"/>
        </w:rPr>
      </w:pPr>
    </w:p>
    <w:p w14:paraId="3052AAC6" w14:textId="77777777" w:rsidR="000D50D7" w:rsidRPr="000D50D7" w:rsidRDefault="000D50D7" w:rsidP="000D50D7">
      <w:pPr>
        <w:spacing w:line="240" w:lineRule="auto"/>
        <w:rPr>
          <w:rFonts w:eastAsia="Calibri" w:cs="Times New Roman"/>
          <w:sz w:val="20"/>
          <w:szCs w:val="20"/>
          <w:lang w:val="ru-RU" w:eastAsia="ru-RU"/>
        </w:rPr>
      </w:pPr>
      <w:r w:rsidRPr="000D50D7">
        <w:rPr>
          <w:rFonts w:eastAsia="Calibri" w:cs="Times New Roman"/>
          <w:sz w:val="20"/>
          <w:szCs w:val="20"/>
          <w:lang w:val="ru-RU" w:eastAsia="ru-RU"/>
        </w:rPr>
        <w:t xml:space="preserve">по </w:t>
      </w:r>
      <w:proofErr w:type="gramStart"/>
      <w:r w:rsidRPr="000D50D7">
        <w:rPr>
          <w:rFonts w:eastAsia="Calibri" w:cs="Times New Roman"/>
          <w:sz w:val="20"/>
          <w:szCs w:val="20"/>
          <w:lang w:val="ru-RU" w:eastAsia="ru-RU"/>
        </w:rPr>
        <w:t>компетенции  УК</w:t>
      </w:r>
      <w:proofErr w:type="gramEnd"/>
      <w:r w:rsidRPr="000D50D7">
        <w:rPr>
          <w:rFonts w:eastAsia="Calibri" w:cs="Times New Roman"/>
          <w:sz w:val="20"/>
          <w:szCs w:val="20"/>
          <w:lang w:val="ru-RU" w:eastAsia="ru-RU"/>
        </w:rPr>
        <w:t xml:space="preserve">-7: Способен поддерживать должный уровень физической подготовленности для обеспечения полноценной социальной и профессиональной деятельности </w:t>
      </w:r>
    </w:p>
    <w:tbl>
      <w:tblPr>
        <w:tblW w:w="0" w:type="auto"/>
        <w:tblInd w:w="113" w:type="dxa"/>
        <w:tblLayout w:type="fixed"/>
        <w:tblCellMar>
          <w:left w:w="113" w:type="dxa"/>
        </w:tblCellMar>
        <w:tblLook w:val="0000" w:firstRow="0" w:lastRow="0" w:firstColumn="0" w:lastColumn="0" w:noHBand="0" w:noVBand="0"/>
      </w:tblPr>
      <w:tblGrid>
        <w:gridCol w:w="2381"/>
        <w:gridCol w:w="7258"/>
      </w:tblGrid>
      <w:tr w:rsidR="000D50D7" w:rsidRPr="000B04D5" w14:paraId="76974AE8" w14:textId="77777777" w:rsidTr="00BC5EAF">
        <w:tc>
          <w:tcPr>
            <w:tcW w:w="23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6E6E2E37" w14:textId="77777777" w:rsidR="000D50D7" w:rsidRPr="000D50D7" w:rsidRDefault="000D50D7" w:rsidP="000D50D7">
            <w:pPr>
              <w:suppressAutoHyphens/>
              <w:spacing w:line="240" w:lineRule="auto"/>
              <w:ind w:right="57"/>
              <w:jc w:val="center"/>
              <w:rPr>
                <w:rFonts w:eastAsia="Calibri" w:cs="Times New Roman"/>
                <w:b/>
                <w:kern w:val="1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b/>
                <w:kern w:val="1"/>
                <w:sz w:val="20"/>
                <w:szCs w:val="20"/>
                <w:lang w:val="ru-RU" w:eastAsia="ru-RU"/>
              </w:rPr>
              <w:t xml:space="preserve">Код и содержание </w:t>
            </w:r>
            <w:r w:rsidRPr="000D50D7">
              <w:rPr>
                <w:rFonts w:eastAsia="Calibri" w:cs="Times New Roman"/>
                <w:b/>
                <w:bCs/>
                <w:kern w:val="1"/>
                <w:sz w:val="20"/>
                <w:szCs w:val="20"/>
                <w:lang w:val="ru-RU" w:eastAsia="ru-RU"/>
              </w:rPr>
              <w:t>индикаторов достижения</w:t>
            </w:r>
          </w:p>
        </w:tc>
        <w:tc>
          <w:tcPr>
            <w:tcW w:w="72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13EFEE57" w14:textId="77777777" w:rsidR="000D50D7" w:rsidRPr="000D50D7" w:rsidRDefault="000D50D7" w:rsidP="000D50D7">
            <w:pPr>
              <w:suppressAutoHyphens/>
              <w:spacing w:line="240" w:lineRule="auto"/>
              <w:ind w:right="57"/>
              <w:jc w:val="center"/>
              <w:rPr>
                <w:rFonts w:eastAsia="Calibri" w:cs="Times New Roman"/>
                <w:b/>
                <w:kern w:val="1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b/>
                <w:bCs/>
                <w:kern w:val="1"/>
                <w:sz w:val="20"/>
                <w:szCs w:val="20"/>
                <w:lang w:val="ru-RU" w:eastAsia="ru-RU"/>
              </w:rPr>
              <w:t>Планируемые результаты обучения по дисциплине</w:t>
            </w:r>
            <w:r w:rsidRPr="000D50D7">
              <w:rPr>
                <w:rFonts w:ascii="Times New Roman,Bold" w:eastAsia="Calibri" w:hAnsi="Times New Roman,Bold" w:cs="Times New Roman,Bold"/>
                <w:b/>
                <w:bCs/>
                <w:sz w:val="20"/>
                <w:szCs w:val="20"/>
                <w:lang w:val="ru-RU" w:eastAsia="ru-RU"/>
              </w:rPr>
              <w:t xml:space="preserve"> </w:t>
            </w:r>
          </w:p>
        </w:tc>
      </w:tr>
      <w:tr w:rsidR="000D50D7" w:rsidRPr="000B04D5" w14:paraId="2FC8192B" w14:textId="77777777" w:rsidTr="00BC5EAF">
        <w:trPr>
          <w:trHeight w:val="3832"/>
        </w:trPr>
        <w:tc>
          <w:tcPr>
            <w:tcW w:w="2381" w:type="dxa"/>
            <w:tcBorders>
              <w:top w:val="single" w:sz="4" w:space="0" w:color="000001"/>
              <w:left w:val="single" w:sz="4" w:space="0" w:color="000001"/>
              <w:bottom w:val="single" w:sz="4" w:space="0" w:color="auto"/>
              <w:right w:val="single" w:sz="4" w:space="0" w:color="000001"/>
            </w:tcBorders>
          </w:tcPr>
          <w:p w14:paraId="2521952D" w14:textId="77777777" w:rsidR="000D50D7" w:rsidRPr="000D50D7" w:rsidRDefault="000D50D7" w:rsidP="000D50D7">
            <w:pPr>
              <w:suppressAutoHyphens/>
              <w:spacing w:line="240" w:lineRule="auto"/>
              <w:ind w:right="57"/>
              <w:jc w:val="center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>УК-7.1 Поддерживает должный уровень физической подготовленности для обеспечения полноценной социальной и профессиональной деятельности и соблюдает нормы здорового образа жизни.</w:t>
            </w:r>
          </w:p>
          <w:p w14:paraId="1464B299" w14:textId="77777777" w:rsidR="000D50D7" w:rsidRPr="000D50D7" w:rsidRDefault="000D50D7" w:rsidP="000D50D7">
            <w:pPr>
              <w:suppressAutoHyphens/>
              <w:spacing w:line="240" w:lineRule="auto"/>
              <w:ind w:right="57"/>
              <w:jc w:val="center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</w:p>
          <w:p w14:paraId="7624437D" w14:textId="77777777" w:rsidR="000D50D7" w:rsidRPr="000D50D7" w:rsidRDefault="000D50D7" w:rsidP="000D50D7">
            <w:pPr>
              <w:suppressAutoHyphens/>
              <w:spacing w:line="240" w:lineRule="auto"/>
              <w:ind w:right="57"/>
              <w:jc w:val="center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</w:p>
          <w:p w14:paraId="683DFD2E" w14:textId="77777777" w:rsidR="000D50D7" w:rsidRPr="000D50D7" w:rsidRDefault="000D50D7" w:rsidP="000D50D7">
            <w:pPr>
              <w:suppressAutoHyphens/>
              <w:spacing w:line="240" w:lineRule="auto"/>
              <w:ind w:right="57"/>
              <w:jc w:val="center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</w:p>
          <w:p w14:paraId="2D26C7C5" w14:textId="77777777" w:rsidR="000D50D7" w:rsidRPr="000D50D7" w:rsidRDefault="000D50D7" w:rsidP="000D50D7">
            <w:pPr>
              <w:suppressAutoHyphens/>
              <w:spacing w:line="240" w:lineRule="auto"/>
              <w:ind w:right="57"/>
              <w:jc w:val="center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</w:p>
          <w:p w14:paraId="43CAA649" w14:textId="77777777" w:rsidR="000D50D7" w:rsidRPr="000D50D7" w:rsidRDefault="000D50D7" w:rsidP="000D50D7">
            <w:pPr>
              <w:suppressAutoHyphens/>
              <w:spacing w:line="240" w:lineRule="auto"/>
              <w:ind w:right="57"/>
              <w:jc w:val="center"/>
              <w:rPr>
                <w:rFonts w:eastAsia="Calibri" w:cs="Times New Roman"/>
                <w:color w:val="0070C0"/>
                <w:kern w:val="1"/>
                <w:sz w:val="20"/>
                <w:szCs w:val="20"/>
                <w:lang w:val="ru-RU" w:eastAsia="ru-RU"/>
              </w:rPr>
            </w:pPr>
          </w:p>
        </w:tc>
        <w:tc>
          <w:tcPr>
            <w:tcW w:w="7258" w:type="dxa"/>
            <w:tcBorders>
              <w:top w:val="single" w:sz="4" w:space="0" w:color="000001"/>
              <w:left w:val="single" w:sz="4" w:space="0" w:color="000001"/>
              <w:bottom w:val="single" w:sz="4" w:space="0" w:color="auto"/>
              <w:right w:val="single" w:sz="4" w:space="0" w:color="000001"/>
            </w:tcBorders>
          </w:tcPr>
          <w:p w14:paraId="505A1091" w14:textId="77777777" w:rsidR="000D50D7" w:rsidRPr="000D50D7" w:rsidRDefault="000D50D7" w:rsidP="000D50D7">
            <w:pPr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 Знать: </w:t>
            </w:r>
          </w:p>
          <w:p w14:paraId="2A3A608C" w14:textId="77777777" w:rsidR="000D50D7" w:rsidRPr="000D50D7" w:rsidRDefault="000D50D7" w:rsidP="000D50D7">
            <w:pPr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- понятие здорового образа жизни и его составляющие, способы контроля и оценки физического развития и физической подготовленности; способы контроля и оценки физического развития и физической подготовленности; основы физической культуры. </w:t>
            </w:r>
          </w:p>
          <w:p w14:paraId="1C96947B" w14:textId="77777777" w:rsidR="000D50D7" w:rsidRPr="000D50D7" w:rsidRDefault="000D50D7" w:rsidP="000D50D7">
            <w:pPr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Уметь: </w:t>
            </w:r>
          </w:p>
          <w:p w14:paraId="57CB004F" w14:textId="77777777" w:rsidR="000D50D7" w:rsidRPr="000D50D7" w:rsidRDefault="000D50D7" w:rsidP="000D50D7">
            <w:pPr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>- эффективно планировать собственное время для достижения результата и поставленных задач; придерживаться здорового образа жизни, самостоятельно выбирать вид спорта или систему физических упражнений для укрепления здоровья; выбирать вид спорта или систему физических упражнений для укрепления здоровья и восстанавливать психическое равновесие средствами физической культуры.</w:t>
            </w:r>
          </w:p>
          <w:p w14:paraId="21D7B76F" w14:textId="77777777" w:rsidR="000D50D7" w:rsidRPr="000D50D7" w:rsidRDefault="000D50D7" w:rsidP="000D50D7">
            <w:pPr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 Владеть: </w:t>
            </w:r>
          </w:p>
          <w:p w14:paraId="6BA4E3E8" w14:textId="77777777" w:rsidR="000D50D7" w:rsidRPr="000D50D7" w:rsidRDefault="000D50D7" w:rsidP="000D50D7">
            <w:pPr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>- методами физического воспитания в укреплении здоровья; методами физического воспитания для обеспечения полноценной социальной и профессиональной деятельности; здоровьесберегающими технологиями.</w:t>
            </w:r>
          </w:p>
        </w:tc>
      </w:tr>
      <w:tr w:rsidR="000D50D7" w:rsidRPr="000B04D5" w14:paraId="07233DF9" w14:textId="77777777" w:rsidTr="00BC5EAF">
        <w:trPr>
          <w:trHeight w:val="3769"/>
        </w:trPr>
        <w:tc>
          <w:tcPr>
            <w:tcW w:w="2381" w:type="dxa"/>
            <w:tcBorders>
              <w:top w:val="single" w:sz="4" w:space="0" w:color="auto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2A7A5107" w14:textId="77777777" w:rsidR="000D50D7" w:rsidRPr="000D50D7" w:rsidRDefault="000D50D7" w:rsidP="000D50D7">
            <w:pPr>
              <w:suppressAutoHyphens/>
              <w:spacing w:line="240" w:lineRule="auto"/>
              <w:ind w:right="57"/>
              <w:jc w:val="center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</w:p>
          <w:p w14:paraId="31833B2E" w14:textId="77777777" w:rsidR="000D50D7" w:rsidRPr="000D50D7" w:rsidRDefault="000D50D7" w:rsidP="000D50D7">
            <w:pPr>
              <w:suppressAutoHyphens/>
              <w:spacing w:line="240" w:lineRule="auto"/>
              <w:ind w:right="57"/>
              <w:jc w:val="center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</w:p>
          <w:p w14:paraId="1282320C" w14:textId="77777777" w:rsidR="000D50D7" w:rsidRPr="000D50D7" w:rsidRDefault="000D50D7" w:rsidP="000D50D7">
            <w:pPr>
              <w:suppressAutoHyphens/>
              <w:spacing w:line="240" w:lineRule="auto"/>
              <w:ind w:right="57"/>
              <w:jc w:val="center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>УК-7.2 Использует основы физической культуры для осознанного выбора здоровьесберегающих технологий с учетом внутренних и внешних условий реализации конкретной профессиональной деятельности.</w:t>
            </w:r>
          </w:p>
        </w:tc>
        <w:tc>
          <w:tcPr>
            <w:tcW w:w="7258" w:type="dxa"/>
            <w:tcBorders>
              <w:top w:val="single" w:sz="4" w:space="0" w:color="auto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27C6C423" w14:textId="77777777" w:rsidR="000D50D7" w:rsidRPr="000D50D7" w:rsidRDefault="000D50D7" w:rsidP="000D50D7">
            <w:pPr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Знать: </w:t>
            </w:r>
          </w:p>
          <w:p w14:paraId="0F5F3B06" w14:textId="77777777" w:rsidR="000D50D7" w:rsidRPr="000D50D7" w:rsidRDefault="000D50D7" w:rsidP="000D50D7">
            <w:pPr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- понятие здорового образа жизни и его составляющие, способы контроля и оценки физического развития и физической подготовленности; способы контроля и оценки физического развития и физической подготовленности; основы физической культуры. </w:t>
            </w:r>
          </w:p>
          <w:p w14:paraId="53681385" w14:textId="77777777" w:rsidR="000D50D7" w:rsidRPr="000D50D7" w:rsidRDefault="000D50D7" w:rsidP="000D50D7">
            <w:pPr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Уметь: </w:t>
            </w:r>
          </w:p>
          <w:p w14:paraId="5AC1B3F3" w14:textId="77777777" w:rsidR="000D50D7" w:rsidRPr="000D50D7" w:rsidRDefault="000D50D7" w:rsidP="000D50D7">
            <w:pPr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>- эффективно планировать собственное время для достижения результата и поставленных задач; придерживаться здорового образа жизни, самостоятельно выбирать вид спорта или систему физических упражнений для укрепления здоровья; выбирать вид спорта или систему физических упражнений для укрепления здоровья и восстанавливать психическое равновесие средствами физической культуры.</w:t>
            </w:r>
          </w:p>
          <w:p w14:paraId="54215AED" w14:textId="77777777" w:rsidR="000D50D7" w:rsidRPr="000D50D7" w:rsidRDefault="000D50D7" w:rsidP="000D50D7">
            <w:pPr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 Владеть: </w:t>
            </w:r>
          </w:p>
          <w:p w14:paraId="1EAA1449" w14:textId="77777777" w:rsidR="000D50D7" w:rsidRPr="000D50D7" w:rsidRDefault="000D50D7" w:rsidP="000D50D7">
            <w:pPr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>- методами физического воспитания в укреплении здоровья; методами физического воспитания для обеспечения полноценной социальной и профессиональной деятельности; здоровьесберегающими технологиями.</w:t>
            </w:r>
          </w:p>
          <w:p w14:paraId="7DD8F45B" w14:textId="77777777" w:rsidR="000D50D7" w:rsidRPr="000D50D7" w:rsidRDefault="000D50D7" w:rsidP="000D50D7">
            <w:pPr>
              <w:spacing w:line="240" w:lineRule="auto"/>
              <w:ind w:right="57"/>
              <w:jc w:val="both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</w:p>
        </w:tc>
      </w:tr>
    </w:tbl>
    <w:p w14:paraId="6E0D371F" w14:textId="77777777" w:rsidR="000D50D7" w:rsidRPr="000D50D7" w:rsidRDefault="000D50D7" w:rsidP="000D50D7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Calibri" w:cs="Times New Roman"/>
          <w:b/>
          <w:bCs/>
          <w:sz w:val="20"/>
          <w:szCs w:val="20"/>
          <w:lang w:val="ru-RU" w:eastAsia="ru-RU"/>
        </w:rPr>
      </w:pPr>
      <w:r w:rsidRPr="000D50D7">
        <w:rPr>
          <w:rFonts w:eastAsia="Calibri" w:cs="Times New Roman"/>
          <w:b/>
          <w:bCs/>
          <w:sz w:val="20"/>
          <w:szCs w:val="20"/>
          <w:lang w:val="ru-RU" w:eastAsia="ru-RU"/>
        </w:rPr>
        <w:t xml:space="preserve"> </w:t>
      </w:r>
    </w:p>
    <w:p w14:paraId="0C088CE9" w14:textId="77777777" w:rsidR="000D50D7" w:rsidRPr="000D50D7" w:rsidRDefault="000D50D7" w:rsidP="000D50D7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Calibri" w:cs="Times New Roman"/>
          <w:b/>
          <w:bCs/>
          <w:sz w:val="20"/>
          <w:szCs w:val="20"/>
          <w:lang w:val="ru-RU" w:eastAsia="ru-RU"/>
        </w:rPr>
      </w:pPr>
      <w:r w:rsidRPr="000D50D7">
        <w:rPr>
          <w:rFonts w:eastAsia="Calibri" w:cs="Times New Roman"/>
          <w:b/>
          <w:bCs/>
          <w:sz w:val="20"/>
          <w:szCs w:val="20"/>
          <w:lang w:val="ru-RU" w:eastAsia="ru-RU"/>
        </w:rPr>
        <w:t>Распределение заданий по типам и уровням сложности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01"/>
        <w:gridCol w:w="2268"/>
        <w:gridCol w:w="4252"/>
        <w:gridCol w:w="1401"/>
      </w:tblGrid>
      <w:tr w:rsidR="000D50D7" w:rsidRPr="000D50D7" w14:paraId="38A427E1" w14:textId="77777777" w:rsidTr="00BC5EAF">
        <w:tc>
          <w:tcPr>
            <w:tcW w:w="1701" w:type="dxa"/>
            <w:vAlign w:val="center"/>
          </w:tcPr>
          <w:p w14:paraId="3F1288CE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Индикатор</w:t>
            </w:r>
          </w:p>
          <w:p w14:paraId="45172F96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компетенции</w:t>
            </w:r>
          </w:p>
        </w:tc>
        <w:tc>
          <w:tcPr>
            <w:tcW w:w="2268" w:type="dxa"/>
            <w:vAlign w:val="center"/>
          </w:tcPr>
          <w:p w14:paraId="258964C9" w14:textId="77777777" w:rsidR="000D50D7" w:rsidRPr="000D50D7" w:rsidRDefault="000D50D7" w:rsidP="000D50D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Уровень сложности</w:t>
            </w:r>
          </w:p>
          <w:p w14:paraId="22EC3DF3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задания</w:t>
            </w:r>
          </w:p>
        </w:tc>
        <w:tc>
          <w:tcPr>
            <w:tcW w:w="4252" w:type="dxa"/>
            <w:vAlign w:val="center"/>
          </w:tcPr>
          <w:p w14:paraId="5C115F54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Тип задания</w:t>
            </w:r>
          </w:p>
        </w:tc>
        <w:tc>
          <w:tcPr>
            <w:tcW w:w="1401" w:type="dxa"/>
            <w:vAlign w:val="center"/>
          </w:tcPr>
          <w:p w14:paraId="2183015E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Количество</w:t>
            </w:r>
          </w:p>
          <w:p w14:paraId="39D8438C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заданий</w:t>
            </w:r>
          </w:p>
        </w:tc>
      </w:tr>
      <w:tr w:rsidR="000D50D7" w:rsidRPr="000D50D7" w14:paraId="2483EAFF" w14:textId="77777777" w:rsidTr="00BC5EAF">
        <w:tc>
          <w:tcPr>
            <w:tcW w:w="9622" w:type="dxa"/>
            <w:gridSpan w:val="4"/>
          </w:tcPr>
          <w:p w14:paraId="0C9AAA4C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Семестр 1</w:t>
            </w:r>
          </w:p>
        </w:tc>
      </w:tr>
      <w:tr w:rsidR="000D50D7" w:rsidRPr="000D50D7" w14:paraId="39448D03" w14:textId="77777777" w:rsidTr="00BC5EAF">
        <w:tc>
          <w:tcPr>
            <w:tcW w:w="1701" w:type="dxa"/>
            <w:vMerge w:val="restart"/>
          </w:tcPr>
          <w:p w14:paraId="73DAF3C1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kern w:val="1"/>
                <w:sz w:val="20"/>
                <w:szCs w:val="20"/>
                <w:lang w:val="ru-RU" w:eastAsia="ru-RU"/>
              </w:rPr>
              <w:t>УК-7.1</w:t>
            </w:r>
          </w:p>
        </w:tc>
        <w:tc>
          <w:tcPr>
            <w:tcW w:w="2268" w:type="dxa"/>
          </w:tcPr>
          <w:p w14:paraId="31C61904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Базовый (20%)</w:t>
            </w:r>
          </w:p>
        </w:tc>
        <w:tc>
          <w:tcPr>
            <w:tcW w:w="4252" w:type="dxa"/>
          </w:tcPr>
          <w:p w14:paraId="17BA897E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с выбором одного/нескольких ответов</w:t>
            </w:r>
          </w:p>
        </w:tc>
        <w:tc>
          <w:tcPr>
            <w:tcW w:w="1401" w:type="dxa"/>
            <w:vAlign w:val="center"/>
          </w:tcPr>
          <w:p w14:paraId="6A3974D9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2</w:t>
            </w:r>
          </w:p>
        </w:tc>
      </w:tr>
      <w:tr w:rsidR="000D50D7" w:rsidRPr="000D50D7" w14:paraId="35C74F54" w14:textId="77777777" w:rsidTr="00BC5EAF">
        <w:tc>
          <w:tcPr>
            <w:tcW w:w="1701" w:type="dxa"/>
            <w:vMerge/>
          </w:tcPr>
          <w:p w14:paraId="15E28050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2268" w:type="dxa"/>
            <w:vMerge w:val="restart"/>
            <w:vAlign w:val="center"/>
          </w:tcPr>
          <w:p w14:paraId="2D6136D5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Повышенный (70%)</w:t>
            </w:r>
          </w:p>
        </w:tc>
        <w:tc>
          <w:tcPr>
            <w:tcW w:w="4252" w:type="dxa"/>
          </w:tcPr>
          <w:p w14:paraId="058164F2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на установление последовательности</w:t>
            </w:r>
          </w:p>
        </w:tc>
        <w:tc>
          <w:tcPr>
            <w:tcW w:w="1401" w:type="dxa"/>
            <w:vMerge w:val="restart"/>
            <w:vAlign w:val="center"/>
          </w:tcPr>
          <w:p w14:paraId="500A4A0A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7</w:t>
            </w:r>
          </w:p>
        </w:tc>
      </w:tr>
      <w:tr w:rsidR="000D50D7" w:rsidRPr="000D50D7" w14:paraId="0D94223C" w14:textId="77777777" w:rsidTr="00BC5EAF">
        <w:tc>
          <w:tcPr>
            <w:tcW w:w="1701" w:type="dxa"/>
            <w:vMerge/>
          </w:tcPr>
          <w:p w14:paraId="3A3B205C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2268" w:type="dxa"/>
            <w:vMerge/>
          </w:tcPr>
          <w:p w14:paraId="095530E8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4252" w:type="dxa"/>
          </w:tcPr>
          <w:p w14:paraId="2441F2B3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на установление соответствия</w:t>
            </w:r>
          </w:p>
        </w:tc>
        <w:tc>
          <w:tcPr>
            <w:tcW w:w="1401" w:type="dxa"/>
            <w:vMerge/>
            <w:vAlign w:val="center"/>
          </w:tcPr>
          <w:p w14:paraId="11087C45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</w:p>
        </w:tc>
      </w:tr>
      <w:tr w:rsidR="000D50D7" w:rsidRPr="000D50D7" w14:paraId="6BCDAD17" w14:textId="77777777" w:rsidTr="00BC5EAF">
        <w:tc>
          <w:tcPr>
            <w:tcW w:w="1701" w:type="dxa"/>
            <w:vMerge/>
          </w:tcPr>
          <w:p w14:paraId="06F20FFF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2268" w:type="dxa"/>
          </w:tcPr>
          <w:p w14:paraId="0F5C65F5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Высокий (10%)</w:t>
            </w:r>
          </w:p>
        </w:tc>
        <w:tc>
          <w:tcPr>
            <w:tcW w:w="4252" w:type="dxa"/>
          </w:tcPr>
          <w:p w14:paraId="66C023F2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с развернутым ответом</w:t>
            </w:r>
          </w:p>
        </w:tc>
        <w:tc>
          <w:tcPr>
            <w:tcW w:w="1401" w:type="dxa"/>
            <w:vAlign w:val="center"/>
          </w:tcPr>
          <w:p w14:paraId="742FE0BD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1</w:t>
            </w:r>
          </w:p>
        </w:tc>
      </w:tr>
      <w:tr w:rsidR="000D50D7" w:rsidRPr="000D50D7" w14:paraId="332C767D" w14:textId="77777777" w:rsidTr="00BC5EAF">
        <w:tc>
          <w:tcPr>
            <w:tcW w:w="1701" w:type="dxa"/>
            <w:vMerge w:val="restart"/>
          </w:tcPr>
          <w:p w14:paraId="4C764411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УК-7.2</w:t>
            </w:r>
          </w:p>
        </w:tc>
        <w:tc>
          <w:tcPr>
            <w:tcW w:w="2268" w:type="dxa"/>
          </w:tcPr>
          <w:p w14:paraId="701E0BA0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Базовый (20%)</w:t>
            </w:r>
          </w:p>
        </w:tc>
        <w:tc>
          <w:tcPr>
            <w:tcW w:w="4252" w:type="dxa"/>
          </w:tcPr>
          <w:p w14:paraId="4BB0F5F5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с выбором одного/нескольких ответов</w:t>
            </w:r>
          </w:p>
        </w:tc>
        <w:tc>
          <w:tcPr>
            <w:tcW w:w="1401" w:type="dxa"/>
            <w:vAlign w:val="center"/>
          </w:tcPr>
          <w:p w14:paraId="5ED88328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2</w:t>
            </w:r>
          </w:p>
        </w:tc>
      </w:tr>
      <w:tr w:rsidR="000D50D7" w:rsidRPr="000D50D7" w14:paraId="0ECDA812" w14:textId="77777777" w:rsidTr="00BC5EAF">
        <w:tc>
          <w:tcPr>
            <w:tcW w:w="1701" w:type="dxa"/>
            <w:vMerge/>
          </w:tcPr>
          <w:p w14:paraId="4BCA74E6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2268" w:type="dxa"/>
            <w:vMerge w:val="restart"/>
            <w:vAlign w:val="center"/>
          </w:tcPr>
          <w:p w14:paraId="30F36D14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Повышенный (70%)</w:t>
            </w:r>
          </w:p>
        </w:tc>
        <w:tc>
          <w:tcPr>
            <w:tcW w:w="4252" w:type="dxa"/>
          </w:tcPr>
          <w:p w14:paraId="05AC63B9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на установление последовательности</w:t>
            </w:r>
          </w:p>
        </w:tc>
        <w:tc>
          <w:tcPr>
            <w:tcW w:w="1401" w:type="dxa"/>
            <w:vMerge w:val="restart"/>
            <w:vAlign w:val="center"/>
          </w:tcPr>
          <w:p w14:paraId="417A6050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7</w:t>
            </w:r>
          </w:p>
        </w:tc>
      </w:tr>
      <w:tr w:rsidR="000D50D7" w:rsidRPr="000D50D7" w14:paraId="207C49AC" w14:textId="77777777" w:rsidTr="00BC5EAF">
        <w:tc>
          <w:tcPr>
            <w:tcW w:w="1701" w:type="dxa"/>
            <w:vMerge/>
          </w:tcPr>
          <w:p w14:paraId="02B56733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2268" w:type="dxa"/>
            <w:vMerge/>
          </w:tcPr>
          <w:p w14:paraId="0444CCE6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4252" w:type="dxa"/>
          </w:tcPr>
          <w:p w14:paraId="5E753DF7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на установление соответствия</w:t>
            </w:r>
          </w:p>
        </w:tc>
        <w:tc>
          <w:tcPr>
            <w:tcW w:w="1401" w:type="dxa"/>
            <w:vMerge/>
            <w:vAlign w:val="center"/>
          </w:tcPr>
          <w:p w14:paraId="52D71638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</w:p>
        </w:tc>
      </w:tr>
      <w:tr w:rsidR="000D50D7" w:rsidRPr="000D50D7" w14:paraId="6B6B3BAC" w14:textId="77777777" w:rsidTr="00BC5EAF">
        <w:tc>
          <w:tcPr>
            <w:tcW w:w="1701" w:type="dxa"/>
            <w:vMerge/>
          </w:tcPr>
          <w:p w14:paraId="5B231177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2268" w:type="dxa"/>
          </w:tcPr>
          <w:p w14:paraId="6B61F518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Высокий (10%)</w:t>
            </w:r>
          </w:p>
        </w:tc>
        <w:tc>
          <w:tcPr>
            <w:tcW w:w="4252" w:type="dxa"/>
          </w:tcPr>
          <w:p w14:paraId="28048505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с развернутым ответом</w:t>
            </w:r>
          </w:p>
        </w:tc>
        <w:tc>
          <w:tcPr>
            <w:tcW w:w="1401" w:type="dxa"/>
            <w:vAlign w:val="center"/>
          </w:tcPr>
          <w:p w14:paraId="506FC87D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1</w:t>
            </w:r>
          </w:p>
        </w:tc>
      </w:tr>
      <w:tr w:rsidR="000D50D7" w:rsidRPr="000D50D7" w14:paraId="6D9FB976" w14:textId="77777777" w:rsidTr="00BC5EAF">
        <w:tc>
          <w:tcPr>
            <w:tcW w:w="8221" w:type="dxa"/>
            <w:gridSpan w:val="3"/>
          </w:tcPr>
          <w:p w14:paraId="0BDD34A4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jc w:val="right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Итого для</w:t>
            </w:r>
            <w:r w:rsidRPr="000D50D7">
              <w:rPr>
                <w:rFonts w:eastAsia="Calibri" w:cs="Times New Roman"/>
                <w:kern w:val="1"/>
                <w:sz w:val="20"/>
                <w:szCs w:val="20"/>
                <w:lang w:val="ru-RU" w:eastAsia="ru-RU"/>
              </w:rPr>
              <w:t xml:space="preserve"> </w:t>
            </w:r>
            <w:r w:rsidRPr="000D50D7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 xml:space="preserve">УК-7 </w:t>
            </w:r>
          </w:p>
        </w:tc>
        <w:tc>
          <w:tcPr>
            <w:tcW w:w="1401" w:type="dxa"/>
          </w:tcPr>
          <w:p w14:paraId="4039347F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20</w:t>
            </w:r>
          </w:p>
        </w:tc>
      </w:tr>
      <w:tr w:rsidR="000D50D7" w:rsidRPr="000D50D7" w14:paraId="05077C80" w14:textId="77777777" w:rsidTr="00BC5EAF">
        <w:tc>
          <w:tcPr>
            <w:tcW w:w="9622" w:type="dxa"/>
            <w:gridSpan w:val="4"/>
          </w:tcPr>
          <w:p w14:paraId="239ACF17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Семестр 2</w:t>
            </w:r>
          </w:p>
        </w:tc>
      </w:tr>
      <w:tr w:rsidR="000D50D7" w:rsidRPr="000D50D7" w14:paraId="7E5005A9" w14:textId="77777777" w:rsidTr="00BC5EAF">
        <w:tc>
          <w:tcPr>
            <w:tcW w:w="1701" w:type="dxa"/>
            <w:vMerge w:val="restart"/>
          </w:tcPr>
          <w:p w14:paraId="0B3FF77F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kern w:val="1"/>
                <w:sz w:val="20"/>
                <w:szCs w:val="20"/>
                <w:lang w:val="ru-RU" w:eastAsia="ru-RU"/>
              </w:rPr>
              <w:t>УК-7.1</w:t>
            </w:r>
          </w:p>
        </w:tc>
        <w:tc>
          <w:tcPr>
            <w:tcW w:w="2268" w:type="dxa"/>
          </w:tcPr>
          <w:p w14:paraId="30067112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Базовый (20%)</w:t>
            </w:r>
          </w:p>
        </w:tc>
        <w:tc>
          <w:tcPr>
            <w:tcW w:w="4252" w:type="dxa"/>
          </w:tcPr>
          <w:p w14:paraId="022C8048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с выбором одного/нескольких ответов</w:t>
            </w:r>
          </w:p>
        </w:tc>
        <w:tc>
          <w:tcPr>
            <w:tcW w:w="1401" w:type="dxa"/>
            <w:vAlign w:val="center"/>
          </w:tcPr>
          <w:p w14:paraId="0041FB3D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2</w:t>
            </w:r>
          </w:p>
        </w:tc>
      </w:tr>
      <w:tr w:rsidR="000D50D7" w:rsidRPr="000D50D7" w14:paraId="5CC89ADD" w14:textId="77777777" w:rsidTr="00BC5EAF">
        <w:tc>
          <w:tcPr>
            <w:tcW w:w="1701" w:type="dxa"/>
            <w:vMerge/>
          </w:tcPr>
          <w:p w14:paraId="5EF62590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2268" w:type="dxa"/>
            <w:vMerge w:val="restart"/>
            <w:vAlign w:val="center"/>
          </w:tcPr>
          <w:p w14:paraId="240BFB07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Повышенный (70%)</w:t>
            </w:r>
          </w:p>
        </w:tc>
        <w:tc>
          <w:tcPr>
            <w:tcW w:w="4252" w:type="dxa"/>
          </w:tcPr>
          <w:p w14:paraId="7AA9FCBA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на установление последовательности</w:t>
            </w:r>
          </w:p>
        </w:tc>
        <w:tc>
          <w:tcPr>
            <w:tcW w:w="1401" w:type="dxa"/>
            <w:vMerge w:val="restart"/>
            <w:vAlign w:val="center"/>
          </w:tcPr>
          <w:p w14:paraId="66516CD2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7</w:t>
            </w:r>
          </w:p>
        </w:tc>
      </w:tr>
      <w:tr w:rsidR="000D50D7" w:rsidRPr="000D50D7" w14:paraId="1ABE33A7" w14:textId="77777777" w:rsidTr="00BC5EAF">
        <w:tc>
          <w:tcPr>
            <w:tcW w:w="1701" w:type="dxa"/>
            <w:vMerge/>
          </w:tcPr>
          <w:p w14:paraId="16EA03AD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2268" w:type="dxa"/>
            <w:vMerge/>
          </w:tcPr>
          <w:p w14:paraId="2A9BD333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4252" w:type="dxa"/>
          </w:tcPr>
          <w:p w14:paraId="37020CB7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на установление соответствия</w:t>
            </w:r>
          </w:p>
        </w:tc>
        <w:tc>
          <w:tcPr>
            <w:tcW w:w="1401" w:type="dxa"/>
            <w:vMerge/>
            <w:vAlign w:val="center"/>
          </w:tcPr>
          <w:p w14:paraId="64AEA35E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</w:p>
        </w:tc>
      </w:tr>
      <w:tr w:rsidR="000D50D7" w:rsidRPr="000D50D7" w14:paraId="4C80046A" w14:textId="77777777" w:rsidTr="00BC5EAF">
        <w:tc>
          <w:tcPr>
            <w:tcW w:w="1701" w:type="dxa"/>
            <w:vMerge/>
          </w:tcPr>
          <w:p w14:paraId="0DD053BB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2268" w:type="dxa"/>
          </w:tcPr>
          <w:p w14:paraId="0C28DA0B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Высокий (10%)</w:t>
            </w:r>
          </w:p>
        </w:tc>
        <w:tc>
          <w:tcPr>
            <w:tcW w:w="4252" w:type="dxa"/>
          </w:tcPr>
          <w:p w14:paraId="164198D0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с развернутым ответом</w:t>
            </w:r>
          </w:p>
        </w:tc>
        <w:tc>
          <w:tcPr>
            <w:tcW w:w="1401" w:type="dxa"/>
            <w:vAlign w:val="center"/>
          </w:tcPr>
          <w:p w14:paraId="6D901B9B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1</w:t>
            </w:r>
          </w:p>
        </w:tc>
      </w:tr>
      <w:tr w:rsidR="000D50D7" w:rsidRPr="000D50D7" w14:paraId="3C620903" w14:textId="77777777" w:rsidTr="00BC5EAF">
        <w:tc>
          <w:tcPr>
            <w:tcW w:w="1701" w:type="dxa"/>
            <w:vMerge w:val="restart"/>
          </w:tcPr>
          <w:p w14:paraId="66364121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УК-7.2</w:t>
            </w:r>
          </w:p>
        </w:tc>
        <w:tc>
          <w:tcPr>
            <w:tcW w:w="2268" w:type="dxa"/>
          </w:tcPr>
          <w:p w14:paraId="4A6D7B09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Базовый (20%)</w:t>
            </w:r>
          </w:p>
        </w:tc>
        <w:tc>
          <w:tcPr>
            <w:tcW w:w="4252" w:type="dxa"/>
          </w:tcPr>
          <w:p w14:paraId="6515DF42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с выбором одного/нескольких ответов</w:t>
            </w:r>
          </w:p>
        </w:tc>
        <w:tc>
          <w:tcPr>
            <w:tcW w:w="1401" w:type="dxa"/>
            <w:vAlign w:val="center"/>
          </w:tcPr>
          <w:p w14:paraId="1322E2C3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2</w:t>
            </w:r>
          </w:p>
        </w:tc>
      </w:tr>
      <w:tr w:rsidR="000D50D7" w:rsidRPr="000D50D7" w14:paraId="4B2EB2A0" w14:textId="77777777" w:rsidTr="00BC5EAF">
        <w:tc>
          <w:tcPr>
            <w:tcW w:w="1701" w:type="dxa"/>
            <w:vMerge/>
          </w:tcPr>
          <w:p w14:paraId="18009E72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2268" w:type="dxa"/>
            <w:vMerge w:val="restart"/>
            <w:vAlign w:val="center"/>
          </w:tcPr>
          <w:p w14:paraId="6ACB3388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Повышенный (70%)</w:t>
            </w:r>
          </w:p>
        </w:tc>
        <w:tc>
          <w:tcPr>
            <w:tcW w:w="4252" w:type="dxa"/>
          </w:tcPr>
          <w:p w14:paraId="1084EA7C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на установление последовательности</w:t>
            </w:r>
          </w:p>
        </w:tc>
        <w:tc>
          <w:tcPr>
            <w:tcW w:w="1401" w:type="dxa"/>
            <w:vMerge w:val="restart"/>
            <w:vAlign w:val="center"/>
          </w:tcPr>
          <w:p w14:paraId="5624571C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7</w:t>
            </w:r>
          </w:p>
        </w:tc>
      </w:tr>
      <w:tr w:rsidR="000D50D7" w:rsidRPr="000D50D7" w14:paraId="57274947" w14:textId="77777777" w:rsidTr="00BC5EAF">
        <w:tc>
          <w:tcPr>
            <w:tcW w:w="1701" w:type="dxa"/>
            <w:vMerge/>
          </w:tcPr>
          <w:p w14:paraId="59877BB7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2268" w:type="dxa"/>
            <w:vMerge/>
          </w:tcPr>
          <w:p w14:paraId="3DA20248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4252" w:type="dxa"/>
          </w:tcPr>
          <w:p w14:paraId="0B3E6617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на установление соответствия</w:t>
            </w:r>
          </w:p>
        </w:tc>
        <w:tc>
          <w:tcPr>
            <w:tcW w:w="1401" w:type="dxa"/>
            <w:vMerge/>
            <w:vAlign w:val="center"/>
          </w:tcPr>
          <w:p w14:paraId="73DF4357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</w:p>
        </w:tc>
      </w:tr>
      <w:tr w:rsidR="000D50D7" w:rsidRPr="000D50D7" w14:paraId="0CCD5F64" w14:textId="77777777" w:rsidTr="00BC5EAF">
        <w:tc>
          <w:tcPr>
            <w:tcW w:w="1701" w:type="dxa"/>
            <w:vMerge/>
          </w:tcPr>
          <w:p w14:paraId="19331F8F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2268" w:type="dxa"/>
          </w:tcPr>
          <w:p w14:paraId="594E609A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Высокий (10%)</w:t>
            </w:r>
          </w:p>
        </w:tc>
        <w:tc>
          <w:tcPr>
            <w:tcW w:w="4252" w:type="dxa"/>
          </w:tcPr>
          <w:p w14:paraId="2EDCE1DE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с развернутым ответом</w:t>
            </w:r>
          </w:p>
        </w:tc>
        <w:tc>
          <w:tcPr>
            <w:tcW w:w="1401" w:type="dxa"/>
            <w:vAlign w:val="center"/>
          </w:tcPr>
          <w:p w14:paraId="6AD1C708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1</w:t>
            </w:r>
          </w:p>
        </w:tc>
      </w:tr>
      <w:tr w:rsidR="000D50D7" w:rsidRPr="000D50D7" w14:paraId="07D888E8" w14:textId="77777777" w:rsidTr="00BC5EAF">
        <w:tc>
          <w:tcPr>
            <w:tcW w:w="8221" w:type="dxa"/>
            <w:gridSpan w:val="3"/>
          </w:tcPr>
          <w:p w14:paraId="3DD13EF1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jc w:val="right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Итого для</w:t>
            </w:r>
            <w:r w:rsidRPr="000D50D7">
              <w:rPr>
                <w:rFonts w:eastAsia="Calibri" w:cs="Times New Roman"/>
                <w:kern w:val="1"/>
                <w:sz w:val="20"/>
                <w:szCs w:val="20"/>
                <w:lang w:val="ru-RU" w:eastAsia="ru-RU"/>
              </w:rPr>
              <w:t xml:space="preserve"> </w:t>
            </w:r>
            <w:r w:rsidRPr="000D50D7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 xml:space="preserve">УК-7 </w:t>
            </w:r>
          </w:p>
        </w:tc>
        <w:tc>
          <w:tcPr>
            <w:tcW w:w="1401" w:type="dxa"/>
          </w:tcPr>
          <w:p w14:paraId="1F68858F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20</w:t>
            </w:r>
          </w:p>
        </w:tc>
      </w:tr>
    </w:tbl>
    <w:p w14:paraId="1908EA79" w14:textId="77777777" w:rsidR="000D50D7" w:rsidRPr="000D50D7" w:rsidRDefault="000D50D7" w:rsidP="000D50D7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Calibri" w:cs="Times New Roman"/>
          <w:b/>
          <w:bCs/>
          <w:sz w:val="20"/>
          <w:szCs w:val="20"/>
          <w:lang w:val="ru-RU" w:eastAsia="ru-RU"/>
        </w:rPr>
      </w:pPr>
    </w:p>
    <w:p w14:paraId="0617F4A9" w14:textId="77777777" w:rsidR="000D50D7" w:rsidRPr="000D50D7" w:rsidRDefault="000D50D7" w:rsidP="000D50D7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Calibri" w:cs="Times New Roman"/>
          <w:b/>
          <w:bCs/>
          <w:sz w:val="20"/>
          <w:szCs w:val="20"/>
          <w:lang w:val="ru-RU" w:eastAsia="ru-RU"/>
        </w:rPr>
      </w:pPr>
      <w:bookmarkStart w:id="1" w:name="_Hlk185619227"/>
      <w:r w:rsidRPr="000D50D7">
        <w:rPr>
          <w:rFonts w:eastAsia="Calibri" w:cs="Times New Roman"/>
          <w:b/>
          <w:bCs/>
          <w:sz w:val="20"/>
          <w:szCs w:val="20"/>
          <w:lang w:val="ru-RU" w:eastAsia="ru-RU"/>
        </w:rPr>
        <w:t>Комплект тестовых заданий</w:t>
      </w:r>
    </w:p>
    <w:p w14:paraId="60119C8F" w14:textId="77777777" w:rsidR="000D50D7" w:rsidRPr="000D50D7" w:rsidRDefault="000D50D7" w:rsidP="000D50D7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Calibri" w:cs="Times New Roman"/>
          <w:b/>
          <w:bCs/>
          <w:color w:val="FF0000"/>
          <w:sz w:val="20"/>
          <w:szCs w:val="20"/>
          <w:lang w:val="ru-RU"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334"/>
        <w:gridCol w:w="1352"/>
        <w:gridCol w:w="2304"/>
        <w:gridCol w:w="3649"/>
      </w:tblGrid>
      <w:tr w:rsidR="000D50D7" w:rsidRPr="000D50D7" w14:paraId="0578FE54" w14:textId="77777777" w:rsidTr="00BC5EAF">
        <w:tc>
          <w:tcPr>
            <w:tcW w:w="2334" w:type="dxa"/>
          </w:tcPr>
          <w:p w14:paraId="1EAFF763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Индикатор</w:t>
            </w:r>
          </w:p>
        </w:tc>
        <w:tc>
          <w:tcPr>
            <w:tcW w:w="1352" w:type="dxa"/>
          </w:tcPr>
          <w:p w14:paraId="5FB257D8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УК-7.1</w:t>
            </w:r>
          </w:p>
        </w:tc>
        <w:tc>
          <w:tcPr>
            <w:tcW w:w="2304" w:type="dxa"/>
          </w:tcPr>
          <w:p w14:paraId="57E0F33A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Семестр</w:t>
            </w:r>
          </w:p>
        </w:tc>
        <w:tc>
          <w:tcPr>
            <w:tcW w:w="3649" w:type="dxa"/>
          </w:tcPr>
          <w:p w14:paraId="6BDFD847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1</w:t>
            </w:r>
          </w:p>
        </w:tc>
      </w:tr>
      <w:tr w:rsidR="000D50D7" w:rsidRPr="000D50D7" w14:paraId="6AD1592C" w14:textId="77777777" w:rsidTr="00BC5EAF">
        <w:tc>
          <w:tcPr>
            <w:tcW w:w="3686" w:type="dxa"/>
            <w:gridSpan w:val="2"/>
          </w:tcPr>
          <w:p w14:paraId="0DC18A9A" w14:textId="77777777" w:rsidR="000D50D7" w:rsidRPr="000D50D7" w:rsidRDefault="000D50D7" w:rsidP="000D50D7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Уровень сложности</w:t>
            </w:r>
          </w:p>
        </w:tc>
        <w:tc>
          <w:tcPr>
            <w:tcW w:w="5953" w:type="dxa"/>
            <w:gridSpan w:val="2"/>
          </w:tcPr>
          <w:p w14:paraId="54EEDE41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Базовый</w:t>
            </w:r>
          </w:p>
        </w:tc>
      </w:tr>
      <w:tr w:rsidR="000D50D7" w:rsidRPr="000B04D5" w14:paraId="3F2DF9F7" w14:textId="77777777" w:rsidTr="00BC5EAF">
        <w:tc>
          <w:tcPr>
            <w:tcW w:w="3686" w:type="dxa"/>
            <w:gridSpan w:val="2"/>
          </w:tcPr>
          <w:p w14:paraId="7C56ECF5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Тип задания</w:t>
            </w:r>
          </w:p>
        </w:tc>
        <w:tc>
          <w:tcPr>
            <w:tcW w:w="5953" w:type="dxa"/>
            <w:gridSpan w:val="2"/>
          </w:tcPr>
          <w:p w14:paraId="2DCD7C80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Задания с выбором одного ответа / нескольких ответов</w:t>
            </w:r>
          </w:p>
        </w:tc>
      </w:tr>
      <w:tr w:rsidR="000D50D7" w:rsidRPr="000D50D7" w14:paraId="60BE51ED" w14:textId="77777777" w:rsidTr="00BC5EAF">
        <w:tc>
          <w:tcPr>
            <w:tcW w:w="3686" w:type="dxa"/>
            <w:gridSpan w:val="2"/>
          </w:tcPr>
          <w:p w14:paraId="61DB4CCC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bCs/>
                <w:i/>
                <w:iCs/>
                <w:sz w:val="20"/>
                <w:szCs w:val="20"/>
                <w:lang w:val="ru-RU" w:eastAsia="ru-RU"/>
              </w:rPr>
              <w:t xml:space="preserve">Инструкция: </w:t>
            </w:r>
          </w:p>
        </w:tc>
        <w:tc>
          <w:tcPr>
            <w:tcW w:w="5953" w:type="dxa"/>
            <w:gridSpan w:val="2"/>
          </w:tcPr>
          <w:p w14:paraId="351E26AC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bCs/>
                <w:i/>
                <w:iCs/>
                <w:sz w:val="20"/>
                <w:szCs w:val="20"/>
                <w:lang w:val="ru-RU" w:eastAsia="ru-RU"/>
              </w:rPr>
              <w:t>укажите один вариант ответа</w:t>
            </w:r>
          </w:p>
        </w:tc>
      </w:tr>
      <w:tr w:rsidR="000D50D7" w:rsidRPr="000B04D5" w14:paraId="66054FCD" w14:textId="77777777" w:rsidTr="00BC5EAF">
        <w:tc>
          <w:tcPr>
            <w:tcW w:w="9639" w:type="dxa"/>
            <w:gridSpan w:val="4"/>
          </w:tcPr>
          <w:p w14:paraId="0059C8D8" w14:textId="77777777" w:rsidR="000D50D7" w:rsidRPr="000D50D7" w:rsidRDefault="000D50D7" w:rsidP="000D50D7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1.Какая страна является родиной Олимпийских игр?</w:t>
            </w:r>
          </w:p>
          <w:p w14:paraId="0F7AAE7C" w14:textId="77777777" w:rsidR="000D50D7" w:rsidRPr="000D50D7" w:rsidRDefault="000D50D7" w:rsidP="000D50D7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>А. Древний Рим</w:t>
            </w:r>
          </w:p>
          <w:p w14:paraId="70847E5F" w14:textId="77777777" w:rsidR="000D50D7" w:rsidRPr="000D50D7" w:rsidRDefault="000D50D7" w:rsidP="000D50D7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Б. </w:t>
            </w:r>
            <w:r w:rsidRPr="000D50D7">
              <w:rPr>
                <w:rFonts w:eastAsia="Calibri" w:cs="Times New Roman"/>
                <w:b/>
                <w:sz w:val="20"/>
                <w:szCs w:val="20"/>
                <w:lang w:val="ru-RU" w:eastAsia="ru-RU"/>
              </w:rPr>
              <w:t>Греция</w:t>
            </w:r>
          </w:p>
          <w:p w14:paraId="25F0FAFB" w14:textId="77777777" w:rsidR="000D50D7" w:rsidRPr="000D50D7" w:rsidRDefault="000D50D7" w:rsidP="000D50D7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>В. Китай</w:t>
            </w:r>
          </w:p>
          <w:p w14:paraId="28D92D9A" w14:textId="77777777" w:rsidR="000D50D7" w:rsidRPr="000D50D7" w:rsidRDefault="000D50D7" w:rsidP="000D50D7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</w:p>
          <w:p w14:paraId="2EB72C30" w14:textId="77777777" w:rsidR="000D50D7" w:rsidRPr="000D50D7" w:rsidRDefault="000D50D7" w:rsidP="000D50D7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2. Слово «стадион» произошло от …</w:t>
            </w:r>
          </w:p>
          <w:p w14:paraId="4426EC9A" w14:textId="77777777" w:rsidR="000D50D7" w:rsidRPr="000D50D7" w:rsidRDefault="000D50D7" w:rsidP="000D50D7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b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А. </w:t>
            </w:r>
            <w:r w:rsidRPr="000D50D7">
              <w:rPr>
                <w:rFonts w:eastAsia="Calibri" w:cs="Times New Roman"/>
                <w:b/>
                <w:sz w:val="20"/>
                <w:szCs w:val="20"/>
                <w:lang w:val="ru-RU" w:eastAsia="ru-RU"/>
              </w:rPr>
              <w:t>Греческой меры длины «стадий», равной 192,27м.</w:t>
            </w:r>
          </w:p>
          <w:p w14:paraId="244FAE82" w14:textId="77777777" w:rsidR="000D50D7" w:rsidRPr="000D50D7" w:rsidRDefault="000D50D7" w:rsidP="000D50D7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>Б. Места, где проходили соревнования по пентатлону</w:t>
            </w:r>
          </w:p>
          <w:p w14:paraId="1FE66D8C" w14:textId="77777777" w:rsidR="000D50D7" w:rsidRPr="000D50D7" w:rsidRDefault="000D50D7" w:rsidP="000D50D7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>В. Названия здания, где тренировались атлеты</w:t>
            </w:r>
          </w:p>
        </w:tc>
      </w:tr>
      <w:tr w:rsidR="000D50D7" w:rsidRPr="000D50D7" w14:paraId="3C943758" w14:textId="77777777" w:rsidTr="00BC5EAF">
        <w:tc>
          <w:tcPr>
            <w:tcW w:w="3686" w:type="dxa"/>
            <w:gridSpan w:val="2"/>
          </w:tcPr>
          <w:p w14:paraId="74D3514C" w14:textId="77777777" w:rsidR="000D50D7" w:rsidRPr="000D50D7" w:rsidRDefault="000D50D7" w:rsidP="000D50D7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Уровень сложности</w:t>
            </w:r>
          </w:p>
        </w:tc>
        <w:tc>
          <w:tcPr>
            <w:tcW w:w="5953" w:type="dxa"/>
            <w:gridSpan w:val="2"/>
          </w:tcPr>
          <w:p w14:paraId="69E2CB0A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Повышенный</w:t>
            </w:r>
          </w:p>
        </w:tc>
      </w:tr>
      <w:tr w:rsidR="000D50D7" w:rsidRPr="000B04D5" w14:paraId="5EBC5180" w14:textId="77777777" w:rsidTr="00BC5EAF">
        <w:tc>
          <w:tcPr>
            <w:tcW w:w="3686" w:type="dxa"/>
            <w:gridSpan w:val="2"/>
          </w:tcPr>
          <w:p w14:paraId="1D1BF659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Тип задания</w:t>
            </w:r>
          </w:p>
        </w:tc>
        <w:tc>
          <w:tcPr>
            <w:tcW w:w="5953" w:type="dxa"/>
            <w:gridSpan w:val="2"/>
          </w:tcPr>
          <w:p w14:paraId="54C683D4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Задания на установление последовательности / соответствия</w:t>
            </w:r>
          </w:p>
        </w:tc>
      </w:tr>
      <w:tr w:rsidR="000D50D7" w:rsidRPr="000B04D5" w14:paraId="226DFBDA" w14:textId="77777777" w:rsidTr="00BC5EAF">
        <w:tc>
          <w:tcPr>
            <w:tcW w:w="3686" w:type="dxa"/>
            <w:gridSpan w:val="2"/>
          </w:tcPr>
          <w:p w14:paraId="798F9482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bCs/>
                <w:i/>
                <w:iCs/>
                <w:sz w:val="20"/>
                <w:szCs w:val="20"/>
                <w:lang w:val="ru-RU" w:eastAsia="ru-RU"/>
              </w:rPr>
              <w:t xml:space="preserve">Инструкция: </w:t>
            </w:r>
          </w:p>
        </w:tc>
        <w:tc>
          <w:tcPr>
            <w:tcW w:w="5953" w:type="dxa"/>
            <w:gridSpan w:val="2"/>
          </w:tcPr>
          <w:p w14:paraId="1441267B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bCs/>
                <w:i/>
                <w:iCs/>
                <w:sz w:val="20"/>
                <w:szCs w:val="20"/>
                <w:lang w:val="ru-RU" w:eastAsia="ru-RU"/>
              </w:rPr>
              <w:t xml:space="preserve">установите последовательность элементов /соответствие </w:t>
            </w:r>
            <w:r w:rsidRPr="000D50D7">
              <w:rPr>
                <w:rFonts w:eastAsia="Calibri" w:cs="Times New Roman"/>
                <w:bCs/>
                <w:i/>
                <w:iCs/>
                <w:sz w:val="20"/>
                <w:szCs w:val="20"/>
                <w:lang w:val="ru-RU" w:eastAsia="ru-RU"/>
              </w:rPr>
              <w:lastRenderedPageBreak/>
              <w:t>между объектами задания и вариантами ответа</w:t>
            </w:r>
          </w:p>
        </w:tc>
      </w:tr>
      <w:tr w:rsidR="000D50D7" w:rsidRPr="000D50D7" w14:paraId="4A5F543C" w14:textId="77777777" w:rsidTr="00BC5EAF">
        <w:tc>
          <w:tcPr>
            <w:tcW w:w="9639" w:type="dxa"/>
            <w:gridSpan w:val="4"/>
            <w:tcBorders>
              <w:bottom w:val="nil"/>
            </w:tcBorders>
          </w:tcPr>
          <w:p w14:paraId="70639264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Calibri" w:cs="Times New Roman"/>
                <w:b/>
                <w:color w:val="00B0F0"/>
                <w:sz w:val="20"/>
                <w:szCs w:val="20"/>
                <w:lang w:val="ru-RU" w:eastAsia="ru-RU"/>
              </w:rPr>
            </w:pPr>
          </w:p>
          <w:p w14:paraId="36F3E902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>3.Установите последовательность места проведения последних четырех летних ОИ:</w:t>
            </w:r>
          </w:p>
          <w:p w14:paraId="463ED41B" w14:textId="77777777" w:rsidR="000D50D7" w:rsidRPr="000D50D7" w:rsidRDefault="000D50D7" w:rsidP="000D50D7">
            <w:pPr>
              <w:numPr>
                <w:ilvl w:val="0"/>
                <w:numId w:val="10"/>
              </w:num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>Франция</w:t>
            </w:r>
          </w:p>
          <w:p w14:paraId="735BFC9A" w14:textId="77777777" w:rsidR="000D50D7" w:rsidRPr="000D50D7" w:rsidRDefault="000D50D7" w:rsidP="000D50D7">
            <w:pPr>
              <w:numPr>
                <w:ilvl w:val="0"/>
                <w:numId w:val="10"/>
              </w:num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>Бразилия</w:t>
            </w:r>
          </w:p>
          <w:p w14:paraId="2AF69642" w14:textId="77777777" w:rsidR="000D50D7" w:rsidRPr="000D50D7" w:rsidRDefault="000D50D7" w:rsidP="000D50D7">
            <w:pPr>
              <w:numPr>
                <w:ilvl w:val="0"/>
                <w:numId w:val="10"/>
              </w:num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>Япония</w:t>
            </w:r>
          </w:p>
          <w:p w14:paraId="50EF349F" w14:textId="77777777" w:rsidR="000D50D7" w:rsidRPr="000D50D7" w:rsidRDefault="000D50D7" w:rsidP="000D50D7">
            <w:pPr>
              <w:numPr>
                <w:ilvl w:val="0"/>
                <w:numId w:val="10"/>
              </w:num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>Великобритания</w:t>
            </w:r>
          </w:p>
          <w:p w14:paraId="03C29F04" w14:textId="77777777" w:rsidR="000D50D7" w:rsidRPr="000D50D7" w:rsidRDefault="000D50D7" w:rsidP="000D50D7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</w:p>
          <w:p w14:paraId="5C5B1B77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>4.Установите последовательность места проведения последних четырех зимних ОИ:</w:t>
            </w:r>
          </w:p>
          <w:p w14:paraId="2E399B38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</w:p>
          <w:p w14:paraId="730477E6" w14:textId="77777777" w:rsidR="000D50D7" w:rsidRPr="000D50D7" w:rsidRDefault="000D50D7" w:rsidP="000D50D7">
            <w:pPr>
              <w:numPr>
                <w:ilvl w:val="0"/>
                <w:numId w:val="18"/>
              </w:num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>Китай</w:t>
            </w:r>
          </w:p>
          <w:p w14:paraId="0D78BA7A" w14:textId="77777777" w:rsidR="000D50D7" w:rsidRPr="000D50D7" w:rsidRDefault="000D50D7" w:rsidP="000D50D7">
            <w:pPr>
              <w:numPr>
                <w:ilvl w:val="0"/>
                <w:numId w:val="18"/>
              </w:num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>Канада</w:t>
            </w:r>
          </w:p>
          <w:p w14:paraId="6B96A0FA" w14:textId="77777777" w:rsidR="000D50D7" w:rsidRPr="000D50D7" w:rsidRDefault="000D50D7" w:rsidP="000D50D7">
            <w:pPr>
              <w:numPr>
                <w:ilvl w:val="0"/>
                <w:numId w:val="18"/>
              </w:num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>Россия</w:t>
            </w:r>
          </w:p>
          <w:p w14:paraId="0CAA7BAD" w14:textId="77777777" w:rsidR="000D50D7" w:rsidRPr="000D50D7" w:rsidRDefault="000D50D7" w:rsidP="000D50D7">
            <w:pPr>
              <w:numPr>
                <w:ilvl w:val="0"/>
                <w:numId w:val="18"/>
              </w:num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Республика Корея </w:t>
            </w:r>
          </w:p>
          <w:p w14:paraId="03576236" w14:textId="77777777" w:rsidR="000D50D7" w:rsidRPr="000D50D7" w:rsidRDefault="000D50D7" w:rsidP="000D50D7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color w:val="0070C0"/>
                <w:sz w:val="20"/>
                <w:szCs w:val="20"/>
                <w:lang w:val="ru-RU" w:eastAsia="ru-RU"/>
              </w:rPr>
            </w:pPr>
          </w:p>
        </w:tc>
      </w:tr>
      <w:tr w:rsidR="000D50D7" w:rsidRPr="000D50D7" w14:paraId="21629352" w14:textId="77777777" w:rsidTr="00BC5EAF">
        <w:tc>
          <w:tcPr>
            <w:tcW w:w="9639" w:type="dxa"/>
            <w:gridSpan w:val="4"/>
            <w:tcBorders>
              <w:top w:val="nil"/>
              <w:bottom w:val="nil"/>
            </w:tcBorders>
          </w:tcPr>
          <w:p w14:paraId="462F587D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5.Установите </w:t>
            </w:r>
            <w:r w:rsidRPr="000D50D7">
              <w:rPr>
                <w:rFonts w:eastAsia="Calibri" w:cs="Times New Roman"/>
                <w:sz w:val="20"/>
                <w:szCs w:val="20"/>
                <w:lang w:val="ru-RU"/>
              </w:rPr>
              <w:t>соответствие размеров:</w:t>
            </w:r>
          </w:p>
        </w:tc>
      </w:tr>
      <w:tr w:rsidR="000D50D7" w:rsidRPr="000D50D7" w14:paraId="1966FF70" w14:textId="77777777" w:rsidTr="00BC5EAF">
        <w:tc>
          <w:tcPr>
            <w:tcW w:w="3686" w:type="dxa"/>
            <w:gridSpan w:val="2"/>
            <w:tcBorders>
              <w:top w:val="nil"/>
              <w:bottom w:val="nil"/>
              <w:right w:val="nil"/>
            </w:tcBorders>
          </w:tcPr>
          <w:p w14:paraId="5DBA7772" w14:textId="77777777" w:rsidR="000D50D7" w:rsidRPr="000D50D7" w:rsidRDefault="000D50D7" w:rsidP="000D50D7">
            <w:pPr>
              <w:numPr>
                <w:ilvl w:val="0"/>
                <w:numId w:val="11"/>
              </w:num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>Баскетбольная площадка</w:t>
            </w:r>
          </w:p>
          <w:p w14:paraId="55853544" w14:textId="77777777" w:rsidR="000D50D7" w:rsidRPr="000D50D7" w:rsidRDefault="000D50D7" w:rsidP="000D50D7">
            <w:pPr>
              <w:numPr>
                <w:ilvl w:val="0"/>
                <w:numId w:val="11"/>
              </w:num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>Волейбольная площадка</w:t>
            </w:r>
          </w:p>
          <w:p w14:paraId="72595E45" w14:textId="77777777" w:rsidR="000D50D7" w:rsidRPr="000D50D7" w:rsidRDefault="000D50D7" w:rsidP="000D50D7">
            <w:pPr>
              <w:numPr>
                <w:ilvl w:val="0"/>
                <w:numId w:val="11"/>
              </w:num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>Мини -футбольная площадка</w:t>
            </w:r>
          </w:p>
          <w:p w14:paraId="698284D6" w14:textId="77777777" w:rsidR="000D50D7" w:rsidRPr="000D50D7" w:rsidRDefault="000D50D7" w:rsidP="000D50D7">
            <w:pPr>
              <w:spacing w:line="240" w:lineRule="auto"/>
              <w:rPr>
                <w:rFonts w:eastAsia="Calibri" w:cs="Times New Roman"/>
                <w:b/>
                <w:sz w:val="20"/>
                <w:szCs w:val="20"/>
                <w:lang w:val="ru-RU" w:eastAsia="ru-RU"/>
              </w:rPr>
            </w:pP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</w:tcBorders>
          </w:tcPr>
          <w:p w14:paraId="4F2EE4AD" w14:textId="77777777" w:rsidR="000D50D7" w:rsidRPr="000D50D7" w:rsidRDefault="000D50D7" w:rsidP="000D50D7">
            <w:pPr>
              <w:numPr>
                <w:ilvl w:val="0"/>
                <w:numId w:val="12"/>
              </w:numPr>
              <w:tabs>
                <w:tab w:val="left" w:pos="317"/>
              </w:tabs>
              <w:spacing w:line="240" w:lineRule="auto"/>
              <w:ind w:left="318" w:hanging="318"/>
              <w:contextualSpacing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/>
              </w:rPr>
              <w:t>28Х15</w:t>
            </w:r>
          </w:p>
          <w:p w14:paraId="5507A001" w14:textId="77777777" w:rsidR="000D50D7" w:rsidRPr="000D50D7" w:rsidRDefault="000D50D7" w:rsidP="000D50D7">
            <w:pPr>
              <w:numPr>
                <w:ilvl w:val="0"/>
                <w:numId w:val="12"/>
              </w:numPr>
              <w:tabs>
                <w:tab w:val="left" w:pos="317"/>
              </w:tabs>
              <w:spacing w:line="240" w:lineRule="auto"/>
              <w:ind w:left="318" w:hanging="318"/>
              <w:contextualSpacing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/>
              </w:rPr>
              <w:t xml:space="preserve">18х9 </w:t>
            </w:r>
          </w:p>
          <w:p w14:paraId="20923A6E" w14:textId="77777777" w:rsidR="000D50D7" w:rsidRPr="000D50D7" w:rsidRDefault="000D50D7" w:rsidP="000D50D7">
            <w:pPr>
              <w:numPr>
                <w:ilvl w:val="0"/>
                <w:numId w:val="12"/>
              </w:numPr>
              <w:tabs>
                <w:tab w:val="left" w:pos="317"/>
              </w:tabs>
              <w:spacing w:line="240" w:lineRule="auto"/>
              <w:ind w:left="318" w:hanging="318"/>
              <w:contextualSpacing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/>
              </w:rPr>
              <w:t>38х25</w:t>
            </w:r>
          </w:p>
          <w:p w14:paraId="24D84F4D" w14:textId="77777777" w:rsidR="000D50D7" w:rsidRPr="000D50D7" w:rsidRDefault="000D50D7" w:rsidP="000D50D7">
            <w:pPr>
              <w:numPr>
                <w:ilvl w:val="0"/>
                <w:numId w:val="12"/>
              </w:numPr>
              <w:tabs>
                <w:tab w:val="left" w:pos="317"/>
              </w:tabs>
              <w:spacing w:line="240" w:lineRule="auto"/>
              <w:ind w:left="318" w:hanging="318"/>
              <w:contextualSpacing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/>
              </w:rPr>
              <w:t>33х17</w:t>
            </w:r>
          </w:p>
        </w:tc>
      </w:tr>
      <w:tr w:rsidR="000D50D7" w:rsidRPr="000D50D7" w14:paraId="12FBF84D" w14:textId="77777777" w:rsidTr="00BC5EAF">
        <w:tc>
          <w:tcPr>
            <w:tcW w:w="9639" w:type="dxa"/>
            <w:gridSpan w:val="4"/>
            <w:tcBorders>
              <w:top w:val="nil"/>
              <w:bottom w:val="nil"/>
            </w:tcBorders>
          </w:tcPr>
          <w:p w14:paraId="1F622396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color w:val="0070C0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>6.Установите соответствие между:</w:t>
            </w:r>
          </w:p>
        </w:tc>
      </w:tr>
      <w:tr w:rsidR="000D50D7" w:rsidRPr="000D50D7" w14:paraId="2DAD70DC" w14:textId="77777777" w:rsidTr="00BC5EAF">
        <w:tc>
          <w:tcPr>
            <w:tcW w:w="3686" w:type="dxa"/>
            <w:gridSpan w:val="2"/>
            <w:tcBorders>
              <w:top w:val="nil"/>
              <w:bottom w:val="nil"/>
              <w:right w:val="nil"/>
            </w:tcBorders>
          </w:tcPr>
          <w:p w14:paraId="67716E66" w14:textId="77777777" w:rsidR="000D50D7" w:rsidRPr="000D50D7" w:rsidRDefault="000D50D7" w:rsidP="000D50D7">
            <w:pPr>
              <w:spacing w:line="240" w:lineRule="auto"/>
              <w:jc w:val="both"/>
              <w:rPr>
                <w:rFonts w:eastAsia="Calibri" w:cs="Times New Roman"/>
                <w:color w:val="0070C0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1.Физическая культура </w:t>
            </w:r>
          </w:p>
          <w:p w14:paraId="05A52363" w14:textId="77777777" w:rsidR="000D50D7" w:rsidRPr="000D50D7" w:rsidRDefault="000D50D7" w:rsidP="000D50D7">
            <w:pPr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2.Физическое воспитание </w:t>
            </w:r>
          </w:p>
          <w:p w14:paraId="2B4B48C2" w14:textId="77777777" w:rsidR="000D50D7" w:rsidRPr="000D50D7" w:rsidRDefault="000D50D7" w:rsidP="000D50D7">
            <w:pPr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>3.Физическое упражнение</w:t>
            </w:r>
          </w:p>
          <w:p w14:paraId="0233125F" w14:textId="77777777" w:rsidR="000D50D7" w:rsidRPr="000D50D7" w:rsidRDefault="000D50D7" w:rsidP="000D50D7">
            <w:pPr>
              <w:spacing w:line="240" w:lineRule="auto"/>
              <w:jc w:val="both"/>
              <w:rPr>
                <w:rFonts w:eastAsia="Calibri" w:cs="Times New Roman"/>
                <w:color w:val="0070C0"/>
                <w:sz w:val="20"/>
                <w:szCs w:val="20"/>
                <w:lang w:val="ru-RU" w:eastAsia="ru-RU"/>
              </w:rPr>
            </w:pP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</w:tcBorders>
          </w:tcPr>
          <w:p w14:paraId="7C547C75" w14:textId="77777777" w:rsidR="000D50D7" w:rsidRPr="000D50D7" w:rsidRDefault="000D50D7" w:rsidP="000D50D7">
            <w:pPr>
              <w:numPr>
                <w:ilvl w:val="0"/>
                <w:numId w:val="13"/>
              </w:numPr>
              <w:spacing w:line="240" w:lineRule="auto"/>
              <w:contextualSpacing/>
              <w:jc w:val="both"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>Часть человеческой культуры.</w:t>
            </w:r>
            <w:r w:rsidRPr="000D50D7">
              <w:rPr>
                <w:rFonts w:eastAsia="Calibri" w:cs="Times New Roman"/>
                <w:sz w:val="20"/>
                <w:szCs w:val="20"/>
                <w:lang w:val="ru-RU"/>
              </w:rPr>
              <w:t xml:space="preserve">                    </w:t>
            </w:r>
          </w:p>
          <w:p w14:paraId="50378C51" w14:textId="77777777" w:rsidR="000D50D7" w:rsidRPr="000D50D7" w:rsidRDefault="000D50D7" w:rsidP="000D50D7">
            <w:pPr>
              <w:numPr>
                <w:ilvl w:val="0"/>
                <w:numId w:val="13"/>
              </w:numPr>
              <w:spacing w:line="240" w:lineRule="auto"/>
              <w:contextualSpacing/>
              <w:jc w:val="both"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/>
              </w:rPr>
              <w:t>Способ освоения ценностей, накопленных в сфере физической</w:t>
            </w:r>
          </w:p>
          <w:p w14:paraId="7E0EDAE9" w14:textId="77777777" w:rsidR="000D50D7" w:rsidRPr="000D50D7" w:rsidRDefault="000D50D7" w:rsidP="000D50D7">
            <w:pPr>
              <w:numPr>
                <w:ilvl w:val="0"/>
                <w:numId w:val="13"/>
              </w:numPr>
              <w:spacing w:line="240" w:lineRule="auto"/>
              <w:contextualSpacing/>
              <w:jc w:val="both"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/>
              </w:rPr>
              <w:t>это элементарные движения, составленные из них двигательные действия и их комплексы, систематизированные в целях физического развития</w:t>
            </w:r>
          </w:p>
          <w:p w14:paraId="1AF11488" w14:textId="77777777" w:rsidR="000D50D7" w:rsidRPr="000D50D7" w:rsidRDefault="000D50D7" w:rsidP="000D50D7">
            <w:pPr>
              <w:tabs>
                <w:tab w:val="left" w:pos="317"/>
              </w:tabs>
              <w:spacing w:line="240" w:lineRule="auto"/>
              <w:contextualSpacing/>
              <w:jc w:val="both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г. Часть общественной деятельности</w:t>
            </w:r>
          </w:p>
        </w:tc>
      </w:tr>
      <w:tr w:rsidR="000D50D7" w:rsidRPr="000B04D5" w14:paraId="40308D55" w14:textId="77777777" w:rsidTr="00BC5EAF">
        <w:tc>
          <w:tcPr>
            <w:tcW w:w="9639" w:type="dxa"/>
            <w:gridSpan w:val="4"/>
            <w:tcBorders>
              <w:top w:val="nil"/>
              <w:bottom w:val="nil"/>
            </w:tcBorders>
          </w:tcPr>
          <w:p w14:paraId="71CF7E63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>7.Установите</w:t>
            </w:r>
            <w:r w:rsidRPr="000D50D7">
              <w:rPr>
                <w:rFonts w:eastAsia="Calibri" w:cs="Times New Roman"/>
                <w:sz w:val="20"/>
                <w:szCs w:val="20"/>
                <w:lang w:val="ru-RU"/>
              </w:rPr>
              <w:t xml:space="preserve"> </w:t>
            </w: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>соответствие</w:t>
            </w:r>
            <w:r w:rsidRPr="000D50D7">
              <w:rPr>
                <w:rFonts w:eastAsia="Calibri" w:cs="Times New Roman"/>
                <w:sz w:val="20"/>
                <w:szCs w:val="20"/>
                <w:lang w:val="ru-RU"/>
              </w:rPr>
              <w:t xml:space="preserve"> между спортсменом и видом спорта:</w:t>
            </w:r>
          </w:p>
        </w:tc>
      </w:tr>
      <w:tr w:rsidR="000D50D7" w:rsidRPr="000D50D7" w14:paraId="675D2AF4" w14:textId="77777777" w:rsidTr="00BC5EAF">
        <w:tc>
          <w:tcPr>
            <w:tcW w:w="3686" w:type="dxa"/>
            <w:gridSpan w:val="2"/>
            <w:tcBorders>
              <w:top w:val="nil"/>
              <w:bottom w:val="nil"/>
              <w:right w:val="nil"/>
            </w:tcBorders>
          </w:tcPr>
          <w:p w14:paraId="21AAC8FA" w14:textId="77777777" w:rsidR="000D50D7" w:rsidRPr="000D50D7" w:rsidRDefault="000D50D7" w:rsidP="000D50D7">
            <w:pPr>
              <w:numPr>
                <w:ilvl w:val="0"/>
                <w:numId w:val="15"/>
              </w:num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>Александр Овечкин</w:t>
            </w:r>
          </w:p>
          <w:p w14:paraId="2FECE328" w14:textId="77777777" w:rsidR="000D50D7" w:rsidRPr="000D50D7" w:rsidRDefault="000D50D7" w:rsidP="000D50D7">
            <w:pPr>
              <w:numPr>
                <w:ilvl w:val="0"/>
                <w:numId w:val="15"/>
              </w:num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>Лионель Месси</w:t>
            </w:r>
          </w:p>
          <w:p w14:paraId="2DD3422F" w14:textId="77777777" w:rsidR="000D50D7" w:rsidRPr="000D50D7" w:rsidRDefault="000D50D7" w:rsidP="000D50D7">
            <w:pPr>
              <w:numPr>
                <w:ilvl w:val="0"/>
                <w:numId w:val="15"/>
              </w:num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>Рафаэль Надаль</w:t>
            </w:r>
          </w:p>
          <w:p w14:paraId="1C9ED7F3" w14:textId="77777777" w:rsidR="000D50D7" w:rsidRPr="000D50D7" w:rsidRDefault="000D50D7" w:rsidP="000D50D7">
            <w:pPr>
              <w:spacing w:line="240" w:lineRule="auto"/>
              <w:jc w:val="both"/>
              <w:rPr>
                <w:rFonts w:eastAsia="Calibri" w:cs="Times New Roman"/>
                <w:b/>
                <w:sz w:val="20"/>
                <w:szCs w:val="20"/>
                <w:lang w:val="ru-RU" w:eastAsia="ru-RU"/>
              </w:rPr>
            </w:pPr>
          </w:p>
          <w:p w14:paraId="14CF34B6" w14:textId="77777777" w:rsidR="000D50D7" w:rsidRPr="000D50D7" w:rsidRDefault="000D50D7" w:rsidP="000D50D7">
            <w:pPr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</w:tcBorders>
          </w:tcPr>
          <w:p w14:paraId="6C25DCC4" w14:textId="77777777" w:rsidR="000D50D7" w:rsidRPr="000D50D7" w:rsidRDefault="000D50D7" w:rsidP="000D50D7">
            <w:pPr>
              <w:numPr>
                <w:ilvl w:val="0"/>
                <w:numId w:val="14"/>
              </w:numPr>
              <w:tabs>
                <w:tab w:val="left" w:pos="317"/>
              </w:tabs>
              <w:spacing w:line="240" w:lineRule="auto"/>
              <w:contextualSpacing/>
              <w:jc w:val="both"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/>
              </w:rPr>
              <w:t xml:space="preserve">Баскетбол </w:t>
            </w:r>
          </w:p>
          <w:p w14:paraId="03934351" w14:textId="77777777" w:rsidR="000D50D7" w:rsidRPr="000D50D7" w:rsidRDefault="000D50D7" w:rsidP="000D50D7">
            <w:pPr>
              <w:numPr>
                <w:ilvl w:val="0"/>
                <w:numId w:val="14"/>
              </w:numPr>
              <w:tabs>
                <w:tab w:val="left" w:pos="317"/>
              </w:tabs>
              <w:spacing w:line="240" w:lineRule="auto"/>
              <w:contextualSpacing/>
              <w:jc w:val="both"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/>
              </w:rPr>
              <w:t xml:space="preserve">Футбол </w:t>
            </w:r>
          </w:p>
          <w:p w14:paraId="438A347F" w14:textId="77777777" w:rsidR="000D50D7" w:rsidRPr="000D50D7" w:rsidRDefault="000D50D7" w:rsidP="000D50D7">
            <w:pPr>
              <w:numPr>
                <w:ilvl w:val="0"/>
                <w:numId w:val="14"/>
              </w:numPr>
              <w:tabs>
                <w:tab w:val="left" w:pos="317"/>
              </w:tabs>
              <w:spacing w:line="240" w:lineRule="auto"/>
              <w:contextualSpacing/>
              <w:jc w:val="both"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/>
              </w:rPr>
              <w:t>Хоккей</w:t>
            </w:r>
          </w:p>
          <w:p w14:paraId="280CBD36" w14:textId="77777777" w:rsidR="000D50D7" w:rsidRPr="000D50D7" w:rsidRDefault="000D50D7" w:rsidP="000D50D7">
            <w:pPr>
              <w:numPr>
                <w:ilvl w:val="0"/>
                <w:numId w:val="14"/>
              </w:numPr>
              <w:tabs>
                <w:tab w:val="left" w:pos="317"/>
              </w:tabs>
              <w:spacing w:line="240" w:lineRule="auto"/>
              <w:contextualSpacing/>
              <w:jc w:val="both"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/>
              </w:rPr>
              <w:t>Теннис</w:t>
            </w:r>
          </w:p>
          <w:p w14:paraId="0BC388A0" w14:textId="77777777" w:rsidR="000D50D7" w:rsidRPr="000D50D7" w:rsidRDefault="000D50D7" w:rsidP="000D50D7">
            <w:pPr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</w:p>
        </w:tc>
      </w:tr>
      <w:tr w:rsidR="000D50D7" w:rsidRPr="000B04D5" w14:paraId="1B2717A1" w14:textId="77777777" w:rsidTr="00BC5EAF">
        <w:tc>
          <w:tcPr>
            <w:tcW w:w="9639" w:type="dxa"/>
            <w:gridSpan w:val="4"/>
            <w:tcBorders>
              <w:top w:val="nil"/>
              <w:bottom w:val="nil"/>
            </w:tcBorders>
          </w:tcPr>
          <w:p w14:paraId="7C45C1C2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>8.Установите соответствие</w:t>
            </w:r>
            <w:r w:rsidRPr="000D50D7">
              <w:rPr>
                <w:rFonts w:eastAsia="Calibri" w:cs="Times New Roman"/>
                <w:sz w:val="20"/>
                <w:szCs w:val="20"/>
                <w:lang w:val="ru-RU"/>
              </w:rPr>
              <w:t xml:space="preserve"> между основными физическими качествами и видами спорта:</w:t>
            </w:r>
          </w:p>
        </w:tc>
      </w:tr>
      <w:tr w:rsidR="000D50D7" w:rsidRPr="000D50D7" w14:paraId="39433CD2" w14:textId="77777777" w:rsidTr="00BC5EAF">
        <w:tc>
          <w:tcPr>
            <w:tcW w:w="3686" w:type="dxa"/>
            <w:gridSpan w:val="2"/>
            <w:tcBorders>
              <w:top w:val="nil"/>
              <w:bottom w:val="nil"/>
              <w:right w:val="nil"/>
            </w:tcBorders>
          </w:tcPr>
          <w:p w14:paraId="45C2418C" w14:textId="77777777" w:rsidR="000D50D7" w:rsidRPr="000D50D7" w:rsidRDefault="000D50D7" w:rsidP="000D50D7">
            <w:pPr>
              <w:numPr>
                <w:ilvl w:val="0"/>
                <w:numId w:val="16"/>
              </w:num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>Выносливость</w:t>
            </w:r>
          </w:p>
          <w:p w14:paraId="48596B54" w14:textId="77777777" w:rsidR="000D50D7" w:rsidRPr="000D50D7" w:rsidRDefault="000D50D7" w:rsidP="000D50D7">
            <w:pPr>
              <w:numPr>
                <w:ilvl w:val="0"/>
                <w:numId w:val="16"/>
              </w:num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>Сила</w:t>
            </w:r>
          </w:p>
          <w:p w14:paraId="29775CB2" w14:textId="77777777" w:rsidR="000D50D7" w:rsidRPr="000D50D7" w:rsidRDefault="000D50D7" w:rsidP="000D50D7">
            <w:pPr>
              <w:numPr>
                <w:ilvl w:val="0"/>
                <w:numId w:val="16"/>
              </w:num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>Гибкость</w:t>
            </w:r>
          </w:p>
          <w:p w14:paraId="632BD0B5" w14:textId="77777777" w:rsidR="000D50D7" w:rsidRPr="000D50D7" w:rsidRDefault="000D50D7" w:rsidP="000D50D7">
            <w:pPr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</w:tcBorders>
          </w:tcPr>
          <w:p w14:paraId="22F2AADD" w14:textId="77777777" w:rsidR="000D50D7" w:rsidRPr="000D50D7" w:rsidRDefault="000D50D7" w:rsidP="000D50D7">
            <w:pPr>
              <w:numPr>
                <w:ilvl w:val="0"/>
                <w:numId w:val="17"/>
              </w:numPr>
              <w:tabs>
                <w:tab w:val="left" w:pos="317"/>
              </w:tabs>
              <w:spacing w:line="240" w:lineRule="auto"/>
              <w:ind w:left="318" w:hanging="318"/>
              <w:contextualSpacing/>
              <w:jc w:val="both"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/>
              </w:rPr>
              <w:t>Плавание</w:t>
            </w:r>
          </w:p>
          <w:p w14:paraId="5291A478" w14:textId="77777777" w:rsidR="000D50D7" w:rsidRPr="000D50D7" w:rsidRDefault="000D50D7" w:rsidP="000D50D7">
            <w:pPr>
              <w:numPr>
                <w:ilvl w:val="0"/>
                <w:numId w:val="17"/>
              </w:numPr>
              <w:tabs>
                <w:tab w:val="left" w:pos="317"/>
              </w:tabs>
              <w:spacing w:line="240" w:lineRule="auto"/>
              <w:ind w:left="318" w:hanging="318"/>
              <w:contextualSpacing/>
              <w:jc w:val="both"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/>
              </w:rPr>
              <w:t>Художественная гимнастика</w:t>
            </w:r>
          </w:p>
          <w:p w14:paraId="385F74AC" w14:textId="77777777" w:rsidR="000D50D7" w:rsidRPr="000D50D7" w:rsidRDefault="000D50D7" w:rsidP="000D50D7">
            <w:pPr>
              <w:numPr>
                <w:ilvl w:val="0"/>
                <w:numId w:val="17"/>
              </w:numPr>
              <w:tabs>
                <w:tab w:val="left" w:pos="317"/>
              </w:tabs>
              <w:spacing w:line="240" w:lineRule="auto"/>
              <w:ind w:left="318" w:hanging="318"/>
              <w:contextualSpacing/>
              <w:jc w:val="both"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0D50D7">
              <w:rPr>
                <w:rFonts w:eastAsia="Calibri" w:cs="Times New Roman"/>
                <w:sz w:val="20"/>
                <w:szCs w:val="20"/>
                <w:shd w:val="clear" w:color="auto" w:fill="FFFFFF"/>
                <w:lang w:val="ru-RU"/>
              </w:rPr>
              <w:t xml:space="preserve">Тяжелая атлетика </w:t>
            </w:r>
          </w:p>
          <w:p w14:paraId="410BC599" w14:textId="77777777" w:rsidR="000D50D7" w:rsidRPr="000D50D7" w:rsidRDefault="000D50D7" w:rsidP="000D50D7">
            <w:pPr>
              <w:tabs>
                <w:tab w:val="left" w:pos="317"/>
              </w:tabs>
              <w:spacing w:line="240" w:lineRule="auto"/>
              <w:contextualSpacing/>
              <w:jc w:val="both"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/>
              </w:rPr>
              <w:t>Г. Спринтерский бег</w:t>
            </w:r>
          </w:p>
          <w:p w14:paraId="7BA8539F" w14:textId="77777777" w:rsidR="000D50D7" w:rsidRPr="000D50D7" w:rsidRDefault="000D50D7" w:rsidP="000D50D7">
            <w:pPr>
              <w:tabs>
                <w:tab w:val="left" w:pos="317"/>
              </w:tabs>
              <w:spacing w:line="240" w:lineRule="auto"/>
              <w:contextualSpacing/>
              <w:jc w:val="both"/>
              <w:rPr>
                <w:rFonts w:eastAsia="Calibri" w:cs="Times New Roman"/>
                <w:sz w:val="20"/>
                <w:szCs w:val="20"/>
                <w:lang w:val="ru-RU"/>
              </w:rPr>
            </w:pPr>
          </w:p>
          <w:p w14:paraId="039D0130" w14:textId="77777777" w:rsidR="000D50D7" w:rsidRPr="000D50D7" w:rsidRDefault="000D50D7" w:rsidP="000D50D7">
            <w:pPr>
              <w:tabs>
                <w:tab w:val="left" w:pos="317"/>
              </w:tabs>
              <w:spacing w:line="240" w:lineRule="auto"/>
              <w:contextualSpacing/>
              <w:jc w:val="both"/>
              <w:rPr>
                <w:rFonts w:eastAsia="Calibri" w:cs="Times New Roman"/>
                <w:sz w:val="20"/>
                <w:szCs w:val="20"/>
                <w:lang w:val="ru-RU"/>
              </w:rPr>
            </w:pPr>
          </w:p>
        </w:tc>
      </w:tr>
      <w:tr w:rsidR="000D50D7" w:rsidRPr="000D50D7" w14:paraId="682EEF08" w14:textId="77777777" w:rsidTr="00BC5EAF">
        <w:tc>
          <w:tcPr>
            <w:tcW w:w="9639" w:type="dxa"/>
            <w:gridSpan w:val="4"/>
            <w:tcBorders>
              <w:top w:val="nil"/>
              <w:bottom w:val="nil"/>
            </w:tcBorders>
          </w:tcPr>
          <w:p w14:paraId="63810879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Calibri" w:cs="Times New Roman"/>
                <w:sz w:val="20"/>
                <w:szCs w:val="20"/>
                <w:shd w:val="clear" w:color="auto" w:fill="FFFFFF"/>
                <w:lang w:val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>9.Установите соответствие</w:t>
            </w:r>
            <w:r w:rsidRPr="000D50D7">
              <w:rPr>
                <w:rFonts w:eastAsia="Calibri" w:cs="Times New Roman"/>
                <w:sz w:val="20"/>
                <w:szCs w:val="20"/>
                <w:lang w:val="ru-RU"/>
              </w:rPr>
              <w:t>:</w:t>
            </w:r>
          </w:p>
        </w:tc>
      </w:tr>
      <w:tr w:rsidR="000D50D7" w:rsidRPr="000D50D7" w14:paraId="7FA1DC2B" w14:textId="77777777" w:rsidTr="00BC5EAF">
        <w:tc>
          <w:tcPr>
            <w:tcW w:w="3686" w:type="dxa"/>
            <w:gridSpan w:val="2"/>
            <w:tcBorders>
              <w:top w:val="nil"/>
              <w:bottom w:val="nil"/>
              <w:right w:val="nil"/>
            </w:tcBorders>
          </w:tcPr>
          <w:p w14:paraId="6B950761" w14:textId="77777777" w:rsidR="000D50D7" w:rsidRPr="000D50D7" w:rsidRDefault="000D50D7" w:rsidP="000D50D7">
            <w:pPr>
              <w:numPr>
                <w:ilvl w:val="0"/>
                <w:numId w:val="19"/>
              </w:num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>Рабочая фаза</w:t>
            </w:r>
          </w:p>
          <w:p w14:paraId="4F490FA5" w14:textId="77777777" w:rsidR="000D50D7" w:rsidRPr="000D50D7" w:rsidRDefault="000D50D7" w:rsidP="000D50D7">
            <w:pPr>
              <w:numPr>
                <w:ilvl w:val="0"/>
                <w:numId w:val="19"/>
              </w:num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>Подготовительная фаза</w:t>
            </w:r>
          </w:p>
          <w:p w14:paraId="40EA0D13" w14:textId="77777777" w:rsidR="000D50D7" w:rsidRPr="000D50D7" w:rsidRDefault="000D50D7" w:rsidP="000D50D7">
            <w:pPr>
              <w:numPr>
                <w:ilvl w:val="0"/>
                <w:numId w:val="19"/>
              </w:num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>Завершающая фаза</w:t>
            </w:r>
          </w:p>
          <w:p w14:paraId="6E046D76" w14:textId="77777777" w:rsidR="000D50D7" w:rsidRPr="000D50D7" w:rsidRDefault="000D50D7" w:rsidP="000D50D7">
            <w:pPr>
              <w:spacing w:line="240" w:lineRule="auto"/>
              <w:jc w:val="both"/>
              <w:rPr>
                <w:rFonts w:eastAsia="Calibri" w:cs="Times New Roman"/>
                <w:b/>
                <w:sz w:val="20"/>
                <w:szCs w:val="20"/>
                <w:lang w:val="ru-RU" w:eastAsia="ru-RU"/>
              </w:rPr>
            </w:pPr>
          </w:p>
          <w:p w14:paraId="3AE846B9" w14:textId="77777777" w:rsidR="000D50D7" w:rsidRPr="000D50D7" w:rsidRDefault="000D50D7" w:rsidP="000D50D7">
            <w:pPr>
              <w:spacing w:line="240" w:lineRule="auto"/>
              <w:jc w:val="both"/>
              <w:rPr>
                <w:rFonts w:eastAsia="Calibri" w:cs="Times New Roman"/>
                <w:b/>
                <w:color w:val="0070C0"/>
                <w:sz w:val="20"/>
                <w:szCs w:val="20"/>
                <w:lang w:val="ru-RU" w:eastAsia="ru-RU"/>
              </w:rPr>
            </w:pP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</w:tcBorders>
          </w:tcPr>
          <w:p w14:paraId="7BEDEE9C" w14:textId="77777777" w:rsidR="000D50D7" w:rsidRPr="000D50D7" w:rsidRDefault="000D50D7" w:rsidP="000D50D7">
            <w:pPr>
              <w:numPr>
                <w:ilvl w:val="0"/>
                <w:numId w:val="20"/>
              </w:numPr>
              <w:tabs>
                <w:tab w:val="left" w:pos="317"/>
              </w:tabs>
              <w:spacing w:line="240" w:lineRule="auto"/>
              <w:contextualSpacing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/>
              </w:rPr>
              <w:t>принятие исходного положения для следующего движения</w:t>
            </w:r>
          </w:p>
          <w:p w14:paraId="71E7DAD8" w14:textId="77777777" w:rsidR="000D50D7" w:rsidRPr="000D50D7" w:rsidRDefault="000D50D7" w:rsidP="000D50D7">
            <w:pPr>
              <w:numPr>
                <w:ilvl w:val="0"/>
                <w:numId w:val="20"/>
              </w:numPr>
              <w:tabs>
                <w:tab w:val="left" w:pos="317"/>
              </w:tabs>
              <w:spacing w:line="240" w:lineRule="auto"/>
              <w:contextualSpacing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/>
              </w:rPr>
              <w:t>ударное движение и проводка</w:t>
            </w:r>
          </w:p>
          <w:p w14:paraId="66C37A31" w14:textId="77777777" w:rsidR="000D50D7" w:rsidRPr="000D50D7" w:rsidRDefault="000D50D7" w:rsidP="000D50D7">
            <w:pPr>
              <w:numPr>
                <w:ilvl w:val="0"/>
                <w:numId w:val="20"/>
              </w:numPr>
              <w:tabs>
                <w:tab w:val="left" w:pos="317"/>
              </w:tabs>
              <w:spacing w:line="240" w:lineRule="auto"/>
              <w:contextualSpacing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/>
              </w:rPr>
              <w:t>замах ударной и постановка опорной ноги.</w:t>
            </w:r>
          </w:p>
          <w:p w14:paraId="74338F07" w14:textId="77777777" w:rsidR="000D50D7" w:rsidRPr="000D50D7" w:rsidRDefault="000D50D7" w:rsidP="000D50D7">
            <w:pPr>
              <w:numPr>
                <w:ilvl w:val="0"/>
                <w:numId w:val="20"/>
              </w:numPr>
              <w:tabs>
                <w:tab w:val="left" w:pos="317"/>
              </w:tabs>
              <w:spacing w:line="240" w:lineRule="auto"/>
              <w:contextualSpacing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/>
              </w:rPr>
              <w:t>Разбег</w:t>
            </w:r>
          </w:p>
          <w:p w14:paraId="7902E897" w14:textId="77777777" w:rsidR="000D50D7" w:rsidRPr="000D50D7" w:rsidRDefault="000D50D7" w:rsidP="000D50D7">
            <w:pPr>
              <w:tabs>
                <w:tab w:val="left" w:pos="317"/>
              </w:tabs>
              <w:spacing w:line="240" w:lineRule="auto"/>
              <w:contextualSpacing/>
              <w:rPr>
                <w:rFonts w:eastAsia="Calibri" w:cs="Times New Roman"/>
                <w:sz w:val="20"/>
                <w:szCs w:val="20"/>
                <w:shd w:val="clear" w:color="auto" w:fill="FFFFFF"/>
                <w:lang w:val="ru-RU"/>
              </w:rPr>
            </w:pPr>
          </w:p>
        </w:tc>
      </w:tr>
      <w:tr w:rsidR="000D50D7" w:rsidRPr="000D50D7" w14:paraId="54CAE7DA" w14:textId="77777777" w:rsidTr="00BC5EAF">
        <w:tc>
          <w:tcPr>
            <w:tcW w:w="3686" w:type="dxa"/>
            <w:gridSpan w:val="2"/>
          </w:tcPr>
          <w:p w14:paraId="7F884C70" w14:textId="77777777" w:rsidR="000D50D7" w:rsidRPr="000D50D7" w:rsidRDefault="000D50D7" w:rsidP="000D50D7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Уровень сложности</w:t>
            </w:r>
          </w:p>
        </w:tc>
        <w:tc>
          <w:tcPr>
            <w:tcW w:w="5953" w:type="dxa"/>
            <w:gridSpan w:val="2"/>
          </w:tcPr>
          <w:p w14:paraId="2AE95768" w14:textId="77777777" w:rsidR="000D50D7" w:rsidRPr="000D50D7" w:rsidRDefault="000D50D7" w:rsidP="000D50D7">
            <w:pPr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shd w:val="clear" w:color="auto" w:fill="FFFFFF"/>
                <w:lang w:val="ru-RU" w:eastAsia="ru-RU"/>
              </w:rPr>
            </w:pPr>
            <w:r w:rsidRPr="000D50D7">
              <w:rPr>
                <w:rFonts w:eastAsia="Calibri" w:cs="Times New Roman"/>
                <w:b/>
                <w:bCs/>
                <w:sz w:val="20"/>
                <w:szCs w:val="20"/>
                <w:shd w:val="clear" w:color="auto" w:fill="FFFFFF"/>
                <w:lang w:val="ru-RU" w:eastAsia="ru-RU"/>
              </w:rPr>
              <w:t>Высокий</w:t>
            </w:r>
          </w:p>
        </w:tc>
      </w:tr>
      <w:tr w:rsidR="000D50D7" w:rsidRPr="000D50D7" w14:paraId="592C4A9F" w14:textId="77777777" w:rsidTr="00BC5EAF">
        <w:tc>
          <w:tcPr>
            <w:tcW w:w="3686" w:type="dxa"/>
            <w:gridSpan w:val="2"/>
          </w:tcPr>
          <w:p w14:paraId="072D8372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Тип задания</w:t>
            </w:r>
          </w:p>
        </w:tc>
        <w:tc>
          <w:tcPr>
            <w:tcW w:w="5953" w:type="dxa"/>
            <w:gridSpan w:val="2"/>
          </w:tcPr>
          <w:p w14:paraId="78185971" w14:textId="77777777" w:rsidR="000D50D7" w:rsidRPr="000D50D7" w:rsidRDefault="000D50D7" w:rsidP="000D50D7">
            <w:pPr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shd w:val="clear" w:color="auto" w:fill="FFFFFF"/>
                <w:lang w:val="ru-RU" w:eastAsia="ru-RU"/>
              </w:rPr>
            </w:pPr>
            <w:r w:rsidRPr="000D50D7">
              <w:rPr>
                <w:rFonts w:eastAsia="Calibri" w:cs="Times New Roman"/>
                <w:b/>
                <w:bCs/>
                <w:sz w:val="20"/>
                <w:szCs w:val="20"/>
                <w:shd w:val="clear" w:color="auto" w:fill="FFFFFF"/>
                <w:lang w:val="ru-RU" w:eastAsia="ru-RU"/>
              </w:rPr>
              <w:t>Задания с развернутым ответом</w:t>
            </w:r>
          </w:p>
        </w:tc>
      </w:tr>
      <w:tr w:rsidR="000D50D7" w:rsidRPr="000D50D7" w14:paraId="0F46FA1C" w14:textId="77777777" w:rsidTr="00BC5EAF">
        <w:tc>
          <w:tcPr>
            <w:tcW w:w="3686" w:type="dxa"/>
            <w:gridSpan w:val="2"/>
          </w:tcPr>
          <w:p w14:paraId="1337984C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bCs/>
                <w:i/>
                <w:iCs/>
                <w:sz w:val="20"/>
                <w:szCs w:val="20"/>
                <w:lang w:val="ru-RU" w:eastAsia="ru-RU"/>
              </w:rPr>
              <w:t xml:space="preserve">Инструкция: </w:t>
            </w:r>
          </w:p>
        </w:tc>
        <w:tc>
          <w:tcPr>
            <w:tcW w:w="5953" w:type="dxa"/>
            <w:gridSpan w:val="2"/>
          </w:tcPr>
          <w:p w14:paraId="56DA499D" w14:textId="77777777" w:rsidR="000D50D7" w:rsidRPr="000D50D7" w:rsidRDefault="000D50D7" w:rsidP="000D50D7">
            <w:pPr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shd w:val="clear" w:color="auto" w:fill="FFFFFF"/>
                <w:lang w:val="ru-RU" w:eastAsia="ru-RU"/>
              </w:rPr>
            </w:pPr>
            <w:r w:rsidRPr="000D50D7">
              <w:rPr>
                <w:rFonts w:eastAsia="Calibri" w:cs="Times New Roman"/>
                <w:i/>
                <w:iCs/>
                <w:sz w:val="20"/>
                <w:szCs w:val="20"/>
                <w:shd w:val="clear" w:color="auto" w:fill="FFFFFF"/>
                <w:lang w:val="ru-RU" w:eastAsia="ru-RU"/>
              </w:rPr>
              <w:t>введите развернутый обоснованный ответ</w:t>
            </w:r>
          </w:p>
        </w:tc>
      </w:tr>
      <w:tr w:rsidR="000D50D7" w:rsidRPr="000B04D5" w14:paraId="5C99183A" w14:textId="77777777" w:rsidTr="00BC5EAF">
        <w:tc>
          <w:tcPr>
            <w:tcW w:w="9639" w:type="dxa"/>
            <w:gridSpan w:val="4"/>
          </w:tcPr>
          <w:p w14:paraId="30F5B121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Calibri" w:cs="Times New Roman"/>
                <w:sz w:val="20"/>
                <w:szCs w:val="20"/>
                <w:shd w:val="clear" w:color="auto" w:fill="FFFFFF"/>
                <w:lang w:val="ru-RU"/>
              </w:rPr>
            </w:pPr>
            <w:r w:rsidRPr="000D50D7">
              <w:rPr>
                <w:rFonts w:eastAsia="Calibri" w:cs="Times New Roman"/>
                <w:bCs/>
                <w:sz w:val="20"/>
                <w:szCs w:val="20"/>
                <w:shd w:val="clear" w:color="auto" w:fill="FFFFFF"/>
                <w:lang w:val="ru-RU"/>
              </w:rPr>
              <w:t>10.Основателем современного ……….  движения является Пьер де Кубертен.</w:t>
            </w:r>
          </w:p>
        </w:tc>
      </w:tr>
    </w:tbl>
    <w:p w14:paraId="78434FB8" w14:textId="77777777" w:rsidR="000D50D7" w:rsidRPr="000D50D7" w:rsidRDefault="000D50D7" w:rsidP="000D50D7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Calibri" w:cs="Times New Roman"/>
          <w:b/>
          <w:bCs/>
          <w:sz w:val="20"/>
          <w:szCs w:val="20"/>
          <w:lang w:val="ru-RU" w:eastAsia="ru-RU"/>
        </w:rPr>
      </w:pPr>
    </w:p>
    <w:p w14:paraId="49564034" w14:textId="77777777" w:rsidR="000D50D7" w:rsidRPr="000D50D7" w:rsidRDefault="000D50D7" w:rsidP="000D50D7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Calibri" w:cs="Times New Roman"/>
          <w:b/>
          <w:bCs/>
          <w:sz w:val="20"/>
          <w:szCs w:val="20"/>
          <w:lang w:val="ru-RU" w:eastAsia="ru-RU"/>
        </w:rPr>
      </w:pPr>
      <w:r w:rsidRPr="000D50D7">
        <w:rPr>
          <w:rFonts w:eastAsia="Calibri" w:cs="Times New Roman"/>
          <w:b/>
          <w:bCs/>
          <w:sz w:val="20"/>
          <w:szCs w:val="20"/>
          <w:lang w:val="ru-RU" w:eastAsia="ru-RU"/>
        </w:rPr>
        <w:t>Ключи правильных ответов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694"/>
        <w:gridCol w:w="3543"/>
      </w:tblGrid>
      <w:tr w:rsidR="000D50D7" w:rsidRPr="000D50D7" w14:paraId="647FF3E8" w14:textId="77777777" w:rsidTr="00BC5EAF">
        <w:tc>
          <w:tcPr>
            <w:tcW w:w="2694" w:type="dxa"/>
            <w:vAlign w:val="center"/>
          </w:tcPr>
          <w:p w14:paraId="0CE9D632" w14:textId="77777777" w:rsidR="000D50D7" w:rsidRPr="000D50D7" w:rsidRDefault="000D50D7" w:rsidP="000D50D7">
            <w:pPr>
              <w:overflowPunct w:val="0"/>
              <w:spacing w:line="240" w:lineRule="auto"/>
              <w:contextualSpacing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>Номер задания</w:t>
            </w:r>
          </w:p>
        </w:tc>
        <w:tc>
          <w:tcPr>
            <w:tcW w:w="3543" w:type="dxa"/>
            <w:vAlign w:val="center"/>
          </w:tcPr>
          <w:p w14:paraId="01CB04B3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>Верный ответ</w:t>
            </w:r>
          </w:p>
        </w:tc>
      </w:tr>
      <w:tr w:rsidR="000D50D7" w:rsidRPr="000D50D7" w14:paraId="2DEBCE93" w14:textId="77777777" w:rsidTr="00BC5EAF">
        <w:tc>
          <w:tcPr>
            <w:tcW w:w="2694" w:type="dxa"/>
          </w:tcPr>
          <w:p w14:paraId="1BBD03EC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3543" w:type="dxa"/>
          </w:tcPr>
          <w:p w14:paraId="3D4C29C9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ind w:right="-816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>Б</w:t>
            </w:r>
          </w:p>
        </w:tc>
      </w:tr>
      <w:tr w:rsidR="000D50D7" w:rsidRPr="000D50D7" w14:paraId="0CA08789" w14:textId="77777777" w:rsidTr="00BC5EAF">
        <w:tc>
          <w:tcPr>
            <w:tcW w:w="2694" w:type="dxa"/>
          </w:tcPr>
          <w:p w14:paraId="4A60ACFA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>2</w:t>
            </w:r>
          </w:p>
        </w:tc>
        <w:tc>
          <w:tcPr>
            <w:tcW w:w="3543" w:type="dxa"/>
          </w:tcPr>
          <w:p w14:paraId="79D8C8E9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>А</w:t>
            </w:r>
          </w:p>
        </w:tc>
      </w:tr>
      <w:tr w:rsidR="000D50D7" w:rsidRPr="000D50D7" w14:paraId="4AE15338" w14:textId="77777777" w:rsidTr="00BC5EAF">
        <w:tc>
          <w:tcPr>
            <w:tcW w:w="2694" w:type="dxa"/>
          </w:tcPr>
          <w:p w14:paraId="057C5409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>3</w:t>
            </w:r>
          </w:p>
        </w:tc>
        <w:tc>
          <w:tcPr>
            <w:tcW w:w="3543" w:type="dxa"/>
          </w:tcPr>
          <w:p w14:paraId="0DB098C4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>4231</w:t>
            </w:r>
          </w:p>
        </w:tc>
      </w:tr>
      <w:tr w:rsidR="000D50D7" w:rsidRPr="000D50D7" w14:paraId="7C51581C" w14:textId="77777777" w:rsidTr="00BC5EAF">
        <w:tc>
          <w:tcPr>
            <w:tcW w:w="2694" w:type="dxa"/>
          </w:tcPr>
          <w:p w14:paraId="41427824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>4</w:t>
            </w:r>
          </w:p>
        </w:tc>
        <w:tc>
          <w:tcPr>
            <w:tcW w:w="3543" w:type="dxa"/>
          </w:tcPr>
          <w:p w14:paraId="2E07CD07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>2341</w:t>
            </w:r>
          </w:p>
        </w:tc>
      </w:tr>
      <w:tr w:rsidR="000D50D7" w:rsidRPr="000D50D7" w14:paraId="4C2724B7" w14:textId="77777777" w:rsidTr="00BC5EAF">
        <w:tc>
          <w:tcPr>
            <w:tcW w:w="2694" w:type="dxa"/>
          </w:tcPr>
          <w:p w14:paraId="57AE30D1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>5</w:t>
            </w:r>
          </w:p>
        </w:tc>
        <w:tc>
          <w:tcPr>
            <w:tcW w:w="3543" w:type="dxa"/>
          </w:tcPr>
          <w:p w14:paraId="5093AB80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>1-в 2-б 3-г</w:t>
            </w:r>
          </w:p>
        </w:tc>
      </w:tr>
      <w:tr w:rsidR="000D50D7" w:rsidRPr="000D50D7" w14:paraId="76F30133" w14:textId="77777777" w:rsidTr="00BC5EAF">
        <w:tc>
          <w:tcPr>
            <w:tcW w:w="2694" w:type="dxa"/>
          </w:tcPr>
          <w:p w14:paraId="14B86ACF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>6</w:t>
            </w:r>
          </w:p>
        </w:tc>
        <w:tc>
          <w:tcPr>
            <w:tcW w:w="3543" w:type="dxa"/>
          </w:tcPr>
          <w:p w14:paraId="01E63103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>1-а 2-б 3-в</w:t>
            </w:r>
          </w:p>
        </w:tc>
      </w:tr>
      <w:tr w:rsidR="000D50D7" w:rsidRPr="000D50D7" w14:paraId="5F6EA280" w14:textId="77777777" w:rsidTr="00BC5EAF">
        <w:tc>
          <w:tcPr>
            <w:tcW w:w="2694" w:type="dxa"/>
          </w:tcPr>
          <w:p w14:paraId="6381FBD0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>7</w:t>
            </w:r>
          </w:p>
        </w:tc>
        <w:tc>
          <w:tcPr>
            <w:tcW w:w="3543" w:type="dxa"/>
          </w:tcPr>
          <w:p w14:paraId="0CA635E7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1-в 2-б 3-г </w:t>
            </w:r>
          </w:p>
        </w:tc>
      </w:tr>
      <w:tr w:rsidR="000D50D7" w:rsidRPr="000D50D7" w14:paraId="400B5B2B" w14:textId="77777777" w:rsidTr="00BC5EAF">
        <w:tc>
          <w:tcPr>
            <w:tcW w:w="2694" w:type="dxa"/>
          </w:tcPr>
          <w:p w14:paraId="325D028F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lastRenderedPageBreak/>
              <w:t>8</w:t>
            </w:r>
          </w:p>
        </w:tc>
        <w:tc>
          <w:tcPr>
            <w:tcW w:w="3543" w:type="dxa"/>
          </w:tcPr>
          <w:p w14:paraId="3537FDAB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>1-а 2-в 3-б</w:t>
            </w:r>
          </w:p>
        </w:tc>
      </w:tr>
      <w:tr w:rsidR="000D50D7" w:rsidRPr="000D50D7" w14:paraId="3D77C551" w14:textId="77777777" w:rsidTr="00BC5EAF">
        <w:tc>
          <w:tcPr>
            <w:tcW w:w="2694" w:type="dxa"/>
          </w:tcPr>
          <w:p w14:paraId="0EB5567E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>9</w:t>
            </w:r>
          </w:p>
        </w:tc>
        <w:tc>
          <w:tcPr>
            <w:tcW w:w="3543" w:type="dxa"/>
          </w:tcPr>
          <w:p w14:paraId="5DC3D964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>1-б 2- в 3-а</w:t>
            </w:r>
          </w:p>
        </w:tc>
      </w:tr>
      <w:tr w:rsidR="000D50D7" w:rsidRPr="000D50D7" w14:paraId="1EB78235" w14:textId="77777777" w:rsidTr="00BC5EAF">
        <w:tc>
          <w:tcPr>
            <w:tcW w:w="2694" w:type="dxa"/>
          </w:tcPr>
          <w:p w14:paraId="36D99529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>10</w:t>
            </w:r>
          </w:p>
        </w:tc>
        <w:tc>
          <w:tcPr>
            <w:tcW w:w="3543" w:type="dxa"/>
          </w:tcPr>
          <w:p w14:paraId="543C0C7A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>Олимпийского</w:t>
            </w:r>
          </w:p>
        </w:tc>
      </w:tr>
      <w:bookmarkEnd w:id="1"/>
    </w:tbl>
    <w:p w14:paraId="010AF596" w14:textId="77777777" w:rsidR="000D50D7" w:rsidRPr="000D50D7" w:rsidRDefault="000D50D7" w:rsidP="000D50D7">
      <w:pPr>
        <w:spacing w:line="240" w:lineRule="auto"/>
        <w:jc w:val="center"/>
        <w:rPr>
          <w:rFonts w:eastAsia="Calibri" w:cs="Times New Roman"/>
          <w:b/>
          <w:bCs/>
          <w:sz w:val="20"/>
          <w:szCs w:val="20"/>
          <w:lang w:val="ru-RU" w:eastAsia="ru-RU"/>
        </w:rPr>
      </w:pPr>
    </w:p>
    <w:p w14:paraId="1C7C362A" w14:textId="77777777" w:rsidR="000D50D7" w:rsidRPr="000D50D7" w:rsidRDefault="000D50D7" w:rsidP="000D50D7">
      <w:pPr>
        <w:spacing w:line="240" w:lineRule="auto"/>
        <w:jc w:val="center"/>
        <w:rPr>
          <w:rFonts w:eastAsia="Calibri" w:cs="Times New Roman"/>
          <w:b/>
          <w:bCs/>
          <w:color w:val="0070C0"/>
          <w:sz w:val="20"/>
          <w:szCs w:val="20"/>
          <w:lang w:val="ru-RU" w:eastAsia="ru-RU"/>
        </w:rPr>
      </w:pPr>
    </w:p>
    <w:p w14:paraId="6436A559" w14:textId="77777777" w:rsidR="000D50D7" w:rsidRPr="000D50D7" w:rsidRDefault="000D50D7" w:rsidP="000D50D7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Calibri" w:cs="Times New Roman"/>
          <w:b/>
          <w:bCs/>
          <w:sz w:val="20"/>
          <w:szCs w:val="20"/>
          <w:lang w:val="ru-RU" w:eastAsia="ru-RU"/>
        </w:rPr>
      </w:pPr>
      <w:bookmarkStart w:id="2" w:name="_Hlk185633395"/>
      <w:r w:rsidRPr="000D50D7">
        <w:rPr>
          <w:rFonts w:eastAsia="Calibri" w:cs="Times New Roman"/>
          <w:b/>
          <w:bCs/>
          <w:sz w:val="20"/>
          <w:szCs w:val="20"/>
          <w:lang w:val="ru-RU" w:eastAsia="ru-RU"/>
        </w:rPr>
        <w:t>Комплект тестовых заданий</w:t>
      </w:r>
    </w:p>
    <w:p w14:paraId="1F72469A" w14:textId="77777777" w:rsidR="000D50D7" w:rsidRPr="000D50D7" w:rsidRDefault="000D50D7" w:rsidP="000D50D7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Calibri" w:cs="Times New Roman"/>
          <w:b/>
          <w:bCs/>
          <w:color w:val="FF0000"/>
          <w:sz w:val="20"/>
          <w:szCs w:val="20"/>
          <w:lang w:val="ru-RU"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334"/>
        <w:gridCol w:w="1352"/>
        <w:gridCol w:w="2304"/>
        <w:gridCol w:w="3649"/>
      </w:tblGrid>
      <w:tr w:rsidR="000D50D7" w:rsidRPr="000D50D7" w14:paraId="37675C3B" w14:textId="77777777" w:rsidTr="00BC5EAF">
        <w:tc>
          <w:tcPr>
            <w:tcW w:w="2334" w:type="dxa"/>
          </w:tcPr>
          <w:p w14:paraId="7E0B3618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Индикатор</w:t>
            </w:r>
          </w:p>
        </w:tc>
        <w:tc>
          <w:tcPr>
            <w:tcW w:w="1352" w:type="dxa"/>
          </w:tcPr>
          <w:p w14:paraId="0F2720BF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УК-7.2</w:t>
            </w:r>
          </w:p>
        </w:tc>
        <w:tc>
          <w:tcPr>
            <w:tcW w:w="2304" w:type="dxa"/>
          </w:tcPr>
          <w:p w14:paraId="6B1FF3C2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Семестр</w:t>
            </w:r>
          </w:p>
        </w:tc>
        <w:tc>
          <w:tcPr>
            <w:tcW w:w="3649" w:type="dxa"/>
          </w:tcPr>
          <w:p w14:paraId="43D75868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1</w:t>
            </w:r>
          </w:p>
        </w:tc>
      </w:tr>
      <w:tr w:rsidR="000D50D7" w:rsidRPr="000D50D7" w14:paraId="1AE3DAE3" w14:textId="77777777" w:rsidTr="00BC5EAF">
        <w:tc>
          <w:tcPr>
            <w:tcW w:w="3686" w:type="dxa"/>
            <w:gridSpan w:val="2"/>
          </w:tcPr>
          <w:p w14:paraId="134A2418" w14:textId="77777777" w:rsidR="000D50D7" w:rsidRPr="000D50D7" w:rsidRDefault="000D50D7" w:rsidP="000D50D7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Уровень сложности</w:t>
            </w:r>
          </w:p>
        </w:tc>
        <w:tc>
          <w:tcPr>
            <w:tcW w:w="5953" w:type="dxa"/>
            <w:gridSpan w:val="2"/>
          </w:tcPr>
          <w:p w14:paraId="1E576C56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Базовый</w:t>
            </w:r>
          </w:p>
        </w:tc>
      </w:tr>
      <w:tr w:rsidR="000D50D7" w:rsidRPr="000B04D5" w14:paraId="0E663F4C" w14:textId="77777777" w:rsidTr="00BC5EAF">
        <w:tc>
          <w:tcPr>
            <w:tcW w:w="3686" w:type="dxa"/>
            <w:gridSpan w:val="2"/>
          </w:tcPr>
          <w:p w14:paraId="3251006C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Тип задания</w:t>
            </w:r>
          </w:p>
        </w:tc>
        <w:tc>
          <w:tcPr>
            <w:tcW w:w="5953" w:type="dxa"/>
            <w:gridSpan w:val="2"/>
          </w:tcPr>
          <w:p w14:paraId="6889ED6C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Задания с выбором одного ответа / нескольких ответов</w:t>
            </w:r>
          </w:p>
        </w:tc>
      </w:tr>
      <w:tr w:rsidR="000D50D7" w:rsidRPr="000D50D7" w14:paraId="68B5ED0C" w14:textId="77777777" w:rsidTr="00BC5EAF">
        <w:tc>
          <w:tcPr>
            <w:tcW w:w="3686" w:type="dxa"/>
            <w:gridSpan w:val="2"/>
          </w:tcPr>
          <w:p w14:paraId="03971224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bCs/>
                <w:i/>
                <w:iCs/>
                <w:sz w:val="20"/>
                <w:szCs w:val="20"/>
                <w:lang w:val="ru-RU" w:eastAsia="ru-RU"/>
              </w:rPr>
              <w:t xml:space="preserve">Инструкция: </w:t>
            </w:r>
          </w:p>
        </w:tc>
        <w:tc>
          <w:tcPr>
            <w:tcW w:w="5953" w:type="dxa"/>
            <w:gridSpan w:val="2"/>
          </w:tcPr>
          <w:p w14:paraId="559FA626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bCs/>
                <w:i/>
                <w:iCs/>
                <w:sz w:val="20"/>
                <w:szCs w:val="20"/>
                <w:lang w:val="ru-RU" w:eastAsia="ru-RU"/>
              </w:rPr>
              <w:t>укажите один вариант ответа</w:t>
            </w:r>
          </w:p>
        </w:tc>
      </w:tr>
      <w:tr w:rsidR="000D50D7" w:rsidRPr="000D50D7" w14:paraId="2CB1467A" w14:textId="77777777" w:rsidTr="00BC5EAF">
        <w:tc>
          <w:tcPr>
            <w:tcW w:w="9639" w:type="dxa"/>
            <w:gridSpan w:val="4"/>
          </w:tcPr>
          <w:p w14:paraId="2653DF1F" w14:textId="77777777" w:rsidR="000D50D7" w:rsidRPr="000D50D7" w:rsidRDefault="000D50D7" w:rsidP="000D50D7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 xml:space="preserve">1.Какая страна </w:t>
            </w:r>
            <w:proofErr w:type="gramStart"/>
            <w:r w:rsidRPr="000D50D7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является  родиной</w:t>
            </w:r>
            <w:proofErr w:type="gramEnd"/>
            <w:r w:rsidRPr="000D50D7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 xml:space="preserve"> футбола?</w:t>
            </w:r>
          </w:p>
          <w:p w14:paraId="7AA3621A" w14:textId="77777777" w:rsidR="000D50D7" w:rsidRPr="000D50D7" w:rsidRDefault="000D50D7" w:rsidP="000D50D7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b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b/>
                <w:sz w:val="20"/>
                <w:szCs w:val="20"/>
                <w:lang w:val="ru-RU" w:eastAsia="ru-RU"/>
              </w:rPr>
              <w:t>А. Англия</w:t>
            </w:r>
          </w:p>
          <w:p w14:paraId="68F78856" w14:textId="77777777" w:rsidR="000D50D7" w:rsidRPr="000D50D7" w:rsidRDefault="000D50D7" w:rsidP="000D50D7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>Б. Германия</w:t>
            </w:r>
          </w:p>
          <w:p w14:paraId="7B36460C" w14:textId="77777777" w:rsidR="000D50D7" w:rsidRPr="000D50D7" w:rsidRDefault="000D50D7" w:rsidP="000D50D7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>В. Бразилия</w:t>
            </w:r>
          </w:p>
          <w:p w14:paraId="6C2A2F65" w14:textId="77777777" w:rsidR="000D50D7" w:rsidRPr="000D50D7" w:rsidRDefault="000D50D7" w:rsidP="000D50D7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</w:p>
          <w:p w14:paraId="29692B68" w14:textId="77777777" w:rsidR="000D50D7" w:rsidRPr="000D50D7" w:rsidRDefault="000D50D7" w:rsidP="000D50D7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2. Страной происхождения «волейбола» считается:</w:t>
            </w:r>
          </w:p>
          <w:p w14:paraId="42B2F60B" w14:textId="77777777" w:rsidR="000D50D7" w:rsidRPr="000D50D7" w:rsidRDefault="000D50D7" w:rsidP="000D50D7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>А. Англия.</w:t>
            </w:r>
          </w:p>
          <w:p w14:paraId="6695E5DA" w14:textId="77777777" w:rsidR="000D50D7" w:rsidRPr="000D50D7" w:rsidRDefault="000D50D7" w:rsidP="000D50D7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b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b/>
                <w:sz w:val="20"/>
                <w:szCs w:val="20"/>
                <w:lang w:val="ru-RU" w:eastAsia="ru-RU"/>
              </w:rPr>
              <w:t>Б. США.</w:t>
            </w:r>
          </w:p>
          <w:p w14:paraId="1F9FBE94" w14:textId="77777777" w:rsidR="000D50D7" w:rsidRPr="000D50D7" w:rsidRDefault="000D50D7" w:rsidP="000D50D7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>В. Россия</w:t>
            </w:r>
          </w:p>
          <w:p w14:paraId="4E5EFA33" w14:textId="77777777" w:rsidR="000D50D7" w:rsidRPr="000D50D7" w:rsidRDefault="000D50D7" w:rsidP="000D50D7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</w:p>
        </w:tc>
      </w:tr>
      <w:tr w:rsidR="000D50D7" w:rsidRPr="000D50D7" w14:paraId="2E8DE2AC" w14:textId="77777777" w:rsidTr="00BC5EAF">
        <w:tc>
          <w:tcPr>
            <w:tcW w:w="3686" w:type="dxa"/>
            <w:gridSpan w:val="2"/>
          </w:tcPr>
          <w:p w14:paraId="27E988E5" w14:textId="77777777" w:rsidR="000D50D7" w:rsidRPr="000D50D7" w:rsidRDefault="000D50D7" w:rsidP="000D50D7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Уровень сложности</w:t>
            </w:r>
          </w:p>
        </w:tc>
        <w:tc>
          <w:tcPr>
            <w:tcW w:w="5953" w:type="dxa"/>
            <w:gridSpan w:val="2"/>
          </w:tcPr>
          <w:p w14:paraId="4535731C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Повышенный</w:t>
            </w:r>
          </w:p>
        </w:tc>
      </w:tr>
      <w:tr w:rsidR="000D50D7" w:rsidRPr="000B04D5" w14:paraId="4C932D09" w14:textId="77777777" w:rsidTr="00BC5EAF">
        <w:tc>
          <w:tcPr>
            <w:tcW w:w="3686" w:type="dxa"/>
            <w:gridSpan w:val="2"/>
          </w:tcPr>
          <w:p w14:paraId="143DB0BC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Тип задания</w:t>
            </w:r>
          </w:p>
        </w:tc>
        <w:tc>
          <w:tcPr>
            <w:tcW w:w="5953" w:type="dxa"/>
            <w:gridSpan w:val="2"/>
          </w:tcPr>
          <w:p w14:paraId="1DB1E461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Задания на установление последовательности / соответствия</w:t>
            </w:r>
          </w:p>
        </w:tc>
      </w:tr>
      <w:tr w:rsidR="000D50D7" w:rsidRPr="000B04D5" w14:paraId="739EF3D1" w14:textId="77777777" w:rsidTr="00BC5EAF">
        <w:tc>
          <w:tcPr>
            <w:tcW w:w="3686" w:type="dxa"/>
            <w:gridSpan w:val="2"/>
          </w:tcPr>
          <w:p w14:paraId="45339D44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bCs/>
                <w:i/>
                <w:iCs/>
                <w:sz w:val="20"/>
                <w:szCs w:val="20"/>
                <w:lang w:val="ru-RU" w:eastAsia="ru-RU"/>
              </w:rPr>
              <w:t xml:space="preserve">Инструкция: </w:t>
            </w:r>
          </w:p>
        </w:tc>
        <w:tc>
          <w:tcPr>
            <w:tcW w:w="5953" w:type="dxa"/>
            <w:gridSpan w:val="2"/>
          </w:tcPr>
          <w:p w14:paraId="6825223A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bCs/>
                <w:i/>
                <w:iCs/>
                <w:sz w:val="20"/>
                <w:szCs w:val="20"/>
                <w:lang w:val="ru-RU" w:eastAsia="ru-RU"/>
              </w:rPr>
              <w:t>установите последовательность элементов /соответствие между объектами задания и вариантами ответа</w:t>
            </w:r>
          </w:p>
        </w:tc>
      </w:tr>
      <w:tr w:rsidR="000D50D7" w:rsidRPr="000D50D7" w14:paraId="5FA9E4A6" w14:textId="77777777" w:rsidTr="00BC5EAF">
        <w:tc>
          <w:tcPr>
            <w:tcW w:w="9639" w:type="dxa"/>
            <w:gridSpan w:val="4"/>
            <w:tcBorders>
              <w:bottom w:val="nil"/>
            </w:tcBorders>
          </w:tcPr>
          <w:p w14:paraId="33FC9695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</w:p>
          <w:p w14:paraId="7C299D21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>3.Установите последовательность выполнения фаз прыжка в длину с места:</w:t>
            </w:r>
          </w:p>
          <w:p w14:paraId="637DF45F" w14:textId="77777777" w:rsidR="000D50D7" w:rsidRPr="000D50D7" w:rsidRDefault="000D50D7" w:rsidP="000D50D7">
            <w:pPr>
              <w:numPr>
                <w:ilvl w:val="0"/>
                <w:numId w:val="21"/>
              </w:num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>Полет</w:t>
            </w:r>
          </w:p>
          <w:p w14:paraId="7214C43D" w14:textId="77777777" w:rsidR="000D50D7" w:rsidRPr="000D50D7" w:rsidRDefault="000D50D7" w:rsidP="000D50D7">
            <w:pPr>
              <w:numPr>
                <w:ilvl w:val="0"/>
                <w:numId w:val="21"/>
              </w:num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>Приземление</w:t>
            </w:r>
          </w:p>
          <w:p w14:paraId="21B94F4C" w14:textId="77777777" w:rsidR="000D50D7" w:rsidRPr="000D50D7" w:rsidRDefault="000D50D7" w:rsidP="000D50D7">
            <w:pPr>
              <w:numPr>
                <w:ilvl w:val="0"/>
                <w:numId w:val="21"/>
              </w:num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>Отталкивание</w:t>
            </w:r>
          </w:p>
          <w:p w14:paraId="5D23E941" w14:textId="77777777" w:rsidR="000D50D7" w:rsidRPr="000D50D7" w:rsidRDefault="000D50D7" w:rsidP="000D50D7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</w:p>
          <w:p w14:paraId="45B849DD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4.Установите </w:t>
            </w:r>
            <w:proofErr w:type="gramStart"/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>последовательность  частей</w:t>
            </w:r>
            <w:proofErr w:type="gramEnd"/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 занятия по физической культуре:</w:t>
            </w:r>
          </w:p>
          <w:p w14:paraId="49F688AA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>1. заминка</w:t>
            </w:r>
          </w:p>
          <w:p w14:paraId="11E5B262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>2. основная</w:t>
            </w:r>
          </w:p>
          <w:p w14:paraId="33F91E29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>3. разминка</w:t>
            </w:r>
          </w:p>
          <w:p w14:paraId="7706EC73" w14:textId="77777777" w:rsidR="000D50D7" w:rsidRPr="000D50D7" w:rsidRDefault="000D50D7" w:rsidP="000D50D7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color w:val="0070C0"/>
                <w:sz w:val="20"/>
                <w:szCs w:val="20"/>
                <w:lang w:val="ru-RU" w:eastAsia="ru-RU"/>
              </w:rPr>
            </w:pPr>
          </w:p>
        </w:tc>
      </w:tr>
      <w:tr w:rsidR="000D50D7" w:rsidRPr="000D50D7" w14:paraId="36ADB807" w14:textId="77777777" w:rsidTr="00BC5EAF">
        <w:tc>
          <w:tcPr>
            <w:tcW w:w="9639" w:type="dxa"/>
            <w:gridSpan w:val="4"/>
            <w:tcBorders>
              <w:top w:val="nil"/>
              <w:bottom w:val="nil"/>
            </w:tcBorders>
          </w:tcPr>
          <w:p w14:paraId="13B58B4D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5.Установите </w:t>
            </w:r>
            <w:r w:rsidRPr="000D50D7">
              <w:rPr>
                <w:rFonts w:eastAsia="Calibri" w:cs="Times New Roman"/>
                <w:sz w:val="20"/>
                <w:szCs w:val="20"/>
                <w:lang w:val="ru-RU"/>
              </w:rPr>
              <w:t>соответствие веса мячей:</w:t>
            </w:r>
          </w:p>
        </w:tc>
      </w:tr>
      <w:tr w:rsidR="000D50D7" w:rsidRPr="000D50D7" w14:paraId="17C6C3B0" w14:textId="77777777" w:rsidTr="00BC5EAF">
        <w:tc>
          <w:tcPr>
            <w:tcW w:w="3686" w:type="dxa"/>
            <w:gridSpan w:val="2"/>
            <w:tcBorders>
              <w:top w:val="nil"/>
              <w:bottom w:val="nil"/>
              <w:right w:val="nil"/>
            </w:tcBorders>
          </w:tcPr>
          <w:p w14:paraId="4179C114" w14:textId="77777777" w:rsidR="000D50D7" w:rsidRPr="000D50D7" w:rsidRDefault="000D50D7" w:rsidP="000D50D7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>1.Баскетбольный</w:t>
            </w:r>
          </w:p>
          <w:p w14:paraId="76F1029D" w14:textId="77777777" w:rsidR="000D50D7" w:rsidRPr="000D50D7" w:rsidRDefault="000D50D7" w:rsidP="000D50D7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>2.Волейбольный</w:t>
            </w:r>
          </w:p>
          <w:p w14:paraId="16FE45E3" w14:textId="77777777" w:rsidR="000D50D7" w:rsidRPr="000D50D7" w:rsidRDefault="000D50D7" w:rsidP="000D50D7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>3.Футбольный</w:t>
            </w:r>
          </w:p>
          <w:p w14:paraId="33CBCAE4" w14:textId="77777777" w:rsidR="000D50D7" w:rsidRPr="000D50D7" w:rsidRDefault="000D50D7" w:rsidP="000D50D7">
            <w:pPr>
              <w:spacing w:line="240" w:lineRule="auto"/>
              <w:rPr>
                <w:rFonts w:eastAsia="Calibri" w:cs="Times New Roman"/>
                <w:b/>
                <w:sz w:val="20"/>
                <w:szCs w:val="20"/>
                <w:lang w:val="ru-RU" w:eastAsia="ru-RU"/>
              </w:rPr>
            </w:pP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</w:tcBorders>
          </w:tcPr>
          <w:p w14:paraId="2C3353DD" w14:textId="77777777" w:rsidR="000D50D7" w:rsidRPr="000D50D7" w:rsidRDefault="000D50D7" w:rsidP="000D50D7">
            <w:pPr>
              <w:tabs>
                <w:tab w:val="left" w:pos="317"/>
              </w:tabs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>А 260-</w:t>
            </w:r>
            <w:smartTag w:uri="urn:schemas-microsoft-com:office:smarttags" w:element="metricconverter">
              <w:smartTagPr>
                <w:attr w:name="ProductID" w:val="280 г"/>
              </w:smartTagPr>
              <w:r w:rsidRPr="000D50D7">
                <w:rPr>
                  <w:rFonts w:eastAsia="Calibri" w:cs="Times New Roman"/>
                  <w:sz w:val="20"/>
                  <w:szCs w:val="20"/>
                  <w:lang w:val="ru-RU" w:eastAsia="ru-RU"/>
                </w:rPr>
                <w:t>280 г</w:t>
              </w:r>
            </w:smartTag>
          </w:p>
          <w:p w14:paraId="48250041" w14:textId="77777777" w:rsidR="000D50D7" w:rsidRPr="000D50D7" w:rsidRDefault="000D50D7" w:rsidP="000D50D7">
            <w:pPr>
              <w:tabs>
                <w:tab w:val="left" w:pos="317"/>
              </w:tabs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б </w:t>
            </w:r>
            <w:smartTag w:uri="urn:schemas-microsoft-com:office:smarttags" w:element="metricconverter">
              <w:smartTagPr>
                <w:attr w:name="ProductID" w:val="650 г"/>
              </w:smartTagPr>
              <w:r w:rsidRPr="000D50D7">
                <w:rPr>
                  <w:rFonts w:eastAsia="Calibri" w:cs="Times New Roman"/>
                  <w:sz w:val="20"/>
                  <w:szCs w:val="20"/>
                  <w:lang w:val="ru-RU" w:eastAsia="ru-RU"/>
                </w:rPr>
                <w:t>650 г</w:t>
              </w:r>
            </w:smartTag>
          </w:p>
          <w:p w14:paraId="4E879594" w14:textId="77777777" w:rsidR="000D50D7" w:rsidRPr="000D50D7" w:rsidRDefault="000D50D7" w:rsidP="000D50D7">
            <w:pPr>
              <w:tabs>
                <w:tab w:val="left" w:pos="317"/>
              </w:tabs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в </w:t>
            </w:r>
            <w:smartTag w:uri="urn:schemas-microsoft-com:office:smarttags" w:element="metricconverter">
              <w:smartTagPr>
                <w:attr w:name="ProductID" w:val="450 г"/>
              </w:smartTagPr>
              <w:r w:rsidRPr="000D50D7">
                <w:rPr>
                  <w:rFonts w:eastAsia="Calibri" w:cs="Times New Roman"/>
                  <w:sz w:val="20"/>
                  <w:szCs w:val="20"/>
                  <w:lang w:val="ru-RU" w:eastAsia="ru-RU"/>
                </w:rPr>
                <w:t>450 г</w:t>
              </w:r>
            </w:smartTag>
          </w:p>
          <w:p w14:paraId="4282320C" w14:textId="77777777" w:rsidR="000D50D7" w:rsidRPr="000D50D7" w:rsidRDefault="000D50D7" w:rsidP="000D50D7">
            <w:pPr>
              <w:tabs>
                <w:tab w:val="left" w:pos="317"/>
              </w:tabs>
              <w:spacing w:line="240" w:lineRule="auto"/>
              <w:contextualSpacing/>
              <w:jc w:val="both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г.10 кг</w:t>
            </w:r>
          </w:p>
        </w:tc>
      </w:tr>
      <w:tr w:rsidR="000D50D7" w:rsidRPr="000D50D7" w14:paraId="2DC1982D" w14:textId="77777777" w:rsidTr="00BC5EAF">
        <w:tc>
          <w:tcPr>
            <w:tcW w:w="9639" w:type="dxa"/>
            <w:gridSpan w:val="4"/>
            <w:tcBorders>
              <w:top w:val="nil"/>
              <w:bottom w:val="nil"/>
            </w:tcBorders>
          </w:tcPr>
          <w:p w14:paraId="3F4DFBCC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color w:val="0070C0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>6.Установите соответствие между:</w:t>
            </w:r>
          </w:p>
        </w:tc>
      </w:tr>
      <w:tr w:rsidR="000D50D7" w:rsidRPr="000B04D5" w14:paraId="4493B7BD" w14:textId="77777777" w:rsidTr="00BC5EAF">
        <w:tc>
          <w:tcPr>
            <w:tcW w:w="3686" w:type="dxa"/>
            <w:gridSpan w:val="2"/>
            <w:tcBorders>
              <w:top w:val="nil"/>
              <w:bottom w:val="nil"/>
              <w:right w:val="nil"/>
            </w:tcBorders>
          </w:tcPr>
          <w:p w14:paraId="76F7D2BB" w14:textId="77777777" w:rsidR="000D50D7" w:rsidRPr="000D50D7" w:rsidRDefault="000D50D7" w:rsidP="000D50D7">
            <w:pPr>
              <w:spacing w:line="240" w:lineRule="auto"/>
              <w:jc w:val="both"/>
              <w:rPr>
                <w:rFonts w:eastAsia="Calibri" w:cs="Times New Roman"/>
                <w:color w:val="0070C0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1. спорт </w:t>
            </w:r>
          </w:p>
          <w:p w14:paraId="1C5C4EB7" w14:textId="77777777" w:rsidR="000D50D7" w:rsidRPr="000D50D7" w:rsidRDefault="000D50D7" w:rsidP="000D50D7">
            <w:pPr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>2.кросс</w:t>
            </w:r>
          </w:p>
          <w:p w14:paraId="1C4482D9" w14:textId="77777777" w:rsidR="000D50D7" w:rsidRPr="000D50D7" w:rsidRDefault="000D50D7" w:rsidP="000D50D7">
            <w:pPr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>3. спринт</w:t>
            </w:r>
          </w:p>
          <w:p w14:paraId="0B5C736F" w14:textId="77777777" w:rsidR="000D50D7" w:rsidRPr="000D50D7" w:rsidRDefault="000D50D7" w:rsidP="000D50D7">
            <w:pPr>
              <w:spacing w:line="240" w:lineRule="auto"/>
              <w:jc w:val="both"/>
              <w:rPr>
                <w:rFonts w:eastAsia="Calibri" w:cs="Times New Roman"/>
                <w:b/>
                <w:bCs/>
                <w:color w:val="0070C0"/>
                <w:sz w:val="20"/>
                <w:szCs w:val="20"/>
                <w:lang w:val="ru-RU" w:eastAsia="ru-RU"/>
              </w:rPr>
            </w:pP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</w:tcBorders>
          </w:tcPr>
          <w:p w14:paraId="74C5306E" w14:textId="77777777" w:rsidR="000D50D7" w:rsidRPr="000D50D7" w:rsidRDefault="000D50D7" w:rsidP="000D50D7">
            <w:pPr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А. Составная часть физической культуры, система организации, подготовки и проведения соревнований по установленным правилам, позволяющим участвующим в них добиться высоких результатов.                    </w:t>
            </w:r>
          </w:p>
          <w:p w14:paraId="4BDFD443" w14:textId="77777777" w:rsidR="000D50D7" w:rsidRPr="000D50D7" w:rsidRDefault="000D50D7" w:rsidP="000D50D7">
            <w:pPr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Б. Это относительно спокойный бег на длинные дистанции от 3 до </w:t>
            </w:r>
            <w:smartTag w:uri="urn:schemas-microsoft-com:office:smarttags" w:element="metricconverter">
              <w:smartTagPr>
                <w:attr w:name="ProductID" w:val="12 километров"/>
              </w:smartTagPr>
              <w:r w:rsidRPr="000D50D7">
                <w:rPr>
                  <w:rFonts w:eastAsia="Calibri" w:cs="Times New Roman"/>
                  <w:sz w:val="20"/>
                  <w:szCs w:val="20"/>
                  <w:lang w:val="ru-RU" w:eastAsia="ru-RU"/>
                </w:rPr>
                <w:t>12 километров</w:t>
              </w:r>
            </w:smartTag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>.</w:t>
            </w:r>
          </w:p>
          <w:p w14:paraId="64DEE22F" w14:textId="77777777" w:rsidR="000D50D7" w:rsidRPr="000D50D7" w:rsidRDefault="000D50D7" w:rsidP="000D50D7">
            <w:pPr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>В.  Бег на короткие дистанции</w:t>
            </w:r>
          </w:p>
          <w:p w14:paraId="559808BA" w14:textId="77777777" w:rsidR="000D50D7" w:rsidRPr="000D50D7" w:rsidRDefault="000D50D7" w:rsidP="000D50D7">
            <w:pPr>
              <w:spacing w:line="240" w:lineRule="auto"/>
              <w:jc w:val="both"/>
              <w:rPr>
                <w:rFonts w:eastAsia="Calibri" w:cs="Times New Roman"/>
                <w:b/>
                <w:bCs/>
                <w:color w:val="0070C0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>Г. Прыжки в длину</w:t>
            </w:r>
          </w:p>
        </w:tc>
      </w:tr>
      <w:tr w:rsidR="000D50D7" w:rsidRPr="000B04D5" w14:paraId="043710BD" w14:textId="77777777" w:rsidTr="00BC5EAF">
        <w:tc>
          <w:tcPr>
            <w:tcW w:w="9639" w:type="dxa"/>
            <w:gridSpan w:val="4"/>
            <w:tcBorders>
              <w:top w:val="nil"/>
              <w:bottom w:val="nil"/>
            </w:tcBorders>
          </w:tcPr>
          <w:p w14:paraId="71FCA446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>7.Установите соответствие между спортсменом и видом спорта:</w:t>
            </w:r>
          </w:p>
        </w:tc>
      </w:tr>
      <w:tr w:rsidR="000D50D7" w:rsidRPr="000D50D7" w14:paraId="0A5A06E9" w14:textId="77777777" w:rsidTr="00BC5EAF">
        <w:tc>
          <w:tcPr>
            <w:tcW w:w="3686" w:type="dxa"/>
            <w:gridSpan w:val="2"/>
            <w:tcBorders>
              <w:top w:val="nil"/>
              <w:bottom w:val="nil"/>
              <w:right w:val="nil"/>
            </w:tcBorders>
          </w:tcPr>
          <w:p w14:paraId="4F89C726" w14:textId="77777777" w:rsidR="000D50D7" w:rsidRPr="000D50D7" w:rsidRDefault="000D50D7" w:rsidP="000D50D7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1Майкал </w:t>
            </w:r>
            <w:proofErr w:type="spellStart"/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>Джордан</w:t>
            </w:r>
            <w:proofErr w:type="spellEnd"/>
          </w:p>
          <w:p w14:paraId="73A9E840" w14:textId="77777777" w:rsidR="000D50D7" w:rsidRPr="000D50D7" w:rsidRDefault="000D50D7" w:rsidP="000D50D7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2Роналду </w:t>
            </w:r>
          </w:p>
          <w:p w14:paraId="583FCB38" w14:textId="77777777" w:rsidR="000D50D7" w:rsidRPr="000D50D7" w:rsidRDefault="000D50D7" w:rsidP="000D50D7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>3Евгений Малкин</w:t>
            </w:r>
          </w:p>
          <w:p w14:paraId="226419CF" w14:textId="77777777" w:rsidR="000D50D7" w:rsidRPr="000D50D7" w:rsidRDefault="000D50D7" w:rsidP="000D50D7">
            <w:pPr>
              <w:spacing w:line="240" w:lineRule="auto"/>
              <w:jc w:val="both"/>
              <w:rPr>
                <w:rFonts w:eastAsia="Calibri" w:cs="Times New Roman"/>
                <w:b/>
                <w:sz w:val="20"/>
                <w:szCs w:val="20"/>
                <w:lang w:val="ru-RU" w:eastAsia="ru-RU"/>
              </w:rPr>
            </w:pPr>
          </w:p>
          <w:p w14:paraId="753ED457" w14:textId="77777777" w:rsidR="000D50D7" w:rsidRPr="000D50D7" w:rsidRDefault="000D50D7" w:rsidP="000D50D7">
            <w:pPr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</w:tcBorders>
          </w:tcPr>
          <w:p w14:paraId="06650C03" w14:textId="77777777" w:rsidR="000D50D7" w:rsidRPr="000D50D7" w:rsidRDefault="000D50D7" w:rsidP="000D50D7">
            <w:pPr>
              <w:tabs>
                <w:tab w:val="left" w:pos="317"/>
              </w:tabs>
              <w:spacing w:line="240" w:lineRule="auto"/>
              <w:contextualSpacing/>
              <w:jc w:val="both"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/>
              </w:rPr>
              <w:t xml:space="preserve">А Баскетбол </w:t>
            </w:r>
          </w:p>
          <w:p w14:paraId="6D8A930C" w14:textId="77777777" w:rsidR="000D50D7" w:rsidRPr="000D50D7" w:rsidRDefault="000D50D7" w:rsidP="000D50D7">
            <w:pPr>
              <w:tabs>
                <w:tab w:val="left" w:pos="317"/>
              </w:tabs>
              <w:spacing w:line="240" w:lineRule="auto"/>
              <w:contextualSpacing/>
              <w:jc w:val="both"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/>
              </w:rPr>
              <w:t xml:space="preserve">Б Футбол </w:t>
            </w:r>
          </w:p>
          <w:p w14:paraId="783829E5" w14:textId="77777777" w:rsidR="000D50D7" w:rsidRPr="000D50D7" w:rsidRDefault="000D50D7" w:rsidP="000D50D7">
            <w:pPr>
              <w:tabs>
                <w:tab w:val="left" w:pos="317"/>
              </w:tabs>
              <w:spacing w:line="240" w:lineRule="auto"/>
              <w:contextualSpacing/>
              <w:jc w:val="both"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/>
              </w:rPr>
              <w:t>В Хоккей</w:t>
            </w:r>
          </w:p>
          <w:p w14:paraId="1DAC1DD2" w14:textId="77777777" w:rsidR="000D50D7" w:rsidRPr="000D50D7" w:rsidRDefault="000D50D7" w:rsidP="000D50D7">
            <w:pPr>
              <w:tabs>
                <w:tab w:val="left" w:pos="317"/>
              </w:tabs>
              <w:spacing w:line="240" w:lineRule="auto"/>
              <w:contextualSpacing/>
              <w:jc w:val="both"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/>
              </w:rPr>
              <w:t>Г Теннис</w:t>
            </w:r>
          </w:p>
          <w:p w14:paraId="6F00BCDB" w14:textId="77777777" w:rsidR="000D50D7" w:rsidRPr="000D50D7" w:rsidRDefault="000D50D7" w:rsidP="000D50D7">
            <w:pPr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</w:p>
        </w:tc>
      </w:tr>
      <w:tr w:rsidR="000D50D7" w:rsidRPr="000B04D5" w14:paraId="202D7912" w14:textId="77777777" w:rsidTr="00BC5EAF">
        <w:tc>
          <w:tcPr>
            <w:tcW w:w="9639" w:type="dxa"/>
            <w:gridSpan w:val="4"/>
            <w:tcBorders>
              <w:top w:val="nil"/>
              <w:bottom w:val="nil"/>
            </w:tcBorders>
          </w:tcPr>
          <w:p w14:paraId="3AC7DB1B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>8.Установите соответствие между основными физическими качествами и видами спорта:</w:t>
            </w:r>
          </w:p>
        </w:tc>
      </w:tr>
      <w:tr w:rsidR="000D50D7" w:rsidRPr="000D50D7" w14:paraId="48405227" w14:textId="77777777" w:rsidTr="00BC5EAF">
        <w:tc>
          <w:tcPr>
            <w:tcW w:w="3686" w:type="dxa"/>
            <w:gridSpan w:val="2"/>
            <w:tcBorders>
              <w:top w:val="nil"/>
              <w:bottom w:val="nil"/>
              <w:right w:val="nil"/>
            </w:tcBorders>
          </w:tcPr>
          <w:p w14:paraId="0B8A6E5A" w14:textId="77777777" w:rsidR="000D50D7" w:rsidRPr="000D50D7" w:rsidRDefault="000D50D7" w:rsidP="000D50D7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>1.Выносливость</w:t>
            </w:r>
          </w:p>
          <w:p w14:paraId="58B818C2" w14:textId="77777777" w:rsidR="000D50D7" w:rsidRPr="000D50D7" w:rsidRDefault="000D50D7" w:rsidP="000D50D7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>2.Сила</w:t>
            </w:r>
          </w:p>
          <w:p w14:paraId="299AAECF" w14:textId="77777777" w:rsidR="000D50D7" w:rsidRPr="000D50D7" w:rsidRDefault="000D50D7" w:rsidP="000D50D7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>3.Гибкость</w:t>
            </w:r>
          </w:p>
          <w:p w14:paraId="2E30F6FE" w14:textId="77777777" w:rsidR="000D50D7" w:rsidRPr="000D50D7" w:rsidRDefault="000D50D7" w:rsidP="000D50D7">
            <w:pPr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</w:tcBorders>
          </w:tcPr>
          <w:p w14:paraId="2780462B" w14:textId="77777777" w:rsidR="000D50D7" w:rsidRPr="000D50D7" w:rsidRDefault="000D50D7" w:rsidP="000D50D7">
            <w:pPr>
              <w:tabs>
                <w:tab w:val="left" w:pos="317"/>
              </w:tabs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lastRenderedPageBreak/>
              <w:t>А Лыжные гонки</w:t>
            </w:r>
          </w:p>
          <w:p w14:paraId="7F109591" w14:textId="77777777" w:rsidR="000D50D7" w:rsidRPr="000D50D7" w:rsidRDefault="000D50D7" w:rsidP="000D50D7">
            <w:pPr>
              <w:tabs>
                <w:tab w:val="left" w:pos="317"/>
              </w:tabs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>Б. Спортивная гимнастика</w:t>
            </w:r>
          </w:p>
          <w:p w14:paraId="3A46D37D" w14:textId="77777777" w:rsidR="000D50D7" w:rsidRPr="000D50D7" w:rsidRDefault="000D50D7" w:rsidP="000D50D7">
            <w:pPr>
              <w:tabs>
                <w:tab w:val="left" w:pos="317"/>
              </w:tabs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shd w:val="clear" w:color="auto" w:fill="FFFFFF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shd w:val="clear" w:color="auto" w:fill="FFFFFF"/>
                <w:lang w:val="ru-RU" w:eastAsia="ru-RU"/>
              </w:rPr>
              <w:t>В. Гиревой спорт</w:t>
            </w:r>
          </w:p>
          <w:p w14:paraId="4A2C26F8" w14:textId="77777777" w:rsidR="000D50D7" w:rsidRPr="000D50D7" w:rsidRDefault="000D50D7" w:rsidP="000D50D7">
            <w:pPr>
              <w:tabs>
                <w:tab w:val="left" w:pos="317"/>
              </w:tabs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shd w:val="clear" w:color="auto" w:fill="FFFFFF"/>
                <w:lang w:val="ru-RU" w:eastAsia="ru-RU"/>
              </w:rPr>
              <w:lastRenderedPageBreak/>
              <w:t>Г. Футбол</w:t>
            </w:r>
          </w:p>
          <w:p w14:paraId="1ADFD9A7" w14:textId="77777777" w:rsidR="000D50D7" w:rsidRPr="000D50D7" w:rsidRDefault="000D50D7" w:rsidP="000D50D7">
            <w:pPr>
              <w:tabs>
                <w:tab w:val="left" w:pos="317"/>
              </w:tabs>
              <w:spacing w:line="240" w:lineRule="auto"/>
              <w:contextualSpacing/>
              <w:jc w:val="both"/>
              <w:rPr>
                <w:rFonts w:eastAsia="Calibri" w:cs="Times New Roman"/>
                <w:sz w:val="20"/>
                <w:szCs w:val="20"/>
                <w:lang w:val="ru-RU"/>
              </w:rPr>
            </w:pPr>
          </w:p>
          <w:p w14:paraId="18ADA22E" w14:textId="77777777" w:rsidR="000D50D7" w:rsidRPr="000D50D7" w:rsidRDefault="000D50D7" w:rsidP="000D50D7">
            <w:pPr>
              <w:tabs>
                <w:tab w:val="left" w:pos="317"/>
              </w:tabs>
              <w:spacing w:line="240" w:lineRule="auto"/>
              <w:contextualSpacing/>
              <w:jc w:val="both"/>
              <w:rPr>
                <w:rFonts w:eastAsia="Calibri" w:cs="Times New Roman"/>
                <w:sz w:val="20"/>
                <w:szCs w:val="20"/>
                <w:lang w:val="ru-RU"/>
              </w:rPr>
            </w:pPr>
          </w:p>
          <w:p w14:paraId="58336F43" w14:textId="77777777" w:rsidR="000D50D7" w:rsidRPr="000D50D7" w:rsidRDefault="000D50D7" w:rsidP="000D50D7">
            <w:pPr>
              <w:tabs>
                <w:tab w:val="left" w:pos="317"/>
              </w:tabs>
              <w:spacing w:line="240" w:lineRule="auto"/>
              <w:contextualSpacing/>
              <w:jc w:val="both"/>
              <w:rPr>
                <w:rFonts w:eastAsia="Calibri" w:cs="Times New Roman"/>
                <w:sz w:val="20"/>
                <w:szCs w:val="20"/>
                <w:lang w:val="ru-RU"/>
              </w:rPr>
            </w:pPr>
          </w:p>
        </w:tc>
      </w:tr>
      <w:tr w:rsidR="000D50D7" w:rsidRPr="000D50D7" w14:paraId="1D53BEA2" w14:textId="77777777" w:rsidTr="00BC5EAF">
        <w:tc>
          <w:tcPr>
            <w:tcW w:w="9639" w:type="dxa"/>
            <w:gridSpan w:val="4"/>
            <w:tcBorders>
              <w:top w:val="nil"/>
              <w:bottom w:val="nil"/>
            </w:tcBorders>
          </w:tcPr>
          <w:p w14:paraId="669C82D3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shd w:val="clear" w:color="auto" w:fill="FFFFFF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shd w:val="clear" w:color="auto" w:fill="FFFFFF"/>
                <w:lang w:val="ru-RU" w:eastAsia="ru-RU"/>
              </w:rPr>
              <w:lastRenderedPageBreak/>
              <w:t xml:space="preserve">9.Спортивная обувь </w:t>
            </w:r>
          </w:p>
        </w:tc>
      </w:tr>
      <w:tr w:rsidR="000D50D7" w:rsidRPr="000B04D5" w14:paraId="4EEF8768" w14:textId="77777777" w:rsidTr="00BC5EAF">
        <w:tc>
          <w:tcPr>
            <w:tcW w:w="3686" w:type="dxa"/>
            <w:gridSpan w:val="2"/>
            <w:tcBorders>
              <w:top w:val="nil"/>
              <w:bottom w:val="nil"/>
              <w:right w:val="nil"/>
            </w:tcBorders>
          </w:tcPr>
          <w:p w14:paraId="30C5087F" w14:textId="77777777" w:rsidR="000D50D7" w:rsidRPr="000D50D7" w:rsidRDefault="000D50D7" w:rsidP="000D50D7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       1.коньки</w:t>
            </w:r>
          </w:p>
          <w:p w14:paraId="11E3BA18" w14:textId="77777777" w:rsidR="000D50D7" w:rsidRPr="000D50D7" w:rsidRDefault="000D50D7" w:rsidP="000D50D7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2. бутсы </w:t>
            </w:r>
          </w:p>
          <w:p w14:paraId="6866E8E8" w14:textId="77777777" w:rsidR="000D50D7" w:rsidRPr="000D50D7" w:rsidRDefault="000D50D7" w:rsidP="000D50D7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>3. кроссовки</w:t>
            </w:r>
          </w:p>
          <w:p w14:paraId="4F020357" w14:textId="77777777" w:rsidR="000D50D7" w:rsidRPr="000D50D7" w:rsidRDefault="000D50D7" w:rsidP="000D50D7">
            <w:pPr>
              <w:spacing w:line="240" w:lineRule="auto"/>
              <w:jc w:val="both"/>
              <w:rPr>
                <w:rFonts w:eastAsia="Calibri" w:cs="Times New Roman"/>
                <w:b/>
                <w:sz w:val="20"/>
                <w:szCs w:val="20"/>
                <w:lang w:val="ru-RU" w:eastAsia="ru-RU"/>
              </w:rPr>
            </w:pPr>
          </w:p>
          <w:p w14:paraId="1B471280" w14:textId="77777777" w:rsidR="000D50D7" w:rsidRPr="000D50D7" w:rsidRDefault="000D50D7" w:rsidP="000D50D7">
            <w:pPr>
              <w:spacing w:line="240" w:lineRule="auto"/>
              <w:jc w:val="both"/>
              <w:rPr>
                <w:rFonts w:eastAsia="Calibri" w:cs="Times New Roman"/>
                <w:b/>
                <w:sz w:val="20"/>
                <w:szCs w:val="20"/>
                <w:lang w:val="ru-RU" w:eastAsia="ru-RU"/>
              </w:rPr>
            </w:pP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</w:tcBorders>
          </w:tcPr>
          <w:p w14:paraId="109D6F93" w14:textId="77777777" w:rsidR="000D50D7" w:rsidRPr="000D50D7" w:rsidRDefault="000D50D7" w:rsidP="000D50D7">
            <w:pPr>
              <w:tabs>
                <w:tab w:val="left" w:pos="317"/>
              </w:tabs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>А футбол</w:t>
            </w:r>
          </w:p>
          <w:p w14:paraId="02CE214A" w14:textId="77777777" w:rsidR="000D50D7" w:rsidRPr="000D50D7" w:rsidRDefault="000D50D7" w:rsidP="000D50D7">
            <w:pPr>
              <w:tabs>
                <w:tab w:val="left" w:pos="317"/>
              </w:tabs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>Б хоккей</w:t>
            </w:r>
          </w:p>
          <w:p w14:paraId="38DFC0EA" w14:textId="77777777" w:rsidR="000D50D7" w:rsidRPr="000D50D7" w:rsidRDefault="000D50D7" w:rsidP="000D50D7">
            <w:pPr>
              <w:tabs>
                <w:tab w:val="left" w:pos="317"/>
              </w:tabs>
              <w:spacing w:line="240" w:lineRule="auto"/>
              <w:contextualSpacing/>
              <w:rPr>
                <w:rFonts w:eastAsia="Calibri" w:cs="Times New Roman"/>
                <w:sz w:val="20"/>
                <w:szCs w:val="20"/>
                <w:lang w:val="ru-RU"/>
              </w:rPr>
            </w:pPr>
            <w:proofErr w:type="gramStart"/>
            <w:r w:rsidRPr="000D50D7">
              <w:rPr>
                <w:rFonts w:eastAsia="Calibri" w:cs="Times New Roman"/>
                <w:sz w:val="20"/>
                <w:szCs w:val="20"/>
                <w:lang w:val="ru-RU"/>
              </w:rPr>
              <w:t>В .баскетбол</w:t>
            </w:r>
            <w:proofErr w:type="gramEnd"/>
          </w:p>
          <w:p w14:paraId="7AF8B137" w14:textId="77777777" w:rsidR="000D50D7" w:rsidRPr="000D50D7" w:rsidRDefault="000D50D7" w:rsidP="000D50D7">
            <w:pPr>
              <w:tabs>
                <w:tab w:val="left" w:pos="317"/>
              </w:tabs>
              <w:spacing w:line="240" w:lineRule="auto"/>
              <w:contextualSpacing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/>
              </w:rPr>
              <w:t>Г. биатлон</w:t>
            </w:r>
          </w:p>
          <w:p w14:paraId="31B38484" w14:textId="77777777" w:rsidR="000D50D7" w:rsidRPr="000D50D7" w:rsidRDefault="000D50D7" w:rsidP="000D50D7">
            <w:pPr>
              <w:tabs>
                <w:tab w:val="left" w:pos="317"/>
              </w:tabs>
              <w:spacing w:line="240" w:lineRule="auto"/>
              <w:contextualSpacing/>
              <w:rPr>
                <w:rFonts w:eastAsia="Calibri" w:cs="Times New Roman"/>
                <w:sz w:val="20"/>
                <w:szCs w:val="20"/>
                <w:shd w:val="clear" w:color="auto" w:fill="FFFFFF"/>
                <w:lang w:val="ru-RU"/>
              </w:rPr>
            </w:pPr>
          </w:p>
        </w:tc>
      </w:tr>
      <w:tr w:rsidR="000D50D7" w:rsidRPr="000D50D7" w14:paraId="0EF699A3" w14:textId="77777777" w:rsidTr="00BC5EAF">
        <w:tc>
          <w:tcPr>
            <w:tcW w:w="3686" w:type="dxa"/>
            <w:gridSpan w:val="2"/>
          </w:tcPr>
          <w:p w14:paraId="562A773F" w14:textId="77777777" w:rsidR="000D50D7" w:rsidRPr="000D50D7" w:rsidRDefault="000D50D7" w:rsidP="000D50D7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Уровень сложности</w:t>
            </w:r>
          </w:p>
        </w:tc>
        <w:tc>
          <w:tcPr>
            <w:tcW w:w="5953" w:type="dxa"/>
            <w:gridSpan w:val="2"/>
          </w:tcPr>
          <w:p w14:paraId="362D9D41" w14:textId="77777777" w:rsidR="000D50D7" w:rsidRPr="000D50D7" w:rsidRDefault="000D50D7" w:rsidP="000D50D7">
            <w:pPr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shd w:val="clear" w:color="auto" w:fill="FFFFFF"/>
                <w:lang w:val="ru-RU" w:eastAsia="ru-RU"/>
              </w:rPr>
            </w:pPr>
            <w:r w:rsidRPr="000D50D7">
              <w:rPr>
                <w:rFonts w:eastAsia="Calibri" w:cs="Times New Roman"/>
                <w:b/>
                <w:bCs/>
                <w:sz w:val="20"/>
                <w:szCs w:val="20"/>
                <w:shd w:val="clear" w:color="auto" w:fill="FFFFFF"/>
                <w:lang w:val="ru-RU" w:eastAsia="ru-RU"/>
              </w:rPr>
              <w:t>Высокий</w:t>
            </w:r>
          </w:p>
        </w:tc>
      </w:tr>
      <w:tr w:rsidR="000D50D7" w:rsidRPr="000D50D7" w14:paraId="51D47B6A" w14:textId="77777777" w:rsidTr="00BC5EAF">
        <w:tc>
          <w:tcPr>
            <w:tcW w:w="3686" w:type="dxa"/>
            <w:gridSpan w:val="2"/>
          </w:tcPr>
          <w:p w14:paraId="2570BF95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Тип задания</w:t>
            </w:r>
          </w:p>
        </w:tc>
        <w:tc>
          <w:tcPr>
            <w:tcW w:w="5953" w:type="dxa"/>
            <w:gridSpan w:val="2"/>
          </w:tcPr>
          <w:p w14:paraId="717287E6" w14:textId="77777777" w:rsidR="000D50D7" w:rsidRPr="000D50D7" w:rsidRDefault="000D50D7" w:rsidP="000D50D7">
            <w:pPr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shd w:val="clear" w:color="auto" w:fill="FFFFFF"/>
                <w:lang w:val="ru-RU" w:eastAsia="ru-RU"/>
              </w:rPr>
            </w:pPr>
            <w:r w:rsidRPr="000D50D7">
              <w:rPr>
                <w:rFonts w:eastAsia="Calibri" w:cs="Times New Roman"/>
                <w:b/>
                <w:bCs/>
                <w:sz w:val="20"/>
                <w:szCs w:val="20"/>
                <w:shd w:val="clear" w:color="auto" w:fill="FFFFFF"/>
                <w:lang w:val="ru-RU" w:eastAsia="ru-RU"/>
              </w:rPr>
              <w:t>Задания с развернутым ответом</w:t>
            </w:r>
          </w:p>
        </w:tc>
      </w:tr>
      <w:tr w:rsidR="000D50D7" w:rsidRPr="000D50D7" w14:paraId="7E710F68" w14:textId="77777777" w:rsidTr="00BC5EAF">
        <w:tc>
          <w:tcPr>
            <w:tcW w:w="3686" w:type="dxa"/>
            <w:gridSpan w:val="2"/>
          </w:tcPr>
          <w:p w14:paraId="5F8F6AE5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bCs/>
                <w:i/>
                <w:iCs/>
                <w:sz w:val="20"/>
                <w:szCs w:val="20"/>
                <w:lang w:val="ru-RU" w:eastAsia="ru-RU"/>
              </w:rPr>
              <w:t xml:space="preserve">Инструкция: </w:t>
            </w:r>
          </w:p>
        </w:tc>
        <w:tc>
          <w:tcPr>
            <w:tcW w:w="5953" w:type="dxa"/>
            <w:gridSpan w:val="2"/>
          </w:tcPr>
          <w:p w14:paraId="1C04C7C8" w14:textId="77777777" w:rsidR="000D50D7" w:rsidRPr="000D50D7" w:rsidRDefault="000D50D7" w:rsidP="000D50D7">
            <w:pPr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shd w:val="clear" w:color="auto" w:fill="FFFFFF"/>
                <w:lang w:val="ru-RU" w:eastAsia="ru-RU"/>
              </w:rPr>
            </w:pPr>
            <w:r w:rsidRPr="000D50D7">
              <w:rPr>
                <w:rFonts w:eastAsia="Calibri" w:cs="Times New Roman"/>
                <w:i/>
                <w:iCs/>
                <w:sz w:val="20"/>
                <w:szCs w:val="20"/>
                <w:shd w:val="clear" w:color="auto" w:fill="FFFFFF"/>
                <w:lang w:val="ru-RU" w:eastAsia="ru-RU"/>
              </w:rPr>
              <w:t>введите развернутый обоснованный ответ</w:t>
            </w:r>
          </w:p>
        </w:tc>
      </w:tr>
      <w:tr w:rsidR="000D50D7" w:rsidRPr="000D50D7" w14:paraId="2076B54C" w14:textId="77777777" w:rsidTr="00BC5EAF">
        <w:tc>
          <w:tcPr>
            <w:tcW w:w="9639" w:type="dxa"/>
            <w:gridSpan w:val="4"/>
          </w:tcPr>
          <w:p w14:paraId="5268FB1F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Calibri" w:cs="Times New Roman"/>
                <w:sz w:val="20"/>
                <w:szCs w:val="20"/>
                <w:shd w:val="clear" w:color="auto" w:fill="FFFFFF"/>
                <w:lang w:val="ru-RU"/>
              </w:rPr>
            </w:pPr>
            <w:r w:rsidRPr="000D50D7">
              <w:rPr>
                <w:rFonts w:eastAsia="Calibri" w:cs="Times New Roman"/>
                <w:bCs/>
                <w:sz w:val="20"/>
                <w:szCs w:val="20"/>
                <w:shd w:val="clear" w:color="auto" w:fill="FFFFFF"/>
                <w:lang w:val="ru-RU"/>
              </w:rPr>
              <w:t>10. Сила, выносливость, быстрота являются …</w:t>
            </w:r>
            <w:proofErr w:type="gramStart"/>
            <w:r w:rsidRPr="000D50D7">
              <w:rPr>
                <w:rFonts w:eastAsia="Calibri" w:cs="Times New Roman"/>
                <w:bCs/>
                <w:sz w:val="20"/>
                <w:szCs w:val="20"/>
                <w:shd w:val="clear" w:color="auto" w:fill="FFFFFF"/>
                <w:lang w:val="ru-RU"/>
              </w:rPr>
              <w:t>…….</w:t>
            </w:r>
            <w:proofErr w:type="gramEnd"/>
            <w:r w:rsidRPr="000D50D7">
              <w:rPr>
                <w:rFonts w:eastAsia="Calibri" w:cs="Times New Roman"/>
                <w:bCs/>
                <w:sz w:val="20"/>
                <w:szCs w:val="20"/>
                <w:shd w:val="clear" w:color="auto" w:fill="FFFFFF"/>
                <w:lang w:val="ru-RU"/>
              </w:rPr>
              <w:t>.</w:t>
            </w:r>
          </w:p>
        </w:tc>
      </w:tr>
    </w:tbl>
    <w:p w14:paraId="0515E0B5" w14:textId="77777777" w:rsidR="000D50D7" w:rsidRPr="000D50D7" w:rsidRDefault="000D50D7" w:rsidP="000D50D7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Calibri" w:cs="Times New Roman"/>
          <w:b/>
          <w:bCs/>
          <w:sz w:val="20"/>
          <w:szCs w:val="20"/>
          <w:lang w:val="ru-RU" w:eastAsia="ru-RU"/>
        </w:rPr>
      </w:pPr>
    </w:p>
    <w:p w14:paraId="335A26CB" w14:textId="77777777" w:rsidR="000D50D7" w:rsidRPr="000D50D7" w:rsidRDefault="000D50D7" w:rsidP="000D50D7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Calibri" w:cs="Times New Roman"/>
          <w:b/>
          <w:bCs/>
          <w:sz w:val="20"/>
          <w:szCs w:val="20"/>
          <w:lang w:val="ru-RU" w:eastAsia="ru-RU"/>
        </w:rPr>
      </w:pPr>
      <w:r w:rsidRPr="000D50D7">
        <w:rPr>
          <w:rFonts w:eastAsia="Calibri" w:cs="Times New Roman"/>
          <w:b/>
          <w:bCs/>
          <w:sz w:val="20"/>
          <w:szCs w:val="20"/>
          <w:lang w:val="ru-RU" w:eastAsia="ru-RU"/>
        </w:rPr>
        <w:t>Ключи правильных ответов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694"/>
        <w:gridCol w:w="3543"/>
      </w:tblGrid>
      <w:tr w:rsidR="000D50D7" w:rsidRPr="000D50D7" w14:paraId="291B5218" w14:textId="77777777" w:rsidTr="00BC5EAF">
        <w:tc>
          <w:tcPr>
            <w:tcW w:w="2694" w:type="dxa"/>
            <w:vAlign w:val="center"/>
          </w:tcPr>
          <w:p w14:paraId="248F0593" w14:textId="77777777" w:rsidR="000D50D7" w:rsidRPr="000D50D7" w:rsidRDefault="000D50D7" w:rsidP="000D50D7">
            <w:pPr>
              <w:overflowPunct w:val="0"/>
              <w:spacing w:line="240" w:lineRule="auto"/>
              <w:contextualSpacing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>Номер задания</w:t>
            </w:r>
          </w:p>
        </w:tc>
        <w:tc>
          <w:tcPr>
            <w:tcW w:w="3543" w:type="dxa"/>
            <w:vAlign w:val="center"/>
          </w:tcPr>
          <w:p w14:paraId="1DD5AB5A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>Верный ответ</w:t>
            </w:r>
          </w:p>
        </w:tc>
      </w:tr>
      <w:tr w:rsidR="000D50D7" w:rsidRPr="000D50D7" w14:paraId="4B745F5E" w14:textId="77777777" w:rsidTr="00BC5EAF">
        <w:tc>
          <w:tcPr>
            <w:tcW w:w="2694" w:type="dxa"/>
          </w:tcPr>
          <w:p w14:paraId="1829379E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3543" w:type="dxa"/>
          </w:tcPr>
          <w:p w14:paraId="00475429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ind w:right="-816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>А</w:t>
            </w:r>
          </w:p>
        </w:tc>
      </w:tr>
      <w:tr w:rsidR="000D50D7" w:rsidRPr="000D50D7" w14:paraId="53FEB0BC" w14:textId="77777777" w:rsidTr="00BC5EAF">
        <w:tc>
          <w:tcPr>
            <w:tcW w:w="2694" w:type="dxa"/>
          </w:tcPr>
          <w:p w14:paraId="4A7B7503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>2</w:t>
            </w:r>
          </w:p>
        </w:tc>
        <w:tc>
          <w:tcPr>
            <w:tcW w:w="3543" w:type="dxa"/>
          </w:tcPr>
          <w:p w14:paraId="7D44D079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>Б</w:t>
            </w:r>
          </w:p>
        </w:tc>
      </w:tr>
      <w:tr w:rsidR="000D50D7" w:rsidRPr="000D50D7" w14:paraId="7A77CAB2" w14:textId="77777777" w:rsidTr="00BC5EAF">
        <w:tc>
          <w:tcPr>
            <w:tcW w:w="2694" w:type="dxa"/>
          </w:tcPr>
          <w:p w14:paraId="6CCF0305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>3</w:t>
            </w:r>
          </w:p>
        </w:tc>
        <w:tc>
          <w:tcPr>
            <w:tcW w:w="3543" w:type="dxa"/>
          </w:tcPr>
          <w:p w14:paraId="5CB3D824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>312</w:t>
            </w:r>
          </w:p>
        </w:tc>
      </w:tr>
      <w:tr w:rsidR="000D50D7" w:rsidRPr="000D50D7" w14:paraId="6FD4DB76" w14:textId="77777777" w:rsidTr="00BC5EAF">
        <w:tc>
          <w:tcPr>
            <w:tcW w:w="2694" w:type="dxa"/>
          </w:tcPr>
          <w:p w14:paraId="60A804E6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>4</w:t>
            </w:r>
          </w:p>
        </w:tc>
        <w:tc>
          <w:tcPr>
            <w:tcW w:w="3543" w:type="dxa"/>
          </w:tcPr>
          <w:p w14:paraId="28D0DDAC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>321</w:t>
            </w:r>
          </w:p>
        </w:tc>
      </w:tr>
      <w:tr w:rsidR="000D50D7" w:rsidRPr="000D50D7" w14:paraId="2CE48C95" w14:textId="77777777" w:rsidTr="00BC5EAF">
        <w:tc>
          <w:tcPr>
            <w:tcW w:w="2694" w:type="dxa"/>
          </w:tcPr>
          <w:p w14:paraId="53F41EC0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>5</w:t>
            </w:r>
          </w:p>
        </w:tc>
        <w:tc>
          <w:tcPr>
            <w:tcW w:w="3543" w:type="dxa"/>
          </w:tcPr>
          <w:p w14:paraId="574C8058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>1б,2а, 3в</w:t>
            </w:r>
          </w:p>
        </w:tc>
      </w:tr>
      <w:tr w:rsidR="000D50D7" w:rsidRPr="000D50D7" w14:paraId="05F23C26" w14:textId="77777777" w:rsidTr="00BC5EAF">
        <w:tc>
          <w:tcPr>
            <w:tcW w:w="2694" w:type="dxa"/>
          </w:tcPr>
          <w:p w14:paraId="56F1F716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>6</w:t>
            </w:r>
          </w:p>
        </w:tc>
        <w:tc>
          <w:tcPr>
            <w:tcW w:w="3543" w:type="dxa"/>
          </w:tcPr>
          <w:p w14:paraId="1BA0E15C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>1а 2б 3в</w:t>
            </w:r>
          </w:p>
        </w:tc>
      </w:tr>
      <w:tr w:rsidR="000D50D7" w:rsidRPr="000D50D7" w14:paraId="14A7732E" w14:textId="77777777" w:rsidTr="00BC5EAF">
        <w:tc>
          <w:tcPr>
            <w:tcW w:w="2694" w:type="dxa"/>
          </w:tcPr>
          <w:p w14:paraId="38FA3A59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>7</w:t>
            </w:r>
          </w:p>
        </w:tc>
        <w:tc>
          <w:tcPr>
            <w:tcW w:w="3543" w:type="dxa"/>
          </w:tcPr>
          <w:p w14:paraId="729D392D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1а 2б 3в </w:t>
            </w:r>
          </w:p>
        </w:tc>
      </w:tr>
      <w:tr w:rsidR="000D50D7" w:rsidRPr="000D50D7" w14:paraId="34FEE846" w14:textId="77777777" w:rsidTr="00BC5EAF">
        <w:tc>
          <w:tcPr>
            <w:tcW w:w="2694" w:type="dxa"/>
          </w:tcPr>
          <w:p w14:paraId="76FA5AB0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>8</w:t>
            </w:r>
          </w:p>
        </w:tc>
        <w:tc>
          <w:tcPr>
            <w:tcW w:w="3543" w:type="dxa"/>
          </w:tcPr>
          <w:p w14:paraId="7D760DDE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>1а 2в 3б</w:t>
            </w:r>
          </w:p>
        </w:tc>
      </w:tr>
      <w:tr w:rsidR="000D50D7" w:rsidRPr="000D50D7" w14:paraId="4094B05A" w14:textId="77777777" w:rsidTr="00BC5EAF">
        <w:tc>
          <w:tcPr>
            <w:tcW w:w="2694" w:type="dxa"/>
          </w:tcPr>
          <w:p w14:paraId="32218B30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>9</w:t>
            </w:r>
          </w:p>
        </w:tc>
        <w:tc>
          <w:tcPr>
            <w:tcW w:w="3543" w:type="dxa"/>
          </w:tcPr>
          <w:p w14:paraId="4BE58E66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>1б 2а 3в</w:t>
            </w:r>
          </w:p>
        </w:tc>
      </w:tr>
      <w:tr w:rsidR="000D50D7" w:rsidRPr="000D50D7" w14:paraId="724B08F4" w14:textId="77777777" w:rsidTr="00BC5EAF">
        <w:tc>
          <w:tcPr>
            <w:tcW w:w="2694" w:type="dxa"/>
          </w:tcPr>
          <w:p w14:paraId="233E499C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>10</w:t>
            </w:r>
          </w:p>
        </w:tc>
        <w:tc>
          <w:tcPr>
            <w:tcW w:w="3543" w:type="dxa"/>
          </w:tcPr>
          <w:p w14:paraId="279AA224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>Физическим качеством</w:t>
            </w:r>
          </w:p>
        </w:tc>
      </w:tr>
      <w:bookmarkEnd w:id="2"/>
    </w:tbl>
    <w:p w14:paraId="43A37C97" w14:textId="77777777" w:rsidR="000D50D7" w:rsidRPr="000D50D7" w:rsidRDefault="000D50D7" w:rsidP="000D50D7">
      <w:pPr>
        <w:spacing w:line="240" w:lineRule="auto"/>
        <w:jc w:val="center"/>
        <w:rPr>
          <w:rFonts w:eastAsia="Calibri" w:cs="Times New Roman"/>
          <w:b/>
          <w:bCs/>
          <w:sz w:val="20"/>
          <w:szCs w:val="20"/>
          <w:lang w:val="ru-RU" w:eastAsia="ru-RU"/>
        </w:rPr>
      </w:pPr>
    </w:p>
    <w:p w14:paraId="71EF81BF" w14:textId="77777777" w:rsidR="000D50D7" w:rsidRPr="000D50D7" w:rsidRDefault="000D50D7" w:rsidP="000D50D7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Calibri" w:cs="Times New Roman"/>
          <w:b/>
          <w:bCs/>
          <w:sz w:val="20"/>
          <w:szCs w:val="20"/>
          <w:lang w:val="ru-RU" w:eastAsia="ru-RU"/>
        </w:rPr>
      </w:pPr>
      <w:r w:rsidRPr="000D50D7">
        <w:rPr>
          <w:rFonts w:eastAsia="Calibri" w:cs="Times New Roman"/>
          <w:b/>
          <w:bCs/>
          <w:sz w:val="20"/>
          <w:szCs w:val="20"/>
          <w:lang w:val="ru-RU" w:eastAsia="ru-RU"/>
        </w:rPr>
        <w:t>Комплект тестовых заданий</w:t>
      </w:r>
    </w:p>
    <w:p w14:paraId="0C5174E0" w14:textId="77777777" w:rsidR="000D50D7" w:rsidRPr="000D50D7" w:rsidRDefault="000D50D7" w:rsidP="000D50D7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Calibri" w:cs="Times New Roman"/>
          <w:b/>
          <w:bCs/>
          <w:color w:val="FF0000"/>
          <w:sz w:val="20"/>
          <w:szCs w:val="20"/>
          <w:lang w:val="ru-RU"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546"/>
        <w:gridCol w:w="288"/>
        <w:gridCol w:w="288"/>
        <w:gridCol w:w="3333"/>
        <w:gridCol w:w="3342"/>
      </w:tblGrid>
      <w:tr w:rsidR="000D50D7" w:rsidRPr="000D50D7" w14:paraId="00C84570" w14:textId="77777777" w:rsidTr="00BC5EAF">
        <w:tc>
          <w:tcPr>
            <w:tcW w:w="2334" w:type="dxa"/>
          </w:tcPr>
          <w:p w14:paraId="2BFD6BD9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Индикатор</w:t>
            </w:r>
          </w:p>
        </w:tc>
        <w:tc>
          <w:tcPr>
            <w:tcW w:w="1352" w:type="dxa"/>
            <w:gridSpan w:val="2"/>
          </w:tcPr>
          <w:p w14:paraId="341F3FB2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УК-7.1</w:t>
            </w:r>
          </w:p>
        </w:tc>
        <w:tc>
          <w:tcPr>
            <w:tcW w:w="2304" w:type="dxa"/>
          </w:tcPr>
          <w:p w14:paraId="2DDB5DAA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Семестр</w:t>
            </w:r>
          </w:p>
        </w:tc>
        <w:tc>
          <w:tcPr>
            <w:tcW w:w="3649" w:type="dxa"/>
          </w:tcPr>
          <w:p w14:paraId="53A51FF8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2</w:t>
            </w:r>
          </w:p>
        </w:tc>
      </w:tr>
      <w:tr w:rsidR="000D50D7" w:rsidRPr="000D50D7" w14:paraId="3A881DB7" w14:textId="77777777" w:rsidTr="00BC5EAF">
        <w:tc>
          <w:tcPr>
            <w:tcW w:w="3686" w:type="dxa"/>
            <w:gridSpan w:val="3"/>
          </w:tcPr>
          <w:p w14:paraId="1E1C9316" w14:textId="77777777" w:rsidR="000D50D7" w:rsidRPr="000D50D7" w:rsidRDefault="000D50D7" w:rsidP="000D50D7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Уровень сложности</w:t>
            </w:r>
          </w:p>
        </w:tc>
        <w:tc>
          <w:tcPr>
            <w:tcW w:w="5953" w:type="dxa"/>
            <w:gridSpan w:val="2"/>
          </w:tcPr>
          <w:p w14:paraId="49436BB7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Базовый</w:t>
            </w:r>
          </w:p>
        </w:tc>
      </w:tr>
      <w:tr w:rsidR="000D50D7" w:rsidRPr="000B04D5" w14:paraId="2CAF04AD" w14:textId="77777777" w:rsidTr="00BC5EAF">
        <w:tc>
          <w:tcPr>
            <w:tcW w:w="3686" w:type="dxa"/>
            <w:gridSpan w:val="3"/>
          </w:tcPr>
          <w:p w14:paraId="12E8C98E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Тип задания</w:t>
            </w:r>
          </w:p>
        </w:tc>
        <w:tc>
          <w:tcPr>
            <w:tcW w:w="5953" w:type="dxa"/>
            <w:gridSpan w:val="2"/>
          </w:tcPr>
          <w:p w14:paraId="0788F86C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Задания с выбором одного ответа / нескольких ответов</w:t>
            </w:r>
          </w:p>
        </w:tc>
      </w:tr>
      <w:tr w:rsidR="000D50D7" w:rsidRPr="000D50D7" w14:paraId="4C1DFC1F" w14:textId="77777777" w:rsidTr="00BC5EAF">
        <w:tc>
          <w:tcPr>
            <w:tcW w:w="3686" w:type="dxa"/>
            <w:gridSpan w:val="3"/>
          </w:tcPr>
          <w:p w14:paraId="51533897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bCs/>
                <w:i/>
                <w:iCs/>
                <w:sz w:val="20"/>
                <w:szCs w:val="20"/>
                <w:lang w:val="ru-RU" w:eastAsia="ru-RU"/>
              </w:rPr>
              <w:t xml:space="preserve">Инструкция: </w:t>
            </w:r>
          </w:p>
        </w:tc>
        <w:tc>
          <w:tcPr>
            <w:tcW w:w="5953" w:type="dxa"/>
            <w:gridSpan w:val="2"/>
          </w:tcPr>
          <w:p w14:paraId="00AEC73C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bCs/>
                <w:i/>
                <w:iCs/>
                <w:sz w:val="20"/>
                <w:szCs w:val="20"/>
                <w:lang w:val="ru-RU" w:eastAsia="ru-RU"/>
              </w:rPr>
              <w:t>укажите один вариант ответа</w:t>
            </w:r>
          </w:p>
        </w:tc>
      </w:tr>
      <w:tr w:rsidR="000D50D7" w:rsidRPr="000D50D7" w14:paraId="703EB4EC" w14:textId="77777777" w:rsidTr="00BC5EAF">
        <w:tc>
          <w:tcPr>
            <w:tcW w:w="9639" w:type="dxa"/>
            <w:gridSpan w:val="5"/>
          </w:tcPr>
          <w:p w14:paraId="355E1B5D" w14:textId="77777777" w:rsidR="000D50D7" w:rsidRPr="000D50D7" w:rsidRDefault="000D50D7" w:rsidP="000D50D7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 xml:space="preserve">1.Какая страна </w:t>
            </w:r>
            <w:proofErr w:type="gramStart"/>
            <w:r w:rsidRPr="000D50D7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является  родиной</w:t>
            </w:r>
            <w:proofErr w:type="gramEnd"/>
            <w:r w:rsidRPr="000D50D7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 xml:space="preserve"> баскетбола?</w:t>
            </w:r>
          </w:p>
          <w:p w14:paraId="764C8584" w14:textId="77777777" w:rsidR="000D50D7" w:rsidRPr="000D50D7" w:rsidRDefault="000D50D7" w:rsidP="000D50D7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>А. Англия</w:t>
            </w:r>
          </w:p>
          <w:p w14:paraId="70AB04C6" w14:textId="77777777" w:rsidR="000D50D7" w:rsidRPr="000D50D7" w:rsidRDefault="000D50D7" w:rsidP="000D50D7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>Б. Германия</w:t>
            </w:r>
          </w:p>
          <w:p w14:paraId="6BE30874" w14:textId="77777777" w:rsidR="000D50D7" w:rsidRPr="000D50D7" w:rsidRDefault="000D50D7" w:rsidP="000D50D7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b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b/>
                <w:sz w:val="20"/>
                <w:szCs w:val="20"/>
                <w:lang w:val="ru-RU" w:eastAsia="ru-RU"/>
              </w:rPr>
              <w:t>В. США</w:t>
            </w:r>
          </w:p>
          <w:p w14:paraId="7FC832F6" w14:textId="77777777" w:rsidR="000D50D7" w:rsidRPr="000D50D7" w:rsidRDefault="000D50D7" w:rsidP="000D50D7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</w:p>
          <w:p w14:paraId="3E580C11" w14:textId="77777777" w:rsidR="000D50D7" w:rsidRPr="000D50D7" w:rsidRDefault="000D50D7" w:rsidP="000D50D7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2. Физическим качеством не является:</w:t>
            </w:r>
          </w:p>
          <w:p w14:paraId="52D3B607" w14:textId="77777777" w:rsidR="000D50D7" w:rsidRPr="000D50D7" w:rsidRDefault="000D50D7" w:rsidP="000D50D7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>А. выносливость.</w:t>
            </w:r>
          </w:p>
          <w:p w14:paraId="1EFAF9D2" w14:textId="77777777" w:rsidR="000D50D7" w:rsidRPr="000D50D7" w:rsidRDefault="000D50D7" w:rsidP="000D50D7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>Б. сила.</w:t>
            </w:r>
          </w:p>
          <w:p w14:paraId="1D4EA783" w14:textId="77777777" w:rsidR="000D50D7" w:rsidRPr="000D50D7" w:rsidRDefault="000D50D7" w:rsidP="000D50D7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b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b/>
                <w:sz w:val="20"/>
                <w:szCs w:val="20"/>
                <w:lang w:val="ru-RU" w:eastAsia="ru-RU"/>
              </w:rPr>
              <w:t>В. воля</w:t>
            </w:r>
          </w:p>
          <w:p w14:paraId="6D7D053C" w14:textId="77777777" w:rsidR="000D50D7" w:rsidRPr="000D50D7" w:rsidRDefault="000D50D7" w:rsidP="000D50D7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</w:p>
        </w:tc>
      </w:tr>
      <w:tr w:rsidR="000D50D7" w:rsidRPr="000D50D7" w14:paraId="28AB89CD" w14:textId="77777777" w:rsidTr="00BC5EAF">
        <w:tc>
          <w:tcPr>
            <w:tcW w:w="3686" w:type="dxa"/>
            <w:gridSpan w:val="3"/>
          </w:tcPr>
          <w:p w14:paraId="30AFB1C1" w14:textId="77777777" w:rsidR="000D50D7" w:rsidRPr="000D50D7" w:rsidRDefault="000D50D7" w:rsidP="000D50D7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Уровень сложности</w:t>
            </w:r>
          </w:p>
        </w:tc>
        <w:tc>
          <w:tcPr>
            <w:tcW w:w="5953" w:type="dxa"/>
            <w:gridSpan w:val="2"/>
          </w:tcPr>
          <w:p w14:paraId="5F4301DE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Повышенный</w:t>
            </w:r>
          </w:p>
        </w:tc>
      </w:tr>
      <w:tr w:rsidR="000D50D7" w:rsidRPr="000B04D5" w14:paraId="33F723C5" w14:textId="77777777" w:rsidTr="00BC5EAF">
        <w:tc>
          <w:tcPr>
            <w:tcW w:w="3686" w:type="dxa"/>
            <w:gridSpan w:val="3"/>
          </w:tcPr>
          <w:p w14:paraId="57D24361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Тип задания</w:t>
            </w:r>
          </w:p>
        </w:tc>
        <w:tc>
          <w:tcPr>
            <w:tcW w:w="5953" w:type="dxa"/>
            <w:gridSpan w:val="2"/>
          </w:tcPr>
          <w:p w14:paraId="386FCC23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Задания на установление последовательности / соответствия</w:t>
            </w:r>
          </w:p>
        </w:tc>
      </w:tr>
      <w:tr w:rsidR="000D50D7" w:rsidRPr="000B04D5" w14:paraId="115404F5" w14:textId="77777777" w:rsidTr="00BC5EAF">
        <w:tc>
          <w:tcPr>
            <w:tcW w:w="3686" w:type="dxa"/>
            <w:gridSpan w:val="3"/>
          </w:tcPr>
          <w:p w14:paraId="2B241A3A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bCs/>
                <w:i/>
                <w:iCs/>
                <w:sz w:val="20"/>
                <w:szCs w:val="20"/>
                <w:lang w:val="ru-RU" w:eastAsia="ru-RU"/>
              </w:rPr>
              <w:t xml:space="preserve">Инструкция: </w:t>
            </w:r>
          </w:p>
        </w:tc>
        <w:tc>
          <w:tcPr>
            <w:tcW w:w="5953" w:type="dxa"/>
            <w:gridSpan w:val="2"/>
          </w:tcPr>
          <w:p w14:paraId="230EFEDC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bCs/>
                <w:i/>
                <w:iCs/>
                <w:sz w:val="20"/>
                <w:szCs w:val="20"/>
                <w:lang w:val="ru-RU" w:eastAsia="ru-RU"/>
              </w:rPr>
              <w:t>установите последовательность элементов /соответствие между объектами задания и вариантами ответа</w:t>
            </w:r>
          </w:p>
        </w:tc>
      </w:tr>
      <w:tr w:rsidR="000D50D7" w:rsidRPr="000D50D7" w14:paraId="72BB4D67" w14:textId="77777777" w:rsidTr="00BC5EAF">
        <w:tc>
          <w:tcPr>
            <w:tcW w:w="9639" w:type="dxa"/>
            <w:gridSpan w:val="5"/>
            <w:tcBorders>
              <w:bottom w:val="nil"/>
            </w:tcBorders>
          </w:tcPr>
          <w:p w14:paraId="5F4EE5F9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Calibri" w:cs="Times New Roman"/>
                <w:b/>
                <w:color w:val="00B0F0"/>
                <w:sz w:val="20"/>
                <w:szCs w:val="20"/>
                <w:lang w:val="ru-RU" w:eastAsia="ru-RU"/>
              </w:rPr>
            </w:pPr>
          </w:p>
          <w:p w14:paraId="70D9596C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>3. Установите правильную последовательность обучения техники броска баскетбольного мяча двумя руками от груди:</w:t>
            </w:r>
          </w:p>
          <w:p w14:paraId="5D486783" w14:textId="77777777" w:rsidR="000D50D7" w:rsidRPr="000D50D7" w:rsidRDefault="000D50D7" w:rsidP="000D50D7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>А) Броски мяча со средней дистанции (3м – 3,60м);</w:t>
            </w:r>
          </w:p>
          <w:p w14:paraId="3DB8005B" w14:textId="77777777" w:rsidR="000D50D7" w:rsidRPr="000D50D7" w:rsidRDefault="000D50D7" w:rsidP="000D50D7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>Б) Согласованность движений рук и ног;</w:t>
            </w:r>
          </w:p>
          <w:p w14:paraId="56F26EE3" w14:textId="77777777" w:rsidR="000D50D7" w:rsidRPr="000D50D7" w:rsidRDefault="000D50D7" w:rsidP="000D50D7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>В) Броски мяча в сочетании с другими техническими приёмами;</w:t>
            </w:r>
          </w:p>
          <w:p w14:paraId="2D94CD69" w14:textId="77777777" w:rsidR="000D50D7" w:rsidRPr="000D50D7" w:rsidRDefault="000D50D7" w:rsidP="000D50D7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>Г) Исходное положение;</w:t>
            </w:r>
          </w:p>
          <w:p w14:paraId="409911E8" w14:textId="77777777" w:rsidR="000D50D7" w:rsidRPr="000D50D7" w:rsidRDefault="000D50D7" w:rsidP="000D50D7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>Д) Бросок мяча с близкой дистанции (1,5м – 2м);</w:t>
            </w:r>
          </w:p>
          <w:p w14:paraId="4B50C62D" w14:textId="77777777" w:rsidR="000D50D7" w:rsidRPr="000D50D7" w:rsidRDefault="000D50D7" w:rsidP="000D50D7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>Е) Выпуск мяча с различной траекторией полёта.</w:t>
            </w:r>
          </w:p>
          <w:p w14:paraId="74CF7E77" w14:textId="77777777" w:rsidR="000D50D7" w:rsidRPr="000D50D7" w:rsidRDefault="000D50D7" w:rsidP="000D50D7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</w:p>
          <w:p w14:paraId="57339E6E" w14:textId="77777777" w:rsidR="000D50D7" w:rsidRPr="000D50D7" w:rsidRDefault="000D50D7" w:rsidP="000D50D7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4.Условно различают 3 этапа в построении процесса освоения двигательного действия. Установите </w:t>
            </w: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lastRenderedPageBreak/>
              <w:t>правильную последовательность:</w:t>
            </w:r>
          </w:p>
          <w:p w14:paraId="7251BDE5" w14:textId="77777777" w:rsidR="000D50D7" w:rsidRPr="000D50D7" w:rsidRDefault="000D50D7" w:rsidP="000D50D7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>А) Закрепление и дальнейшее совершенствование двигательного действия;</w:t>
            </w:r>
          </w:p>
          <w:p w14:paraId="44EEF586" w14:textId="77777777" w:rsidR="000D50D7" w:rsidRPr="000D50D7" w:rsidRDefault="000D50D7" w:rsidP="000D50D7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>Б) Начальное разучивание;</w:t>
            </w:r>
          </w:p>
          <w:p w14:paraId="1E4DEEEC" w14:textId="77777777" w:rsidR="000D50D7" w:rsidRPr="000D50D7" w:rsidRDefault="000D50D7" w:rsidP="000D50D7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>В) Углублённое, детализированное разучивание.</w:t>
            </w:r>
          </w:p>
          <w:p w14:paraId="2ED39406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</w:p>
          <w:p w14:paraId="05E27E2E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>5.Установить соответствие между интенсивностью физической нагрузки и частоте сердечных сокращений:</w:t>
            </w:r>
          </w:p>
          <w:p w14:paraId="5D0F4F93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</w:p>
          <w:p w14:paraId="2F6CA254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Объёмы </w:t>
            </w:r>
            <w:proofErr w:type="gramStart"/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>нагрузки:</w:t>
            </w: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ab/>
            </w:r>
            <w:proofErr w:type="gramEnd"/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                                                          Параметры частоты </w:t>
            </w:r>
            <w:proofErr w:type="spellStart"/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>с.с</w:t>
            </w:r>
            <w:proofErr w:type="spellEnd"/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>.</w:t>
            </w:r>
          </w:p>
          <w:p w14:paraId="759C47E1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>1. Небольшая</w:t>
            </w: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ab/>
              <w:t xml:space="preserve">                                                                       А. 170-200 уд /мин.</w:t>
            </w:r>
          </w:p>
          <w:p w14:paraId="077E7B01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>2. Нагрузка средней интенсивности</w:t>
            </w: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ab/>
              <w:t xml:space="preserve">                                 Б. 130-150 уд/мин.</w:t>
            </w:r>
          </w:p>
          <w:p w14:paraId="1A417702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>3. Высокая нагрузка</w:t>
            </w: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ab/>
              <w:t xml:space="preserve">                                                          В. 100-130 уд/мин.</w:t>
            </w:r>
          </w:p>
          <w:p w14:paraId="5C7F508E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>4. Нагрузка предельная</w:t>
            </w: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ab/>
              <w:t xml:space="preserve">                                             Г. 150-170 уд/мин.</w:t>
            </w:r>
          </w:p>
          <w:p w14:paraId="1B4246B5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                                                                               Д. 90-100 уд\ мин</w:t>
            </w:r>
          </w:p>
          <w:p w14:paraId="589F4F8A" w14:textId="77777777" w:rsidR="000D50D7" w:rsidRPr="000D50D7" w:rsidRDefault="000D50D7" w:rsidP="000D50D7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color w:val="0070C0"/>
                <w:sz w:val="20"/>
                <w:szCs w:val="20"/>
                <w:lang w:val="ru-RU" w:eastAsia="ru-RU"/>
              </w:rPr>
            </w:pPr>
          </w:p>
        </w:tc>
      </w:tr>
      <w:tr w:rsidR="000D50D7" w:rsidRPr="000D50D7" w14:paraId="79D0707A" w14:textId="77777777" w:rsidTr="00BC5EAF">
        <w:tc>
          <w:tcPr>
            <w:tcW w:w="9639" w:type="dxa"/>
            <w:gridSpan w:val="5"/>
            <w:tcBorders>
              <w:top w:val="nil"/>
              <w:bottom w:val="nil"/>
            </w:tcBorders>
          </w:tcPr>
          <w:p w14:paraId="16955451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/>
              </w:rPr>
            </w:pPr>
          </w:p>
        </w:tc>
      </w:tr>
      <w:tr w:rsidR="000D50D7" w:rsidRPr="000D50D7" w14:paraId="7488743F" w14:textId="77777777" w:rsidTr="00BC5EAF">
        <w:tc>
          <w:tcPr>
            <w:tcW w:w="3686" w:type="dxa"/>
            <w:gridSpan w:val="3"/>
            <w:tcBorders>
              <w:top w:val="nil"/>
              <w:bottom w:val="nil"/>
              <w:right w:val="nil"/>
            </w:tcBorders>
          </w:tcPr>
          <w:p w14:paraId="4C77FC58" w14:textId="77777777" w:rsidR="000D50D7" w:rsidRPr="000D50D7" w:rsidRDefault="000D50D7" w:rsidP="000D50D7">
            <w:pPr>
              <w:spacing w:line="240" w:lineRule="auto"/>
              <w:rPr>
                <w:rFonts w:eastAsia="Calibri" w:cs="Times New Roman"/>
                <w:b/>
                <w:sz w:val="20"/>
                <w:szCs w:val="20"/>
                <w:lang w:val="ru-RU" w:eastAsia="ru-RU"/>
              </w:rPr>
            </w:pP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</w:tcBorders>
          </w:tcPr>
          <w:p w14:paraId="321897E8" w14:textId="77777777" w:rsidR="000D50D7" w:rsidRPr="000D50D7" w:rsidRDefault="000D50D7" w:rsidP="000D50D7">
            <w:pPr>
              <w:tabs>
                <w:tab w:val="left" w:pos="317"/>
              </w:tabs>
              <w:spacing w:line="240" w:lineRule="auto"/>
              <w:contextualSpacing/>
              <w:jc w:val="both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</w:p>
        </w:tc>
      </w:tr>
      <w:tr w:rsidR="000D50D7" w:rsidRPr="000D50D7" w14:paraId="0FA7A666" w14:textId="77777777" w:rsidTr="00BC5EAF">
        <w:tc>
          <w:tcPr>
            <w:tcW w:w="9639" w:type="dxa"/>
            <w:gridSpan w:val="5"/>
            <w:tcBorders>
              <w:top w:val="nil"/>
              <w:bottom w:val="nil"/>
            </w:tcBorders>
          </w:tcPr>
          <w:p w14:paraId="31E09457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color w:val="0070C0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>6.Установите соответствие между:</w:t>
            </w:r>
          </w:p>
        </w:tc>
      </w:tr>
      <w:tr w:rsidR="000D50D7" w:rsidRPr="000D50D7" w14:paraId="4C0E2DFD" w14:textId="77777777" w:rsidTr="00BC5EAF">
        <w:tc>
          <w:tcPr>
            <w:tcW w:w="3686" w:type="dxa"/>
            <w:gridSpan w:val="3"/>
            <w:tcBorders>
              <w:top w:val="nil"/>
              <w:bottom w:val="nil"/>
              <w:right w:val="nil"/>
            </w:tcBorders>
          </w:tcPr>
          <w:p w14:paraId="2DA753E6" w14:textId="77777777" w:rsidR="000D50D7" w:rsidRPr="000D50D7" w:rsidRDefault="000D50D7" w:rsidP="000D50D7">
            <w:pPr>
              <w:spacing w:line="240" w:lineRule="auto"/>
              <w:jc w:val="both"/>
              <w:rPr>
                <w:rFonts w:eastAsia="Calibri" w:cs="Times New Roman"/>
                <w:b/>
                <w:bCs/>
                <w:color w:val="0070C0"/>
                <w:sz w:val="20"/>
                <w:szCs w:val="20"/>
                <w:lang w:val="ru-RU" w:eastAsia="ru-RU"/>
              </w:rPr>
            </w:pP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</w:tcBorders>
          </w:tcPr>
          <w:p w14:paraId="074A64EB" w14:textId="77777777" w:rsidR="000D50D7" w:rsidRPr="000D50D7" w:rsidRDefault="000D50D7" w:rsidP="000D50D7">
            <w:pPr>
              <w:spacing w:line="240" w:lineRule="auto"/>
              <w:jc w:val="both"/>
              <w:rPr>
                <w:rFonts w:eastAsia="Calibri" w:cs="Times New Roman"/>
                <w:b/>
                <w:bCs/>
                <w:color w:val="0070C0"/>
                <w:sz w:val="20"/>
                <w:szCs w:val="20"/>
                <w:lang w:val="ru-RU" w:eastAsia="ru-RU"/>
              </w:rPr>
            </w:pPr>
          </w:p>
        </w:tc>
      </w:tr>
      <w:tr w:rsidR="000D50D7" w:rsidRPr="000D50D7" w14:paraId="06568038" w14:textId="77777777" w:rsidTr="00BC5EAF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gridAfter w:val="1"/>
          <w:wAfter w:w="1644" w:type="dxa"/>
        </w:trPr>
        <w:tc>
          <w:tcPr>
            <w:tcW w:w="0" w:type="auto"/>
            <w:gridSpan w:val="2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707199A" w14:textId="77777777" w:rsidR="000D50D7" w:rsidRPr="000D50D7" w:rsidRDefault="000D50D7" w:rsidP="000D50D7">
            <w:pPr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>Качества: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14:paraId="466E08DA" w14:textId="77777777" w:rsidR="000D50D7" w:rsidRPr="000D50D7" w:rsidRDefault="000D50D7" w:rsidP="000D50D7">
            <w:pPr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>Упражнения:</w:t>
            </w:r>
          </w:p>
        </w:tc>
      </w:tr>
      <w:tr w:rsidR="000D50D7" w:rsidRPr="000B04D5" w14:paraId="11C798B0" w14:textId="77777777" w:rsidTr="00BC5EAF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gridAfter w:val="1"/>
          <w:wAfter w:w="1644" w:type="dxa"/>
        </w:trPr>
        <w:tc>
          <w:tcPr>
            <w:tcW w:w="0" w:type="auto"/>
            <w:gridSpan w:val="2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3F81A2D6" w14:textId="77777777" w:rsidR="000D50D7" w:rsidRPr="000D50D7" w:rsidRDefault="000D50D7" w:rsidP="000D50D7">
            <w:pPr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>1. Выносливость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14:paraId="6B50B1F3" w14:textId="77777777" w:rsidR="000D50D7" w:rsidRPr="000D50D7" w:rsidRDefault="000D50D7" w:rsidP="000D50D7">
            <w:pPr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>А. челночный бег, метание предметов</w:t>
            </w:r>
          </w:p>
        </w:tc>
      </w:tr>
      <w:tr w:rsidR="000D50D7" w:rsidRPr="000B04D5" w14:paraId="694825AA" w14:textId="77777777" w:rsidTr="00BC5EAF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gridAfter w:val="1"/>
          <w:wAfter w:w="1644" w:type="dxa"/>
        </w:trPr>
        <w:tc>
          <w:tcPr>
            <w:tcW w:w="0" w:type="auto"/>
            <w:gridSpan w:val="2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31395082" w14:textId="77777777" w:rsidR="000D50D7" w:rsidRPr="000D50D7" w:rsidRDefault="000D50D7" w:rsidP="000D50D7">
            <w:pPr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>2. Сила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14:paraId="7ED26A62" w14:textId="77777777" w:rsidR="000D50D7" w:rsidRPr="000D50D7" w:rsidRDefault="000D50D7" w:rsidP="000D50D7">
            <w:pPr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>Б. плавание без остановок от 25м до 100м.</w:t>
            </w:r>
          </w:p>
        </w:tc>
      </w:tr>
      <w:tr w:rsidR="000D50D7" w:rsidRPr="000D50D7" w14:paraId="5844CDAA" w14:textId="77777777" w:rsidTr="00BC5EAF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gridAfter w:val="1"/>
          <w:wAfter w:w="1644" w:type="dxa"/>
        </w:trPr>
        <w:tc>
          <w:tcPr>
            <w:tcW w:w="0" w:type="auto"/>
            <w:gridSpan w:val="2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0FD9D289" w14:textId="77777777" w:rsidR="000D50D7" w:rsidRPr="000D50D7" w:rsidRDefault="000D50D7" w:rsidP="000D50D7">
            <w:pPr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>3. Скорость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14:paraId="326E9B33" w14:textId="77777777" w:rsidR="000D50D7" w:rsidRPr="000D50D7" w:rsidRDefault="000D50D7" w:rsidP="000D50D7">
            <w:pPr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>В. пружинящие приседания</w:t>
            </w:r>
          </w:p>
        </w:tc>
      </w:tr>
      <w:tr w:rsidR="000D50D7" w:rsidRPr="000D50D7" w14:paraId="09A1EF40" w14:textId="77777777" w:rsidTr="00BC5EAF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gridAfter w:val="1"/>
          <w:wAfter w:w="1644" w:type="dxa"/>
        </w:trPr>
        <w:tc>
          <w:tcPr>
            <w:tcW w:w="0" w:type="auto"/>
            <w:gridSpan w:val="2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6292E04D" w14:textId="77777777" w:rsidR="000D50D7" w:rsidRPr="000D50D7" w:rsidRDefault="000D50D7" w:rsidP="000D50D7">
            <w:pPr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>4. Ловкость, координация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14:paraId="37B3D93E" w14:textId="77777777" w:rsidR="000D50D7" w:rsidRPr="000D50D7" w:rsidRDefault="000D50D7" w:rsidP="000D50D7">
            <w:pPr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>Г. подвижные игры</w:t>
            </w:r>
          </w:p>
        </w:tc>
      </w:tr>
      <w:tr w:rsidR="000D50D7" w:rsidRPr="000B04D5" w14:paraId="3790770B" w14:textId="77777777" w:rsidTr="00BC5EAF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gridAfter w:val="1"/>
          <w:wAfter w:w="1644" w:type="dxa"/>
        </w:trPr>
        <w:tc>
          <w:tcPr>
            <w:tcW w:w="0" w:type="auto"/>
            <w:gridSpan w:val="2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46427EB" w14:textId="77777777" w:rsidR="000D50D7" w:rsidRPr="000D50D7" w:rsidRDefault="000D50D7" w:rsidP="000D50D7">
            <w:pPr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>5. Гибкость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14:paraId="315C28A8" w14:textId="77777777" w:rsidR="000D50D7" w:rsidRPr="000D50D7" w:rsidRDefault="000D50D7" w:rsidP="000D50D7">
            <w:pPr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>Д. лазание по канату, шесту, поднимание гантелей.</w:t>
            </w:r>
          </w:p>
        </w:tc>
      </w:tr>
      <w:tr w:rsidR="000D50D7" w:rsidRPr="000D50D7" w14:paraId="789F9D79" w14:textId="77777777" w:rsidTr="00BC5EAF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gridAfter w:val="1"/>
          <w:wAfter w:w="1644" w:type="dxa"/>
        </w:trPr>
        <w:tc>
          <w:tcPr>
            <w:tcW w:w="0" w:type="auto"/>
            <w:gridSpan w:val="2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3C33BBCF" w14:textId="77777777" w:rsidR="000D50D7" w:rsidRPr="000D50D7" w:rsidRDefault="000D50D7" w:rsidP="000D50D7">
            <w:pPr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14:paraId="27B8D3BC" w14:textId="77777777" w:rsidR="000D50D7" w:rsidRPr="000D50D7" w:rsidRDefault="000D50D7" w:rsidP="000D50D7">
            <w:pPr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>Е. ходьба</w:t>
            </w:r>
          </w:p>
        </w:tc>
      </w:tr>
      <w:tr w:rsidR="000D50D7" w:rsidRPr="000B04D5" w14:paraId="7A02AD99" w14:textId="77777777" w:rsidTr="00BC5EAF">
        <w:tc>
          <w:tcPr>
            <w:tcW w:w="9639" w:type="dxa"/>
            <w:gridSpan w:val="5"/>
            <w:tcBorders>
              <w:top w:val="nil"/>
              <w:bottom w:val="nil"/>
            </w:tcBorders>
          </w:tcPr>
          <w:p w14:paraId="1E69246B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/>
              </w:rPr>
            </w:pPr>
          </w:p>
          <w:p w14:paraId="42A6E148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/>
              </w:rPr>
              <w:t>7.</w:t>
            </w:r>
            <w:r w:rsidRPr="000D50D7">
              <w:rPr>
                <w:rFonts w:ascii="Calibri" w:eastAsia="Calibri" w:hAnsi="Calibri" w:cs="Times New Roman"/>
                <w:sz w:val="20"/>
                <w:szCs w:val="20"/>
                <w:lang w:val="ru-RU"/>
              </w:rPr>
              <w:t xml:space="preserve"> </w:t>
            </w:r>
            <w:r w:rsidRPr="000D50D7">
              <w:rPr>
                <w:rFonts w:eastAsia="Calibri" w:cs="Times New Roman"/>
                <w:sz w:val="20"/>
                <w:szCs w:val="20"/>
                <w:lang w:val="ru-RU"/>
              </w:rPr>
              <w:t>Особый порядок проведения Олимпийских игр предусматривает ритуал Олимпиады. Президент МОК предлагает главе государства объявить Олимпийские игры открытыми. Установите правильную последовательность действий.</w:t>
            </w:r>
          </w:p>
          <w:p w14:paraId="171D5AC7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      А) на арене появляется спортсмен, который передаёт огненную эстафету другому, зажигающему традиционный священный огонь;</w:t>
            </w:r>
          </w:p>
          <w:p w14:paraId="5C30530B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/>
              </w:rPr>
              <w:t>Б) над стадионом раздаются торжественные звуки фанфар;</w:t>
            </w:r>
          </w:p>
          <w:p w14:paraId="44EEA32A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/>
              </w:rPr>
              <w:t>В) организаторы прошлой Олимпиады официально передают Олимпийский флаг президенту МОК, а тот вручает его главе города – хозяину Олимпиады;</w:t>
            </w:r>
          </w:p>
          <w:p w14:paraId="11F657C1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/>
              </w:rPr>
              <w:t>Г) восемь спортсменов в сопровождении почетного эскорта вносят развёрнутый Олимпийский флаг;</w:t>
            </w:r>
          </w:p>
          <w:p w14:paraId="32914442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/>
              </w:rPr>
              <w:t>Д) исполняется Олимпийский гимн, флаг поднимается над стадионом;</w:t>
            </w:r>
          </w:p>
          <w:p w14:paraId="09F453D9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/>
              </w:rPr>
              <w:t>Е) над стадионом звучит “Ода спорту”, написанная Пьером де Кубертеном;</w:t>
            </w:r>
          </w:p>
          <w:p w14:paraId="7D416453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/>
              </w:rPr>
              <w:t>Ё) затем следуют массовые выступления спортсменов;</w:t>
            </w:r>
          </w:p>
          <w:p w14:paraId="50B2C2B5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/>
              </w:rPr>
              <w:t>Ж) клятву произносит представитель от судей;</w:t>
            </w:r>
          </w:p>
          <w:p w14:paraId="74E46BA6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/>
              </w:rPr>
              <w:t>З) один из лучших спортсменов от имени всех участников Игр произносит клятву -выступать в честных соревнованиях, уважая правила.</w:t>
            </w:r>
          </w:p>
        </w:tc>
      </w:tr>
      <w:tr w:rsidR="000D50D7" w:rsidRPr="000B04D5" w14:paraId="76FD4E87" w14:textId="77777777" w:rsidTr="00BC5EAF">
        <w:tc>
          <w:tcPr>
            <w:tcW w:w="4678" w:type="dxa"/>
            <w:gridSpan w:val="3"/>
            <w:tcBorders>
              <w:top w:val="nil"/>
              <w:bottom w:val="nil"/>
              <w:right w:val="nil"/>
            </w:tcBorders>
          </w:tcPr>
          <w:p w14:paraId="53CAAECE" w14:textId="77777777" w:rsidR="000D50D7" w:rsidRPr="000D50D7" w:rsidRDefault="000D50D7" w:rsidP="000D50D7">
            <w:pPr>
              <w:spacing w:line="240" w:lineRule="auto"/>
              <w:contextualSpacing/>
              <w:rPr>
                <w:rFonts w:eastAsia="Calibri" w:cs="Times New Roman"/>
                <w:sz w:val="20"/>
                <w:szCs w:val="20"/>
                <w:lang w:val="ru-RU"/>
              </w:rPr>
            </w:pPr>
          </w:p>
          <w:p w14:paraId="21A10827" w14:textId="77777777" w:rsidR="000D50D7" w:rsidRPr="000D50D7" w:rsidRDefault="000D50D7" w:rsidP="000D50D7">
            <w:pPr>
              <w:spacing w:line="240" w:lineRule="auto"/>
              <w:contextualSpacing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/>
              </w:rPr>
              <w:t>8.Укажите количество игроков в команде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nil"/>
            </w:tcBorders>
          </w:tcPr>
          <w:p w14:paraId="39C2888D" w14:textId="77777777" w:rsidR="000D50D7" w:rsidRPr="000D50D7" w:rsidRDefault="000D50D7" w:rsidP="000D50D7">
            <w:pPr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</w:p>
        </w:tc>
      </w:tr>
      <w:tr w:rsidR="000D50D7" w:rsidRPr="000D50D7" w14:paraId="7063387E" w14:textId="77777777" w:rsidTr="00BC5EAF">
        <w:trPr>
          <w:trHeight w:val="359"/>
        </w:trPr>
        <w:tc>
          <w:tcPr>
            <w:tcW w:w="9639" w:type="dxa"/>
            <w:gridSpan w:val="5"/>
            <w:tcBorders>
              <w:top w:val="nil"/>
              <w:bottom w:val="nil"/>
            </w:tcBorders>
          </w:tcPr>
          <w:p w14:paraId="6EBA91EB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/>
              </w:rPr>
              <w:t xml:space="preserve">         1.волейбол                                                     а. 11</w:t>
            </w:r>
          </w:p>
          <w:p w14:paraId="067CCE66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/>
              </w:rPr>
              <w:t xml:space="preserve">          2. баскетбол                                                  б.5</w:t>
            </w:r>
          </w:p>
          <w:p w14:paraId="7D06D36D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/>
              </w:rPr>
              <w:t xml:space="preserve">         3. футбол                                                        в. 6</w:t>
            </w:r>
          </w:p>
          <w:p w14:paraId="09E9FB88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/>
              </w:rPr>
              <w:t xml:space="preserve">                                                                                 Г. 12</w:t>
            </w:r>
          </w:p>
        </w:tc>
      </w:tr>
      <w:tr w:rsidR="000D50D7" w:rsidRPr="000D50D7" w14:paraId="2B223FF0" w14:textId="77777777" w:rsidTr="00BC5EAF">
        <w:tc>
          <w:tcPr>
            <w:tcW w:w="4678" w:type="dxa"/>
            <w:gridSpan w:val="3"/>
            <w:tcBorders>
              <w:top w:val="nil"/>
              <w:bottom w:val="nil"/>
              <w:right w:val="nil"/>
            </w:tcBorders>
          </w:tcPr>
          <w:p w14:paraId="297B1A6F" w14:textId="77777777" w:rsidR="000D50D7" w:rsidRPr="000D50D7" w:rsidRDefault="000D50D7" w:rsidP="000D50D7">
            <w:pPr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4961" w:type="dxa"/>
            <w:gridSpan w:val="2"/>
            <w:tcBorders>
              <w:top w:val="nil"/>
              <w:left w:val="nil"/>
              <w:bottom w:val="nil"/>
            </w:tcBorders>
          </w:tcPr>
          <w:p w14:paraId="72B1D416" w14:textId="77777777" w:rsidR="000D50D7" w:rsidRPr="000D50D7" w:rsidRDefault="000D50D7" w:rsidP="000D50D7">
            <w:pPr>
              <w:tabs>
                <w:tab w:val="left" w:pos="317"/>
              </w:tabs>
              <w:spacing w:line="240" w:lineRule="auto"/>
              <w:contextualSpacing/>
              <w:jc w:val="both"/>
              <w:rPr>
                <w:rFonts w:eastAsia="Calibri" w:cs="Times New Roman"/>
                <w:sz w:val="20"/>
                <w:szCs w:val="20"/>
                <w:lang w:val="ru-RU"/>
              </w:rPr>
            </w:pPr>
          </w:p>
        </w:tc>
      </w:tr>
      <w:tr w:rsidR="000D50D7" w:rsidRPr="000D50D7" w14:paraId="610BF396" w14:textId="77777777" w:rsidTr="00BC5EAF">
        <w:tc>
          <w:tcPr>
            <w:tcW w:w="9639" w:type="dxa"/>
            <w:gridSpan w:val="5"/>
            <w:tcBorders>
              <w:top w:val="nil"/>
              <w:bottom w:val="nil"/>
            </w:tcBorders>
          </w:tcPr>
          <w:p w14:paraId="5BFB9C0C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Calibri" w:cs="Times New Roman"/>
                <w:sz w:val="20"/>
                <w:szCs w:val="20"/>
                <w:shd w:val="clear" w:color="auto" w:fill="FFFFFF"/>
                <w:lang w:val="ru-RU"/>
              </w:rPr>
            </w:pPr>
            <w:r w:rsidRPr="000D50D7">
              <w:rPr>
                <w:rFonts w:eastAsia="Calibri" w:cs="Times New Roman"/>
                <w:sz w:val="20"/>
                <w:szCs w:val="20"/>
                <w:shd w:val="clear" w:color="auto" w:fill="FFFFFF"/>
                <w:lang w:val="ru-RU"/>
              </w:rPr>
              <w:t>9. Установите соответствие между цветом олимпийского кольца и частями света</w:t>
            </w:r>
          </w:p>
          <w:p w14:paraId="5E9E6B99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Calibri" w:cs="Times New Roman"/>
                <w:sz w:val="20"/>
                <w:szCs w:val="20"/>
                <w:shd w:val="clear" w:color="auto" w:fill="FFFFFF"/>
                <w:lang w:val="ru-RU"/>
              </w:rPr>
            </w:pPr>
            <w:r w:rsidRPr="000D50D7">
              <w:rPr>
                <w:rFonts w:eastAsia="Calibri" w:cs="Times New Roman"/>
                <w:sz w:val="20"/>
                <w:szCs w:val="20"/>
                <w:shd w:val="clear" w:color="auto" w:fill="FFFFFF"/>
                <w:lang w:val="ru-RU"/>
              </w:rPr>
              <w:t xml:space="preserve"> </w:t>
            </w:r>
          </w:p>
          <w:p w14:paraId="7E92B45B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Calibri" w:cs="Times New Roman"/>
                <w:sz w:val="20"/>
                <w:szCs w:val="20"/>
                <w:shd w:val="clear" w:color="auto" w:fill="FFFFFF"/>
                <w:lang w:val="ru-RU"/>
              </w:rPr>
            </w:pPr>
            <w:r w:rsidRPr="000D50D7">
              <w:rPr>
                <w:rFonts w:eastAsia="Calibri" w:cs="Times New Roman"/>
                <w:sz w:val="20"/>
                <w:szCs w:val="20"/>
                <w:shd w:val="clear" w:color="auto" w:fill="FFFFFF"/>
                <w:lang w:val="ru-RU"/>
              </w:rPr>
              <w:t>1</w:t>
            </w:r>
            <w:proofErr w:type="gramStart"/>
            <w:r w:rsidRPr="000D50D7">
              <w:rPr>
                <w:rFonts w:eastAsia="Calibri" w:cs="Times New Roman"/>
                <w:sz w:val="20"/>
                <w:szCs w:val="20"/>
                <w:shd w:val="clear" w:color="auto" w:fill="FFFFFF"/>
                <w:lang w:val="ru-RU"/>
              </w:rPr>
              <w:t>Синее  —</w:t>
            </w:r>
            <w:proofErr w:type="gramEnd"/>
            <w:r w:rsidRPr="000D50D7">
              <w:rPr>
                <w:rFonts w:eastAsia="Calibri" w:cs="Times New Roman"/>
                <w:sz w:val="20"/>
                <w:szCs w:val="20"/>
                <w:shd w:val="clear" w:color="auto" w:fill="FFFFFF"/>
                <w:lang w:val="ru-RU"/>
              </w:rPr>
              <w:t xml:space="preserve">  а. Америка.</w:t>
            </w:r>
          </w:p>
          <w:p w14:paraId="5D1DF6DA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Calibri" w:cs="Times New Roman"/>
                <w:sz w:val="20"/>
                <w:szCs w:val="20"/>
                <w:shd w:val="clear" w:color="auto" w:fill="FFFFFF"/>
                <w:lang w:val="ru-RU"/>
              </w:rPr>
            </w:pPr>
            <w:r w:rsidRPr="000D50D7">
              <w:rPr>
                <w:rFonts w:eastAsia="Calibri" w:cs="Times New Roman"/>
                <w:sz w:val="20"/>
                <w:szCs w:val="20"/>
                <w:shd w:val="clear" w:color="auto" w:fill="FFFFFF"/>
                <w:lang w:val="ru-RU"/>
              </w:rPr>
              <w:lastRenderedPageBreak/>
              <w:t>2Красное —. Б. Европа</w:t>
            </w:r>
          </w:p>
          <w:p w14:paraId="6193E355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Calibri" w:cs="Times New Roman"/>
                <w:sz w:val="20"/>
                <w:szCs w:val="20"/>
                <w:shd w:val="clear" w:color="auto" w:fill="FFFFFF"/>
                <w:lang w:val="ru-RU"/>
              </w:rPr>
            </w:pPr>
            <w:r w:rsidRPr="000D50D7">
              <w:rPr>
                <w:rFonts w:eastAsia="Calibri" w:cs="Times New Roman"/>
                <w:sz w:val="20"/>
                <w:szCs w:val="20"/>
                <w:shd w:val="clear" w:color="auto" w:fill="FFFFFF"/>
                <w:lang w:val="ru-RU"/>
              </w:rPr>
              <w:t xml:space="preserve">3Жёлтое — в. Африка. </w:t>
            </w:r>
          </w:p>
          <w:p w14:paraId="0185216E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Calibri" w:cs="Times New Roman"/>
                <w:sz w:val="20"/>
                <w:szCs w:val="20"/>
                <w:shd w:val="clear" w:color="auto" w:fill="FFFFFF"/>
                <w:lang w:val="ru-RU"/>
              </w:rPr>
            </w:pPr>
            <w:r w:rsidRPr="000D50D7">
              <w:rPr>
                <w:rFonts w:eastAsia="Calibri" w:cs="Times New Roman"/>
                <w:sz w:val="20"/>
                <w:szCs w:val="20"/>
                <w:shd w:val="clear" w:color="auto" w:fill="FFFFFF"/>
                <w:lang w:val="ru-RU"/>
              </w:rPr>
              <w:t>4Чёрное —. Г. Австралия</w:t>
            </w:r>
          </w:p>
          <w:p w14:paraId="6B601B80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Calibri" w:cs="Times New Roman"/>
                <w:sz w:val="20"/>
                <w:szCs w:val="20"/>
                <w:shd w:val="clear" w:color="auto" w:fill="FFFFFF"/>
                <w:lang w:val="ru-RU"/>
              </w:rPr>
            </w:pPr>
            <w:r w:rsidRPr="000D50D7">
              <w:rPr>
                <w:rFonts w:eastAsia="Calibri" w:cs="Times New Roman"/>
                <w:sz w:val="20"/>
                <w:szCs w:val="20"/>
                <w:shd w:val="clear" w:color="auto" w:fill="FFFFFF"/>
                <w:lang w:val="ru-RU"/>
              </w:rPr>
              <w:t xml:space="preserve">             5Зелёное —. Д.  Азия</w:t>
            </w:r>
          </w:p>
        </w:tc>
      </w:tr>
      <w:tr w:rsidR="000D50D7" w:rsidRPr="000D50D7" w14:paraId="3E1737E8" w14:textId="77777777" w:rsidTr="00BC5EAF">
        <w:tc>
          <w:tcPr>
            <w:tcW w:w="4678" w:type="dxa"/>
            <w:gridSpan w:val="3"/>
            <w:tcBorders>
              <w:top w:val="nil"/>
              <w:bottom w:val="nil"/>
              <w:right w:val="nil"/>
            </w:tcBorders>
          </w:tcPr>
          <w:p w14:paraId="228CB110" w14:textId="77777777" w:rsidR="000D50D7" w:rsidRPr="000D50D7" w:rsidRDefault="000D50D7" w:rsidP="000D50D7">
            <w:pPr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b/>
                <w:sz w:val="20"/>
                <w:szCs w:val="20"/>
                <w:lang w:val="ru-RU" w:eastAsia="ru-RU"/>
              </w:rPr>
              <w:lastRenderedPageBreak/>
              <w:t xml:space="preserve">                             </w:t>
            </w:r>
            <w:r w:rsidRPr="000D50D7">
              <w:rPr>
                <w:rFonts w:eastAsia="Calibri" w:cs="Times New Roman"/>
                <w:b/>
                <w:sz w:val="20"/>
                <w:szCs w:val="20"/>
                <w:lang w:eastAsia="ru-RU"/>
              </w:rPr>
              <w:t xml:space="preserve"> </w:t>
            </w: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>Е. Антарктида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nil"/>
            </w:tcBorders>
          </w:tcPr>
          <w:p w14:paraId="0A71780D" w14:textId="77777777" w:rsidR="000D50D7" w:rsidRPr="000D50D7" w:rsidRDefault="000D50D7" w:rsidP="000D50D7">
            <w:pPr>
              <w:tabs>
                <w:tab w:val="left" w:pos="317"/>
              </w:tabs>
              <w:spacing w:line="240" w:lineRule="auto"/>
              <w:contextualSpacing/>
              <w:rPr>
                <w:rFonts w:eastAsia="Calibri" w:cs="Times New Roman"/>
                <w:sz w:val="20"/>
                <w:szCs w:val="20"/>
                <w:shd w:val="clear" w:color="auto" w:fill="FFFFFF"/>
                <w:lang w:val="ru-RU"/>
              </w:rPr>
            </w:pPr>
          </w:p>
        </w:tc>
      </w:tr>
      <w:tr w:rsidR="000D50D7" w:rsidRPr="000D50D7" w14:paraId="4837F990" w14:textId="77777777" w:rsidTr="00BC5EAF">
        <w:tc>
          <w:tcPr>
            <w:tcW w:w="4678" w:type="dxa"/>
            <w:gridSpan w:val="3"/>
          </w:tcPr>
          <w:p w14:paraId="1BC88711" w14:textId="77777777" w:rsidR="000D50D7" w:rsidRPr="000D50D7" w:rsidRDefault="000D50D7" w:rsidP="000D50D7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Уровень сложности</w:t>
            </w:r>
          </w:p>
        </w:tc>
        <w:tc>
          <w:tcPr>
            <w:tcW w:w="4961" w:type="dxa"/>
            <w:gridSpan w:val="2"/>
          </w:tcPr>
          <w:p w14:paraId="76F24B19" w14:textId="77777777" w:rsidR="000D50D7" w:rsidRPr="000D50D7" w:rsidRDefault="000D50D7" w:rsidP="000D50D7">
            <w:pPr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shd w:val="clear" w:color="auto" w:fill="FFFFFF"/>
                <w:lang w:val="ru-RU" w:eastAsia="ru-RU"/>
              </w:rPr>
            </w:pPr>
            <w:r w:rsidRPr="000D50D7">
              <w:rPr>
                <w:rFonts w:eastAsia="Calibri" w:cs="Times New Roman"/>
                <w:b/>
                <w:bCs/>
                <w:sz w:val="20"/>
                <w:szCs w:val="20"/>
                <w:shd w:val="clear" w:color="auto" w:fill="FFFFFF"/>
                <w:lang w:val="ru-RU" w:eastAsia="ru-RU"/>
              </w:rPr>
              <w:t>Высокий</w:t>
            </w:r>
          </w:p>
        </w:tc>
      </w:tr>
      <w:tr w:rsidR="000D50D7" w:rsidRPr="000D50D7" w14:paraId="30517E41" w14:textId="77777777" w:rsidTr="00BC5EAF">
        <w:tc>
          <w:tcPr>
            <w:tcW w:w="4678" w:type="dxa"/>
            <w:gridSpan w:val="3"/>
          </w:tcPr>
          <w:p w14:paraId="266DF057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Тип задания</w:t>
            </w:r>
          </w:p>
        </w:tc>
        <w:tc>
          <w:tcPr>
            <w:tcW w:w="4961" w:type="dxa"/>
            <w:gridSpan w:val="2"/>
          </w:tcPr>
          <w:p w14:paraId="62AA0A14" w14:textId="77777777" w:rsidR="000D50D7" w:rsidRPr="000D50D7" w:rsidRDefault="000D50D7" w:rsidP="000D50D7">
            <w:pPr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shd w:val="clear" w:color="auto" w:fill="FFFFFF"/>
                <w:lang w:val="ru-RU" w:eastAsia="ru-RU"/>
              </w:rPr>
            </w:pPr>
            <w:r w:rsidRPr="000D50D7">
              <w:rPr>
                <w:rFonts w:eastAsia="Calibri" w:cs="Times New Roman"/>
                <w:b/>
                <w:bCs/>
                <w:sz w:val="20"/>
                <w:szCs w:val="20"/>
                <w:shd w:val="clear" w:color="auto" w:fill="FFFFFF"/>
                <w:lang w:val="ru-RU" w:eastAsia="ru-RU"/>
              </w:rPr>
              <w:t>Задания с развернутым ответом</w:t>
            </w:r>
          </w:p>
        </w:tc>
      </w:tr>
      <w:tr w:rsidR="000D50D7" w:rsidRPr="000D50D7" w14:paraId="35B7E3A5" w14:textId="77777777" w:rsidTr="00BC5EAF">
        <w:tc>
          <w:tcPr>
            <w:tcW w:w="4678" w:type="dxa"/>
            <w:gridSpan w:val="3"/>
          </w:tcPr>
          <w:p w14:paraId="4165470D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bCs/>
                <w:i/>
                <w:iCs/>
                <w:sz w:val="20"/>
                <w:szCs w:val="20"/>
                <w:lang w:val="ru-RU" w:eastAsia="ru-RU"/>
              </w:rPr>
              <w:t xml:space="preserve">Инструкция: </w:t>
            </w:r>
          </w:p>
        </w:tc>
        <w:tc>
          <w:tcPr>
            <w:tcW w:w="4961" w:type="dxa"/>
            <w:gridSpan w:val="2"/>
          </w:tcPr>
          <w:p w14:paraId="6563837B" w14:textId="77777777" w:rsidR="000D50D7" w:rsidRPr="000D50D7" w:rsidRDefault="000D50D7" w:rsidP="000D50D7">
            <w:pPr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shd w:val="clear" w:color="auto" w:fill="FFFFFF"/>
                <w:lang w:val="ru-RU" w:eastAsia="ru-RU"/>
              </w:rPr>
            </w:pPr>
            <w:r w:rsidRPr="000D50D7">
              <w:rPr>
                <w:rFonts w:eastAsia="Calibri" w:cs="Times New Roman"/>
                <w:i/>
                <w:iCs/>
                <w:sz w:val="20"/>
                <w:szCs w:val="20"/>
                <w:shd w:val="clear" w:color="auto" w:fill="FFFFFF"/>
                <w:lang w:val="ru-RU" w:eastAsia="ru-RU"/>
              </w:rPr>
              <w:t>введите развернутый обоснованный ответ</w:t>
            </w:r>
          </w:p>
        </w:tc>
      </w:tr>
      <w:tr w:rsidR="000D50D7" w:rsidRPr="000B04D5" w14:paraId="5753BB12" w14:textId="77777777" w:rsidTr="00BC5EAF">
        <w:tc>
          <w:tcPr>
            <w:tcW w:w="9639" w:type="dxa"/>
            <w:gridSpan w:val="5"/>
          </w:tcPr>
          <w:p w14:paraId="6AA5023C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Calibri" w:cs="Times New Roman"/>
                <w:sz w:val="20"/>
                <w:szCs w:val="20"/>
                <w:shd w:val="clear" w:color="auto" w:fill="FFFFFF"/>
                <w:lang w:val="ru-RU"/>
              </w:rPr>
            </w:pPr>
            <w:r w:rsidRPr="000D50D7">
              <w:rPr>
                <w:rFonts w:eastAsia="Calibri" w:cs="Times New Roman"/>
                <w:sz w:val="20"/>
                <w:szCs w:val="20"/>
                <w:shd w:val="clear" w:color="auto" w:fill="FFFFFF"/>
                <w:lang w:val="ru-RU"/>
              </w:rPr>
              <w:t xml:space="preserve">10.Кроль на груди это самый </w:t>
            </w:r>
            <w:proofErr w:type="gramStart"/>
            <w:r w:rsidRPr="000D50D7">
              <w:rPr>
                <w:rFonts w:eastAsia="Calibri" w:cs="Times New Roman"/>
                <w:sz w:val="20"/>
                <w:szCs w:val="20"/>
                <w:shd w:val="clear" w:color="auto" w:fill="FFFFFF"/>
                <w:lang w:val="ru-RU"/>
              </w:rPr>
              <w:t>…….</w:t>
            </w:r>
            <w:proofErr w:type="gramEnd"/>
            <w:r w:rsidRPr="000D50D7">
              <w:rPr>
                <w:rFonts w:eastAsia="Calibri" w:cs="Times New Roman"/>
                <w:sz w:val="20"/>
                <w:szCs w:val="20"/>
                <w:shd w:val="clear" w:color="auto" w:fill="FFFFFF"/>
                <w:lang w:val="ru-RU"/>
              </w:rPr>
              <w:t xml:space="preserve"> стиль плавания.</w:t>
            </w:r>
          </w:p>
        </w:tc>
      </w:tr>
    </w:tbl>
    <w:p w14:paraId="423C845F" w14:textId="77777777" w:rsidR="000D50D7" w:rsidRPr="000D50D7" w:rsidRDefault="000D50D7" w:rsidP="000D50D7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Calibri" w:cs="Times New Roman"/>
          <w:b/>
          <w:bCs/>
          <w:sz w:val="20"/>
          <w:szCs w:val="20"/>
          <w:lang w:val="ru-RU" w:eastAsia="ru-RU"/>
        </w:rPr>
      </w:pPr>
    </w:p>
    <w:p w14:paraId="26AEFA65" w14:textId="77777777" w:rsidR="000D50D7" w:rsidRPr="000D50D7" w:rsidRDefault="000D50D7" w:rsidP="000D50D7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Calibri" w:cs="Times New Roman"/>
          <w:b/>
          <w:bCs/>
          <w:sz w:val="20"/>
          <w:szCs w:val="20"/>
          <w:lang w:val="ru-RU" w:eastAsia="ru-RU"/>
        </w:rPr>
      </w:pPr>
      <w:r w:rsidRPr="000D50D7">
        <w:rPr>
          <w:rFonts w:eastAsia="Calibri" w:cs="Times New Roman"/>
          <w:b/>
          <w:bCs/>
          <w:sz w:val="20"/>
          <w:szCs w:val="20"/>
          <w:lang w:val="ru-RU" w:eastAsia="ru-RU"/>
        </w:rPr>
        <w:t>Ключи правильных ответов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694"/>
        <w:gridCol w:w="3543"/>
      </w:tblGrid>
      <w:tr w:rsidR="000D50D7" w:rsidRPr="000D50D7" w14:paraId="595E042B" w14:textId="77777777" w:rsidTr="00BC5EAF">
        <w:tc>
          <w:tcPr>
            <w:tcW w:w="2694" w:type="dxa"/>
            <w:vAlign w:val="center"/>
          </w:tcPr>
          <w:p w14:paraId="21C8ABEA" w14:textId="77777777" w:rsidR="000D50D7" w:rsidRPr="000D50D7" w:rsidRDefault="000D50D7" w:rsidP="000D50D7">
            <w:pPr>
              <w:overflowPunct w:val="0"/>
              <w:spacing w:line="240" w:lineRule="auto"/>
              <w:contextualSpacing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>Номер задания</w:t>
            </w:r>
          </w:p>
        </w:tc>
        <w:tc>
          <w:tcPr>
            <w:tcW w:w="3543" w:type="dxa"/>
            <w:vAlign w:val="center"/>
          </w:tcPr>
          <w:p w14:paraId="2A7804D4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>Верный ответ</w:t>
            </w:r>
          </w:p>
        </w:tc>
      </w:tr>
      <w:tr w:rsidR="000D50D7" w:rsidRPr="000D50D7" w14:paraId="5BD24A22" w14:textId="77777777" w:rsidTr="00BC5EAF">
        <w:tc>
          <w:tcPr>
            <w:tcW w:w="2694" w:type="dxa"/>
          </w:tcPr>
          <w:p w14:paraId="06D2C695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3543" w:type="dxa"/>
          </w:tcPr>
          <w:p w14:paraId="5F18F740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ind w:right="-816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>В</w:t>
            </w:r>
          </w:p>
        </w:tc>
      </w:tr>
      <w:tr w:rsidR="000D50D7" w:rsidRPr="000D50D7" w14:paraId="6938B15B" w14:textId="77777777" w:rsidTr="00BC5EAF">
        <w:tc>
          <w:tcPr>
            <w:tcW w:w="2694" w:type="dxa"/>
          </w:tcPr>
          <w:p w14:paraId="2D72EC2B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>2</w:t>
            </w:r>
          </w:p>
        </w:tc>
        <w:tc>
          <w:tcPr>
            <w:tcW w:w="3543" w:type="dxa"/>
          </w:tcPr>
          <w:p w14:paraId="2CDB0417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>В</w:t>
            </w:r>
          </w:p>
        </w:tc>
      </w:tr>
      <w:tr w:rsidR="000D50D7" w:rsidRPr="000D50D7" w14:paraId="6EA0046D" w14:textId="77777777" w:rsidTr="00BC5EAF">
        <w:tc>
          <w:tcPr>
            <w:tcW w:w="2694" w:type="dxa"/>
          </w:tcPr>
          <w:p w14:paraId="3EF8E971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>3</w:t>
            </w:r>
          </w:p>
        </w:tc>
        <w:tc>
          <w:tcPr>
            <w:tcW w:w="3543" w:type="dxa"/>
          </w:tcPr>
          <w:p w14:paraId="6E2077C7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Г б е </w:t>
            </w:r>
            <w:proofErr w:type="gramStart"/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>д  а</w:t>
            </w:r>
            <w:proofErr w:type="gramEnd"/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 в </w:t>
            </w:r>
          </w:p>
        </w:tc>
      </w:tr>
      <w:tr w:rsidR="000D50D7" w:rsidRPr="000D50D7" w14:paraId="6B038232" w14:textId="77777777" w:rsidTr="00BC5EAF">
        <w:tc>
          <w:tcPr>
            <w:tcW w:w="2694" w:type="dxa"/>
          </w:tcPr>
          <w:p w14:paraId="0BD6C29C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>4</w:t>
            </w:r>
          </w:p>
        </w:tc>
        <w:tc>
          <w:tcPr>
            <w:tcW w:w="3543" w:type="dxa"/>
          </w:tcPr>
          <w:p w14:paraId="48F49BA2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proofErr w:type="spellStart"/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>бва</w:t>
            </w:r>
            <w:proofErr w:type="spellEnd"/>
          </w:p>
        </w:tc>
      </w:tr>
      <w:tr w:rsidR="000D50D7" w:rsidRPr="000D50D7" w14:paraId="2607F404" w14:textId="77777777" w:rsidTr="00BC5EAF">
        <w:tc>
          <w:tcPr>
            <w:tcW w:w="2694" w:type="dxa"/>
          </w:tcPr>
          <w:p w14:paraId="00A6AB09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>5</w:t>
            </w:r>
          </w:p>
        </w:tc>
        <w:tc>
          <w:tcPr>
            <w:tcW w:w="3543" w:type="dxa"/>
          </w:tcPr>
          <w:p w14:paraId="14FC16EB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>1в 2б 3г 4а</w:t>
            </w:r>
          </w:p>
        </w:tc>
      </w:tr>
      <w:tr w:rsidR="000D50D7" w:rsidRPr="000D50D7" w14:paraId="63BC7C44" w14:textId="77777777" w:rsidTr="00BC5EAF">
        <w:tc>
          <w:tcPr>
            <w:tcW w:w="2694" w:type="dxa"/>
          </w:tcPr>
          <w:p w14:paraId="1A28F6BD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>6</w:t>
            </w:r>
          </w:p>
        </w:tc>
        <w:tc>
          <w:tcPr>
            <w:tcW w:w="3543" w:type="dxa"/>
          </w:tcPr>
          <w:p w14:paraId="308E721C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>1б 2д 3г 4а 5в</w:t>
            </w:r>
          </w:p>
        </w:tc>
      </w:tr>
      <w:tr w:rsidR="000D50D7" w:rsidRPr="000D50D7" w14:paraId="40E99AA8" w14:textId="77777777" w:rsidTr="00BC5EAF">
        <w:tc>
          <w:tcPr>
            <w:tcW w:w="2694" w:type="dxa"/>
          </w:tcPr>
          <w:p w14:paraId="50F827F6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>7</w:t>
            </w:r>
          </w:p>
        </w:tc>
        <w:tc>
          <w:tcPr>
            <w:tcW w:w="3543" w:type="dxa"/>
          </w:tcPr>
          <w:p w14:paraId="5B21F610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Б г д </w:t>
            </w:r>
            <w:proofErr w:type="gramStart"/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>в</w:t>
            </w:r>
            <w:proofErr w:type="gramEnd"/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 а е з ж ё </w:t>
            </w:r>
          </w:p>
        </w:tc>
      </w:tr>
      <w:tr w:rsidR="000D50D7" w:rsidRPr="000D50D7" w14:paraId="5EA03FC0" w14:textId="77777777" w:rsidTr="00BC5EAF">
        <w:tc>
          <w:tcPr>
            <w:tcW w:w="2694" w:type="dxa"/>
          </w:tcPr>
          <w:p w14:paraId="5CDEE683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>8</w:t>
            </w:r>
          </w:p>
        </w:tc>
        <w:tc>
          <w:tcPr>
            <w:tcW w:w="3543" w:type="dxa"/>
          </w:tcPr>
          <w:p w14:paraId="6E3E145E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>1в 2б 3а</w:t>
            </w:r>
          </w:p>
        </w:tc>
      </w:tr>
      <w:tr w:rsidR="000D50D7" w:rsidRPr="000D50D7" w14:paraId="13401761" w14:textId="77777777" w:rsidTr="00BC5EAF">
        <w:tc>
          <w:tcPr>
            <w:tcW w:w="2694" w:type="dxa"/>
          </w:tcPr>
          <w:p w14:paraId="44BA8E47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>9</w:t>
            </w:r>
          </w:p>
        </w:tc>
        <w:tc>
          <w:tcPr>
            <w:tcW w:w="3543" w:type="dxa"/>
          </w:tcPr>
          <w:p w14:paraId="43F1185A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>1б 2а 3д 4в 5г</w:t>
            </w:r>
          </w:p>
        </w:tc>
      </w:tr>
      <w:tr w:rsidR="000D50D7" w:rsidRPr="000D50D7" w14:paraId="2DE08434" w14:textId="77777777" w:rsidTr="00BC5EAF">
        <w:tc>
          <w:tcPr>
            <w:tcW w:w="2694" w:type="dxa"/>
          </w:tcPr>
          <w:p w14:paraId="1CCDA02F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>10</w:t>
            </w:r>
          </w:p>
        </w:tc>
        <w:tc>
          <w:tcPr>
            <w:tcW w:w="3543" w:type="dxa"/>
          </w:tcPr>
          <w:p w14:paraId="1786EA8B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>Быстрый</w:t>
            </w:r>
          </w:p>
        </w:tc>
      </w:tr>
    </w:tbl>
    <w:p w14:paraId="193C9117" w14:textId="77777777" w:rsidR="000D50D7" w:rsidRPr="000D50D7" w:rsidRDefault="000D50D7" w:rsidP="000D50D7">
      <w:pPr>
        <w:spacing w:line="240" w:lineRule="auto"/>
        <w:jc w:val="center"/>
        <w:rPr>
          <w:rFonts w:eastAsia="Calibri" w:cs="Times New Roman"/>
          <w:b/>
          <w:bCs/>
          <w:sz w:val="20"/>
          <w:szCs w:val="20"/>
          <w:lang w:val="ru-RU" w:eastAsia="ru-RU"/>
        </w:rPr>
      </w:pPr>
    </w:p>
    <w:p w14:paraId="4396DCCC" w14:textId="77777777" w:rsidR="000D50D7" w:rsidRPr="000D50D7" w:rsidRDefault="000D50D7" w:rsidP="000D50D7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Calibri" w:cs="Times New Roman"/>
          <w:b/>
          <w:bCs/>
          <w:sz w:val="20"/>
          <w:szCs w:val="20"/>
          <w:lang w:val="ru-RU" w:eastAsia="ru-RU"/>
        </w:rPr>
      </w:pPr>
      <w:r w:rsidRPr="000D50D7">
        <w:rPr>
          <w:rFonts w:eastAsia="Calibri" w:cs="Times New Roman"/>
          <w:b/>
          <w:bCs/>
          <w:sz w:val="20"/>
          <w:szCs w:val="20"/>
          <w:lang w:val="ru-RU" w:eastAsia="ru-RU"/>
        </w:rPr>
        <w:t>Комплект тестовых заданий</w:t>
      </w:r>
    </w:p>
    <w:p w14:paraId="0DA155DB" w14:textId="77777777" w:rsidR="000D50D7" w:rsidRPr="000D50D7" w:rsidRDefault="000D50D7" w:rsidP="000D50D7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Calibri" w:cs="Times New Roman"/>
          <w:b/>
          <w:bCs/>
          <w:color w:val="FF0000"/>
          <w:sz w:val="20"/>
          <w:szCs w:val="20"/>
          <w:lang w:val="ru-RU"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334"/>
        <w:gridCol w:w="2486"/>
        <w:gridCol w:w="1170"/>
        <w:gridCol w:w="3649"/>
      </w:tblGrid>
      <w:tr w:rsidR="000D50D7" w:rsidRPr="000D50D7" w14:paraId="09062FAD" w14:textId="77777777" w:rsidTr="00BC5EAF">
        <w:tc>
          <w:tcPr>
            <w:tcW w:w="2334" w:type="dxa"/>
          </w:tcPr>
          <w:p w14:paraId="01675A93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Индикатор</w:t>
            </w:r>
          </w:p>
        </w:tc>
        <w:tc>
          <w:tcPr>
            <w:tcW w:w="2486" w:type="dxa"/>
          </w:tcPr>
          <w:p w14:paraId="750A6CBA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УК-7.2</w:t>
            </w:r>
          </w:p>
        </w:tc>
        <w:tc>
          <w:tcPr>
            <w:tcW w:w="1170" w:type="dxa"/>
          </w:tcPr>
          <w:p w14:paraId="2BFA05AC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Семестр</w:t>
            </w:r>
          </w:p>
        </w:tc>
        <w:tc>
          <w:tcPr>
            <w:tcW w:w="3649" w:type="dxa"/>
          </w:tcPr>
          <w:p w14:paraId="31B85E4B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2</w:t>
            </w:r>
          </w:p>
        </w:tc>
      </w:tr>
      <w:tr w:rsidR="000D50D7" w:rsidRPr="000D50D7" w14:paraId="75CB88BB" w14:textId="77777777" w:rsidTr="00BC5EAF">
        <w:tc>
          <w:tcPr>
            <w:tcW w:w="4820" w:type="dxa"/>
            <w:gridSpan w:val="2"/>
          </w:tcPr>
          <w:p w14:paraId="4D5FBDD0" w14:textId="77777777" w:rsidR="000D50D7" w:rsidRPr="000D50D7" w:rsidRDefault="000D50D7" w:rsidP="000D50D7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Уровень сложности</w:t>
            </w:r>
          </w:p>
        </w:tc>
        <w:tc>
          <w:tcPr>
            <w:tcW w:w="4819" w:type="dxa"/>
            <w:gridSpan w:val="2"/>
          </w:tcPr>
          <w:p w14:paraId="6D01B6B7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Базовый</w:t>
            </w:r>
          </w:p>
        </w:tc>
      </w:tr>
      <w:tr w:rsidR="000D50D7" w:rsidRPr="000B04D5" w14:paraId="4245CD82" w14:textId="77777777" w:rsidTr="00BC5EAF">
        <w:tc>
          <w:tcPr>
            <w:tcW w:w="4820" w:type="dxa"/>
            <w:gridSpan w:val="2"/>
          </w:tcPr>
          <w:p w14:paraId="1C4970B0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Тип задания</w:t>
            </w:r>
          </w:p>
        </w:tc>
        <w:tc>
          <w:tcPr>
            <w:tcW w:w="4819" w:type="dxa"/>
            <w:gridSpan w:val="2"/>
          </w:tcPr>
          <w:p w14:paraId="4874C210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Задания с выбором одного ответа / нескольких ответов</w:t>
            </w:r>
          </w:p>
        </w:tc>
      </w:tr>
      <w:tr w:rsidR="000D50D7" w:rsidRPr="000D50D7" w14:paraId="5D385998" w14:textId="77777777" w:rsidTr="00BC5EAF">
        <w:tc>
          <w:tcPr>
            <w:tcW w:w="4820" w:type="dxa"/>
            <w:gridSpan w:val="2"/>
          </w:tcPr>
          <w:p w14:paraId="0AE9CB12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bCs/>
                <w:i/>
                <w:iCs/>
                <w:sz w:val="20"/>
                <w:szCs w:val="20"/>
                <w:lang w:val="ru-RU" w:eastAsia="ru-RU"/>
              </w:rPr>
              <w:t xml:space="preserve">Инструкция: </w:t>
            </w:r>
          </w:p>
        </w:tc>
        <w:tc>
          <w:tcPr>
            <w:tcW w:w="4819" w:type="dxa"/>
            <w:gridSpan w:val="2"/>
          </w:tcPr>
          <w:p w14:paraId="46203905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bCs/>
                <w:i/>
                <w:iCs/>
                <w:sz w:val="20"/>
                <w:szCs w:val="20"/>
                <w:lang w:val="ru-RU" w:eastAsia="ru-RU"/>
              </w:rPr>
              <w:t>укажите один вариант ответа</w:t>
            </w:r>
          </w:p>
        </w:tc>
      </w:tr>
      <w:tr w:rsidR="000D50D7" w:rsidRPr="000D50D7" w14:paraId="55773B2B" w14:textId="77777777" w:rsidTr="00BC5EAF">
        <w:tc>
          <w:tcPr>
            <w:tcW w:w="9639" w:type="dxa"/>
            <w:gridSpan w:val="4"/>
          </w:tcPr>
          <w:p w14:paraId="55D201D2" w14:textId="77777777" w:rsidR="000D50D7" w:rsidRPr="000D50D7" w:rsidRDefault="000D50D7" w:rsidP="000D50D7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1.</w:t>
            </w: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 </w:t>
            </w:r>
            <w:r w:rsidRPr="000D50D7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При малоподвижном образе жизни?</w:t>
            </w:r>
          </w:p>
          <w:p w14:paraId="749CBAD0" w14:textId="77777777" w:rsidR="000D50D7" w:rsidRPr="000D50D7" w:rsidRDefault="000D50D7" w:rsidP="000D50D7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>А. Повышается работоспособность;</w:t>
            </w:r>
          </w:p>
          <w:p w14:paraId="3BB7C27C" w14:textId="77777777" w:rsidR="000D50D7" w:rsidRPr="000D50D7" w:rsidRDefault="000D50D7" w:rsidP="000D50D7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>Б. Замедляется процесс старения;</w:t>
            </w:r>
          </w:p>
          <w:p w14:paraId="13ACF1E1" w14:textId="77777777" w:rsidR="000D50D7" w:rsidRPr="000D50D7" w:rsidRDefault="000D50D7" w:rsidP="000D50D7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b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В. </w:t>
            </w:r>
            <w:r w:rsidRPr="000D50D7">
              <w:rPr>
                <w:rFonts w:eastAsia="Calibri" w:cs="Times New Roman"/>
                <w:b/>
                <w:sz w:val="20"/>
                <w:szCs w:val="20"/>
                <w:lang w:val="ru-RU" w:eastAsia="ru-RU"/>
              </w:rPr>
              <w:t>Развивается слабость сердечной мышцы.</w:t>
            </w:r>
          </w:p>
          <w:p w14:paraId="6CC80E9D" w14:textId="77777777" w:rsidR="000D50D7" w:rsidRPr="000D50D7" w:rsidRDefault="000D50D7" w:rsidP="000D50D7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</w:p>
          <w:p w14:paraId="51E5A0FC" w14:textId="77777777" w:rsidR="000D50D7" w:rsidRPr="000D50D7" w:rsidRDefault="000D50D7" w:rsidP="000D50D7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2. Бег на 100м является тестом:</w:t>
            </w:r>
          </w:p>
          <w:p w14:paraId="715DB870" w14:textId="77777777" w:rsidR="000D50D7" w:rsidRPr="000D50D7" w:rsidRDefault="000D50D7" w:rsidP="000D50D7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>А. На общую выносливость.</w:t>
            </w:r>
          </w:p>
          <w:p w14:paraId="3379992C" w14:textId="77777777" w:rsidR="000D50D7" w:rsidRPr="000D50D7" w:rsidRDefault="000D50D7" w:rsidP="000D50D7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b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>Б</w:t>
            </w:r>
            <w:r w:rsidRPr="000D50D7">
              <w:rPr>
                <w:rFonts w:eastAsia="Calibri" w:cs="Times New Roman"/>
                <w:b/>
                <w:sz w:val="20"/>
                <w:szCs w:val="20"/>
                <w:lang w:val="ru-RU" w:eastAsia="ru-RU"/>
              </w:rPr>
              <w:t>. На скоростно-силовую подготовленность.</w:t>
            </w:r>
          </w:p>
          <w:p w14:paraId="5AF609D2" w14:textId="77777777" w:rsidR="000D50D7" w:rsidRPr="000D50D7" w:rsidRDefault="000D50D7" w:rsidP="000D50D7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>В. На силовую подготовленность.</w:t>
            </w:r>
          </w:p>
          <w:p w14:paraId="2BE39927" w14:textId="77777777" w:rsidR="000D50D7" w:rsidRPr="000D50D7" w:rsidRDefault="000D50D7" w:rsidP="000D50D7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</w:p>
        </w:tc>
      </w:tr>
      <w:tr w:rsidR="000D50D7" w:rsidRPr="000D50D7" w14:paraId="4687AE9A" w14:textId="77777777" w:rsidTr="00BC5EAF">
        <w:tc>
          <w:tcPr>
            <w:tcW w:w="4820" w:type="dxa"/>
            <w:gridSpan w:val="2"/>
          </w:tcPr>
          <w:p w14:paraId="5A25BDD5" w14:textId="77777777" w:rsidR="000D50D7" w:rsidRPr="000D50D7" w:rsidRDefault="000D50D7" w:rsidP="000D50D7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Уровень сложности</w:t>
            </w:r>
          </w:p>
        </w:tc>
        <w:tc>
          <w:tcPr>
            <w:tcW w:w="4819" w:type="dxa"/>
            <w:gridSpan w:val="2"/>
          </w:tcPr>
          <w:p w14:paraId="74F06CB7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Повышенный</w:t>
            </w:r>
          </w:p>
        </w:tc>
      </w:tr>
      <w:tr w:rsidR="000D50D7" w:rsidRPr="000B04D5" w14:paraId="4FF2D2D1" w14:textId="77777777" w:rsidTr="00BC5EAF">
        <w:tc>
          <w:tcPr>
            <w:tcW w:w="4820" w:type="dxa"/>
            <w:gridSpan w:val="2"/>
          </w:tcPr>
          <w:p w14:paraId="5E42292D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Тип задания</w:t>
            </w:r>
          </w:p>
        </w:tc>
        <w:tc>
          <w:tcPr>
            <w:tcW w:w="4819" w:type="dxa"/>
            <w:gridSpan w:val="2"/>
          </w:tcPr>
          <w:p w14:paraId="2B329E62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Задания на установление последовательности / соответствия</w:t>
            </w:r>
          </w:p>
        </w:tc>
      </w:tr>
      <w:tr w:rsidR="000D50D7" w:rsidRPr="000B04D5" w14:paraId="6B3F8359" w14:textId="77777777" w:rsidTr="00BC5EAF">
        <w:tc>
          <w:tcPr>
            <w:tcW w:w="4820" w:type="dxa"/>
            <w:gridSpan w:val="2"/>
          </w:tcPr>
          <w:p w14:paraId="318E8520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bCs/>
                <w:i/>
                <w:iCs/>
                <w:sz w:val="20"/>
                <w:szCs w:val="20"/>
                <w:lang w:val="ru-RU" w:eastAsia="ru-RU"/>
              </w:rPr>
              <w:t xml:space="preserve">Инструкция: </w:t>
            </w:r>
          </w:p>
        </w:tc>
        <w:tc>
          <w:tcPr>
            <w:tcW w:w="4819" w:type="dxa"/>
            <w:gridSpan w:val="2"/>
          </w:tcPr>
          <w:p w14:paraId="4395F75D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bCs/>
                <w:i/>
                <w:iCs/>
                <w:sz w:val="20"/>
                <w:szCs w:val="20"/>
                <w:lang w:val="ru-RU" w:eastAsia="ru-RU"/>
              </w:rPr>
              <w:t>установите последовательность элементов /соответствие между объектами задания и вариантами ответа</w:t>
            </w:r>
          </w:p>
        </w:tc>
      </w:tr>
      <w:tr w:rsidR="000D50D7" w:rsidRPr="000B04D5" w14:paraId="47FEC6B2" w14:textId="77777777" w:rsidTr="00BC5EAF">
        <w:tc>
          <w:tcPr>
            <w:tcW w:w="9639" w:type="dxa"/>
            <w:gridSpan w:val="4"/>
            <w:tcBorders>
              <w:bottom w:val="nil"/>
            </w:tcBorders>
          </w:tcPr>
          <w:p w14:paraId="7E9EE1FE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</w:p>
          <w:p w14:paraId="3050C66F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>3.Для оказания первой доврачебной помощи при тепловом ударе необходимо принять следующие меры:</w:t>
            </w:r>
          </w:p>
          <w:p w14:paraId="25D95F3A" w14:textId="77777777" w:rsidR="000D50D7" w:rsidRPr="000D50D7" w:rsidRDefault="000D50D7" w:rsidP="000D50D7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А) дать понюхать пострадавшему ватку, смоченную нашатырным спиртом; </w:t>
            </w:r>
          </w:p>
          <w:p w14:paraId="1F26F1D0" w14:textId="77777777" w:rsidR="000D50D7" w:rsidRPr="000D50D7" w:rsidRDefault="000D50D7" w:rsidP="000D50D7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Б) вызвать скорую помощь; </w:t>
            </w:r>
          </w:p>
          <w:p w14:paraId="341785D1" w14:textId="77777777" w:rsidR="000D50D7" w:rsidRPr="000D50D7" w:rsidRDefault="000D50D7" w:rsidP="000D50D7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В) положить холодный компресс на голову и грудь пострадавшему; </w:t>
            </w:r>
          </w:p>
          <w:p w14:paraId="057560D2" w14:textId="77777777" w:rsidR="000D50D7" w:rsidRPr="000D50D7" w:rsidRDefault="000D50D7" w:rsidP="000D50D7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Г) перенести пострадавшего в прохладное место; </w:t>
            </w:r>
          </w:p>
          <w:p w14:paraId="03100D1E" w14:textId="77777777" w:rsidR="000D50D7" w:rsidRPr="000D50D7" w:rsidRDefault="000D50D7" w:rsidP="000D50D7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Д) снять с пострадавшего стесняющую одежду; </w:t>
            </w:r>
          </w:p>
          <w:p w14:paraId="19D3ED8D" w14:textId="77777777" w:rsidR="000D50D7" w:rsidRPr="000D50D7" w:rsidRDefault="000D50D7" w:rsidP="000D50D7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>Е) дать пострадавшему холодную подсоленную воду или холодный сладкий чай примерно 100-150мл.</w:t>
            </w:r>
          </w:p>
          <w:p w14:paraId="724CEFCC" w14:textId="77777777" w:rsidR="000D50D7" w:rsidRPr="000D50D7" w:rsidRDefault="000D50D7" w:rsidP="000D50D7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</w:p>
          <w:p w14:paraId="0C985116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>4. Установите последовательность решения задач в обучении технике</w:t>
            </w:r>
          </w:p>
          <w:p w14:paraId="4A6B62BA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>физических упражнений:</w:t>
            </w:r>
          </w:p>
          <w:p w14:paraId="14B75A15" w14:textId="77777777" w:rsidR="000D50D7" w:rsidRPr="000D50D7" w:rsidRDefault="000D50D7" w:rsidP="000D50D7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</w:p>
          <w:p w14:paraId="5907894E" w14:textId="77777777" w:rsidR="000D50D7" w:rsidRPr="000D50D7" w:rsidRDefault="000D50D7" w:rsidP="000D50D7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>1) закрепление, 2) ознакомление, 3) разучивание, 4) совершенствование.</w:t>
            </w:r>
          </w:p>
          <w:p w14:paraId="112B5F96" w14:textId="77777777" w:rsidR="000D50D7" w:rsidRPr="000D50D7" w:rsidRDefault="000D50D7" w:rsidP="000D50D7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color w:val="0070C0"/>
                <w:sz w:val="20"/>
                <w:szCs w:val="20"/>
                <w:lang w:val="ru-RU" w:eastAsia="ru-RU"/>
              </w:rPr>
            </w:pPr>
          </w:p>
        </w:tc>
      </w:tr>
      <w:tr w:rsidR="000D50D7" w:rsidRPr="000D50D7" w14:paraId="32408BE3" w14:textId="77777777" w:rsidTr="00BC5EAF">
        <w:tc>
          <w:tcPr>
            <w:tcW w:w="9639" w:type="dxa"/>
            <w:gridSpan w:val="4"/>
            <w:tcBorders>
              <w:top w:val="nil"/>
              <w:bottom w:val="nil"/>
            </w:tcBorders>
          </w:tcPr>
          <w:p w14:paraId="14198644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lastRenderedPageBreak/>
              <w:t xml:space="preserve">5.Установите </w:t>
            </w:r>
            <w:proofErr w:type="gramStart"/>
            <w:r w:rsidRPr="000D50D7">
              <w:rPr>
                <w:rFonts w:eastAsia="Calibri" w:cs="Times New Roman"/>
                <w:sz w:val="20"/>
                <w:szCs w:val="20"/>
                <w:lang w:val="ru-RU"/>
              </w:rPr>
              <w:t>соответствие :</w:t>
            </w:r>
            <w:proofErr w:type="gramEnd"/>
          </w:p>
        </w:tc>
      </w:tr>
      <w:tr w:rsidR="000D50D7" w:rsidRPr="000D50D7" w14:paraId="6DE0AD5B" w14:textId="77777777" w:rsidTr="00BC5EAF">
        <w:tc>
          <w:tcPr>
            <w:tcW w:w="4820" w:type="dxa"/>
            <w:gridSpan w:val="2"/>
            <w:tcBorders>
              <w:top w:val="nil"/>
              <w:bottom w:val="nil"/>
              <w:right w:val="nil"/>
            </w:tcBorders>
          </w:tcPr>
          <w:p w14:paraId="71434B3E" w14:textId="77777777" w:rsidR="000D50D7" w:rsidRPr="000D50D7" w:rsidRDefault="000D50D7" w:rsidP="000D50D7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>1.создан Российский олимпийский комитет</w:t>
            </w:r>
          </w:p>
          <w:p w14:paraId="3DAA8A2D" w14:textId="77777777" w:rsidR="000D50D7" w:rsidRPr="000D50D7" w:rsidRDefault="000D50D7" w:rsidP="000D50D7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>2.создан Международный олимпийский комитет</w:t>
            </w:r>
          </w:p>
          <w:p w14:paraId="5283B58A" w14:textId="77777777" w:rsidR="000D50D7" w:rsidRPr="000D50D7" w:rsidRDefault="000D50D7" w:rsidP="000D50D7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>3.состоялись первые Олимпийские игры древности</w:t>
            </w:r>
          </w:p>
          <w:p w14:paraId="21D85D21" w14:textId="77777777" w:rsidR="000D50D7" w:rsidRPr="000D50D7" w:rsidRDefault="000D50D7" w:rsidP="000D50D7">
            <w:pPr>
              <w:spacing w:line="240" w:lineRule="auto"/>
              <w:rPr>
                <w:rFonts w:eastAsia="Calibri" w:cs="Times New Roman"/>
                <w:b/>
                <w:sz w:val="20"/>
                <w:szCs w:val="20"/>
                <w:lang w:val="ru-RU" w:eastAsia="ru-RU"/>
              </w:rPr>
            </w:pPr>
          </w:p>
        </w:tc>
        <w:tc>
          <w:tcPr>
            <w:tcW w:w="4819" w:type="dxa"/>
            <w:gridSpan w:val="2"/>
            <w:tcBorders>
              <w:top w:val="nil"/>
              <w:left w:val="nil"/>
              <w:bottom w:val="nil"/>
            </w:tcBorders>
          </w:tcPr>
          <w:p w14:paraId="04798758" w14:textId="77777777" w:rsidR="000D50D7" w:rsidRPr="000D50D7" w:rsidRDefault="000D50D7" w:rsidP="000D50D7">
            <w:pPr>
              <w:tabs>
                <w:tab w:val="left" w:pos="317"/>
              </w:tabs>
              <w:spacing w:line="240" w:lineRule="auto"/>
              <w:contextualSpacing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/>
              </w:rPr>
              <w:t>А. 1911 г.</w:t>
            </w:r>
          </w:p>
          <w:p w14:paraId="4549F1F7" w14:textId="77777777" w:rsidR="000D50D7" w:rsidRPr="000D50D7" w:rsidRDefault="000D50D7" w:rsidP="000D50D7">
            <w:pPr>
              <w:tabs>
                <w:tab w:val="left" w:pos="317"/>
              </w:tabs>
              <w:spacing w:line="240" w:lineRule="auto"/>
              <w:contextualSpacing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/>
              </w:rPr>
              <w:t>Б.  1894 г.</w:t>
            </w:r>
          </w:p>
          <w:p w14:paraId="40D47702" w14:textId="77777777" w:rsidR="000D50D7" w:rsidRPr="000D50D7" w:rsidRDefault="000D50D7" w:rsidP="000D50D7">
            <w:pPr>
              <w:tabs>
                <w:tab w:val="left" w:pos="317"/>
              </w:tabs>
              <w:spacing w:line="240" w:lineRule="auto"/>
              <w:contextualSpacing/>
              <w:jc w:val="both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>В. 766 г до н.э.</w:t>
            </w:r>
          </w:p>
          <w:p w14:paraId="31E65F3E" w14:textId="77777777" w:rsidR="000D50D7" w:rsidRPr="000D50D7" w:rsidRDefault="000D50D7" w:rsidP="000D50D7">
            <w:pPr>
              <w:tabs>
                <w:tab w:val="left" w:pos="317"/>
              </w:tabs>
              <w:spacing w:line="240" w:lineRule="auto"/>
              <w:contextualSpacing/>
              <w:jc w:val="both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Г. 2001 г. </w:t>
            </w:r>
          </w:p>
        </w:tc>
      </w:tr>
      <w:tr w:rsidR="000D50D7" w:rsidRPr="000D50D7" w14:paraId="1C2BB54C" w14:textId="77777777" w:rsidTr="00BC5EAF">
        <w:tc>
          <w:tcPr>
            <w:tcW w:w="9639" w:type="dxa"/>
            <w:gridSpan w:val="4"/>
            <w:tcBorders>
              <w:top w:val="nil"/>
              <w:bottom w:val="nil"/>
            </w:tcBorders>
          </w:tcPr>
          <w:p w14:paraId="5F67621C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color w:val="0070C0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>6.Установите соответствие между:</w:t>
            </w:r>
          </w:p>
        </w:tc>
      </w:tr>
      <w:tr w:rsidR="000D50D7" w:rsidRPr="000B04D5" w14:paraId="415C1663" w14:textId="77777777" w:rsidTr="00BC5EAF">
        <w:tc>
          <w:tcPr>
            <w:tcW w:w="4820" w:type="dxa"/>
            <w:gridSpan w:val="2"/>
            <w:tcBorders>
              <w:top w:val="nil"/>
              <w:bottom w:val="nil"/>
              <w:right w:val="nil"/>
            </w:tcBorders>
          </w:tcPr>
          <w:p w14:paraId="53D6F861" w14:textId="77777777" w:rsidR="000D50D7" w:rsidRPr="000D50D7" w:rsidRDefault="000D50D7" w:rsidP="000D50D7">
            <w:pPr>
              <w:spacing w:line="240" w:lineRule="auto"/>
              <w:jc w:val="both"/>
              <w:rPr>
                <w:rFonts w:eastAsia="Calibri" w:cs="Times New Roman"/>
                <w:color w:val="0070C0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>1. волейбол</w:t>
            </w:r>
          </w:p>
          <w:p w14:paraId="79037DEC" w14:textId="77777777" w:rsidR="000D50D7" w:rsidRPr="000D50D7" w:rsidRDefault="000D50D7" w:rsidP="000D50D7">
            <w:pPr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2. Настольный теннис </w:t>
            </w:r>
          </w:p>
          <w:p w14:paraId="1602BB07" w14:textId="77777777" w:rsidR="000D50D7" w:rsidRPr="000D50D7" w:rsidRDefault="000D50D7" w:rsidP="000D50D7">
            <w:pPr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>3.Баскетбол</w:t>
            </w:r>
          </w:p>
          <w:p w14:paraId="01CDAB6D" w14:textId="77777777" w:rsidR="000D50D7" w:rsidRPr="000D50D7" w:rsidRDefault="000D50D7" w:rsidP="000D50D7">
            <w:pPr>
              <w:spacing w:line="240" w:lineRule="auto"/>
              <w:jc w:val="both"/>
              <w:rPr>
                <w:rFonts w:eastAsia="Calibri" w:cs="Times New Roman"/>
                <w:b/>
                <w:bCs/>
                <w:color w:val="0070C0"/>
                <w:sz w:val="20"/>
                <w:szCs w:val="20"/>
                <w:lang w:val="ru-RU" w:eastAsia="ru-RU"/>
              </w:rPr>
            </w:pPr>
          </w:p>
        </w:tc>
        <w:tc>
          <w:tcPr>
            <w:tcW w:w="4819" w:type="dxa"/>
            <w:gridSpan w:val="2"/>
            <w:tcBorders>
              <w:top w:val="nil"/>
              <w:left w:val="nil"/>
              <w:bottom w:val="nil"/>
            </w:tcBorders>
          </w:tcPr>
          <w:p w14:paraId="4A362AB2" w14:textId="77777777" w:rsidR="000D50D7" w:rsidRPr="000D50D7" w:rsidRDefault="000D50D7" w:rsidP="000D50D7">
            <w:pPr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А) У. Морган.                    </w:t>
            </w:r>
          </w:p>
          <w:p w14:paraId="1B10CE0D" w14:textId="77777777" w:rsidR="000D50D7" w:rsidRPr="000D50D7" w:rsidRDefault="000D50D7" w:rsidP="000D50D7">
            <w:pPr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>Б) Ч. Бакстер</w:t>
            </w:r>
          </w:p>
          <w:p w14:paraId="6EBD9BF7" w14:textId="77777777" w:rsidR="000D50D7" w:rsidRPr="000D50D7" w:rsidRDefault="000D50D7" w:rsidP="000D50D7">
            <w:pPr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В) Д. </w:t>
            </w:r>
            <w:proofErr w:type="spellStart"/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>Нейсмит</w:t>
            </w:r>
            <w:proofErr w:type="spellEnd"/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 </w:t>
            </w:r>
          </w:p>
          <w:p w14:paraId="7B154B5D" w14:textId="77777777" w:rsidR="000D50D7" w:rsidRPr="000D50D7" w:rsidRDefault="000D50D7" w:rsidP="000D50D7">
            <w:pPr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>Г) А. Смит</w:t>
            </w:r>
          </w:p>
          <w:p w14:paraId="7AF919B4" w14:textId="77777777" w:rsidR="000D50D7" w:rsidRPr="000D50D7" w:rsidRDefault="000D50D7" w:rsidP="000D50D7">
            <w:pPr>
              <w:tabs>
                <w:tab w:val="left" w:pos="317"/>
              </w:tabs>
              <w:spacing w:line="240" w:lineRule="auto"/>
              <w:contextualSpacing/>
              <w:jc w:val="both"/>
              <w:rPr>
                <w:rFonts w:eastAsia="Calibri" w:cs="Times New Roman"/>
                <w:b/>
                <w:bCs/>
                <w:color w:val="0070C0"/>
                <w:sz w:val="20"/>
                <w:szCs w:val="20"/>
                <w:lang w:val="ru-RU" w:eastAsia="ru-RU"/>
              </w:rPr>
            </w:pPr>
          </w:p>
        </w:tc>
      </w:tr>
      <w:tr w:rsidR="000D50D7" w:rsidRPr="000D50D7" w14:paraId="45E81EB8" w14:textId="77777777" w:rsidTr="00BC5EAF">
        <w:tc>
          <w:tcPr>
            <w:tcW w:w="9639" w:type="dxa"/>
            <w:gridSpan w:val="4"/>
            <w:tcBorders>
              <w:top w:val="nil"/>
              <w:bottom w:val="nil"/>
            </w:tcBorders>
          </w:tcPr>
          <w:p w14:paraId="04D3A185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>7.Установите соответствие:</w:t>
            </w:r>
          </w:p>
        </w:tc>
      </w:tr>
      <w:tr w:rsidR="000D50D7" w:rsidRPr="000B04D5" w14:paraId="4BC8FA42" w14:textId="77777777" w:rsidTr="00BC5EAF">
        <w:tc>
          <w:tcPr>
            <w:tcW w:w="4820" w:type="dxa"/>
            <w:gridSpan w:val="2"/>
            <w:tcBorders>
              <w:top w:val="nil"/>
              <w:bottom w:val="nil"/>
              <w:right w:val="nil"/>
            </w:tcBorders>
          </w:tcPr>
          <w:p w14:paraId="74EF438B" w14:textId="77777777" w:rsidR="000D50D7" w:rsidRPr="000D50D7" w:rsidRDefault="000D50D7" w:rsidP="000D50D7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>1. сила</w:t>
            </w:r>
          </w:p>
          <w:p w14:paraId="19FF2F5F" w14:textId="77777777" w:rsidR="000D50D7" w:rsidRPr="000D50D7" w:rsidRDefault="000D50D7" w:rsidP="000D50D7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>2. выносливость</w:t>
            </w:r>
          </w:p>
          <w:p w14:paraId="6DC91D5C" w14:textId="77777777" w:rsidR="000D50D7" w:rsidRPr="000D50D7" w:rsidRDefault="000D50D7" w:rsidP="000D50D7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>3.быстрота</w:t>
            </w:r>
          </w:p>
          <w:p w14:paraId="5778480F" w14:textId="77777777" w:rsidR="000D50D7" w:rsidRPr="000D50D7" w:rsidRDefault="000D50D7" w:rsidP="000D50D7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>4.гибкость</w:t>
            </w:r>
          </w:p>
          <w:p w14:paraId="3C71482F" w14:textId="77777777" w:rsidR="000D50D7" w:rsidRPr="000D50D7" w:rsidRDefault="000D50D7" w:rsidP="000D50D7">
            <w:pPr>
              <w:spacing w:line="240" w:lineRule="auto"/>
              <w:jc w:val="both"/>
              <w:rPr>
                <w:rFonts w:eastAsia="Calibri" w:cs="Times New Roman"/>
                <w:b/>
                <w:sz w:val="20"/>
                <w:szCs w:val="20"/>
                <w:lang w:val="ru-RU" w:eastAsia="ru-RU"/>
              </w:rPr>
            </w:pPr>
          </w:p>
          <w:p w14:paraId="60EAF9A8" w14:textId="77777777" w:rsidR="000D50D7" w:rsidRPr="000D50D7" w:rsidRDefault="000D50D7" w:rsidP="000D50D7">
            <w:pPr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4819" w:type="dxa"/>
            <w:gridSpan w:val="2"/>
            <w:tcBorders>
              <w:top w:val="nil"/>
              <w:left w:val="nil"/>
              <w:bottom w:val="nil"/>
            </w:tcBorders>
          </w:tcPr>
          <w:p w14:paraId="31787FEB" w14:textId="77777777" w:rsidR="000D50D7" w:rsidRPr="000D50D7" w:rsidRDefault="000D50D7" w:rsidP="000D50D7">
            <w:pPr>
              <w:tabs>
                <w:tab w:val="left" w:pos="317"/>
              </w:tabs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>а) выполнение движений большой амплитудой.</w:t>
            </w:r>
          </w:p>
          <w:p w14:paraId="76D024B2" w14:textId="77777777" w:rsidR="000D50D7" w:rsidRPr="000D50D7" w:rsidRDefault="000D50D7" w:rsidP="000D50D7">
            <w:pPr>
              <w:tabs>
                <w:tab w:val="left" w:pos="317"/>
              </w:tabs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>б) способность человека выполнять движения за</w:t>
            </w:r>
          </w:p>
          <w:p w14:paraId="2A1CC810" w14:textId="77777777" w:rsidR="000D50D7" w:rsidRPr="000D50D7" w:rsidRDefault="000D50D7" w:rsidP="000D50D7">
            <w:pPr>
              <w:tabs>
                <w:tab w:val="left" w:pos="317"/>
              </w:tabs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>короткий промежуток времени.</w:t>
            </w:r>
          </w:p>
          <w:p w14:paraId="2D33C9FB" w14:textId="77777777" w:rsidR="000D50D7" w:rsidRPr="000D50D7" w:rsidRDefault="000D50D7" w:rsidP="000D50D7">
            <w:pPr>
              <w:tabs>
                <w:tab w:val="left" w:pos="317"/>
              </w:tabs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>в) способность человека преодолеть внешнее</w:t>
            </w:r>
          </w:p>
          <w:p w14:paraId="36D8768E" w14:textId="77777777" w:rsidR="000D50D7" w:rsidRPr="000D50D7" w:rsidRDefault="000D50D7" w:rsidP="000D50D7">
            <w:pPr>
              <w:tabs>
                <w:tab w:val="left" w:pos="317"/>
              </w:tabs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>сопротивление или противодействовать ему за счет</w:t>
            </w:r>
          </w:p>
          <w:p w14:paraId="2948ED4B" w14:textId="77777777" w:rsidR="000D50D7" w:rsidRPr="000D50D7" w:rsidRDefault="000D50D7" w:rsidP="000D50D7">
            <w:pPr>
              <w:tabs>
                <w:tab w:val="left" w:pos="317"/>
              </w:tabs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>мышечных усилий.</w:t>
            </w:r>
          </w:p>
          <w:p w14:paraId="6DC42990" w14:textId="77777777" w:rsidR="000D50D7" w:rsidRPr="000D50D7" w:rsidRDefault="000D50D7" w:rsidP="000D50D7">
            <w:pPr>
              <w:tabs>
                <w:tab w:val="left" w:pos="317"/>
              </w:tabs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>г) способность противостоять физическому</w:t>
            </w:r>
          </w:p>
          <w:p w14:paraId="197B78EB" w14:textId="77777777" w:rsidR="000D50D7" w:rsidRPr="000D50D7" w:rsidRDefault="000D50D7" w:rsidP="000D50D7">
            <w:pPr>
              <w:tabs>
                <w:tab w:val="left" w:pos="317"/>
              </w:tabs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>утомлению в процессе мышечной деятельности.</w:t>
            </w:r>
          </w:p>
          <w:p w14:paraId="30DA8FBC" w14:textId="77777777" w:rsidR="000D50D7" w:rsidRPr="000D50D7" w:rsidRDefault="000D50D7" w:rsidP="000D50D7">
            <w:pPr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>Д) выполнять упражнения на силе воли</w:t>
            </w:r>
          </w:p>
        </w:tc>
      </w:tr>
      <w:tr w:rsidR="000D50D7" w:rsidRPr="000D50D7" w14:paraId="3CCC34B7" w14:textId="77777777" w:rsidTr="00BC5EAF">
        <w:tc>
          <w:tcPr>
            <w:tcW w:w="9639" w:type="dxa"/>
            <w:gridSpan w:val="4"/>
            <w:tcBorders>
              <w:top w:val="nil"/>
              <w:bottom w:val="nil"/>
            </w:tcBorders>
          </w:tcPr>
          <w:p w14:paraId="7835A372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>8.Установите соответствие между:</w:t>
            </w:r>
          </w:p>
        </w:tc>
      </w:tr>
      <w:tr w:rsidR="000D50D7" w:rsidRPr="000D50D7" w14:paraId="5F66802F" w14:textId="77777777" w:rsidTr="00BC5EAF">
        <w:tc>
          <w:tcPr>
            <w:tcW w:w="4820" w:type="dxa"/>
            <w:gridSpan w:val="2"/>
            <w:tcBorders>
              <w:top w:val="nil"/>
              <w:bottom w:val="nil"/>
              <w:right w:val="nil"/>
            </w:tcBorders>
          </w:tcPr>
          <w:p w14:paraId="010F2454" w14:textId="77777777" w:rsidR="000D50D7" w:rsidRPr="000D50D7" w:rsidRDefault="000D50D7" w:rsidP="000D50D7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>1.Легкая атлетика.                а) кроль на груди;</w:t>
            </w:r>
          </w:p>
          <w:p w14:paraId="3CF167CF" w14:textId="77777777" w:rsidR="000D50D7" w:rsidRPr="000D50D7" w:rsidRDefault="000D50D7" w:rsidP="000D50D7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>2.Плавание.                           б) бег на 100м;</w:t>
            </w:r>
          </w:p>
          <w:p w14:paraId="14283A02" w14:textId="77777777" w:rsidR="000D50D7" w:rsidRPr="000D50D7" w:rsidRDefault="000D50D7" w:rsidP="000D50D7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>3.Баскетбол.                          в) верхняя подача;</w:t>
            </w:r>
          </w:p>
          <w:p w14:paraId="66461A71" w14:textId="77777777" w:rsidR="000D50D7" w:rsidRPr="000D50D7" w:rsidRDefault="000D50D7" w:rsidP="000D50D7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>4.Волейбол.                           г) кувырок вперед;</w:t>
            </w:r>
          </w:p>
          <w:p w14:paraId="2A715857" w14:textId="77777777" w:rsidR="000D50D7" w:rsidRPr="000D50D7" w:rsidRDefault="000D50D7" w:rsidP="000D50D7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>5.Гимнастика.                       д) бросок по кольцу</w:t>
            </w:r>
          </w:p>
          <w:p w14:paraId="5956BBAC" w14:textId="77777777" w:rsidR="000D50D7" w:rsidRPr="000D50D7" w:rsidRDefault="000D50D7" w:rsidP="000D50D7">
            <w:pPr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                                       </w:t>
            </w:r>
            <w:r w:rsidRPr="000D50D7">
              <w:rPr>
                <w:rFonts w:eastAsia="Calibri" w:cs="Times New Roman"/>
                <w:szCs w:val="24"/>
                <w:lang w:val="ru-RU" w:eastAsia="ru-RU"/>
              </w:rPr>
              <w:t xml:space="preserve">        </w:t>
            </w: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>Е) бросок через</w:t>
            </w:r>
            <w:r w:rsidRPr="000D50D7">
              <w:rPr>
                <w:rFonts w:eastAsia="Calibri" w:cs="Times New Roman"/>
                <w:szCs w:val="24"/>
                <w:lang w:val="ru-RU" w:eastAsia="ru-RU"/>
              </w:rPr>
              <w:t xml:space="preserve"> </w:t>
            </w: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>бедро</w:t>
            </w:r>
            <w:r w:rsidRPr="000D50D7">
              <w:rPr>
                <w:rFonts w:eastAsia="Times New Roman" w:cs="Times New Roman"/>
                <w:b/>
                <w:bCs/>
                <w:color w:val="0070C0"/>
                <w:sz w:val="20"/>
                <w:szCs w:val="20"/>
                <w:lang w:val="ru-RU" w:eastAsia="ru-RU"/>
              </w:rPr>
              <w:t xml:space="preserve"> </w:t>
            </w:r>
          </w:p>
        </w:tc>
        <w:tc>
          <w:tcPr>
            <w:tcW w:w="4819" w:type="dxa"/>
            <w:gridSpan w:val="2"/>
            <w:tcBorders>
              <w:top w:val="nil"/>
              <w:left w:val="nil"/>
              <w:bottom w:val="nil"/>
            </w:tcBorders>
          </w:tcPr>
          <w:p w14:paraId="6F6AACEB" w14:textId="77777777" w:rsidR="000D50D7" w:rsidRPr="000D50D7" w:rsidRDefault="000D50D7" w:rsidP="000D50D7">
            <w:pPr>
              <w:tabs>
                <w:tab w:val="left" w:pos="317"/>
              </w:tabs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</w:p>
          <w:p w14:paraId="6A78A1BD" w14:textId="77777777" w:rsidR="000D50D7" w:rsidRPr="000D50D7" w:rsidRDefault="000D50D7" w:rsidP="000D50D7">
            <w:pPr>
              <w:tabs>
                <w:tab w:val="left" w:pos="317"/>
              </w:tabs>
              <w:spacing w:line="240" w:lineRule="auto"/>
              <w:contextualSpacing/>
              <w:jc w:val="both"/>
              <w:rPr>
                <w:rFonts w:eastAsia="Calibri" w:cs="Times New Roman"/>
                <w:sz w:val="20"/>
                <w:szCs w:val="20"/>
                <w:lang w:val="ru-RU"/>
              </w:rPr>
            </w:pPr>
          </w:p>
          <w:p w14:paraId="30E1BEEE" w14:textId="77777777" w:rsidR="000D50D7" w:rsidRPr="000D50D7" w:rsidRDefault="000D50D7" w:rsidP="000D50D7">
            <w:pPr>
              <w:tabs>
                <w:tab w:val="left" w:pos="317"/>
              </w:tabs>
              <w:spacing w:line="240" w:lineRule="auto"/>
              <w:contextualSpacing/>
              <w:jc w:val="both"/>
              <w:rPr>
                <w:rFonts w:eastAsia="Calibri" w:cs="Times New Roman"/>
                <w:sz w:val="20"/>
                <w:szCs w:val="20"/>
                <w:lang w:val="ru-RU"/>
              </w:rPr>
            </w:pPr>
          </w:p>
        </w:tc>
      </w:tr>
      <w:tr w:rsidR="000D50D7" w:rsidRPr="000D50D7" w14:paraId="2B72CBE2" w14:textId="77777777" w:rsidTr="00BC5EAF">
        <w:tc>
          <w:tcPr>
            <w:tcW w:w="9639" w:type="dxa"/>
            <w:gridSpan w:val="4"/>
            <w:tcBorders>
              <w:top w:val="nil"/>
              <w:bottom w:val="nil"/>
            </w:tcBorders>
          </w:tcPr>
          <w:p w14:paraId="7A506F1A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eastAsia="ru-RU"/>
              </w:rPr>
            </w:pPr>
          </w:p>
          <w:p w14:paraId="7AC32517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shd w:val="clear" w:color="auto" w:fill="FFFFFF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>9.Установите соответствие:</w:t>
            </w:r>
          </w:p>
        </w:tc>
      </w:tr>
      <w:tr w:rsidR="000D50D7" w:rsidRPr="000D50D7" w14:paraId="694A659C" w14:textId="77777777" w:rsidTr="00BC5EAF">
        <w:tc>
          <w:tcPr>
            <w:tcW w:w="4820" w:type="dxa"/>
            <w:gridSpan w:val="2"/>
            <w:tcBorders>
              <w:top w:val="nil"/>
              <w:bottom w:val="nil"/>
              <w:right w:val="nil"/>
            </w:tcBorders>
          </w:tcPr>
          <w:p w14:paraId="6E045F8F" w14:textId="77777777" w:rsidR="000D50D7" w:rsidRPr="000D50D7" w:rsidRDefault="000D50D7" w:rsidP="000D50D7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>1. тромбоциты</w:t>
            </w:r>
          </w:p>
          <w:p w14:paraId="38D2F593" w14:textId="77777777" w:rsidR="000D50D7" w:rsidRPr="000D50D7" w:rsidRDefault="000D50D7" w:rsidP="000D50D7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>2.эритроциты</w:t>
            </w:r>
          </w:p>
          <w:p w14:paraId="1023CF5D" w14:textId="77777777" w:rsidR="000D50D7" w:rsidRPr="000D50D7" w:rsidRDefault="000D50D7" w:rsidP="000D50D7">
            <w:pPr>
              <w:spacing w:line="240" w:lineRule="auto"/>
              <w:jc w:val="both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3. лейкоциты</w:t>
            </w:r>
          </w:p>
          <w:p w14:paraId="48D6D6C9" w14:textId="77777777" w:rsidR="000D50D7" w:rsidRPr="000D50D7" w:rsidRDefault="000D50D7" w:rsidP="000D50D7">
            <w:pPr>
              <w:spacing w:line="240" w:lineRule="auto"/>
              <w:jc w:val="both"/>
              <w:rPr>
                <w:rFonts w:eastAsia="Calibri" w:cs="Times New Roman"/>
                <w:b/>
                <w:sz w:val="20"/>
                <w:szCs w:val="20"/>
                <w:lang w:val="ru-RU" w:eastAsia="ru-RU"/>
              </w:rPr>
            </w:pPr>
          </w:p>
        </w:tc>
        <w:tc>
          <w:tcPr>
            <w:tcW w:w="4819" w:type="dxa"/>
            <w:gridSpan w:val="2"/>
            <w:tcBorders>
              <w:top w:val="nil"/>
              <w:left w:val="nil"/>
              <w:bottom w:val="nil"/>
            </w:tcBorders>
          </w:tcPr>
          <w:p w14:paraId="74FAB91A" w14:textId="77777777" w:rsidR="000D50D7" w:rsidRPr="000D50D7" w:rsidRDefault="000D50D7" w:rsidP="000D50D7">
            <w:pPr>
              <w:tabs>
                <w:tab w:val="left" w:pos="317"/>
              </w:tabs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>А белые</w:t>
            </w:r>
          </w:p>
          <w:p w14:paraId="519C23B7" w14:textId="77777777" w:rsidR="000D50D7" w:rsidRPr="000D50D7" w:rsidRDefault="000D50D7" w:rsidP="000D50D7">
            <w:pPr>
              <w:tabs>
                <w:tab w:val="left" w:pos="317"/>
              </w:tabs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>б. красные</w:t>
            </w:r>
          </w:p>
          <w:p w14:paraId="6E12F453" w14:textId="77777777" w:rsidR="000D50D7" w:rsidRPr="000D50D7" w:rsidRDefault="000D50D7" w:rsidP="000D50D7">
            <w:pPr>
              <w:tabs>
                <w:tab w:val="left" w:pos="317"/>
              </w:tabs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>в. бесцветные</w:t>
            </w:r>
          </w:p>
          <w:p w14:paraId="683413FA" w14:textId="77777777" w:rsidR="000D50D7" w:rsidRPr="000D50D7" w:rsidRDefault="000D50D7" w:rsidP="000D50D7">
            <w:pPr>
              <w:tabs>
                <w:tab w:val="left" w:pos="317"/>
              </w:tabs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г. желтые </w:t>
            </w:r>
          </w:p>
          <w:p w14:paraId="30EF5987" w14:textId="77777777" w:rsidR="000D50D7" w:rsidRPr="000D50D7" w:rsidRDefault="000D50D7" w:rsidP="000D50D7">
            <w:pPr>
              <w:tabs>
                <w:tab w:val="left" w:pos="317"/>
              </w:tabs>
              <w:spacing w:line="240" w:lineRule="auto"/>
              <w:contextualSpacing/>
              <w:rPr>
                <w:rFonts w:eastAsia="Calibri" w:cs="Times New Roman"/>
                <w:sz w:val="20"/>
                <w:szCs w:val="20"/>
                <w:shd w:val="clear" w:color="auto" w:fill="FFFFFF"/>
                <w:lang w:val="ru-RU"/>
              </w:rPr>
            </w:pPr>
          </w:p>
        </w:tc>
      </w:tr>
      <w:tr w:rsidR="000D50D7" w:rsidRPr="000D50D7" w14:paraId="28A20175" w14:textId="77777777" w:rsidTr="00BC5EAF">
        <w:tc>
          <w:tcPr>
            <w:tcW w:w="4820" w:type="dxa"/>
            <w:gridSpan w:val="2"/>
          </w:tcPr>
          <w:p w14:paraId="6628FC25" w14:textId="77777777" w:rsidR="000D50D7" w:rsidRPr="000D50D7" w:rsidRDefault="000D50D7" w:rsidP="000D50D7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Уровень сложности</w:t>
            </w:r>
          </w:p>
        </w:tc>
        <w:tc>
          <w:tcPr>
            <w:tcW w:w="4819" w:type="dxa"/>
            <w:gridSpan w:val="2"/>
          </w:tcPr>
          <w:p w14:paraId="4D5DF58D" w14:textId="77777777" w:rsidR="000D50D7" w:rsidRPr="000D50D7" w:rsidRDefault="000D50D7" w:rsidP="000D50D7">
            <w:pPr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shd w:val="clear" w:color="auto" w:fill="FFFFFF"/>
                <w:lang w:val="ru-RU" w:eastAsia="ru-RU"/>
              </w:rPr>
            </w:pPr>
            <w:r w:rsidRPr="000D50D7">
              <w:rPr>
                <w:rFonts w:eastAsia="Calibri" w:cs="Times New Roman"/>
                <w:b/>
                <w:bCs/>
                <w:sz w:val="20"/>
                <w:szCs w:val="20"/>
                <w:shd w:val="clear" w:color="auto" w:fill="FFFFFF"/>
                <w:lang w:val="ru-RU" w:eastAsia="ru-RU"/>
              </w:rPr>
              <w:t>Высокий</w:t>
            </w:r>
          </w:p>
        </w:tc>
      </w:tr>
      <w:tr w:rsidR="000D50D7" w:rsidRPr="000D50D7" w14:paraId="1CEA3684" w14:textId="77777777" w:rsidTr="00BC5EAF">
        <w:tc>
          <w:tcPr>
            <w:tcW w:w="4820" w:type="dxa"/>
            <w:gridSpan w:val="2"/>
          </w:tcPr>
          <w:p w14:paraId="6A1EBA2C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Тип задания</w:t>
            </w:r>
          </w:p>
        </w:tc>
        <w:tc>
          <w:tcPr>
            <w:tcW w:w="4819" w:type="dxa"/>
            <w:gridSpan w:val="2"/>
          </w:tcPr>
          <w:p w14:paraId="37D90D91" w14:textId="77777777" w:rsidR="000D50D7" w:rsidRPr="000D50D7" w:rsidRDefault="000D50D7" w:rsidP="000D50D7">
            <w:pPr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shd w:val="clear" w:color="auto" w:fill="FFFFFF"/>
                <w:lang w:val="ru-RU" w:eastAsia="ru-RU"/>
              </w:rPr>
            </w:pPr>
            <w:r w:rsidRPr="000D50D7">
              <w:rPr>
                <w:rFonts w:eastAsia="Calibri" w:cs="Times New Roman"/>
                <w:b/>
                <w:bCs/>
                <w:sz w:val="20"/>
                <w:szCs w:val="20"/>
                <w:shd w:val="clear" w:color="auto" w:fill="FFFFFF"/>
                <w:lang w:val="ru-RU" w:eastAsia="ru-RU"/>
              </w:rPr>
              <w:t>Задания с развернутым ответом</w:t>
            </w:r>
          </w:p>
        </w:tc>
      </w:tr>
      <w:tr w:rsidR="000D50D7" w:rsidRPr="000D50D7" w14:paraId="1297B0EF" w14:textId="77777777" w:rsidTr="00BC5EAF">
        <w:tc>
          <w:tcPr>
            <w:tcW w:w="4820" w:type="dxa"/>
            <w:gridSpan w:val="2"/>
          </w:tcPr>
          <w:p w14:paraId="603A1A54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bCs/>
                <w:i/>
                <w:iCs/>
                <w:sz w:val="20"/>
                <w:szCs w:val="20"/>
                <w:lang w:val="ru-RU" w:eastAsia="ru-RU"/>
              </w:rPr>
              <w:t xml:space="preserve">Инструкция: </w:t>
            </w:r>
          </w:p>
        </w:tc>
        <w:tc>
          <w:tcPr>
            <w:tcW w:w="4819" w:type="dxa"/>
            <w:gridSpan w:val="2"/>
          </w:tcPr>
          <w:p w14:paraId="3010E115" w14:textId="77777777" w:rsidR="000D50D7" w:rsidRPr="000D50D7" w:rsidRDefault="000D50D7" w:rsidP="000D50D7">
            <w:pPr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shd w:val="clear" w:color="auto" w:fill="FFFFFF"/>
                <w:lang w:val="ru-RU" w:eastAsia="ru-RU"/>
              </w:rPr>
            </w:pPr>
            <w:r w:rsidRPr="000D50D7">
              <w:rPr>
                <w:rFonts w:eastAsia="Calibri" w:cs="Times New Roman"/>
                <w:i/>
                <w:iCs/>
                <w:sz w:val="20"/>
                <w:szCs w:val="20"/>
                <w:shd w:val="clear" w:color="auto" w:fill="FFFFFF"/>
                <w:lang w:val="ru-RU" w:eastAsia="ru-RU"/>
              </w:rPr>
              <w:t>введите развернутый обоснованный ответ</w:t>
            </w:r>
          </w:p>
        </w:tc>
      </w:tr>
      <w:tr w:rsidR="000D50D7" w:rsidRPr="000D50D7" w14:paraId="6947E5D7" w14:textId="77777777" w:rsidTr="00BC5EAF">
        <w:tc>
          <w:tcPr>
            <w:tcW w:w="9639" w:type="dxa"/>
            <w:gridSpan w:val="4"/>
          </w:tcPr>
          <w:p w14:paraId="606B6D2E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shd w:val="clear" w:color="auto" w:fill="FFFFFF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shd w:val="clear" w:color="auto" w:fill="FFFFFF"/>
                <w:lang w:val="ru-RU" w:eastAsia="ru-RU"/>
              </w:rPr>
              <w:t>10.</w:t>
            </w: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 </w:t>
            </w:r>
            <w:r w:rsidRPr="000D50D7">
              <w:rPr>
                <w:rFonts w:eastAsia="Calibri" w:cs="Times New Roman"/>
                <w:sz w:val="20"/>
                <w:szCs w:val="20"/>
                <w:shd w:val="clear" w:color="auto" w:fill="FFFFFF"/>
                <w:lang w:val="ru-RU" w:eastAsia="ru-RU"/>
              </w:rPr>
              <w:t>Нарушение функции конечности, сильная боль при попытке</w:t>
            </w:r>
          </w:p>
          <w:p w14:paraId="14486BEF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shd w:val="clear" w:color="auto" w:fill="FFFFFF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shd w:val="clear" w:color="auto" w:fill="FFFFFF"/>
                <w:lang w:val="ru-RU" w:eastAsia="ru-RU"/>
              </w:rPr>
              <w:t>движения ею, деформация либо её укорочение, подвижность костей в</w:t>
            </w:r>
          </w:p>
          <w:p w14:paraId="39616AB8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shd w:val="clear" w:color="auto" w:fill="FFFFFF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shd w:val="clear" w:color="auto" w:fill="FFFFFF"/>
                <w:lang w:val="ru-RU" w:eastAsia="ru-RU"/>
              </w:rPr>
              <w:t xml:space="preserve">необычном месте являются …… перелома. </w:t>
            </w:r>
          </w:p>
        </w:tc>
      </w:tr>
    </w:tbl>
    <w:p w14:paraId="06495083" w14:textId="77777777" w:rsidR="000D50D7" w:rsidRPr="000D50D7" w:rsidRDefault="000D50D7" w:rsidP="000D50D7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Calibri" w:cs="Times New Roman"/>
          <w:b/>
          <w:bCs/>
          <w:sz w:val="20"/>
          <w:szCs w:val="20"/>
          <w:lang w:val="ru-RU" w:eastAsia="ru-RU"/>
        </w:rPr>
      </w:pPr>
    </w:p>
    <w:p w14:paraId="45A2582E" w14:textId="77777777" w:rsidR="000D50D7" w:rsidRPr="000D50D7" w:rsidRDefault="000D50D7" w:rsidP="000D50D7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Calibri" w:cs="Times New Roman"/>
          <w:b/>
          <w:bCs/>
          <w:sz w:val="20"/>
          <w:szCs w:val="20"/>
          <w:lang w:val="ru-RU" w:eastAsia="ru-RU"/>
        </w:rPr>
      </w:pPr>
    </w:p>
    <w:p w14:paraId="001DA519" w14:textId="77777777" w:rsidR="000D50D7" w:rsidRPr="000D50D7" w:rsidRDefault="000D50D7" w:rsidP="000D50D7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Calibri" w:cs="Times New Roman"/>
          <w:b/>
          <w:bCs/>
          <w:sz w:val="20"/>
          <w:szCs w:val="20"/>
          <w:lang w:val="ru-RU" w:eastAsia="ru-RU"/>
        </w:rPr>
      </w:pPr>
    </w:p>
    <w:p w14:paraId="0C534F08" w14:textId="77777777" w:rsidR="000D50D7" w:rsidRPr="000D50D7" w:rsidRDefault="000D50D7" w:rsidP="000D50D7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Calibri" w:cs="Times New Roman"/>
          <w:b/>
          <w:bCs/>
          <w:sz w:val="20"/>
          <w:szCs w:val="20"/>
          <w:lang w:val="ru-RU" w:eastAsia="ru-RU"/>
        </w:rPr>
      </w:pPr>
    </w:p>
    <w:p w14:paraId="730B9A0E" w14:textId="77777777" w:rsidR="000D50D7" w:rsidRPr="000D50D7" w:rsidRDefault="000D50D7" w:rsidP="000D50D7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Calibri" w:cs="Times New Roman"/>
          <w:b/>
          <w:bCs/>
          <w:sz w:val="20"/>
          <w:szCs w:val="20"/>
          <w:lang w:val="ru-RU" w:eastAsia="ru-RU"/>
        </w:rPr>
      </w:pPr>
    </w:p>
    <w:p w14:paraId="1F22037D" w14:textId="77777777" w:rsidR="000D50D7" w:rsidRPr="000D50D7" w:rsidRDefault="000D50D7" w:rsidP="000D50D7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Calibri" w:cs="Times New Roman"/>
          <w:b/>
          <w:bCs/>
          <w:sz w:val="20"/>
          <w:szCs w:val="20"/>
          <w:lang w:val="ru-RU" w:eastAsia="ru-RU"/>
        </w:rPr>
      </w:pPr>
      <w:r w:rsidRPr="000D50D7">
        <w:rPr>
          <w:rFonts w:eastAsia="Calibri" w:cs="Times New Roman"/>
          <w:b/>
          <w:bCs/>
          <w:sz w:val="20"/>
          <w:szCs w:val="20"/>
          <w:lang w:val="ru-RU" w:eastAsia="ru-RU"/>
        </w:rPr>
        <w:t>Ключи правильных ответов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694"/>
        <w:gridCol w:w="3543"/>
      </w:tblGrid>
      <w:tr w:rsidR="000D50D7" w:rsidRPr="000D50D7" w14:paraId="6E292743" w14:textId="77777777" w:rsidTr="00BC5EAF">
        <w:tc>
          <w:tcPr>
            <w:tcW w:w="2694" w:type="dxa"/>
            <w:vAlign w:val="center"/>
          </w:tcPr>
          <w:p w14:paraId="76EC9911" w14:textId="77777777" w:rsidR="000D50D7" w:rsidRPr="000D50D7" w:rsidRDefault="000D50D7" w:rsidP="000D50D7">
            <w:pPr>
              <w:overflowPunct w:val="0"/>
              <w:spacing w:line="240" w:lineRule="auto"/>
              <w:contextualSpacing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>Номер задания</w:t>
            </w:r>
          </w:p>
        </w:tc>
        <w:tc>
          <w:tcPr>
            <w:tcW w:w="3543" w:type="dxa"/>
            <w:vAlign w:val="center"/>
          </w:tcPr>
          <w:p w14:paraId="6DB90607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>Верный ответ</w:t>
            </w:r>
          </w:p>
        </w:tc>
      </w:tr>
      <w:tr w:rsidR="000D50D7" w:rsidRPr="000D50D7" w14:paraId="27156E60" w14:textId="77777777" w:rsidTr="00BC5EAF">
        <w:tc>
          <w:tcPr>
            <w:tcW w:w="2694" w:type="dxa"/>
          </w:tcPr>
          <w:p w14:paraId="3BD424C2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3543" w:type="dxa"/>
          </w:tcPr>
          <w:p w14:paraId="54930436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ind w:right="-816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>в</w:t>
            </w:r>
          </w:p>
        </w:tc>
      </w:tr>
      <w:tr w:rsidR="000D50D7" w:rsidRPr="000D50D7" w14:paraId="74C3E703" w14:textId="77777777" w:rsidTr="00BC5EAF">
        <w:tc>
          <w:tcPr>
            <w:tcW w:w="2694" w:type="dxa"/>
          </w:tcPr>
          <w:p w14:paraId="7C381BC8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>2</w:t>
            </w:r>
          </w:p>
        </w:tc>
        <w:tc>
          <w:tcPr>
            <w:tcW w:w="3543" w:type="dxa"/>
          </w:tcPr>
          <w:p w14:paraId="0F8ECFBB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>б</w:t>
            </w:r>
          </w:p>
        </w:tc>
      </w:tr>
      <w:tr w:rsidR="000D50D7" w:rsidRPr="000D50D7" w14:paraId="07CD12CC" w14:textId="77777777" w:rsidTr="00BC5EAF">
        <w:tc>
          <w:tcPr>
            <w:tcW w:w="2694" w:type="dxa"/>
          </w:tcPr>
          <w:p w14:paraId="1A825321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>3</w:t>
            </w:r>
          </w:p>
        </w:tc>
        <w:tc>
          <w:tcPr>
            <w:tcW w:w="3543" w:type="dxa"/>
          </w:tcPr>
          <w:p w14:paraId="14BBE857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Г а в </w:t>
            </w:r>
            <w:proofErr w:type="gramStart"/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>д  е</w:t>
            </w:r>
            <w:proofErr w:type="gramEnd"/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 б </w:t>
            </w:r>
          </w:p>
        </w:tc>
      </w:tr>
      <w:tr w:rsidR="000D50D7" w:rsidRPr="000D50D7" w14:paraId="3103121E" w14:textId="77777777" w:rsidTr="00BC5EAF">
        <w:tc>
          <w:tcPr>
            <w:tcW w:w="2694" w:type="dxa"/>
          </w:tcPr>
          <w:p w14:paraId="6156D0A2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>4</w:t>
            </w:r>
          </w:p>
        </w:tc>
        <w:tc>
          <w:tcPr>
            <w:tcW w:w="3543" w:type="dxa"/>
          </w:tcPr>
          <w:p w14:paraId="5A8EBD5A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>2314</w:t>
            </w:r>
          </w:p>
        </w:tc>
      </w:tr>
      <w:tr w:rsidR="000D50D7" w:rsidRPr="000D50D7" w14:paraId="5EB7F38F" w14:textId="77777777" w:rsidTr="00BC5EAF">
        <w:tc>
          <w:tcPr>
            <w:tcW w:w="2694" w:type="dxa"/>
          </w:tcPr>
          <w:p w14:paraId="5DDADC5E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>5</w:t>
            </w:r>
          </w:p>
        </w:tc>
        <w:tc>
          <w:tcPr>
            <w:tcW w:w="3543" w:type="dxa"/>
          </w:tcPr>
          <w:p w14:paraId="3044E953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>1а 2б 3в</w:t>
            </w:r>
          </w:p>
        </w:tc>
      </w:tr>
      <w:tr w:rsidR="000D50D7" w:rsidRPr="000D50D7" w14:paraId="0F0472EF" w14:textId="77777777" w:rsidTr="00BC5EAF">
        <w:tc>
          <w:tcPr>
            <w:tcW w:w="2694" w:type="dxa"/>
          </w:tcPr>
          <w:p w14:paraId="5207B00E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>6</w:t>
            </w:r>
          </w:p>
        </w:tc>
        <w:tc>
          <w:tcPr>
            <w:tcW w:w="3543" w:type="dxa"/>
          </w:tcPr>
          <w:p w14:paraId="0BF9F3A3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 1а 2б 3в 4а</w:t>
            </w:r>
          </w:p>
        </w:tc>
      </w:tr>
      <w:tr w:rsidR="000D50D7" w:rsidRPr="000D50D7" w14:paraId="43DF8879" w14:textId="77777777" w:rsidTr="00BC5EAF">
        <w:tc>
          <w:tcPr>
            <w:tcW w:w="2694" w:type="dxa"/>
          </w:tcPr>
          <w:p w14:paraId="38B9EF93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>7</w:t>
            </w:r>
          </w:p>
        </w:tc>
        <w:tc>
          <w:tcPr>
            <w:tcW w:w="3543" w:type="dxa"/>
          </w:tcPr>
          <w:p w14:paraId="5028AF72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>1в 2г 3б 4а</w:t>
            </w:r>
          </w:p>
        </w:tc>
      </w:tr>
      <w:tr w:rsidR="000D50D7" w:rsidRPr="000D50D7" w14:paraId="409E8FB3" w14:textId="77777777" w:rsidTr="00BC5EAF">
        <w:tc>
          <w:tcPr>
            <w:tcW w:w="2694" w:type="dxa"/>
          </w:tcPr>
          <w:p w14:paraId="71835E8C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>8</w:t>
            </w:r>
          </w:p>
        </w:tc>
        <w:tc>
          <w:tcPr>
            <w:tcW w:w="3543" w:type="dxa"/>
          </w:tcPr>
          <w:p w14:paraId="57CF23D5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>1б 2а 3д 4в 5г</w:t>
            </w:r>
          </w:p>
        </w:tc>
      </w:tr>
      <w:tr w:rsidR="000D50D7" w:rsidRPr="000D50D7" w14:paraId="45FADD6A" w14:textId="77777777" w:rsidTr="00BC5EAF">
        <w:tc>
          <w:tcPr>
            <w:tcW w:w="2694" w:type="dxa"/>
          </w:tcPr>
          <w:p w14:paraId="1DFBA065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>9</w:t>
            </w:r>
          </w:p>
        </w:tc>
        <w:tc>
          <w:tcPr>
            <w:tcW w:w="3543" w:type="dxa"/>
          </w:tcPr>
          <w:p w14:paraId="5944F86A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>1в 2б 3а</w:t>
            </w:r>
          </w:p>
        </w:tc>
      </w:tr>
      <w:tr w:rsidR="000D50D7" w:rsidRPr="000D50D7" w14:paraId="6A65D1DF" w14:textId="77777777" w:rsidTr="00BC5EAF">
        <w:tc>
          <w:tcPr>
            <w:tcW w:w="2694" w:type="dxa"/>
          </w:tcPr>
          <w:p w14:paraId="440CFC5B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>10</w:t>
            </w:r>
          </w:p>
        </w:tc>
        <w:tc>
          <w:tcPr>
            <w:tcW w:w="3543" w:type="dxa"/>
          </w:tcPr>
          <w:p w14:paraId="413A0886" w14:textId="77777777" w:rsidR="000D50D7" w:rsidRPr="000D50D7" w:rsidRDefault="000D50D7" w:rsidP="000D50D7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sz w:val="20"/>
                <w:szCs w:val="20"/>
                <w:lang w:val="ru-RU" w:eastAsia="ru-RU"/>
              </w:rPr>
              <w:t>признаками</w:t>
            </w:r>
          </w:p>
        </w:tc>
      </w:tr>
    </w:tbl>
    <w:p w14:paraId="5F314601" w14:textId="77777777" w:rsidR="000D50D7" w:rsidRPr="000D50D7" w:rsidRDefault="000D50D7" w:rsidP="000D50D7">
      <w:pPr>
        <w:spacing w:line="240" w:lineRule="auto"/>
        <w:jc w:val="center"/>
        <w:rPr>
          <w:rFonts w:eastAsia="Calibri" w:cs="Times New Roman"/>
          <w:b/>
          <w:bCs/>
          <w:sz w:val="20"/>
          <w:szCs w:val="20"/>
          <w:lang w:val="ru-RU" w:eastAsia="ru-RU"/>
        </w:rPr>
      </w:pPr>
    </w:p>
    <w:p w14:paraId="00578715" w14:textId="77777777" w:rsidR="000D50D7" w:rsidRPr="000D50D7" w:rsidRDefault="000D50D7" w:rsidP="000D50D7">
      <w:pPr>
        <w:spacing w:line="240" w:lineRule="auto"/>
        <w:jc w:val="center"/>
        <w:rPr>
          <w:rFonts w:eastAsia="Calibri" w:cs="Times New Roman"/>
          <w:sz w:val="20"/>
          <w:szCs w:val="20"/>
          <w:lang w:val="ru-RU" w:eastAsia="ru-RU"/>
        </w:rPr>
      </w:pPr>
      <w:r w:rsidRPr="000D50D7">
        <w:rPr>
          <w:rFonts w:eastAsia="Calibri" w:cs="Times New Roman"/>
          <w:b/>
          <w:bCs/>
          <w:sz w:val="20"/>
          <w:szCs w:val="20"/>
          <w:lang w:val="ru-RU" w:eastAsia="ru-RU"/>
        </w:rPr>
        <w:t>Критерии оценки тестовых заданий</w:t>
      </w:r>
    </w:p>
    <w:tbl>
      <w:tblPr>
        <w:tblW w:w="961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552"/>
        <w:gridCol w:w="3969"/>
        <w:gridCol w:w="3094"/>
      </w:tblGrid>
      <w:tr w:rsidR="000D50D7" w:rsidRPr="000D50D7" w14:paraId="704B68D3" w14:textId="77777777" w:rsidTr="00BC5EAF">
        <w:tc>
          <w:tcPr>
            <w:tcW w:w="2552" w:type="dxa"/>
            <w:vAlign w:val="center"/>
          </w:tcPr>
          <w:p w14:paraId="38E5E7A1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lastRenderedPageBreak/>
              <w:t>Результат оценивания</w:t>
            </w:r>
          </w:p>
        </w:tc>
        <w:tc>
          <w:tcPr>
            <w:tcW w:w="3969" w:type="dxa"/>
            <w:vAlign w:val="center"/>
          </w:tcPr>
          <w:p w14:paraId="66F3CB67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Тип задания</w:t>
            </w:r>
          </w:p>
        </w:tc>
        <w:tc>
          <w:tcPr>
            <w:tcW w:w="3094" w:type="dxa"/>
            <w:vAlign w:val="center"/>
          </w:tcPr>
          <w:p w14:paraId="31CF1452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Критерии</w:t>
            </w:r>
          </w:p>
        </w:tc>
      </w:tr>
      <w:tr w:rsidR="000D50D7" w:rsidRPr="000B04D5" w14:paraId="47CFF9D3" w14:textId="77777777" w:rsidTr="00BC5EAF">
        <w:tc>
          <w:tcPr>
            <w:tcW w:w="2552" w:type="dxa"/>
            <w:vMerge w:val="restart"/>
          </w:tcPr>
          <w:p w14:paraId="18015B18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верно</w:t>
            </w:r>
          </w:p>
        </w:tc>
        <w:tc>
          <w:tcPr>
            <w:tcW w:w="3969" w:type="dxa"/>
          </w:tcPr>
          <w:p w14:paraId="071065B0" w14:textId="77777777" w:rsidR="000D50D7" w:rsidRPr="000D50D7" w:rsidRDefault="000D50D7" w:rsidP="000D50D7">
            <w:pPr>
              <w:spacing w:line="240" w:lineRule="auto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с выбором одного /нескольких ответов</w:t>
            </w:r>
          </w:p>
        </w:tc>
        <w:tc>
          <w:tcPr>
            <w:tcW w:w="3094" w:type="dxa"/>
            <w:vMerge w:val="restart"/>
            <w:vAlign w:val="center"/>
          </w:tcPr>
          <w:p w14:paraId="1B19CCBC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Полное совпадение с верным ответом</w:t>
            </w:r>
          </w:p>
        </w:tc>
      </w:tr>
      <w:tr w:rsidR="000D50D7" w:rsidRPr="000D50D7" w14:paraId="21FEA7BE" w14:textId="77777777" w:rsidTr="00BC5EAF">
        <w:tc>
          <w:tcPr>
            <w:tcW w:w="2552" w:type="dxa"/>
            <w:vMerge/>
          </w:tcPr>
          <w:p w14:paraId="10AFEFF8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3969" w:type="dxa"/>
          </w:tcPr>
          <w:p w14:paraId="4895A82D" w14:textId="77777777" w:rsidR="000D50D7" w:rsidRPr="000D50D7" w:rsidRDefault="000D50D7" w:rsidP="000D50D7">
            <w:pPr>
              <w:spacing w:line="240" w:lineRule="auto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 xml:space="preserve">на </w:t>
            </w:r>
            <w:proofErr w:type="gramStart"/>
            <w:r w:rsidRPr="000D50D7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установление  последовательности</w:t>
            </w:r>
            <w:proofErr w:type="gramEnd"/>
            <w:r w:rsidRPr="000D50D7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 xml:space="preserve"> /</w:t>
            </w:r>
          </w:p>
          <w:p w14:paraId="3061B132" w14:textId="77777777" w:rsidR="000D50D7" w:rsidRPr="000D50D7" w:rsidRDefault="000D50D7" w:rsidP="000D50D7">
            <w:pPr>
              <w:spacing w:line="240" w:lineRule="auto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соответствия</w:t>
            </w:r>
          </w:p>
        </w:tc>
        <w:tc>
          <w:tcPr>
            <w:tcW w:w="3094" w:type="dxa"/>
            <w:vMerge/>
            <w:vAlign w:val="center"/>
          </w:tcPr>
          <w:p w14:paraId="2ED7A5C1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</w:p>
        </w:tc>
      </w:tr>
      <w:tr w:rsidR="000D50D7" w:rsidRPr="000D50D7" w14:paraId="0EC37AEC" w14:textId="77777777" w:rsidTr="00BC5EAF">
        <w:tc>
          <w:tcPr>
            <w:tcW w:w="2552" w:type="dxa"/>
            <w:vMerge/>
          </w:tcPr>
          <w:p w14:paraId="4175FA91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3969" w:type="dxa"/>
          </w:tcPr>
          <w:p w14:paraId="661A5EA5" w14:textId="77777777" w:rsidR="000D50D7" w:rsidRPr="000D50D7" w:rsidRDefault="000D50D7" w:rsidP="000D50D7">
            <w:pPr>
              <w:spacing w:line="240" w:lineRule="auto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с развернутым ответом</w:t>
            </w:r>
          </w:p>
        </w:tc>
        <w:tc>
          <w:tcPr>
            <w:tcW w:w="3094" w:type="dxa"/>
            <w:vAlign w:val="center"/>
          </w:tcPr>
          <w:p w14:paraId="1CADD535" w14:textId="77777777" w:rsidR="000D50D7" w:rsidRPr="000D50D7" w:rsidRDefault="000D50D7" w:rsidP="000D50D7">
            <w:pPr>
              <w:spacing w:line="240" w:lineRule="auto"/>
              <w:jc w:val="both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Правильность ответа (отсутствие фактических ошибок).</w:t>
            </w:r>
          </w:p>
          <w:p w14:paraId="53D90FFE" w14:textId="77777777" w:rsidR="000D50D7" w:rsidRPr="000D50D7" w:rsidRDefault="000D50D7" w:rsidP="000D50D7">
            <w:pPr>
              <w:spacing w:line="240" w:lineRule="auto"/>
              <w:jc w:val="both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Полнота ответа (раскрытие объема используемых понятий).</w:t>
            </w:r>
          </w:p>
          <w:p w14:paraId="494776E3" w14:textId="77777777" w:rsidR="000D50D7" w:rsidRPr="000D50D7" w:rsidRDefault="000D50D7" w:rsidP="000D50D7">
            <w:pPr>
              <w:spacing w:line="240" w:lineRule="auto"/>
              <w:jc w:val="both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Обоснованность ответа (наличие аргументов).</w:t>
            </w:r>
          </w:p>
          <w:p w14:paraId="55A8C6B8" w14:textId="77777777" w:rsidR="000D50D7" w:rsidRPr="000D50D7" w:rsidRDefault="000D50D7" w:rsidP="000D50D7">
            <w:pPr>
              <w:spacing w:line="240" w:lineRule="auto"/>
              <w:jc w:val="both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Логика изложения ответа (грамотная последовательность излагаемого материала).</w:t>
            </w:r>
          </w:p>
          <w:p w14:paraId="46DC5C08" w14:textId="77777777" w:rsidR="000D50D7" w:rsidRPr="000D50D7" w:rsidRDefault="000D50D7" w:rsidP="000D50D7">
            <w:pPr>
              <w:spacing w:line="240" w:lineRule="auto"/>
              <w:jc w:val="both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Сопоставимость с эталонным ответом.</w:t>
            </w:r>
          </w:p>
        </w:tc>
      </w:tr>
      <w:tr w:rsidR="000D50D7" w:rsidRPr="000B04D5" w14:paraId="563267DB" w14:textId="77777777" w:rsidTr="00BC5EAF">
        <w:tc>
          <w:tcPr>
            <w:tcW w:w="2552" w:type="dxa"/>
          </w:tcPr>
          <w:p w14:paraId="7C4F654E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неверно</w:t>
            </w:r>
          </w:p>
        </w:tc>
        <w:tc>
          <w:tcPr>
            <w:tcW w:w="3969" w:type="dxa"/>
          </w:tcPr>
          <w:p w14:paraId="0CEE5CAC" w14:textId="77777777" w:rsidR="000D50D7" w:rsidRPr="000D50D7" w:rsidRDefault="000D50D7" w:rsidP="000D50D7">
            <w:pPr>
              <w:spacing w:line="240" w:lineRule="auto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с выбором одного/нескольких ответов; на установление последовательности /</w:t>
            </w:r>
          </w:p>
          <w:p w14:paraId="2F65E55D" w14:textId="77777777" w:rsidR="000D50D7" w:rsidRPr="000D50D7" w:rsidRDefault="000D50D7" w:rsidP="000D50D7">
            <w:pPr>
              <w:spacing w:line="240" w:lineRule="auto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соответствия;</w:t>
            </w:r>
          </w:p>
          <w:p w14:paraId="731CE112" w14:textId="77777777" w:rsidR="000D50D7" w:rsidRPr="000D50D7" w:rsidRDefault="000D50D7" w:rsidP="000D50D7">
            <w:pPr>
              <w:spacing w:line="240" w:lineRule="auto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с развернутым ответом</w:t>
            </w:r>
          </w:p>
        </w:tc>
        <w:tc>
          <w:tcPr>
            <w:tcW w:w="3094" w:type="dxa"/>
            <w:vAlign w:val="center"/>
          </w:tcPr>
          <w:p w14:paraId="35F369E6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Допущены ошибки или ответ отсутствует</w:t>
            </w:r>
          </w:p>
        </w:tc>
      </w:tr>
    </w:tbl>
    <w:p w14:paraId="66C72B73" w14:textId="77777777" w:rsidR="000D50D7" w:rsidRPr="000D50D7" w:rsidRDefault="000D50D7" w:rsidP="000D50D7">
      <w:pPr>
        <w:spacing w:line="240" w:lineRule="auto"/>
        <w:jc w:val="center"/>
        <w:rPr>
          <w:rFonts w:eastAsia="Calibri" w:cs="Times New Roman"/>
          <w:b/>
          <w:bCs/>
          <w:sz w:val="20"/>
          <w:szCs w:val="20"/>
          <w:lang w:val="ru-RU" w:eastAsia="ru-RU"/>
        </w:rPr>
      </w:pPr>
    </w:p>
    <w:p w14:paraId="01DAD464" w14:textId="77777777" w:rsidR="000D50D7" w:rsidRPr="000D50D7" w:rsidRDefault="000D50D7" w:rsidP="000D50D7">
      <w:pPr>
        <w:spacing w:line="240" w:lineRule="auto"/>
        <w:jc w:val="center"/>
        <w:rPr>
          <w:rFonts w:eastAsia="Calibri" w:cs="Times New Roman"/>
          <w:b/>
          <w:bCs/>
          <w:sz w:val="20"/>
          <w:szCs w:val="20"/>
          <w:lang w:val="ru-RU" w:eastAsia="ru-RU"/>
        </w:rPr>
      </w:pPr>
      <w:r w:rsidRPr="000D50D7">
        <w:rPr>
          <w:rFonts w:eastAsia="Calibri" w:cs="Times New Roman"/>
          <w:b/>
          <w:bCs/>
          <w:sz w:val="20"/>
          <w:szCs w:val="20"/>
          <w:lang w:val="ru-RU" w:eastAsia="ru-RU"/>
        </w:rPr>
        <w:t>Шкала оценивания результатов компьютерного тестирования обучающихся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927"/>
        <w:gridCol w:w="4712"/>
      </w:tblGrid>
      <w:tr w:rsidR="000D50D7" w:rsidRPr="000D50D7" w14:paraId="792D1FA9" w14:textId="77777777" w:rsidTr="00BC5EAF">
        <w:tc>
          <w:tcPr>
            <w:tcW w:w="4927" w:type="dxa"/>
          </w:tcPr>
          <w:p w14:paraId="4312AC3C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 xml:space="preserve">Оценка </w:t>
            </w:r>
          </w:p>
        </w:tc>
        <w:tc>
          <w:tcPr>
            <w:tcW w:w="4712" w:type="dxa"/>
          </w:tcPr>
          <w:p w14:paraId="3E666493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Процент верных ответов</w:t>
            </w:r>
          </w:p>
        </w:tc>
      </w:tr>
      <w:tr w:rsidR="000D50D7" w:rsidRPr="000D50D7" w14:paraId="19ED3B29" w14:textId="77777777" w:rsidTr="00BC5EAF">
        <w:tc>
          <w:tcPr>
            <w:tcW w:w="4927" w:type="dxa"/>
          </w:tcPr>
          <w:p w14:paraId="53248271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отлично</w:t>
            </w:r>
          </w:p>
        </w:tc>
        <w:tc>
          <w:tcPr>
            <w:tcW w:w="4712" w:type="dxa"/>
          </w:tcPr>
          <w:p w14:paraId="3AAD0031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91-100</w:t>
            </w:r>
          </w:p>
        </w:tc>
      </w:tr>
      <w:tr w:rsidR="000D50D7" w:rsidRPr="000D50D7" w14:paraId="639F1D8E" w14:textId="77777777" w:rsidTr="00BC5EAF">
        <w:tc>
          <w:tcPr>
            <w:tcW w:w="4927" w:type="dxa"/>
          </w:tcPr>
          <w:p w14:paraId="3D0341D3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хорошо</w:t>
            </w:r>
          </w:p>
        </w:tc>
        <w:tc>
          <w:tcPr>
            <w:tcW w:w="4712" w:type="dxa"/>
          </w:tcPr>
          <w:p w14:paraId="410122C1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80-90</w:t>
            </w:r>
          </w:p>
        </w:tc>
      </w:tr>
      <w:tr w:rsidR="000D50D7" w:rsidRPr="000D50D7" w14:paraId="75D174E0" w14:textId="77777777" w:rsidTr="00BC5EAF">
        <w:tc>
          <w:tcPr>
            <w:tcW w:w="4927" w:type="dxa"/>
          </w:tcPr>
          <w:p w14:paraId="6A3DA973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удовлетворительно</w:t>
            </w:r>
          </w:p>
        </w:tc>
        <w:tc>
          <w:tcPr>
            <w:tcW w:w="4712" w:type="dxa"/>
          </w:tcPr>
          <w:p w14:paraId="5A9A8AF3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70-79</w:t>
            </w:r>
          </w:p>
        </w:tc>
      </w:tr>
      <w:tr w:rsidR="000D50D7" w:rsidRPr="000D50D7" w14:paraId="57824213" w14:textId="77777777" w:rsidTr="00BC5EAF">
        <w:tc>
          <w:tcPr>
            <w:tcW w:w="4927" w:type="dxa"/>
          </w:tcPr>
          <w:p w14:paraId="7F7DA517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неудовлетворительно</w:t>
            </w:r>
          </w:p>
        </w:tc>
        <w:tc>
          <w:tcPr>
            <w:tcW w:w="4712" w:type="dxa"/>
          </w:tcPr>
          <w:p w14:paraId="12335CF8" w14:textId="77777777" w:rsidR="000D50D7" w:rsidRPr="000D50D7" w:rsidRDefault="000D50D7" w:rsidP="000D50D7">
            <w:pPr>
              <w:spacing w:line="240" w:lineRule="auto"/>
              <w:jc w:val="center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0D50D7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менее 70</w:t>
            </w:r>
          </w:p>
        </w:tc>
      </w:tr>
    </w:tbl>
    <w:p w14:paraId="3B2DC4A5" w14:textId="77777777" w:rsidR="000D50D7" w:rsidRPr="000D50D7" w:rsidRDefault="000D50D7" w:rsidP="000D50D7">
      <w:pPr>
        <w:spacing w:line="240" w:lineRule="auto"/>
        <w:jc w:val="center"/>
        <w:rPr>
          <w:rFonts w:eastAsia="Calibri" w:cs="Times New Roman"/>
          <w:b/>
          <w:bCs/>
          <w:sz w:val="20"/>
          <w:szCs w:val="20"/>
          <w:lang w:val="ru-RU" w:eastAsia="ru-RU"/>
        </w:rPr>
      </w:pPr>
    </w:p>
    <w:p w14:paraId="65DDBD70" w14:textId="77777777" w:rsidR="000D50D7" w:rsidRPr="000D50D7" w:rsidRDefault="000D50D7" w:rsidP="000D50D7">
      <w:pPr>
        <w:overflowPunct w:val="0"/>
        <w:autoSpaceDE w:val="0"/>
        <w:autoSpaceDN w:val="0"/>
        <w:adjustRightInd w:val="0"/>
        <w:spacing w:before="120" w:line="288" w:lineRule="auto"/>
        <w:jc w:val="both"/>
        <w:textAlignment w:val="baseline"/>
        <w:rPr>
          <w:rFonts w:eastAsia="Calibri" w:cs="Times New Roman"/>
          <w:sz w:val="20"/>
          <w:szCs w:val="20"/>
          <w:lang w:val="ru-RU" w:eastAsia="ru-RU"/>
        </w:rPr>
      </w:pPr>
      <w:r w:rsidRPr="000D50D7">
        <w:rPr>
          <w:rFonts w:eastAsia="Calibri" w:cs="Times New Roman"/>
          <w:sz w:val="20"/>
          <w:szCs w:val="20"/>
          <w:lang w:val="ru-RU" w:eastAsia="ru-RU"/>
        </w:rPr>
        <w:t>Составитель:</w:t>
      </w:r>
    </w:p>
    <w:p w14:paraId="06B9672E" w14:textId="77777777" w:rsidR="000D50D7" w:rsidRPr="000D50D7" w:rsidRDefault="000D50D7" w:rsidP="000D50D7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eastAsia="Calibri" w:cs="Times New Roman"/>
          <w:sz w:val="20"/>
          <w:szCs w:val="20"/>
          <w:lang w:val="ru-RU" w:eastAsia="ru-RU"/>
        </w:rPr>
      </w:pPr>
      <w:r w:rsidRPr="000D50D7">
        <w:rPr>
          <w:rFonts w:eastAsia="Calibri" w:cs="Times New Roman"/>
          <w:sz w:val="20"/>
          <w:szCs w:val="20"/>
          <w:lang w:val="ru-RU" w:eastAsia="ru-RU"/>
        </w:rPr>
        <w:t xml:space="preserve">Д.А. </w:t>
      </w:r>
      <w:proofErr w:type="gramStart"/>
      <w:r w:rsidRPr="000D50D7">
        <w:rPr>
          <w:rFonts w:eastAsia="Calibri" w:cs="Times New Roman"/>
          <w:sz w:val="20"/>
          <w:szCs w:val="20"/>
          <w:lang w:val="ru-RU" w:eastAsia="ru-RU"/>
        </w:rPr>
        <w:t>Галин,  старший</w:t>
      </w:r>
      <w:proofErr w:type="gramEnd"/>
      <w:r w:rsidRPr="000D50D7">
        <w:rPr>
          <w:rFonts w:eastAsia="Calibri" w:cs="Times New Roman"/>
          <w:sz w:val="20"/>
          <w:szCs w:val="20"/>
          <w:lang w:val="ru-RU" w:eastAsia="ru-RU"/>
        </w:rPr>
        <w:t xml:space="preserve"> преподаватель кафедры </w:t>
      </w:r>
      <w:proofErr w:type="spellStart"/>
      <w:r w:rsidRPr="000D50D7">
        <w:rPr>
          <w:rFonts w:eastAsia="Calibri" w:cs="Times New Roman"/>
          <w:sz w:val="20"/>
          <w:szCs w:val="20"/>
          <w:lang w:val="ru-RU" w:eastAsia="ru-RU"/>
        </w:rPr>
        <w:t>ЭБЖиФ</w:t>
      </w:r>
      <w:proofErr w:type="spellEnd"/>
      <w:r w:rsidRPr="000D50D7">
        <w:rPr>
          <w:rFonts w:eastAsia="Calibri" w:cs="Times New Roman"/>
          <w:sz w:val="20"/>
          <w:szCs w:val="20"/>
          <w:lang w:val="ru-RU" w:eastAsia="ru-RU"/>
        </w:rPr>
        <w:t>.               _______________________</w:t>
      </w:r>
      <w:r w:rsidRPr="000D50D7">
        <w:rPr>
          <w:rFonts w:eastAsia="Calibri" w:cs="Times New Roman"/>
          <w:sz w:val="20"/>
          <w:szCs w:val="20"/>
          <w:lang w:val="ru-RU" w:eastAsia="ru-RU"/>
        </w:rPr>
        <w:tab/>
      </w:r>
    </w:p>
    <w:p w14:paraId="11B7FBFF" w14:textId="77777777" w:rsidR="000D50D7" w:rsidRPr="000D50D7" w:rsidRDefault="000D50D7" w:rsidP="000D50D7">
      <w:pPr>
        <w:spacing w:line="240" w:lineRule="auto"/>
        <w:jc w:val="both"/>
        <w:rPr>
          <w:rFonts w:eastAsia="Calibri" w:cs="Times New Roman"/>
          <w:i/>
          <w:iCs/>
          <w:spacing w:val="-2"/>
          <w:sz w:val="20"/>
          <w:szCs w:val="20"/>
          <w:vertAlign w:val="superscript"/>
          <w:lang w:val="ru-RU" w:eastAsia="ru-RU"/>
        </w:rPr>
      </w:pPr>
      <w:r w:rsidRPr="000D50D7">
        <w:rPr>
          <w:rFonts w:eastAsia="Calibri" w:cs="Times New Roman"/>
          <w:i/>
          <w:sz w:val="20"/>
          <w:szCs w:val="20"/>
          <w:vertAlign w:val="superscript"/>
          <w:lang w:val="ru-RU" w:eastAsia="ru-RU"/>
        </w:rPr>
        <w:tab/>
      </w:r>
      <w:r w:rsidRPr="000D50D7">
        <w:rPr>
          <w:rFonts w:eastAsia="Calibri" w:cs="Times New Roman"/>
          <w:i/>
          <w:sz w:val="20"/>
          <w:szCs w:val="20"/>
          <w:vertAlign w:val="superscript"/>
          <w:lang w:val="ru-RU" w:eastAsia="ru-RU"/>
        </w:rPr>
        <w:tab/>
      </w:r>
      <w:r w:rsidRPr="000D50D7">
        <w:rPr>
          <w:rFonts w:eastAsia="Calibri" w:cs="Times New Roman"/>
          <w:i/>
          <w:sz w:val="20"/>
          <w:szCs w:val="20"/>
          <w:vertAlign w:val="superscript"/>
          <w:lang w:val="ru-RU" w:eastAsia="ru-RU"/>
        </w:rPr>
        <w:tab/>
      </w:r>
      <w:r w:rsidRPr="000D50D7">
        <w:rPr>
          <w:rFonts w:eastAsia="Calibri" w:cs="Times New Roman"/>
          <w:i/>
          <w:sz w:val="20"/>
          <w:szCs w:val="20"/>
          <w:vertAlign w:val="superscript"/>
          <w:lang w:val="ru-RU" w:eastAsia="ru-RU"/>
        </w:rPr>
        <w:tab/>
      </w:r>
      <w:r w:rsidRPr="000D50D7">
        <w:rPr>
          <w:rFonts w:eastAsia="Calibri" w:cs="Times New Roman"/>
          <w:i/>
          <w:sz w:val="20"/>
          <w:szCs w:val="20"/>
          <w:vertAlign w:val="superscript"/>
          <w:lang w:val="ru-RU" w:eastAsia="ru-RU"/>
        </w:rPr>
        <w:tab/>
      </w:r>
      <w:r w:rsidRPr="000D50D7">
        <w:rPr>
          <w:rFonts w:eastAsia="Calibri" w:cs="Times New Roman"/>
          <w:i/>
          <w:sz w:val="20"/>
          <w:szCs w:val="20"/>
          <w:vertAlign w:val="superscript"/>
          <w:lang w:val="ru-RU" w:eastAsia="ru-RU"/>
        </w:rPr>
        <w:tab/>
      </w:r>
      <w:r w:rsidRPr="000D50D7">
        <w:rPr>
          <w:rFonts w:eastAsia="Calibri" w:cs="Times New Roman"/>
          <w:i/>
          <w:sz w:val="20"/>
          <w:szCs w:val="20"/>
          <w:vertAlign w:val="superscript"/>
          <w:lang w:val="ru-RU" w:eastAsia="ru-RU"/>
        </w:rPr>
        <w:tab/>
      </w:r>
      <w:r w:rsidRPr="000D50D7">
        <w:rPr>
          <w:rFonts w:eastAsia="Calibri" w:cs="Times New Roman"/>
          <w:i/>
          <w:sz w:val="20"/>
          <w:szCs w:val="20"/>
          <w:vertAlign w:val="superscript"/>
          <w:lang w:val="ru-RU" w:eastAsia="ru-RU"/>
        </w:rPr>
        <w:tab/>
        <w:t xml:space="preserve"> </w:t>
      </w:r>
    </w:p>
    <w:p w14:paraId="5A4B2686" w14:textId="77777777" w:rsidR="000D50D7" w:rsidRPr="000D50D7" w:rsidRDefault="000D50D7" w:rsidP="000D50D7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eastAsia="Calibri" w:cs="Times New Roman"/>
          <w:sz w:val="20"/>
          <w:szCs w:val="20"/>
          <w:lang w:val="ru-RU" w:eastAsia="ru-RU"/>
        </w:rPr>
      </w:pPr>
      <w:r>
        <w:rPr>
          <w:rFonts w:eastAsia="Calibri" w:cs="Times New Roman"/>
          <w:sz w:val="20"/>
          <w:szCs w:val="20"/>
          <w:lang w:val="ru-RU" w:eastAsia="ru-RU"/>
        </w:rPr>
        <w:t>«21</w:t>
      </w:r>
      <w:proofErr w:type="gramStart"/>
      <w:r>
        <w:rPr>
          <w:rFonts w:eastAsia="Calibri" w:cs="Times New Roman"/>
          <w:sz w:val="20"/>
          <w:szCs w:val="20"/>
          <w:lang w:val="ru-RU" w:eastAsia="ru-RU"/>
        </w:rPr>
        <w:t>_»  ноября</w:t>
      </w:r>
      <w:proofErr w:type="gramEnd"/>
      <w:r>
        <w:rPr>
          <w:rFonts w:eastAsia="Calibri" w:cs="Times New Roman"/>
          <w:sz w:val="20"/>
          <w:szCs w:val="20"/>
          <w:lang w:val="ru-RU" w:eastAsia="ru-RU"/>
        </w:rPr>
        <w:t xml:space="preserve"> 2025</w:t>
      </w:r>
      <w:r w:rsidRPr="000D50D7">
        <w:rPr>
          <w:rFonts w:eastAsia="Calibri" w:cs="Times New Roman"/>
          <w:sz w:val="20"/>
          <w:szCs w:val="20"/>
          <w:lang w:val="ru-RU" w:eastAsia="ru-RU"/>
        </w:rPr>
        <w:t xml:space="preserve"> г.</w:t>
      </w:r>
    </w:p>
    <w:p w14:paraId="1011C810" w14:textId="77777777" w:rsidR="000D50D7" w:rsidRDefault="000D50D7"/>
    <w:sectPr w:rsidR="000D50D7" w:rsidSect="00034616">
      <w:pgSz w:w="12240" w:h="15840"/>
      <w:pgMar w:top="850" w:right="850" w:bottom="850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imes New Roman,Bold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6837285"/>
    <w:multiLevelType w:val="hybridMultilevel"/>
    <w:tmpl w:val="4D82EB04"/>
    <w:lvl w:ilvl="0" w:tplc="66BE23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1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73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45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17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89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1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33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057" w:hanging="180"/>
      </w:pPr>
      <w:rPr>
        <w:rFonts w:cs="Times New Roman"/>
      </w:rPr>
    </w:lvl>
  </w:abstractNum>
  <w:abstractNum w:abstractNumId="10" w15:restartNumberingAfterBreak="0">
    <w:nsid w:val="10A66D13"/>
    <w:multiLevelType w:val="hybridMultilevel"/>
    <w:tmpl w:val="95788F6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1" w15:restartNumberingAfterBreak="0">
    <w:nsid w:val="27843DC5"/>
    <w:multiLevelType w:val="hybridMultilevel"/>
    <w:tmpl w:val="CA825844"/>
    <w:lvl w:ilvl="0" w:tplc="F8B290CA">
      <w:start w:val="1"/>
      <w:numFmt w:val="russianUpper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2" w15:restartNumberingAfterBreak="0">
    <w:nsid w:val="36A109AB"/>
    <w:multiLevelType w:val="hybridMultilevel"/>
    <w:tmpl w:val="25F4438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3" w15:restartNumberingAfterBreak="0">
    <w:nsid w:val="4DDA6B9A"/>
    <w:multiLevelType w:val="hybridMultilevel"/>
    <w:tmpl w:val="9916639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4" w15:restartNumberingAfterBreak="0">
    <w:nsid w:val="58FA2A24"/>
    <w:multiLevelType w:val="hybridMultilevel"/>
    <w:tmpl w:val="E77E4A7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5" w15:restartNumberingAfterBreak="0">
    <w:nsid w:val="5C713778"/>
    <w:multiLevelType w:val="hybridMultilevel"/>
    <w:tmpl w:val="4B6CF34C"/>
    <w:lvl w:ilvl="0" w:tplc="F8B290CA">
      <w:start w:val="1"/>
      <w:numFmt w:val="russianUpper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6" w15:restartNumberingAfterBreak="0">
    <w:nsid w:val="5D6D5BD3"/>
    <w:multiLevelType w:val="hybridMultilevel"/>
    <w:tmpl w:val="DA347C6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5EA1033C"/>
    <w:multiLevelType w:val="hybridMultilevel"/>
    <w:tmpl w:val="741A9368"/>
    <w:lvl w:ilvl="0" w:tplc="F8B290CA">
      <w:start w:val="1"/>
      <w:numFmt w:val="russianUpper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8" w15:restartNumberingAfterBreak="0">
    <w:nsid w:val="623C5FEA"/>
    <w:multiLevelType w:val="hybridMultilevel"/>
    <w:tmpl w:val="C65C70B2"/>
    <w:lvl w:ilvl="0" w:tplc="F8B290CA">
      <w:start w:val="1"/>
      <w:numFmt w:val="russianUpper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9" w15:restartNumberingAfterBreak="0">
    <w:nsid w:val="70D32058"/>
    <w:multiLevelType w:val="hybridMultilevel"/>
    <w:tmpl w:val="176E36DE"/>
    <w:lvl w:ilvl="0" w:tplc="F8B290CA">
      <w:start w:val="1"/>
      <w:numFmt w:val="russianUpper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0" w15:restartNumberingAfterBreak="0">
    <w:nsid w:val="79365D68"/>
    <w:multiLevelType w:val="hybridMultilevel"/>
    <w:tmpl w:val="2D2431C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2"/>
  </w:num>
  <w:num w:numId="11">
    <w:abstractNumId w:val="13"/>
  </w:num>
  <w:num w:numId="12">
    <w:abstractNumId w:val="17"/>
  </w:num>
  <w:num w:numId="13">
    <w:abstractNumId w:val="18"/>
  </w:num>
  <w:num w:numId="14">
    <w:abstractNumId w:val="15"/>
  </w:num>
  <w:num w:numId="15">
    <w:abstractNumId w:val="14"/>
  </w:num>
  <w:num w:numId="16">
    <w:abstractNumId w:val="20"/>
  </w:num>
  <w:num w:numId="17">
    <w:abstractNumId w:val="11"/>
  </w:num>
  <w:num w:numId="18">
    <w:abstractNumId w:val="10"/>
  </w:num>
  <w:num w:numId="19">
    <w:abstractNumId w:val="9"/>
  </w:num>
  <w:num w:numId="20">
    <w:abstractNumId w:val="19"/>
  </w:num>
  <w:num w:numId="2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0B04D5"/>
    <w:rsid w:val="000C6952"/>
    <w:rsid w:val="000D50D7"/>
    <w:rsid w:val="001070A4"/>
    <w:rsid w:val="0015074B"/>
    <w:rsid w:val="002955D3"/>
    <w:rsid w:val="0029639D"/>
    <w:rsid w:val="00326F90"/>
    <w:rsid w:val="006C68DE"/>
    <w:rsid w:val="00AA1D8D"/>
    <w:rsid w:val="00B47730"/>
    <w:rsid w:val="00CB0664"/>
    <w:rsid w:val="00E81EC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298A491B"/>
  <w14:defaultImageDpi w14:val="300"/>
  <w15:docId w15:val="{C49D3C4D-2F37-4560-BD4A-5BEAAA2AEE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pPr>
      <w:spacing w:after="0" w:line="360" w:lineRule="auto"/>
    </w:pPr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99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numbering" w:customStyle="1" w:styleId="14">
    <w:name w:val="Нет списка1"/>
    <w:next w:val="a4"/>
    <w:semiHidden/>
    <w:rsid w:val="000D50D7"/>
  </w:style>
  <w:style w:type="table" w:customStyle="1" w:styleId="15">
    <w:name w:val="Сетка таблицы1"/>
    <w:basedOn w:val="a3"/>
    <w:next w:val="aff0"/>
    <w:rsid w:val="000D50D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3DCB319-556A-470B-94CB-6B32EB8535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17</Pages>
  <Words>3797</Words>
  <Characters>21645</Characters>
  <Application>Microsoft Office Word</Application>
  <DocSecurity>0</DocSecurity>
  <Lines>180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25392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Александр Н. Астапенко</cp:lastModifiedBy>
  <cp:revision>6</cp:revision>
  <dcterms:created xsi:type="dcterms:W3CDTF">2013-12-23T23:15:00Z</dcterms:created>
  <dcterms:modified xsi:type="dcterms:W3CDTF">2026-06-10T03:26:00Z</dcterms:modified>
  <cp:category/>
</cp:coreProperties>
</file>