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8B607" w14:textId="77777777" w:rsidR="00310DF4" w:rsidRPr="00495DDA" w:rsidRDefault="00495DDA">
      <w:pPr>
        <w:spacing w:line="240" w:lineRule="auto"/>
        <w:jc w:val="center"/>
        <w:rPr>
          <w:lang w:val="ru-RU"/>
        </w:rPr>
      </w:pPr>
      <w:r w:rsidRPr="00495DDA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1A5BE98F" w14:textId="77777777" w:rsidR="00310DF4" w:rsidRPr="00495DDA" w:rsidRDefault="00495DDA">
      <w:pPr>
        <w:spacing w:line="240" w:lineRule="auto"/>
        <w:jc w:val="center"/>
        <w:rPr>
          <w:lang w:val="ru-RU"/>
        </w:rPr>
      </w:pPr>
      <w:r w:rsidRPr="00495DDA">
        <w:rPr>
          <w:lang w:val="ru-RU"/>
        </w:rPr>
        <w:br/>
        <w:t>ФЕДЕРАЛЬНОЕ ГОСУДАРСТВЕННОЕ БЮДЖЕТНОЕ</w:t>
      </w:r>
      <w:r w:rsidRPr="00495DDA">
        <w:rPr>
          <w:lang w:val="ru-RU"/>
        </w:rPr>
        <w:br/>
        <w:t>ОБРАЗОВАТЕЛЬНОЕ УЧРЕЖДЕНИЕ ВЫСШЕГО ОБРАЗОВАНИЯ</w:t>
      </w:r>
    </w:p>
    <w:p w14:paraId="531BE392" w14:textId="77777777" w:rsidR="00310DF4" w:rsidRPr="00B26283" w:rsidRDefault="00495DDA">
      <w:pPr>
        <w:spacing w:line="240" w:lineRule="auto"/>
        <w:jc w:val="center"/>
        <w:rPr>
          <w:lang w:val="ru-RU"/>
        </w:rPr>
      </w:pPr>
      <w:r w:rsidRPr="00495DDA">
        <w:rPr>
          <w:b/>
          <w:lang w:val="ru-RU"/>
        </w:rPr>
        <w:br/>
      </w:r>
      <w:r w:rsidRPr="00B26283">
        <w:rPr>
          <w:b/>
          <w:lang w:val="ru-RU"/>
        </w:rPr>
        <w:t>«БРАТСКИЙ ГОСУДАРСТВЕННЫЙ УНИВЕРСИТЕТ»</w:t>
      </w:r>
    </w:p>
    <w:p w14:paraId="6FF642F6" w14:textId="77777777" w:rsidR="00310DF4" w:rsidRPr="00495DDA" w:rsidRDefault="00495DDA">
      <w:pPr>
        <w:spacing w:line="240" w:lineRule="auto"/>
        <w:jc w:val="center"/>
        <w:rPr>
          <w:lang w:val="ru-RU"/>
        </w:rPr>
      </w:pP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</w:r>
      <w:r w:rsidRPr="00495DDA">
        <w:rPr>
          <w:b/>
          <w:sz w:val="28"/>
          <w:lang w:val="ru-RU"/>
        </w:rPr>
        <w:br/>
        <w:t xml:space="preserve">ФОНД </w:t>
      </w:r>
      <w:r w:rsidRPr="00495DDA">
        <w:rPr>
          <w:b/>
          <w:sz w:val="28"/>
          <w:lang w:val="ru-RU"/>
        </w:rPr>
        <w:br/>
        <w:t>ОЦЕНОЧНЫХ СРЕДСТВ</w:t>
      </w:r>
    </w:p>
    <w:p w14:paraId="5573B8EC" w14:textId="77777777" w:rsidR="00310DF4" w:rsidRPr="00495DDA" w:rsidRDefault="00310DF4">
      <w:pPr>
        <w:rPr>
          <w:lang w:val="ru-RU"/>
        </w:rPr>
      </w:pPr>
    </w:p>
    <w:p w14:paraId="538A22C1" w14:textId="77777777" w:rsidR="00310DF4" w:rsidRPr="00495DDA" w:rsidRDefault="00495DDA">
      <w:pPr>
        <w:jc w:val="center"/>
        <w:rPr>
          <w:lang w:val="ru-RU"/>
        </w:rPr>
      </w:pPr>
      <w:r w:rsidRPr="00495DDA">
        <w:rPr>
          <w:lang w:val="ru-RU"/>
        </w:rPr>
        <w:t xml:space="preserve">по дисциплине </w:t>
      </w:r>
      <w:r w:rsidRPr="00495DDA">
        <w:rPr>
          <w:lang w:val="ru-RU"/>
        </w:rPr>
        <w:br/>
        <w:t>Б1.О.07.03 Физическая культура</w:t>
      </w:r>
      <w:r w:rsidRPr="00495DDA">
        <w:rPr>
          <w:lang w:val="ru-RU"/>
        </w:rPr>
        <w:br/>
      </w:r>
    </w:p>
    <w:p w14:paraId="75642AF7" w14:textId="77777777" w:rsidR="00310DF4" w:rsidRPr="00495DDA" w:rsidRDefault="00495DDA">
      <w:pPr>
        <w:rPr>
          <w:lang w:val="ru-RU"/>
        </w:rPr>
      </w:pPr>
      <w:r w:rsidRPr="00495DDA">
        <w:rPr>
          <w:lang w:val="ru-RU"/>
        </w:rPr>
        <w:t>Направление подготовки 27.03.04 Управление в технических системах</w:t>
      </w:r>
      <w:r w:rsidRPr="00495DDA">
        <w:rPr>
          <w:lang w:val="ru-RU"/>
        </w:rPr>
        <w:br/>
      </w:r>
    </w:p>
    <w:p w14:paraId="1ED1324E" w14:textId="77777777" w:rsidR="00310DF4" w:rsidRPr="00495DDA" w:rsidRDefault="00495DDA">
      <w:pPr>
        <w:rPr>
          <w:lang w:val="ru-RU"/>
        </w:rPr>
      </w:pPr>
      <w:r w:rsidRPr="00495DDA">
        <w:rPr>
          <w:lang w:val="ru-RU"/>
        </w:rPr>
        <w:t>Профиль подготовки Управление и информатика в технических системах</w:t>
      </w:r>
      <w:r w:rsidRPr="00495DDA">
        <w:rPr>
          <w:lang w:val="ru-RU"/>
        </w:rPr>
        <w:br/>
      </w:r>
    </w:p>
    <w:p w14:paraId="5A839574" w14:textId="77777777" w:rsidR="00310DF4" w:rsidRPr="00495DDA" w:rsidRDefault="00495DDA">
      <w:pPr>
        <w:rPr>
          <w:lang w:val="ru-RU"/>
        </w:rPr>
      </w:pPr>
      <w:r w:rsidRPr="00495DDA">
        <w:rPr>
          <w:lang w:val="ru-RU"/>
        </w:rPr>
        <w:t>Квалификация бакалавр</w:t>
      </w:r>
      <w:r w:rsidRPr="00495DDA">
        <w:rPr>
          <w:lang w:val="ru-RU"/>
        </w:rPr>
        <w:br/>
      </w:r>
    </w:p>
    <w:p w14:paraId="0509690C" w14:textId="77777777" w:rsidR="00310DF4" w:rsidRPr="00495DDA" w:rsidRDefault="00495DDA">
      <w:pPr>
        <w:rPr>
          <w:lang w:val="ru-RU"/>
        </w:rPr>
      </w:pPr>
      <w:r w:rsidRPr="00495DDA">
        <w:rPr>
          <w:lang w:val="ru-RU"/>
        </w:rPr>
        <w:t>Год начала подготовки 202</w:t>
      </w:r>
      <w:r>
        <w:rPr>
          <w:lang w:val="ru-RU"/>
        </w:rPr>
        <w:t>5</w:t>
      </w:r>
      <w:r w:rsidRPr="00495DDA">
        <w:rPr>
          <w:lang w:val="ru-RU"/>
        </w:rPr>
        <w:br/>
      </w:r>
    </w:p>
    <w:p w14:paraId="550FA608" w14:textId="77777777" w:rsidR="00310DF4" w:rsidRPr="00495DDA" w:rsidRDefault="00495DDA">
      <w:pPr>
        <w:rPr>
          <w:lang w:val="ru-RU"/>
        </w:rPr>
      </w:pPr>
      <w:r w:rsidRPr="00495DDA">
        <w:rPr>
          <w:lang w:val="ru-RU"/>
        </w:rPr>
        <w:br w:type="page"/>
      </w:r>
    </w:p>
    <w:p w14:paraId="54617558" w14:textId="77777777" w:rsidR="00310DF4" w:rsidRPr="00495DDA" w:rsidRDefault="00495DDA">
      <w:pPr>
        <w:rPr>
          <w:lang w:val="ru-RU"/>
        </w:rPr>
      </w:pPr>
      <w:r w:rsidRPr="00495DDA">
        <w:rPr>
          <w:lang w:val="ru-RU"/>
        </w:rPr>
        <w:lastRenderedPageBreak/>
        <w:t xml:space="preserve">Составитель: </w:t>
      </w:r>
      <w:r w:rsidRPr="00495DDA">
        <w:rPr>
          <w:lang w:val="ru-RU"/>
        </w:rPr>
        <w:br/>
        <w:t>Галин Д.А.</w:t>
      </w:r>
      <w:r w:rsidRPr="00495DDA">
        <w:rPr>
          <w:lang w:val="ru-RU"/>
        </w:rPr>
        <w:tab/>
      </w:r>
      <w:r w:rsidRPr="00495DDA">
        <w:rPr>
          <w:lang w:val="ru-RU"/>
        </w:rPr>
        <w:tab/>
      </w:r>
      <w:r w:rsidRPr="00495DDA">
        <w:rPr>
          <w:lang w:val="ru-RU"/>
        </w:rPr>
        <w:tab/>
      </w:r>
      <w:r w:rsidRPr="00495DDA">
        <w:rPr>
          <w:lang w:val="ru-RU"/>
        </w:rPr>
        <w:tab/>
        <w:t>________________</w:t>
      </w:r>
      <w:r w:rsidRPr="00495DDA">
        <w:rPr>
          <w:lang w:val="ru-RU"/>
        </w:rPr>
        <w:br/>
      </w:r>
    </w:p>
    <w:p w14:paraId="39DF9526" w14:textId="0BDBA7A2" w:rsidR="00310DF4" w:rsidRPr="00495DDA" w:rsidRDefault="003570D2">
      <w:pPr>
        <w:rPr>
          <w:lang w:val="ru-RU"/>
        </w:rPr>
      </w:pPr>
      <w:r>
        <w:rPr>
          <w:lang w:val="ru-RU"/>
        </w:rPr>
        <w:t>Одобрено на заседании кафедры экологии, безопасности жизнедеятельности и физической культуры</w:t>
      </w:r>
      <w:r>
        <w:rPr>
          <w:lang w:val="ru-RU"/>
        </w:rPr>
        <w:br/>
        <w:t>«22» апреля 2026 г., протокол № 9</w:t>
      </w:r>
      <w:r>
        <w:rPr>
          <w:lang w:val="ru-RU"/>
        </w:rPr>
        <w:br/>
      </w:r>
      <w:r w:rsidR="00495DDA" w:rsidRPr="00495DDA">
        <w:rPr>
          <w:lang w:val="ru-RU"/>
        </w:rPr>
        <w:br/>
      </w:r>
      <w:r w:rsidR="00B26283">
        <w:rPr>
          <w:lang w:val="ru-RU"/>
        </w:rPr>
        <w:t xml:space="preserve">Заведующий кафедрой </w:t>
      </w:r>
      <w:r w:rsidR="00B26283">
        <w:rPr>
          <w:lang w:val="ru-RU"/>
        </w:rPr>
        <w:br/>
        <w:t>экологии, безопасности жизнедеятельности и физической культуры</w:t>
      </w:r>
      <w:r w:rsidR="00B26283">
        <w:rPr>
          <w:lang w:val="ru-RU"/>
        </w:rPr>
        <w:tab/>
      </w:r>
      <w:r w:rsidR="00B26283">
        <w:rPr>
          <w:lang w:val="ru-RU"/>
        </w:rPr>
        <w:tab/>
        <w:t>____________ В.А. Никиф</w:t>
      </w:r>
      <w:r w:rsidR="001F3D40">
        <w:rPr>
          <w:lang w:val="ru-RU"/>
        </w:rPr>
        <w:t>о</w:t>
      </w:r>
      <w:r w:rsidR="00B26283">
        <w:rPr>
          <w:lang w:val="ru-RU"/>
        </w:rPr>
        <w:t>рова</w:t>
      </w:r>
      <w:r w:rsidR="00B26283">
        <w:rPr>
          <w:lang w:val="ru-RU"/>
        </w:rPr>
        <w:br/>
      </w:r>
      <w:r w:rsidR="00495DDA" w:rsidRPr="00495DDA">
        <w:rPr>
          <w:lang w:val="ru-RU"/>
        </w:rPr>
        <w:br/>
      </w:r>
      <w:r w:rsidR="00495DDA" w:rsidRPr="00495DDA">
        <w:rPr>
          <w:lang w:val="ru-RU"/>
        </w:rPr>
        <w:br/>
      </w:r>
    </w:p>
    <w:p w14:paraId="5169A706" w14:textId="77777777" w:rsidR="00310DF4" w:rsidRDefault="00495DDA">
      <w:pPr>
        <w:rPr>
          <w:lang w:val="ru-RU"/>
        </w:rPr>
      </w:pPr>
      <w:r w:rsidRPr="00495DDA">
        <w:rPr>
          <w:lang w:val="ru-RU"/>
        </w:rPr>
        <w:t>Председатель методической комиссии факультета энергетики и автоматики</w:t>
      </w:r>
      <w:r w:rsidRPr="00495DDA">
        <w:rPr>
          <w:lang w:val="ru-RU"/>
        </w:rPr>
        <w:br/>
        <w:t>_____________   С.В. Латушкина</w:t>
      </w:r>
      <w:r w:rsidRPr="00495DDA">
        <w:rPr>
          <w:lang w:val="ru-RU"/>
        </w:rPr>
        <w:br/>
      </w:r>
      <w:r w:rsidRPr="00495DDA">
        <w:rPr>
          <w:lang w:val="ru-RU"/>
        </w:rPr>
        <w:br/>
      </w:r>
      <w:r>
        <w:rPr>
          <w:lang w:val="ru-RU"/>
        </w:rPr>
        <w:t>«29» апреля 2026г., протокол № 9</w:t>
      </w:r>
      <w:r w:rsidRPr="00495DDA">
        <w:rPr>
          <w:lang w:val="ru-RU"/>
        </w:rPr>
        <w:br/>
      </w:r>
      <w:r w:rsidRPr="00495DDA">
        <w:rPr>
          <w:lang w:val="ru-RU"/>
        </w:rPr>
        <w:br/>
      </w:r>
      <w:r w:rsidRPr="00495DDA">
        <w:rPr>
          <w:lang w:val="ru-RU"/>
        </w:rPr>
        <w:br/>
        <w:t>Ответственный за реализацию ОПОП</w:t>
      </w:r>
      <w:r w:rsidRPr="00495DDA">
        <w:rPr>
          <w:lang w:val="ru-RU"/>
        </w:rPr>
        <w:tab/>
        <w:t>________________ П.А. Федяев</w:t>
      </w:r>
      <w:r w:rsidRPr="00495DDA">
        <w:rPr>
          <w:lang w:val="ru-RU"/>
        </w:rPr>
        <w:br/>
      </w:r>
    </w:p>
    <w:p w14:paraId="5D397150" w14:textId="77777777" w:rsidR="00495DDA" w:rsidRDefault="00495DDA">
      <w:pPr>
        <w:rPr>
          <w:lang w:val="ru-RU"/>
        </w:rPr>
      </w:pPr>
    </w:p>
    <w:p w14:paraId="7FBCE59F" w14:textId="77777777" w:rsidR="00495DDA" w:rsidRDefault="00495DDA">
      <w:pPr>
        <w:rPr>
          <w:lang w:val="ru-RU"/>
        </w:rPr>
      </w:pPr>
    </w:p>
    <w:p w14:paraId="0CC2039E" w14:textId="77777777" w:rsidR="00495DDA" w:rsidRDefault="00495DDA">
      <w:pPr>
        <w:rPr>
          <w:lang w:val="ru-RU"/>
        </w:rPr>
      </w:pPr>
    </w:p>
    <w:p w14:paraId="0A118BCF" w14:textId="77777777" w:rsidR="00495DDA" w:rsidRDefault="00495DDA">
      <w:pPr>
        <w:rPr>
          <w:lang w:val="ru-RU"/>
        </w:rPr>
      </w:pPr>
    </w:p>
    <w:p w14:paraId="5E2D3BA5" w14:textId="77777777" w:rsidR="00495DDA" w:rsidRDefault="00495DDA">
      <w:pPr>
        <w:rPr>
          <w:lang w:val="ru-RU"/>
        </w:rPr>
      </w:pPr>
    </w:p>
    <w:p w14:paraId="085612AB" w14:textId="77777777" w:rsidR="00495DDA" w:rsidRDefault="00495DDA">
      <w:pPr>
        <w:rPr>
          <w:lang w:val="ru-RU"/>
        </w:rPr>
      </w:pPr>
    </w:p>
    <w:p w14:paraId="6916E8E9" w14:textId="77777777" w:rsidR="00495DDA" w:rsidRDefault="00495DDA">
      <w:pPr>
        <w:rPr>
          <w:lang w:val="ru-RU"/>
        </w:rPr>
      </w:pPr>
    </w:p>
    <w:p w14:paraId="2EF214BA" w14:textId="77777777" w:rsidR="00495DDA" w:rsidRDefault="00495DDA">
      <w:pPr>
        <w:rPr>
          <w:lang w:val="ru-RU"/>
        </w:rPr>
      </w:pPr>
    </w:p>
    <w:p w14:paraId="1811F47F" w14:textId="77777777" w:rsidR="00495DDA" w:rsidRDefault="00495DDA">
      <w:pPr>
        <w:rPr>
          <w:lang w:val="ru-RU"/>
        </w:rPr>
      </w:pPr>
    </w:p>
    <w:p w14:paraId="03DD6636" w14:textId="77777777" w:rsidR="00495DDA" w:rsidRDefault="00495DDA">
      <w:pPr>
        <w:rPr>
          <w:lang w:val="ru-RU"/>
        </w:rPr>
      </w:pPr>
    </w:p>
    <w:p w14:paraId="5FA6D053" w14:textId="77777777" w:rsidR="00495DDA" w:rsidRDefault="00495DDA">
      <w:pPr>
        <w:rPr>
          <w:lang w:val="ru-RU"/>
        </w:rPr>
      </w:pPr>
    </w:p>
    <w:p w14:paraId="1D92EE86" w14:textId="77777777" w:rsidR="00495DDA" w:rsidRDefault="00495DDA">
      <w:pPr>
        <w:rPr>
          <w:lang w:val="ru-RU"/>
        </w:rPr>
      </w:pPr>
    </w:p>
    <w:p w14:paraId="28D55383" w14:textId="77777777" w:rsidR="00495DDA" w:rsidRDefault="00495DDA">
      <w:pPr>
        <w:rPr>
          <w:lang w:val="ru-RU"/>
        </w:rPr>
      </w:pPr>
    </w:p>
    <w:p w14:paraId="1AF19159" w14:textId="77777777" w:rsidR="00495DDA" w:rsidRDefault="00495DDA">
      <w:pPr>
        <w:rPr>
          <w:lang w:val="ru-RU"/>
        </w:rPr>
      </w:pPr>
    </w:p>
    <w:p w14:paraId="4061C51F" w14:textId="77777777" w:rsidR="00495DDA" w:rsidRDefault="00495DDA">
      <w:pPr>
        <w:rPr>
          <w:lang w:val="ru-RU"/>
        </w:rPr>
      </w:pPr>
    </w:p>
    <w:p w14:paraId="01D3FC2D" w14:textId="77777777" w:rsidR="00495DDA" w:rsidRDefault="00495DDA">
      <w:pPr>
        <w:rPr>
          <w:lang w:val="ru-RU"/>
        </w:rPr>
      </w:pPr>
    </w:p>
    <w:p w14:paraId="3C7DE985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Паспорт</w:t>
      </w:r>
    </w:p>
    <w:p w14:paraId="45745C60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Фонда оценочных средств</w:t>
      </w:r>
    </w:p>
    <w:p w14:paraId="1C089D2D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1829A12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495DDA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5A5D6C65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4D143FF3" w14:textId="77777777" w:rsidR="00495DDA" w:rsidRPr="00495DDA" w:rsidRDefault="00495DDA" w:rsidP="00495DDA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1CE61E47" w14:textId="77777777" w:rsidR="00495DDA" w:rsidRPr="00495DDA" w:rsidRDefault="00495DDA" w:rsidP="00495DDA">
      <w:pPr>
        <w:spacing w:line="240" w:lineRule="auto"/>
        <w:jc w:val="both"/>
        <w:rPr>
          <w:rFonts w:eastAsia="Calibri" w:cs="Times New Roman"/>
          <w:b/>
          <w:color w:val="000000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1.</w:t>
      </w:r>
      <w:r w:rsidRPr="00495DDA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495DDA">
        <w:rPr>
          <w:rFonts w:eastAsia="Calibri" w:cs="Times New Roman"/>
          <w:szCs w:val="24"/>
          <w:lang w:val="ru-RU" w:eastAsia="ru-RU"/>
        </w:rPr>
        <w:t xml:space="preserve">УК-7. </w:t>
      </w:r>
      <w:r w:rsidRPr="00495DDA">
        <w:rPr>
          <w:rFonts w:eastAsia="Calibri" w:cs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43244AD5" w14:textId="77777777" w:rsidR="00495DDA" w:rsidRPr="00495DDA" w:rsidRDefault="00495DDA" w:rsidP="00495DDA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62579A54" w14:textId="77777777" w:rsidR="00495DDA" w:rsidRPr="00495DDA" w:rsidRDefault="00495DDA" w:rsidP="00495DDA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</w:r>
    </w:p>
    <w:p w14:paraId="55C87742" w14:textId="77777777" w:rsidR="00495DDA" w:rsidRPr="00495DDA" w:rsidRDefault="00495DDA" w:rsidP="00495DDA">
      <w:pPr>
        <w:spacing w:line="240" w:lineRule="auto"/>
        <w:jc w:val="both"/>
        <w:rPr>
          <w:rFonts w:eastAsia="Calibri" w:cs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495DDA" w:rsidRPr="00495DDA" w14:paraId="454E791E" w14:textId="77777777" w:rsidTr="00CD5400">
        <w:tc>
          <w:tcPr>
            <w:tcW w:w="2154" w:type="dxa"/>
            <w:vAlign w:val="center"/>
          </w:tcPr>
          <w:p w14:paraId="06940AA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vAlign w:val="center"/>
          </w:tcPr>
          <w:p w14:paraId="78695CD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14:paraId="7D1AA7F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vAlign w:val="center"/>
          </w:tcPr>
          <w:p w14:paraId="02A9F00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14:paraId="4C69A21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  <w:p w14:paraId="0B7C47F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vAlign w:val="center"/>
          </w:tcPr>
          <w:p w14:paraId="39E29A8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495DDA" w:rsidRPr="00495DDA" w14:paraId="2F7C804A" w14:textId="77777777" w:rsidTr="00CD5400">
        <w:tc>
          <w:tcPr>
            <w:tcW w:w="2154" w:type="dxa"/>
            <w:vAlign w:val="center"/>
          </w:tcPr>
          <w:p w14:paraId="6E89527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252D353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14:paraId="525E2E7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022904F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7AAF3B2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</w:tr>
      <w:tr w:rsidR="00495DDA" w:rsidRPr="00495DDA" w14:paraId="5FB231E7" w14:textId="77777777" w:rsidTr="00CD5400">
        <w:trPr>
          <w:trHeight w:val="248"/>
        </w:trPr>
        <w:tc>
          <w:tcPr>
            <w:tcW w:w="2154" w:type="dxa"/>
            <w:vMerge w:val="restart"/>
          </w:tcPr>
          <w:p w14:paraId="565267E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1. Физическая</w:t>
            </w:r>
          </w:p>
          <w:p w14:paraId="32680A2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5C59D40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общекультурной</w:t>
            </w:r>
          </w:p>
          <w:p w14:paraId="7D27FF4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подготовке обучающихся</w:t>
            </w:r>
          </w:p>
          <w:p w14:paraId="02797F3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0A11556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605A7F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32094F8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A3D411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0AF7E98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63C69A6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551E9B1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12309F3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6E59D7D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07BAA73B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1EAE3E9A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1DA46E51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4828E122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6351A8A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4EC0A7B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4FEF4AD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A17ADE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6977DB9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Вопросы к зачету 1-13</w:t>
            </w:r>
          </w:p>
          <w:p w14:paraId="3630648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798CA69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23DFE71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3B2B90F1" w14:textId="77777777" w:rsidTr="00CD5400">
        <w:trPr>
          <w:trHeight w:val="251"/>
        </w:trPr>
        <w:tc>
          <w:tcPr>
            <w:tcW w:w="2154" w:type="dxa"/>
            <w:vMerge/>
          </w:tcPr>
          <w:p w14:paraId="52315A1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A5AD34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1968A60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5EB66D2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787433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71F6D0CF" w14:textId="77777777" w:rsidTr="00CD5400">
        <w:tc>
          <w:tcPr>
            <w:tcW w:w="2154" w:type="dxa"/>
            <w:vMerge/>
          </w:tcPr>
          <w:p w14:paraId="11644B3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FA6326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35E886D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488BAE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C76BB2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7A825E42" w14:textId="77777777" w:rsidTr="00CD5400">
        <w:tc>
          <w:tcPr>
            <w:tcW w:w="2154" w:type="dxa"/>
            <w:vMerge/>
          </w:tcPr>
          <w:p w14:paraId="24B588F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35437A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30E71BC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D2106D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71061B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4CEB0EC8" w14:textId="77777777" w:rsidTr="00CD5400">
        <w:tc>
          <w:tcPr>
            <w:tcW w:w="2154" w:type="dxa"/>
            <w:vMerge/>
          </w:tcPr>
          <w:p w14:paraId="7666F89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75AD6C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22EE4CC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B039EB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4ECD66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2489DD53" w14:textId="77777777" w:rsidTr="00CD5400">
        <w:tc>
          <w:tcPr>
            <w:tcW w:w="2154" w:type="dxa"/>
            <w:vMerge/>
          </w:tcPr>
          <w:p w14:paraId="70A2D9C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328ABB2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0F3AC92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5D44561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21A726D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28B63E36" w14:textId="77777777" w:rsidTr="00CD5400">
        <w:tc>
          <w:tcPr>
            <w:tcW w:w="2154" w:type="dxa"/>
            <w:vMerge w:val="restart"/>
            <w:tcBorders>
              <w:top w:val="nil"/>
            </w:tcBorders>
          </w:tcPr>
          <w:p w14:paraId="57FC7D1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2. Физическая</w:t>
            </w:r>
          </w:p>
          <w:p w14:paraId="0C5891B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14:paraId="3CDAB43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профессиональной</w:t>
            </w:r>
          </w:p>
          <w:p w14:paraId="2D410F5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</w:tcPr>
          <w:p w14:paraId="33F6DA5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2022417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14:paraId="5D3695F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14:paraId="122360B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7241693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14:paraId="526DAFE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14:paraId="5501295F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14:paraId="289D0B2A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BC20215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14:paraId="4CD69F78" w14:textId="77777777" w:rsidR="00495DDA" w:rsidRPr="00495DDA" w:rsidRDefault="00495DDA" w:rsidP="00495DD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14:paraId="60B08F2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70703C0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14:paraId="1CBBE49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6F3D14B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154FF87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Вопросы к зачету 14-22</w:t>
            </w:r>
          </w:p>
          <w:p w14:paraId="37FA994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14:paraId="23D6582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14:paraId="7100046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2FBA8DEB" w14:textId="77777777" w:rsidTr="00CD5400">
        <w:tc>
          <w:tcPr>
            <w:tcW w:w="2154" w:type="dxa"/>
            <w:vMerge/>
          </w:tcPr>
          <w:p w14:paraId="727D601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EDBBD8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5F02AB0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466F95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D7940D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4E7E6C85" w14:textId="77777777" w:rsidTr="00CD5400">
        <w:tc>
          <w:tcPr>
            <w:tcW w:w="2154" w:type="dxa"/>
            <w:vMerge/>
          </w:tcPr>
          <w:p w14:paraId="22E3413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349DAD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435C0C6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D54465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51AC18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4DAF707A" w14:textId="77777777" w:rsidTr="00CD5400">
        <w:tc>
          <w:tcPr>
            <w:tcW w:w="2154" w:type="dxa"/>
            <w:vMerge/>
          </w:tcPr>
          <w:p w14:paraId="6316116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0A70D5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03B68EE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D96044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4F2EB3A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1CBA3E29" w14:textId="77777777" w:rsidTr="00CD5400">
        <w:tc>
          <w:tcPr>
            <w:tcW w:w="2154" w:type="dxa"/>
            <w:vMerge/>
          </w:tcPr>
          <w:p w14:paraId="5E7ACB7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27DD6C1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748803C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21067C5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0DD816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495DDA" w:rsidRPr="00495DDA" w14:paraId="103BD5F7" w14:textId="77777777" w:rsidTr="00CD5400">
        <w:tc>
          <w:tcPr>
            <w:tcW w:w="2154" w:type="dxa"/>
            <w:vMerge/>
          </w:tcPr>
          <w:p w14:paraId="2FEF7A6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113743D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10317B9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555E774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2413374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14:paraId="628C294A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eastAsia="ru-RU"/>
        </w:rPr>
      </w:pPr>
    </w:p>
    <w:p w14:paraId="3618DD71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2F3FE8E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5798ADE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2D13518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5EEEE0BD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D3098CA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C6246F7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1493372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0475B5A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7C887BB6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AFEEFC7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4141661B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04F6F839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119D5117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14:paraId="5B3CA38A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Контрольные тесты по разделам</w:t>
      </w:r>
    </w:p>
    <w:p w14:paraId="405ACA36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14:paraId="760C54BA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 xml:space="preserve">1.Спортивные игры: </w:t>
      </w:r>
    </w:p>
    <w:p w14:paraId="521B5EFA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Волейбол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10CB5DEC" w14:textId="77777777" w:rsidTr="00CD5400">
        <w:tc>
          <w:tcPr>
            <w:tcW w:w="1008" w:type="dxa"/>
          </w:tcPr>
          <w:p w14:paraId="7F177CF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321783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60D3B8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4B1A5A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E2DAC9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9433FD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3F45E1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74B8C5D6" w14:textId="77777777" w:rsidTr="00CD5400">
        <w:tc>
          <w:tcPr>
            <w:tcW w:w="1008" w:type="dxa"/>
          </w:tcPr>
          <w:p w14:paraId="64DEE2F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55B66C28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5260247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4D64566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1D529CF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055C350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3D6C099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495DDA" w:rsidRPr="00495DDA" w14:paraId="010361B4" w14:textId="77777777" w:rsidTr="00CD5400">
        <w:tc>
          <w:tcPr>
            <w:tcW w:w="1008" w:type="dxa"/>
          </w:tcPr>
          <w:p w14:paraId="6F8A96B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32C564A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59B3BAC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5F11492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352FFD0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0D0A3D8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5CE6101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495DDA" w:rsidRPr="00495DDA" w14:paraId="01611A90" w14:textId="77777777" w:rsidTr="00CD5400">
        <w:tc>
          <w:tcPr>
            <w:tcW w:w="1008" w:type="dxa"/>
          </w:tcPr>
          <w:p w14:paraId="79C7DDB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0392104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15871B6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</w:tcPr>
          <w:p w14:paraId="7B34282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</w:tcPr>
          <w:p w14:paraId="1AF5F85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694467F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</w:tcPr>
          <w:p w14:paraId="0056149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</w:tr>
      <w:tr w:rsidR="00495DDA" w:rsidRPr="00495DDA" w14:paraId="60D65A3D" w14:textId="77777777" w:rsidTr="00CD5400">
        <w:tc>
          <w:tcPr>
            <w:tcW w:w="1008" w:type="dxa"/>
          </w:tcPr>
          <w:p w14:paraId="0544A5C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3598DCF5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4461865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C6C4BB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1A1929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7E81359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3DF0FAE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5DDA" w:rsidRPr="00495DDA" w14:paraId="355532E7" w14:textId="77777777" w:rsidTr="00CD5400">
        <w:tc>
          <w:tcPr>
            <w:tcW w:w="1008" w:type="dxa"/>
          </w:tcPr>
          <w:p w14:paraId="1A50CCB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28C9B02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5C7728F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26CA94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7DA6350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C4CFE2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0BFB37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208E8AC2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76DE8DB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02748D70" w14:textId="77777777" w:rsidTr="00CD5400">
        <w:tc>
          <w:tcPr>
            <w:tcW w:w="1008" w:type="dxa"/>
          </w:tcPr>
          <w:p w14:paraId="6E8ACBC2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DB7C62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E3925D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16ED13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335C6EA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C0E412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9E572D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6EEDDA0A" w14:textId="77777777" w:rsidTr="00CD5400">
        <w:tc>
          <w:tcPr>
            <w:tcW w:w="1008" w:type="dxa"/>
          </w:tcPr>
          <w:p w14:paraId="4C62AC8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00824CCF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21C9526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436C066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223E647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4EA1E11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3344BC0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495DDA" w:rsidRPr="00495DDA" w14:paraId="62ED3F4F" w14:textId="77777777" w:rsidTr="00CD5400">
        <w:tc>
          <w:tcPr>
            <w:tcW w:w="1008" w:type="dxa"/>
          </w:tcPr>
          <w:p w14:paraId="35D2A3C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CE0C8CD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0684485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1BD768B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31D87EF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598C48D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5D40C6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5DDA" w:rsidRPr="00495DDA" w14:paraId="3E06778F" w14:textId="77777777" w:rsidTr="00CD5400">
        <w:tc>
          <w:tcPr>
            <w:tcW w:w="1008" w:type="dxa"/>
          </w:tcPr>
          <w:p w14:paraId="42A29CD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736756C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5E7890A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40" w:type="dxa"/>
          </w:tcPr>
          <w:p w14:paraId="5252C68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</w:tcPr>
          <w:p w14:paraId="4C9679F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</w:tcPr>
          <w:p w14:paraId="43D2B60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059EF41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495DDA" w:rsidRPr="00495DDA" w14:paraId="2236E472" w14:textId="77777777" w:rsidTr="00CD5400">
        <w:tc>
          <w:tcPr>
            <w:tcW w:w="1008" w:type="dxa"/>
          </w:tcPr>
          <w:p w14:paraId="1925900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51141A2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0B3C962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2E580D7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030843E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6F22A47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F0BC95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5DDA" w:rsidRPr="00495DDA" w14:paraId="01C34DA9" w14:textId="77777777" w:rsidTr="00CD5400">
        <w:tc>
          <w:tcPr>
            <w:tcW w:w="1008" w:type="dxa"/>
          </w:tcPr>
          <w:p w14:paraId="2EE6AFD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62F4E7C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686CB63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</w:tcPr>
          <w:p w14:paraId="2D97AF5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2F2EF93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381AC36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5C7819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</w:tbl>
    <w:p w14:paraId="3C86EABE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EE84428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7477CDE3" w14:textId="77777777" w:rsidTr="00CD5400">
        <w:tc>
          <w:tcPr>
            <w:tcW w:w="1008" w:type="dxa"/>
          </w:tcPr>
          <w:p w14:paraId="4F8B87CD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36E5921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2021AB2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46AF151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5C8CFB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3D6BBA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FEA241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2F18FC12" w14:textId="77777777" w:rsidTr="00CD5400">
        <w:tc>
          <w:tcPr>
            <w:tcW w:w="1008" w:type="dxa"/>
          </w:tcPr>
          <w:p w14:paraId="3322728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B8F8E36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5D4F952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511A6D8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7DE7FAB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478A9DF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2BDBECD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495DDA" w:rsidRPr="00495DDA" w14:paraId="3055CA4F" w14:textId="77777777" w:rsidTr="00CD5400">
        <w:tc>
          <w:tcPr>
            <w:tcW w:w="1008" w:type="dxa"/>
          </w:tcPr>
          <w:p w14:paraId="6C8B18D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2F44522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6B0FC96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57AD5EB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3117494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656213F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7EA58E6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495DDA" w:rsidRPr="00495DDA" w14:paraId="1618C8B9" w14:textId="77777777" w:rsidTr="00CD5400">
        <w:tc>
          <w:tcPr>
            <w:tcW w:w="1008" w:type="dxa"/>
          </w:tcPr>
          <w:p w14:paraId="663F02F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1A6124B5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1BC9F3F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</w:tcPr>
          <w:p w14:paraId="2DA13E1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</w:tcPr>
          <w:p w14:paraId="1DD8FA9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28131A3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</w:tcPr>
          <w:p w14:paraId="7FE1D79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0</w:t>
            </w:r>
          </w:p>
        </w:tc>
      </w:tr>
      <w:tr w:rsidR="00495DDA" w:rsidRPr="00495DDA" w14:paraId="6816CF94" w14:textId="77777777" w:rsidTr="00CD5400">
        <w:tc>
          <w:tcPr>
            <w:tcW w:w="1008" w:type="dxa"/>
          </w:tcPr>
          <w:p w14:paraId="4FD9274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58C42F2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Ведение мяча ,два шага,бросок</w:t>
            </w:r>
          </w:p>
        </w:tc>
        <w:tc>
          <w:tcPr>
            <w:tcW w:w="900" w:type="dxa"/>
          </w:tcPr>
          <w:p w14:paraId="7952922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FBE0D4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9113E1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55876FE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47DC438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4E265C8C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0B94366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796ECDB8" w14:textId="77777777" w:rsidTr="00CD5400">
        <w:tc>
          <w:tcPr>
            <w:tcW w:w="1008" w:type="dxa"/>
          </w:tcPr>
          <w:p w14:paraId="4E5B600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2280647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29B9E6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17186F1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F6BB75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265CF4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6CE0A5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3D7FF864" w14:textId="77777777" w:rsidTr="00CD5400">
        <w:tc>
          <w:tcPr>
            <w:tcW w:w="1008" w:type="dxa"/>
          </w:tcPr>
          <w:p w14:paraId="2AD70C3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6FBB9D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521591F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208CE22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57CBF76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46E0494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2568B8A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495DDA" w:rsidRPr="00495DDA" w14:paraId="60D72F87" w14:textId="77777777" w:rsidTr="00CD5400">
        <w:tc>
          <w:tcPr>
            <w:tcW w:w="1008" w:type="dxa"/>
          </w:tcPr>
          <w:p w14:paraId="7168F07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1DED548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</w:tcPr>
          <w:p w14:paraId="3CA91E5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3EFD109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0D728B2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E50711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F10569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5DDA" w:rsidRPr="00495DDA" w14:paraId="7F6474A5" w14:textId="77777777" w:rsidTr="00CD5400">
        <w:tc>
          <w:tcPr>
            <w:tcW w:w="1008" w:type="dxa"/>
          </w:tcPr>
          <w:p w14:paraId="3A47494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5BD3E118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</w:tcPr>
          <w:p w14:paraId="6A6F328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6F34D7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7EEF02C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24A698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BBE523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5DDA" w:rsidRPr="00495DDA" w14:paraId="03843410" w14:textId="77777777" w:rsidTr="00CD5400">
        <w:tc>
          <w:tcPr>
            <w:tcW w:w="1008" w:type="dxa"/>
          </w:tcPr>
          <w:p w14:paraId="4BDBE38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4DB4F9E0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Ведение мяча ,два шага,бросок</w:t>
            </w:r>
          </w:p>
        </w:tc>
        <w:tc>
          <w:tcPr>
            <w:tcW w:w="900" w:type="dxa"/>
          </w:tcPr>
          <w:p w14:paraId="32E2F0E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474172D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34DE70A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549571E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43F17E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</w:tr>
    </w:tbl>
    <w:p w14:paraId="01CE0011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6E52CC5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lastRenderedPageBreak/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6EF01D10" w14:textId="77777777" w:rsidTr="00CD5400">
        <w:tc>
          <w:tcPr>
            <w:tcW w:w="1008" w:type="dxa"/>
          </w:tcPr>
          <w:p w14:paraId="30F35BEF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31AAC8E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315A771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696727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04B2EF7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F98873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7987EF3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58E9F284" w14:textId="77777777" w:rsidTr="00CD5400">
        <w:tc>
          <w:tcPr>
            <w:tcW w:w="1008" w:type="dxa"/>
          </w:tcPr>
          <w:p w14:paraId="0C97EF2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3BBEFDF1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11 метров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11 метров</w:t>
              </w:r>
            </w:smartTag>
          </w:p>
        </w:tc>
        <w:tc>
          <w:tcPr>
            <w:tcW w:w="900" w:type="dxa"/>
          </w:tcPr>
          <w:p w14:paraId="2920DEA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D0B10F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C970BE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9B0890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7486229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5DDA" w:rsidRPr="00495DDA" w14:paraId="5687493C" w14:textId="77777777" w:rsidTr="00CD5400">
        <w:tc>
          <w:tcPr>
            <w:tcW w:w="1008" w:type="dxa"/>
          </w:tcPr>
          <w:p w14:paraId="22098EF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3BD76F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</w:tcPr>
          <w:p w14:paraId="768A8DA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3C69B71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</w:tcPr>
          <w:p w14:paraId="3EA1721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52A22DC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</w:tcPr>
          <w:p w14:paraId="32C1F95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</w:tr>
      <w:tr w:rsidR="00495DDA" w:rsidRPr="00495DDA" w14:paraId="4E623287" w14:textId="77777777" w:rsidTr="00CD5400">
        <w:tc>
          <w:tcPr>
            <w:tcW w:w="1008" w:type="dxa"/>
          </w:tcPr>
          <w:p w14:paraId="1F11595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779D309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Набивание мяча ногой(удар)</w:t>
            </w:r>
          </w:p>
        </w:tc>
        <w:tc>
          <w:tcPr>
            <w:tcW w:w="900" w:type="dxa"/>
          </w:tcPr>
          <w:p w14:paraId="645D6CA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</w:tcPr>
          <w:p w14:paraId="6F1E99E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</w:tcPr>
          <w:p w14:paraId="0404606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</w:tcPr>
          <w:p w14:paraId="36F355E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3033CD9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283952BD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3A27F381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1D24E303" w14:textId="77777777" w:rsidTr="00CD5400">
        <w:tc>
          <w:tcPr>
            <w:tcW w:w="1008" w:type="dxa"/>
          </w:tcPr>
          <w:p w14:paraId="29B5635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2EB10BC0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591C83F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600667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866B53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744149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79D5E0F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57D85BC6" w14:textId="77777777" w:rsidTr="00CD5400">
        <w:tc>
          <w:tcPr>
            <w:tcW w:w="1008" w:type="dxa"/>
          </w:tcPr>
          <w:p w14:paraId="2B25BE3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61FFDCF6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2FCCA90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597E2FD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8FE15F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69D437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7A317EB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5DDA" w:rsidRPr="00495DDA" w14:paraId="65D5389D" w14:textId="77777777" w:rsidTr="00CD5400">
        <w:tc>
          <w:tcPr>
            <w:tcW w:w="1008" w:type="dxa"/>
          </w:tcPr>
          <w:p w14:paraId="2245947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25D9BC1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3C2D24F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2AF0CAA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729AA90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2544FC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7849F0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495DDA" w:rsidRPr="00495DDA" w14:paraId="47440553" w14:textId="77777777" w:rsidTr="00CD5400">
        <w:tc>
          <w:tcPr>
            <w:tcW w:w="1008" w:type="dxa"/>
          </w:tcPr>
          <w:p w14:paraId="3FE9C8E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06CD5F60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0FD0995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5097E35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DFA668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A3C8A5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3F94B72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14:paraId="178D220A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C5F87CB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495DDA" w:rsidRPr="00495DDA" w14:paraId="162A6764" w14:textId="77777777" w:rsidTr="00CD5400">
        <w:tc>
          <w:tcPr>
            <w:tcW w:w="1008" w:type="dxa"/>
          </w:tcPr>
          <w:p w14:paraId="17E9260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6664A59E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3E329EC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37010B5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3E1D999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099450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2F96F2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41ED26EF" w14:textId="77777777" w:rsidTr="00CD5400">
        <w:tc>
          <w:tcPr>
            <w:tcW w:w="1008" w:type="dxa"/>
          </w:tcPr>
          <w:p w14:paraId="73CD259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20280FE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720" w:type="dxa"/>
          </w:tcPr>
          <w:p w14:paraId="3BF63F0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</w:tcPr>
          <w:p w14:paraId="70DC8E9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58560BC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780F50B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E98AB3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495DDA" w:rsidRPr="00495DDA" w14:paraId="259ECE48" w14:textId="77777777" w:rsidTr="00CD5400">
        <w:tc>
          <w:tcPr>
            <w:tcW w:w="1008" w:type="dxa"/>
          </w:tcPr>
          <w:p w14:paraId="41FB837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68EED0CE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2CCD5C9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5D66841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40E75C9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06D924E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36A071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495DDA" w:rsidRPr="00495DDA" w14:paraId="27B578EE" w14:textId="77777777" w:rsidTr="00CD5400">
        <w:tc>
          <w:tcPr>
            <w:tcW w:w="1008" w:type="dxa"/>
          </w:tcPr>
          <w:p w14:paraId="585C5A3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69FE342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5823377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5A12FF9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25E4CC6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558359B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B16E0A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77ED0B83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5BDFA49D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Дартс 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583204DE" w14:textId="77777777" w:rsidTr="00CD5400">
        <w:tc>
          <w:tcPr>
            <w:tcW w:w="1008" w:type="dxa"/>
          </w:tcPr>
          <w:p w14:paraId="2DBAF6F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78A1836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73BC5A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7B1BC9B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416C7C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8FAE3A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BFC46B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48B10BFA" w14:textId="77777777" w:rsidTr="00CD5400">
        <w:tc>
          <w:tcPr>
            <w:tcW w:w="1008" w:type="dxa"/>
          </w:tcPr>
          <w:p w14:paraId="11F1947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7BD853B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35109B2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</w:tcPr>
          <w:p w14:paraId="591DE56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</w:tcPr>
          <w:p w14:paraId="6AF5F13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7833942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</w:tcPr>
          <w:p w14:paraId="6DC8BAB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80</w:t>
            </w:r>
          </w:p>
        </w:tc>
      </w:tr>
    </w:tbl>
    <w:p w14:paraId="4B254086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F293230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Дартс 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0F8CA90F" w14:textId="77777777" w:rsidTr="00CD5400">
        <w:tc>
          <w:tcPr>
            <w:tcW w:w="1008" w:type="dxa"/>
          </w:tcPr>
          <w:p w14:paraId="1A774FA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6E37890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390460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0DA6F6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6F0907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5E415F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A2B05D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101AEFF4" w14:textId="77777777" w:rsidTr="00CD5400">
        <w:tc>
          <w:tcPr>
            <w:tcW w:w="1008" w:type="dxa"/>
          </w:tcPr>
          <w:p w14:paraId="223E59A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D020DC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62D8127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</w:tcPr>
          <w:p w14:paraId="16484FE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6F2DCBA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4AEB6A4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4458720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100</w:t>
            </w:r>
          </w:p>
        </w:tc>
      </w:tr>
    </w:tbl>
    <w:p w14:paraId="747417B7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4BEAA8A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2</w:t>
      </w:r>
      <w:r w:rsidRPr="00495DDA">
        <w:rPr>
          <w:rFonts w:eastAsia="Calibri" w:cs="Times New Roman"/>
          <w:b/>
          <w:szCs w:val="24"/>
          <w:lang w:val="ru-RU" w:eastAsia="ru-RU"/>
        </w:rPr>
        <w:t>.Гимнастика :</w:t>
      </w:r>
    </w:p>
    <w:p w14:paraId="41A128B4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495DDA" w:rsidRPr="00495DDA" w14:paraId="6856DF48" w14:textId="77777777" w:rsidTr="00CD5400">
        <w:tc>
          <w:tcPr>
            <w:tcW w:w="1008" w:type="dxa"/>
          </w:tcPr>
          <w:p w14:paraId="5EA3608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</w:tcPr>
          <w:p w14:paraId="3CBBCEE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</w:tcPr>
          <w:p w14:paraId="0BFE1B7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2E6F5A2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</w:tcPr>
          <w:p w14:paraId="00E2421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</w:tcPr>
          <w:p w14:paraId="030D4CF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</w:tcPr>
          <w:p w14:paraId="304F2BF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24BB93FA" w14:textId="77777777" w:rsidTr="00CD5400">
        <w:tc>
          <w:tcPr>
            <w:tcW w:w="1008" w:type="dxa"/>
          </w:tcPr>
          <w:p w14:paraId="67C0CD5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</w:tcPr>
          <w:p w14:paraId="6A91A432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</w:p>
        </w:tc>
        <w:tc>
          <w:tcPr>
            <w:tcW w:w="720" w:type="dxa"/>
          </w:tcPr>
          <w:p w14:paraId="7054F11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</w:tcPr>
          <w:p w14:paraId="05B22B3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</w:tcPr>
          <w:p w14:paraId="1F31B76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</w:tcPr>
          <w:p w14:paraId="5154AD2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</w:tcPr>
          <w:p w14:paraId="38836B6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</w:tr>
      <w:tr w:rsidR="00495DDA" w:rsidRPr="00495DDA" w14:paraId="77C90B44" w14:textId="77777777" w:rsidTr="00CD5400">
        <w:tc>
          <w:tcPr>
            <w:tcW w:w="1008" w:type="dxa"/>
          </w:tcPr>
          <w:p w14:paraId="4B289D9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</w:tcPr>
          <w:p w14:paraId="70324D12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720" w:type="dxa"/>
          </w:tcPr>
          <w:p w14:paraId="54C3939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14:paraId="6E02D36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</w:tcPr>
          <w:p w14:paraId="7D755A2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</w:tcPr>
          <w:p w14:paraId="1A0F8EE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</w:tcPr>
          <w:p w14:paraId="61EA624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495DDA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</w:tbl>
    <w:p w14:paraId="76C228DC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1A67530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Атлетическая гимнастика( 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495DDA" w:rsidRPr="00495DDA" w14:paraId="5BB4AE3A" w14:textId="77777777" w:rsidTr="00CD5400">
        <w:tc>
          <w:tcPr>
            <w:tcW w:w="1008" w:type="dxa"/>
          </w:tcPr>
          <w:p w14:paraId="39EA7041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71E141D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69A7688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</w:tcPr>
          <w:p w14:paraId="5661453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6CA9A18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2A6A19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D9301B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4799764C" w14:textId="77777777" w:rsidTr="00CD5400">
        <w:tc>
          <w:tcPr>
            <w:tcW w:w="1008" w:type="dxa"/>
          </w:tcPr>
          <w:p w14:paraId="3D8CD97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5F8051E5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Подтягивание на перекладине</w:t>
            </w:r>
          </w:p>
        </w:tc>
        <w:tc>
          <w:tcPr>
            <w:tcW w:w="900" w:type="dxa"/>
          </w:tcPr>
          <w:p w14:paraId="58D2B4F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</w:tcPr>
          <w:p w14:paraId="2674CAA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</w:tcPr>
          <w:p w14:paraId="698F7CF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</w:tcPr>
          <w:p w14:paraId="40B9620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22F261A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  <w:tr w:rsidR="00495DDA" w:rsidRPr="00495DDA" w14:paraId="5AB82380" w14:textId="77777777" w:rsidTr="00CD5400">
        <w:tc>
          <w:tcPr>
            <w:tcW w:w="1008" w:type="dxa"/>
          </w:tcPr>
          <w:p w14:paraId="655C1CA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19C3DA62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</w:tcPr>
          <w:p w14:paraId="099D9F6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</w:tcPr>
          <w:p w14:paraId="7EF9A01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497F727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958010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02D08D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14:paraId="6536BCB7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7FF2B130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3</w:t>
      </w:r>
      <w:r w:rsidRPr="00495DDA">
        <w:rPr>
          <w:rFonts w:eastAsia="Calibri" w:cs="Times New Roman"/>
          <w:b/>
          <w:szCs w:val="24"/>
          <w:lang w:val="ru-RU" w:eastAsia="ru-RU"/>
        </w:rPr>
        <w:t>. Циклические виды спорта :</w:t>
      </w:r>
    </w:p>
    <w:p w14:paraId="1C84702E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495DDA" w:rsidRPr="00495DDA" w14:paraId="4352E46E" w14:textId="77777777" w:rsidTr="00CD5400">
        <w:tc>
          <w:tcPr>
            <w:tcW w:w="1008" w:type="dxa"/>
          </w:tcPr>
          <w:p w14:paraId="1FD0645D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</w:tcPr>
          <w:p w14:paraId="18A6FA7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58E4317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</w:tcPr>
          <w:p w14:paraId="4549F0C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40A6E0A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D044E4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93B4F0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325FF0AC" w14:textId="77777777" w:rsidTr="00CD5400">
        <w:tc>
          <w:tcPr>
            <w:tcW w:w="1008" w:type="dxa"/>
          </w:tcPr>
          <w:p w14:paraId="5E122E9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20" w:type="dxa"/>
          </w:tcPr>
          <w:p w14:paraId="7A9266DD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3 км</w:t>
              </w:r>
            </w:smartTag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(мин,сек)</w:t>
            </w:r>
          </w:p>
        </w:tc>
        <w:tc>
          <w:tcPr>
            <w:tcW w:w="900" w:type="dxa"/>
          </w:tcPr>
          <w:p w14:paraId="5D8130D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</w:tcPr>
          <w:p w14:paraId="403B41A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</w:tcPr>
          <w:p w14:paraId="3C52A18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</w:tcPr>
          <w:p w14:paraId="490C57B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798D075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21</w:t>
            </w:r>
          </w:p>
        </w:tc>
      </w:tr>
    </w:tbl>
    <w:p w14:paraId="25A0BC65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2268343A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495DDA" w:rsidRPr="00495DDA" w14:paraId="73C99E7C" w14:textId="77777777" w:rsidTr="00CD5400">
        <w:tc>
          <w:tcPr>
            <w:tcW w:w="1008" w:type="dxa"/>
          </w:tcPr>
          <w:p w14:paraId="12A85E21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602FCF4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252FFF4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D6240B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D5A274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6A133A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71480A8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4A5183D9" w14:textId="77777777" w:rsidTr="00CD5400">
        <w:tc>
          <w:tcPr>
            <w:tcW w:w="1008" w:type="dxa"/>
          </w:tcPr>
          <w:p w14:paraId="18D1DE2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6454A2D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5 км</w:t>
              </w:r>
            </w:smartTag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(мин,сек)</w:t>
            </w:r>
          </w:p>
        </w:tc>
        <w:tc>
          <w:tcPr>
            <w:tcW w:w="900" w:type="dxa"/>
          </w:tcPr>
          <w:p w14:paraId="6B3B746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</w:tcPr>
          <w:p w14:paraId="62EDFF1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</w:tcPr>
          <w:p w14:paraId="5F5F130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</w:tcPr>
          <w:p w14:paraId="5D6ADEC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</w:tcPr>
          <w:p w14:paraId="67F2025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28.3</w:t>
            </w:r>
          </w:p>
        </w:tc>
      </w:tr>
    </w:tbl>
    <w:p w14:paraId="343C0269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495DDA" w:rsidRPr="00495DDA" w14:paraId="0A1FD399" w14:textId="77777777" w:rsidTr="00CD5400">
        <w:tc>
          <w:tcPr>
            <w:tcW w:w="1008" w:type="dxa"/>
          </w:tcPr>
          <w:p w14:paraId="7D35432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7F5EBE5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70B8AA8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7771F8C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6A626D2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D02FA5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64AAEC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6B32CD4F" w14:textId="77777777" w:rsidTr="00CD5400">
        <w:tc>
          <w:tcPr>
            <w:tcW w:w="1008" w:type="dxa"/>
          </w:tcPr>
          <w:p w14:paraId="02055D1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22D1F4C8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BA86EE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</w:tcPr>
          <w:p w14:paraId="37B47BE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</w:tcPr>
          <w:p w14:paraId="22010AE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1D0D1C0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1AF95B5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495DDA" w:rsidRPr="00495DDA" w14:paraId="0BB535E3" w14:textId="77777777" w:rsidTr="00CD5400">
        <w:tc>
          <w:tcPr>
            <w:tcW w:w="1008" w:type="dxa"/>
          </w:tcPr>
          <w:p w14:paraId="16FB375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3E864D16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414807F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</w:tcPr>
          <w:p w14:paraId="0366EA8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</w:tcPr>
          <w:p w14:paraId="1E3EDA7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</w:tcPr>
          <w:p w14:paraId="6C4FAFE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</w:tcPr>
          <w:p w14:paraId="481C960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18.7</w:t>
            </w:r>
          </w:p>
        </w:tc>
      </w:tr>
      <w:tr w:rsidR="00495DDA" w:rsidRPr="00495DDA" w14:paraId="59E068C9" w14:textId="77777777" w:rsidTr="00CD5400">
        <w:tc>
          <w:tcPr>
            <w:tcW w:w="1008" w:type="dxa"/>
          </w:tcPr>
          <w:p w14:paraId="41E0EBA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</w:tcPr>
          <w:p w14:paraId="6CBE3E1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(мин.сек)</w:t>
            </w:r>
          </w:p>
        </w:tc>
        <w:tc>
          <w:tcPr>
            <w:tcW w:w="900" w:type="dxa"/>
          </w:tcPr>
          <w:p w14:paraId="5961B87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</w:tcPr>
          <w:p w14:paraId="14EDEC6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</w:tcPr>
          <w:p w14:paraId="06939A2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</w:tcPr>
          <w:p w14:paraId="678D25A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</w:tcPr>
          <w:p w14:paraId="2CEB4C7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12.15</w:t>
            </w:r>
          </w:p>
        </w:tc>
      </w:tr>
      <w:tr w:rsidR="00495DDA" w:rsidRPr="00495DDA" w14:paraId="6B6D454D" w14:textId="77777777" w:rsidTr="00CD5400">
        <w:tc>
          <w:tcPr>
            <w:tcW w:w="1008" w:type="dxa"/>
          </w:tcPr>
          <w:p w14:paraId="1120C9C7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</w:tcPr>
          <w:p w14:paraId="31E99A35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69CD9E9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</w:tcPr>
          <w:p w14:paraId="104A2808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</w:tcPr>
          <w:p w14:paraId="07EE6339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5F612A8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2DA9F01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14:paraId="5A0880B9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133F2CD3" w14:textId="77777777" w:rsidR="00495DDA" w:rsidRPr="00495DDA" w:rsidRDefault="00495DDA" w:rsidP="00495DDA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495DDA" w:rsidRPr="00495DDA" w14:paraId="592EEC54" w14:textId="77777777" w:rsidTr="00CD5400">
        <w:tc>
          <w:tcPr>
            <w:tcW w:w="828" w:type="dxa"/>
          </w:tcPr>
          <w:p w14:paraId="79A7588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23FCA7B0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</w:tcPr>
          <w:p w14:paraId="2EB9C0A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</w:tcPr>
          <w:p w14:paraId="2720F64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</w:tcPr>
          <w:p w14:paraId="3695B8D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</w:tcPr>
          <w:p w14:paraId="28E029C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AAEA64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495DDA" w:rsidRPr="00495DDA" w14:paraId="59E2D5B9" w14:textId="77777777" w:rsidTr="00CD5400">
        <w:tc>
          <w:tcPr>
            <w:tcW w:w="828" w:type="dxa"/>
          </w:tcPr>
          <w:p w14:paraId="782D453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7BC5C5C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D41E32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</w:tcPr>
          <w:p w14:paraId="13B4F48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</w:tcPr>
          <w:p w14:paraId="2015243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</w:tcPr>
          <w:p w14:paraId="661B885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494AE93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495DDA" w:rsidRPr="00495DDA" w14:paraId="5F3459BC" w14:textId="77777777" w:rsidTr="00CD5400">
        <w:tc>
          <w:tcPr>
            <w:tcW w:w="828" w:type="dxa"/>
          </w:tcPr>
          <w:p w14:paraId="6E2E111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78538FD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( сек)</w:t>
            </w:r>
          </w:p>
        </w:tc>
        <w:tc>
          <w:tcPr>
            <w:tcW w:w="900" w:type="dxa"/>
          </w:tcPr>
          <w:p w14:paraId="38C2840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</w:tcPr>
          <w:p w14:paraId="194FAE5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</w:tcPr>
          <w:p w14:paraId="20DF7F5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</w:tcPr>
          <w:p w14:paraId="3924261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</w:tcPr>
          <w:p w14:paraId="3AD6D84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14.6</w:t>
            </w:r>
          </w:p>
        </w:tc>
      </w:tr>
      <w:tr w:rsidR="00495DDA" w:rsidRPr="00495DDA" w14:paraId="15808B1E" w14:textId="77777777" w:rsidTr="00CD5400">
        <w:tc>
          <w:tcPr>
            <w:tcW w:w="828" w:type="dxa"/>
          </w:tcPr>
          <w:p w14:paraId="76636CB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5F4FA0FE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495DDA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(мин.сек)</w:t>
            </w:r>
          </w:p>
        </w:tc>
        <w:tc>
          <w:tcPr>
            <w:tcW w:w="900" w:type="dxa"/>
          </w:tcPr>
          <w:p w14:paraId="0CE026B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</w:tcPr>
          <w:p w14:paraId="0E3ADAC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</w:tcPr>
          <w:p w14:paraId="02E8E8E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</w:tcPr>
          <w:p w14:paraId="3C3AC3A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</w:tcPr>
          <w:p w14:paraId="356F9A55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</w:tr>
      <w:tr w:rsidR="00495DDA" w:rsidRPr="00495DDA" w14:paraId="11D7D3F4" w14:textId="77777777" w:rsidTr="00CD5400">
        <w:trPr>
          <w:trHeight w:val="362"/>
        </w:trPr>
        <w:tc>
          <w:tcPr>
            <w:tcW w:w="828" w:type="dxa"/>
          </w:tcPr>
          <w:p w14:paraId="7F65C86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</w:tcPr>
          <w:p w14:paraId="7EC4F9D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65B1ADC1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</w:tcPr>
          <w:p w14:paraId="6C63C0A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</w:tcPr>
          <w:p w14:paraId="49E34E1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</w:tcPr>
          <w:p w14:paraId="3038A14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078EF19D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</w:tr>
    </w:tbl>
    <w:p w14:paraId="1FEAE8CC" w14:textId="77777777" w:rsidR="00495DDA" w:rsidRPr="00495DDA" w:rsidRDefault="00495DDA" w:rsidP="00495DDA">
      <w:pPr>
        <w:spacing w:line="240" w:lineRule="auto"/>
        <w:rPr>
          <w:rFonts w:eastAsia="Calibri" w:cs="Times New Roman"/>
          <w:bCs/>
          <w:szCs w:val="24"/>
          <w:lang w:eastAsia="ru-RU"/>
        </w:rPr>
      </w:pPr>
    </w:p>
    <w:p w14:paraId="11F19395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BB77AD1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8EF8CE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8FD3FD4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6866D8D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E258347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02A1874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9F8F5EE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EFF727E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8D82D1B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8473CC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FF35B3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5FEF3F1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50E14FC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EBE3612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22D33E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B2CACA2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BE7B7E4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7386752D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084A26E7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FC32098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BC6354C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DF7626D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687C3D1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1700910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2186004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C282B94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C1CBA7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352A17B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2ADC689A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64A59A5C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01FA10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187148B6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14:paraId="4CFF2650" w14:textId="77777777" w:rsidR="00495DDA" w:rsidRPr="00495DDA" w:rsidRDefault="00495DDA" w:rsidP="00495DDA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  <w:r w:rsidRPr="00495DDA">
        <w:rPr>
          <w:rFonts w:eastAsia="Calibri" w:cs="Times New Roman"/>
          <w:b/>
          <w:sz w:val="28"/>
          <w:szCs w:val="28"/>
          <w:lang w:val="ru-RU" w:eastAsia="ru-RU"/>
        </w:rPr>
        <w:t>Вопросы к зачету</w:t>
      </w:r>
    </w:p>
    <w:p w14:paraId="736DADBE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Pr="00495DDA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51AF3454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495DDA" w:rsidRPr="00495DDA" w14:paraId="5A1C19D2" w14:textId="77777777" w:rsidTr="00CD5400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76058" w14:textId="77777777" w:rsidR="00495DDA" w:rsidRPr="00495DDA" w:rsidRDefault="00495DDA" w:rsidP="00495DDA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2"/>
                <w:lang w:val="ru-RU" w:eastAsia="ru-RU"/>
              </w:rPr>
              <w:t>№ и наименование</w:t>
            </w:r>
          </w:p>
          <w:p w14:paraId="03B7E40B" w14:textId="77777777" w:rsidR="00495DDA" w:rsidRPr="00495DDA" w:rsidRDefault="00495DDA" w:rsidP="00495DDA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B425D4" w14:textId="77777777" w:rsidR="00495DDA" w:rsidRPr="00495DDA" w:rsidRDefault="00495DDA" w:rsidP="00495DDA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495DDA" w:rsidRPr="001F3D40" w14:paraId="6645B075" w14:textId="77777777" w:rsidTr="00CD54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6509" w14:textId="77777777" w:rsidR="00495DDA" w:rsidRPr="00495DDA" w:rsidRDefault="00495DDA" w:rsidP="00495DDA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B248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14:paraId="11434DDA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14:paraId="5E0E5892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14:paraId="6768B19A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4.Здоровый образ жизни .Как помогает физическая культура в обеспечении здоровья обучающихся? </w:t>
            </w:r>
          </w:p>
          <w:p w14:paraId="3672559C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14:paraId="5B4B1464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14:paraId="6A5A2E8C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8. Виды спорта способствующие самообразованию обучающихся. </w:t>
            </w:r>
          </w:p>
          <w:p w14:paraId="20B8921E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14:paraId="63CA59E5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14:paraId="64E78D97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14:paraId="222FCD2C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14:paraId="1EDED95E" w14:textId="77777777" w:rsidR="00495DDA" w:rsidRPr="00495DDA" w:rsidRDefault="00495DDA" w:rsidP="00495DDA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495DDA" w:rsidRPr="001F3D40" w14:paraId="68D209DD" w14:textId="77777777" w:rsidTr="00CD54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5305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AA7B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на психофизиологического состояния человека. Дать понятие гиподинамии. </w:t>
            </w:r>
          </w:p>
          <w:p w14:paraId="0848E4FD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14:paraId="6F856924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системе физического воспитания. </w:t>
            </w:r>
          </w:p>
          <w:p w14:paraId="6C1F82DC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14:paraId="0FEC2AA2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18.Цель проведения физкультурно-спортивных массовых </w:t>
            </w:r>
            <w:r w:rsidRPr="00495DDA">
              <w:rPr>
                <w:rFonts w:eastAsia="Calibri" w:cs="Times New Roman"/>
                <w:szCs w:val="24"/>
                <w:lang w:val="ru-RU" w:eastAsia="ru-RU"/>
              </w:rPr>
              <w:lastRenderedPageBreak/>
              <w:t xml:space="preserve">мероприятий. Правила поведения болельщиков </w:t>
            </w:r>
          </w:p>
          <w:p w14:paraId="722C544D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14:paraId="29AB0ACE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20.Цель ППФП. </w:t>
            </w:r>
          </w:p>
          <w:p w14:paraId="21CA4BFE" w14:textId="77777777" w:rsidR="00495DDA" w:rsidRPr="00495DDA" w:rsidRDefault="00495DDA" w:rsidP="00495DDA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14:paraId="5CD16522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6821C13C" w14:textId="77777777" w:rsidR="00495DDA" w:rsidRPr="00495DDA" w:rsidRDefault="00495DDA" w:rsidP="00495DDA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71FF0C9C" w14:textId="77777777" w:rsidR="00495DDA" w:rsidRPr="00495DDA" w:rsidRDefault="00495DDA" w:rsidP="00495DDA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14:paraId="6093B980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495DDA">
        <w:rPr>
          <w:rFonts w:eastAsia="Calibri" w:cs="Times New Roman"/>
          <w:bCs/>
          <w:szCs w:val="24"/>
          <w:lang w:val="ru-RU" w:eastAsia="ru-RU"/>
        </w:rPr>
        <w:t xml:space="preserve">Критерии оценки зачета </w:t>
      </w:r>
      <w:r w:rsidRPr="00495DDA">
        <w:rPr>
          <w:rFonts w:eastAsia="Calibri" w:cs="Times New Roman"/>
          <w:bCs/>
          <w:szCs w:val="24"/>
          <w:lang w:val="ru-RU" w:eastAsia="ru-RU"/>
        </w:rPr>
        <w:br/>
        <w:t xml:space="preserve">по дисциплине </w:t>
      </w:r>
      <w:r w:rsidRPr="00495DDA">
        <w:rPr>
          <w:rFonts w:eastAsia="Calibri" w:cs="Times New Roman"/>
          <w:b/>
          <w:szCs w:val="24"/>
          <w:lang w:val="ru-RU" w:eastAsia="ru-RU"/>
        </w:rPr>
        <w:t>Б1.О.07.02  Физическая культура и спорт</w:t>
      </w:r>
    </w:p>
    <w:p w14:paraId="1E405505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14:paraId="250A5B6A" w14:textId="77777777" w:rsidR="00495DDA" w:rsidRPr="00495DDA" w:rsidRDefault="00495DDA" w:rsidP="00495DDA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495DDA" w:rsidRPr="00495DDA" w14:paraId="585E3C54" w14:textId="77777777" w:rsidTr="00CD5400">
        <w:trPr>
          <w:trHeight w:val="284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A6A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665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495DDA" w:rsidRPr="00495DDA" w14:paraId="5E355662" w14:textId="77777777" w:rsidTr="00CD5400">
        <w:trPr>
          <w:trHeight w:val="268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38F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8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14:paraId="69FC823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14:paraId="171D684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495DDA" w:rsidRPr="00495DDA" w14:paraId="69C91CC0" w14:textId="77777777" w:rsidTr="00CD5400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E67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162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14:paraId="6D54D05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495DDA">
              <w:rPr>
                <w:rFonts w:eastAsia="Calibri" w:cs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14:paraId="6360E3DD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14:paraId="171287A1" w14:textId="77777777" w:rsidR="00495DDA" w:rsidRPr="00495DDA" w:rsidRDefault="00495DDA" w:rsidP="00495DDA">
      <w:pPr>
        <w:rPr>
          <w:rFonts w:eastAsia="Calibri" w:cs="Times New Roman"/>
          <w:szCs w:val="24"/>
          <w:lang w:val="ru-RU" w:eastAsia="ru-RU"/>
        </w:rPr>
      </w:pPr>
    </w:p>
    <w:p w14:paraId="3CE9E602" w14:textId="77777777" w:rsidR="00495DDA" w:rsidRPr="00495DDA" w:rsidRDefault="00495DDA" w:rsidP="00495DDA">
      <w:pPr>
        <w:rPr>
          <w:rFonts w:eastAsia="Calibri" w:cs="Times New Roman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Составитель:</w:t>
      </w:r>
    </w:p>
    <w:p w14:paraId="7429AF3E" w14:textId="77777777" w:rsidR="00495DDA" w:rsidRPr="00495DDA" w:rsidRDefault="00495DDA" w:rsidP="00495DDA">
      <w:pPr>
        <w:rPr>
          <w:rFonts w:eastAsia="Calibri" w:cs="Times New Roman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Д.А. Галин, старший преподаватель кафедры ЭБЖиФ    _____________</w:t>
      </w:r>
    </w:p>
    <w:p w14:paraId="7E34D987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  <w:r w:rsidRPr="00495DDA">
        <w:rPr>
          <w:rFonts w:eastAsia="Calibri" w:cs="Times New Roman"/>
          <w:szCs w:val="24"/>
          <w:lang w:val="ru-RU" w:eastAsia="ru-RU"/>
        </w:rPr>
        <w:t>«____»_________20___г.</w:t>
      </w:r>
    </w:p>
    <w:p w14:paraId="4C8A018F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656AABFB" w14:textId="77777777" w:rsidR="00495DDA" w:rsidRPr="00495DDA" w:rsidRDefault="00495DDA" w:rsidP="00495DDA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14:paraId="48549EA4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156C6FA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91C5703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F42E109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3BFF309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5DB4ECC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96AE097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437040F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DA36906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100E027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9A3EAE5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0772BE8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6DC3F84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A7D9BCB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FCEA9B8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651ABB1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63499D1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AFDABB5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0B13537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9535F90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E85F665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44A6DCA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662A3D7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134578F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00FC45D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7ED2590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4FC6CFDE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921473A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CB62BCD" w14:textId="77777777" w:rsidR="00495DDA" w:rsidRPr="00495DDA" w:rsidRDefault="00495DDA" w:rsidP="00495DDA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Оценочные средства</w:t>
      </w:r>
    </w:p>
    <w:p w14:paraId="63BB25FF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14:paraId="1DAD8F44" w14:textId="77777777" w:rsidR="00495DDA" w:rsidRPr="00495DDA" w:rsidRDefault="00495DDA" w:rsidP="00495DDA">
      <w:pPr>
        <w:spacing w:line="240" w:lineRule="auto"/>
        <w:ind w:right="57"/>
        <w:rPr>
          <w:rFonts w:eastAsia="Calibri" w:cs="Times New Roman"/>
          <w:bCs/>
          <w:color w:val="FF0000"/>
          <w:kern w:val="1"/>
          <w:sz w:val="20"/>
          <w:szCs w:val="20"/>
          <w:lang w:val="ru-RU" w:eastAsia="ru-RU"/>
        </w:rPr>
      </w:pPr>
    </w:p>
    <w:p w14:paraId="265DDF33" w14:textId="77777777" w:rsidR="00495DDA" w:rsidRPr="00495DDA" w:rsidRDefault="00495DDA" w:rsidP="00495DDA">
      <w:pPr>
        <w:spacing w:line="240" w:lineRule="auto"/>
        <w:ind w:right="57"/>
        <w:rPr>
          <w:rFonts w:eastAsia="Calibri" w:cs="Times New Roman,Bold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Cs/>
          <w:kern w:val="1"/>
          <w:sz w:val="20"/>
          <w:szCs w:val="20"/>
          <w:lang w:val="ru-RU" w:eastAsia="ru-RU"/>
        </w:rPr>
        <w:t>по дисциплине</w:t>
      </w: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Б1.О.07.02  Физическая</w:t>
      </w:r>
      <w:r w:rsidRPr="00495DDA">
        <w:rPr>
          <w:rFonts w:eastAsia="Calibri" w:cs="Times New Roman,Bold"/>
          <w:b/>
          <w:bCs/>
          <w:sz w:val="20"/>
          <w:szCs w:val="20"/>
          <w:lang w:val="ru-RU" w:eastAsia="ru-RU"/>
        </w:rPr>
        <w:t xml:space="preserve"> культура и спорт</w:t>
      </w:r>
    </w:p>
    <w:p w14:paraId="7A48638B" w14:textId="77777777" w:rsidR="00495DDA" w:rsidRPr="00495DDA" w:rsidRDefault="00495DDA" w:rsidP="00495DDA">
      <w:pPr>
        <w:spacing w:line="240" w:lineRule="auto"/>
        <w:ind w:right="57"/>
        <w:jc w:val="both"/>
        <w:rPr>
          <w:rFonts w:eastAsia="Calibri" w:cs="Times New Roman"/>
          <w:color w:val="0070C0"/>
          <w:sz w:val="20"/>
          <w:szCs w:val="20"/>
          <w:lang w:val="ru-RU" w:eastAsia="ru-RU"/>
        </w:rPr>
      </w:pPr>
    </w:p>
    <w:p w14:paraId="461FB84B" w14:textId="77777777" w:rsidR="00495DDA" w:rsidRPr="00495DDA" w:rsidRDefault="00495DDA" w:rsidP="00495DDA">
      <w:pPr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495DDA">
        <w:rPr>
          <w:rFonts w:eastAsia="Calibri" w:cs="Times New Roman"/>
          <w:sz w:val="20"/>
          <w:szCs w:val="20"/>
          <w:lang w:val="ru-RU" w:eastAsia="ru-RU"/>
        </w:rPr>
        <w:t xml:space="preserve">по компетенции  УК-7: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495DDA" w:rsidRPr="001F3D40" w14:paraId="7E43E994" w14:textId="77777777" w:rsidTr="00CD5400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9EDE532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495DDA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67E81BC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  <w:r w:rsidRPr="00495DDA">
              <w:rPr>
                <w:rFonts w:ascii="Times New Roman,Bold" w:eastAsia="Calibri" w:hAnsi="Times New Roman,Bold" w:cs="Times New Roman,Bold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495DDA" w:rsidRPr="001F3D40" w14:paraId="46AC4A44" w14:textId="77777777" w:rsidTr="00CD5400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0E64BC45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14:paraId="49974CF3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C6FF4B9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E0C2D01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4276A5D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72833F2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0C5DB3A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14:paraId="01C2580E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17B8B5A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241D93B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1DB8F8B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5C29B25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</w:tc>
      </w:tr>
      <w:tr w:rsidR="00495DDA" w:rsidRPr="001F3D40" w14:paraId="118A5C1C" w14:textId="77777777" w:rsidTr="00CD5400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AA9DA2F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12421DA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2338DCD" w14:textId="77777777" w:rsidR="00495DDA" w:rsidRPr="00495DDA" w:rsidRDefault="00495DDA" w:rsidP="00495DDA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УК-7.2 Использует основы физической культуры для осознанного выбора здоровьесберегающих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D3B0A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14:paraId="0A2C3BC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5DFDFD9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73F72BF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6C5EFBA5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12E8E37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здоровьесберегающими технологиями.</w:t>
            </w:r>
          </w:p>
          <w:p w14:paraId="0B6A8C05" w14:textId="77777777" w:rsidR="00495DDA" w:rsidRPr="00495DDA" w:rsidRDefault="00495DDA" w:rsidP="00495DDA">
            <w:pPr>
              <w:spacing w:line="240" w:lineRule="auto"/>
              <w:ind w:right="57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14:paraId="03FC4BCF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</w:p>
    <w:p w14:paraId="00F4E911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495DDA" w:rsidRPr="00495DDA" w14:paraId="6F272C6D" w14:textId="77777777" w:rsidTr="00CD5400">
        <w:tc>
          <w:tcPr>
            <w:tcW w:w="1701" w:type="dxa"/>
            <w:vAlign w:val="center"/>
          </w:tcPr>
          <w:p w14:paraId="4E9DF2B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  <w:p w14:paraId="1C76140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78EB2DE7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  <w:p w14:paraId="714CDD3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2CCE9EC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1401" w:type="dxa"/>
            <w:vAlign w:val="center"/>
          </w:tcPr>
          <w:p w14:paraId="0DAD38F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14:paraId="49702AC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заданий</w:t>
            </w:r>
          </w:p>
        </w:tc>
      </w:tr>
      <w:tr w:rsidR="00495DDA" w:rsidRPr="00495DDA" w14:paraId="5136BF41" w14:textId="77777777" w:rsidTr="00CD5400">
        <w:tc>
          <w:tcPr>
            <w:tcW w:w="9622" w:type="dxa"/>
            <w:gridSpan w:val="4"/>
          </w:tcPr>
          <w:p w14:paraId="4CE03AA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Семестр 1</w:t>
            </w:r>
          </w:p>
        </w:tc>
      </w:tr>
      <w:tr w:rsidR="00495DDA" w:rsidRPr="00495DDA" w14:paraId="4C732B5A" w14:textId="77777777" w:rsidTr="00CD5400">
        <w:tc>
          <w:tcPr>
            <w:tcW w:w="1701" w:type="dxa"/>
            <w:vMerge w:val="restart"/>
          </w:tcPr>
          <w:p w14:paraId="3C540F5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7FDE01B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02F53D7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543287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5DDA" w:rsidRPr="00495DDA" w14:paraId="638513A1" w14:textId="77777777" w:rsidTr="00CD5400">
        <w:tc>
          <w:tcPr>
            <w:tcW w:w="1701" w:type="dxa"/>
            <w:vMerge/>
          </w:tcPr>
          <w:p w14:paraId="7953044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00D8A0F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11A3F6F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5A46A71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5DDA" w:rsidRPr="00495DDA" w14:paraId="35543D4C" w14:textId="77777777" w:rsidTr="00CD5400">
        <w:tc>
          <w:tcPr>
            <w:tcW w:w="1701" w:type="dxa"/>
            <w:vMerge/>
          </w:tcPr>
          <w:p w14:paraId="034EE9C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056BF69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19DF397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23ACC02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01BD5120" w14:textId="77777777" w:rsidTr="00CD5400">
        <w:tc>
          <w:tcPr>
            <w:tcW w:w="1701" w:type="dxa"/>
            <w:vMerge/>
          </w:tcPr>
          <w:p w14:paraId="7BC0536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1C4B8C5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9549F0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5E65C82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5DDA" w:rsidRPr="00495DDA" w14:paraId="6E0BAEBB" w14:textId="77777777" w:rsidTr="00CD5400">
        <w:tc>
          <w:tcPr>
            <w:tcW w:w="1701" w:type="dxa"/>
            <w:vMerge w:val="restart"/>
          </w:tcPr>
          <w:p w14:paraId="56DDE5E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19C8DDD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49F3E15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2C199F9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5DDA" w:rsidRPr="00495DDA" w14:paraId="4969C1B6" w14:textId="77777777" w:rsidTr="00CD5400">
        <w:tc>
          <w:tcPr>
            <w:tcW w:w="1701" w:type="dxa"/>
            <w:vMerge/>
          </w:tcPr>
          <w:p w14:paraId="513B1E1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3FE306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29937CF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1A2CF2C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5DDA" w:rsidRPr="00495DDA" w14:paraId="607BCE80" w14:textId="77777777" w:rsidTr="00CD5400">
        <w:tc>
          <w:tcPr>
            <w:tcW w:w="1701" w:type="dxa"/>
            <w:vMerge/>
          </w:tcPr>
          <w:p w14:paraId="793936A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2F2DF8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5A768B9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0D5431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1089D238" w14:textId="77777777" w:rsidTr="00CD5400">
        <w:tc>
          <w:tcPr>
            <w:tcW w:w="1701" w:type="dxa"/>
            <w:vMerge/>
          </w:tcPr>
          <w:p w14:paraId="08ADFC1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15ACADF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C9990C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4A53EBC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5DDA" w:rsidRPr="00495DDA" w14:paraId="399F6E04" w14:textId="77777777" w:rsidTr="00CD5400">
        <w:tc>
          <w:tcPr>
            <w:tcW w:w="8221" w:type="dxa"/>
            <w:gridSpan w:val="3"/>
          </w:tcPr>
          <w:p w14:paraId="1252716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495DDA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7FD56C0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495DDA" w:rsidRPr="00495DDA" w14:paraId="70E385C3" w14:textId="77777777" w:rsidTr="00CD5400">
        <w:tc>
          <w:tcPr>
            <w:tcW w:w="9622" w:type="dxa"/>
            <w:gridSpan w:val="4"/>
          </w:tcPr>
          <w:p w14:paraId="344C5EF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495DDA" w:rsidRPr="00495DDA" w14:paraId="7EE9FB74" w14:textId="77777777" w:rsidTr="00CD5400">
        <w:tc>
          <w:tcPr>
            <w:tcW w:w="1701" w:type="dxa"/>
            <w:vMerge w:val="restart"/>
          </w:tcPr>
          <w:p w14:paraId="638F82D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139BA62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554238E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688CDC3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5DDA" w:rsidRPr="00495DDA" w14:paraId="06673674" w14:textId="77777777" w:rsidTr="00CD5400">
        <w:tc>
          <w:tcPr>
            <w:tcW w:w="1701" w:type="dxa"/>
            <w:vMerge/>
          </w:tcPr>
          <w:p w14:paraId="7160958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155A77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6E06ACC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111FA77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5DDA" w:rsidRPr="00495DDA" w14:paraId="05A75FE1" w14:textId="77777777" w:rsidTr="00CD5400">
        <w:tc>
          <w:tcPr>
            <w:tcW w:w="1701" w:type="dxa"/>
            <w:vMerge/>
          </w:tcPr>
          <w:p w14:paraId="40A0AD8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6F2EB08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6D37B8C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0DB8CD4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35183570" w14:textId="77777777" w:rsidTr="00CD5400">
        <w:tc>
          <w:tcPr>
            <w:tcW w:w="1701" w:type="dxa"/>
            <w:vMerge/>
          </w:tcPr>
          <w:p w14:paraId="0115FAB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4340900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EE344C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0FD3380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5DDA" w:rsidRPr="00495DDA" w14:paraId="41F3D251" w14:textId="77777777" w:rsidTr="00CD5400">
        <w:tc>
          <w:tcPr>
            <w:tcW w:w="1701" w:type="dxa"/>
            <w:vMerge w:val="restart"/>
          </w:tcPr>
          <w:p w14:paraId="7CC6D09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723C446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0D1A369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41ADC1E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5DDA" w:rsidRPr="00495DDA" w14:paraId="034BEE66" w14:textId="77777777" w:rsidTr="00CD5400">
        <w:tc>
          <w:tcPr>
            <w:tcW w:w="1701" w:type="dxa"/>
            <w:vMerge/>
          </w:tcPr>
          <w:p w14:paraId="41D857C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3AB30E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7980B53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59B4AC8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95DDA" w:rsidRPr="00495DDA" w14:paraId="754A35E6" w14:textId="77777777" w:rsidTr="00CD5400">
        <w:tc>
          <w:tcPr>
            <w:tcW w:w="1701" w:type="dxa"/>
            <w:vMerge/>
          </w:tcPr>
          <w:p w14:paraId="13055E6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50025FD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0624B41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491CEA0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237C4455" w14:textId="77777777" w:rsidTr="00CD5400">
        <w:tc>
          <w:tcPr>
            <w:tcW w:w="1701" w:type="dxa"/>
            <w:vMerge/>
          </w:tcPr>
          <w:p w14:paraId="3B02BD5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7326144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16E4128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46A783E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5DDA" w:rsidRPr="00495DDA" w14:paraId="6B2B165D" w14:textId="77777777" w:rsidTr="00CD5400">
        <w:tc>
          <w:tcPr>
            <w:tcW w:w="8221" w:type="dxa"/>
            <w:gridSpan w:val="3"/>
          </w:tcPr>
          <w:p w14:paraId="71563DA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495DDA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14:paraId="14891D0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14:paraId="6F05EDE9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184F4DC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0" w:name="_Hlk185619227"/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74B28771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495DDA" w:rsidRPr="00495DDA" w14:paraId="498930F9" w14:textId="77777777" w:rsidTr="00CD5400">
        <w:tc>
          <w:tcPr>
            <w:tcW w:w="2334" w:type="dxa"/>
          </w:tcPr>
          <w:p w14:paraId="0002ECF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0B4A985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47C2900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0E1B549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5DDA" w:rsidRPr="00495DDA" w14:paraId="36917D22" w14:textId="77777777" w:rsidTr="00CD5400">
        <w:tc>
          <w:tcPr>
            <w:tcW w:w="3686" w:type="dxa"/>
            <w:gridSpan w:val="2"/>
          </w:tcPr>
          <w:p w14:paraId="2F288D8F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1CB7D4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5DDA" w:rsidRPr="001F3D40" w14:paraId="6F022F44" w14:textId="77777777" w:rsidTr="00CD5400">
        <w:tc>
          <w:tcPr>
            <w:tcW w:w="3686" w:type="dxa"/>
            <w:gridSpan w:val="2"/>
          </w:tcPr>
          <w:p w14:paraId="067A5C9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1F3FD60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5DDA" w:rsidRPr="00495DDA" w14:paraId="03823477" w14:textId="77777777" w:rsidTr="00CD5400">
        <w:tc>
          <w:tcPr>
            <w:tcW w:w="3686" w:type="dxa"/>
            <w:gridSpan w:val="2"/>
          </w:tcPr>
          <w:p w14:paraId="41DC3F6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397974C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5DDA" w:rsidRPr="001F3D40" w14:paraId="5F7AE3E5" w14:textId="77777777" w:rsidTr="00CD5400">
        <w:tc>
          <w:tcPr>
            <w:tcW w:w="9639" w:type="dxa"/>
            <w:gridSpan w:val="4"/>
          </w:tcPr>
          <w:p w14:paraId="35236CD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14:paraId="2B13ED2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Древний Рим</w:t>
            </w:r>
          </w:p>
          <w:p w14:paraId="367E5BC5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</w:t>
            </w: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14:paraId="2893638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Китай</w:t>
            </w:r>
          </w:p>
          <w:p w14:paraId="395E9035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7BCF0A61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14:paraId="50CE363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</w:t>
            </w: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14:paraId="12034D2E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14:paraId="23B485BA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495DDA" w:rsidRPr="00495DDA" w14:paraId="35086F6E" w14:textId="77777777" w:rsidTr="00CD5400">
        <w:tc>
          <w:tcPr>
            <w:tcW w:w="3686" w:type="dxa"/>
            <w:gridSpan w:val="2"/>
          </w:tcPr>
          <w:p w14:paraId="0885B24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0C15A28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5DDA" w:rsidRPr="001F3D40" w14:paraId="6C2F8D1B" w14:textId="77777777" w:rsidTr="00CD5400">
        <w:tc>
          <w:tcPr>
            <w:tcW w:w="3686" w:type="dxa"/>
            <w:gridSpan w:val="2"/>
          </w:tcPr>
          <w:p w14:paraId="1FA7A1C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CF55E4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5DDA" w:rsidRPr="001F3D40" w14:paraId="6C9C7F6B" w14:textId="77777777" w:rsidTr="00CD5400">
        <w:tc>
          <w:tcPr>
            <w:tcW w:w="3686" w:type="dxa"/>
            <w:gridSpan w:val="2"/>
          </w:tcPr>
          <w:p w14:paraId="77453C9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3633645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5DDA" w:rsidRPr="00495DDA" w14:paraId="58B5582B" w14:textId="77777777" w:rsidTr="00CD5400">
        <w:tc>
          <w:tcPr>
            <w:tcW w:w="9639" w:type="dxa"/>
            <w:gridSpan w:val="4"/>
            <w:tcBorders>
              <w:bottom w:val="nil"/>
            </w:tcBorders>
          </w:tcPr>
          <w:p w14:paraId="4AD11FB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53BA5C1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14:paraId="2F6AAE93" w14:textId="77777777" w:rsidR="00495DDA" w:rsidRPr="00495DDA" w:rsidRDefault="00495DDA" w:rsidP="00495DDA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Франция</w:t>
            </w:r>
          </w:p>
          <w:p w14:paraId="2AB8124C" w14:textId="77777777" w:rsidR="00495DDA" w:rsidRPr="00495DDA" w:rsidRDefault="00495DDA" w:rsidP="00495DDA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Бразилия</w:t>
            </w:r>
          </w:p>
          <w:p w14:paraId="72A2BFBA" w14:textId="77777777" w:rsidR="00495DDA" w:rsidRPr="00495DDA" w:rsidRDefault="00495DDA" w:rsidP="00495DDA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Япония</w:t>
            </w:r>
          </w:p>
          <w:p w14:paraId="68A245C5" w14:textId="77777777" w:rsidR="00495DDA" w:rsidRPr="00495DDA" w:rsidRDefault="00495DDA" w:rsidP="00495DDA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14:paraId="345B7281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34493D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14:paraId="68E82B7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DD8734F" w14:textId="77777777" w:rsidR="00495DDA" w:rsidRPr="00495DDA" w:rsidRDefault="00495DDA" w:rsidP="00495DDA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Китай</w:t>
            </w:r>
          </w:p>
          <w:p w14:paraId="63CC79EF" w14:textId="77777777" w:rsidR="00495DDA" w:rsidRPr="00495DDA" w:rsidRDefault="00495DDA" w:rsidP="00495DDA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Канада</w:t>
            </w:r>
          </w:p>
          <w:p w14:paraId="366EB6AB" w14:textId="77777777" w:rsidR="00495DDA" w:rsidRPr="00495DDA" w:rsidRDefault="00495DDA" w:rsidP="00495DDA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Россия</w:t>
            </w:r>
          </w:p>
          <w:p w14:paraId="506286BA" w14:textId="77777777" w:rsidR="00495DDA" w:rsidRPr="00495DDA" w:rsidRDefault="00495DDA" w:rsidP="00495DDA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14:paraId="6ED767C8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0137B98A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00454D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495DDA" w:rsidRPr="00495DDA" w14:paraId="286B794B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1D59928" w14:textId="77777777" w:rsidR="00495DDA" w:rsidRPr="00495DDA" w:rsidRDefault="00495DDA" w:rsidP="00495DDA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14:paraId="0A616BF4" w14:textId="77777777" w:rsidR="00495DDA" w:rsidRPr="00495DDA" w:rsidRDefault="00495DDA" w:rsidP="00495DDA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14:paraId="5677151B" w14:textId="77777777" w:rsidR="00495DDA" w:rsidRPr="00495DDA" w:rsidRDefault="00495DDA" w:rsidP="00495DDA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14:paraId="31717FC1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A3EEBDF" w14:textId="77777777" w:rsidR="00495DDA" w:rsidRPr="00495DDA" w:rsidRDefault="00495DDA" w:rsidP="00495DDA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28Х15</w:t>
            </w:r>
          </w:p>
          <w:p w14:paraId="0AEBC546" w14:textId="77777777" w:rsidR="00495DDA" w:rsidRPr="00495DDA" w:rsidRDefault="00495DDA" w:rsidP="00495DDA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18х9 </w:t>
            </w:r>
          </w:p>
          <w:p w14:paraId="11FBBA31" w14:textId="77777777" w:rsidR="00495DDA" w:rsidRPr="00495DDA" w:rsidRDefault="00495DDA" w:rsidP="00495DDA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38х25</w:t>
            </w:r>
          </w:p>
          <w:p w14:paraId="0122A047" w14:textId="77777777" w:rsidR="00495DDA" w:rsidRPr="00495DDA" w:rsidRDefault="00495DDA" w:rsidP="00495DDA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33х17</w:t>
            </w:r>
          </w:p>
        </w:tc>
      </w:tr>
      <w:tr w:rsidR="00495DDA" w:rsidRPr="00495DDA" w14:paraId="602B5999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E19004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5DDA" w:rsidRPr="00495DDA" w14:paraId="7FF29B1E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7A192988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 xml:space="preserve">1.Физическая культура </w:t>
            </w:r>
          </w:p>
          <w:p w14:paraId="325B3646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14:paraId="703DFC9C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14:paraId="1510DD1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2FD9A56" w14:textId="77777777" w:rsidR="00495DDA" w:rsidRPr="00495DDA" w:rsidRDefault="00495DDA" w:rsidP="00495DDA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</w:t>
            </w:r>
          </w:p>
          <w:p w14:paraId="1616A1D2" w14:textId="77777777" w:rsidR="00495DDA" w:rsidRPr="00495DDA" w:rsidRDefault="00495DDA" w:rsidP="00495DDA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14:paraId="7D4AC130" w14:textId="77777777" w:rsidR="00495DDA" w:rsidRPr="00495DDA" w:rsidRDefault="00495DDA" w:rsidP="00495DDA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14:paraId="37E24EB7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495DDA" w:rsidRPr="001F3D40" w14:paraId="3F813528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935C98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соответствие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495DDA" w:rsidRPr="00495DDA" w14:paraId="469FD680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AE115B3" w14:textId="77777777" w:rsidR="00495DDA" w:rsidRPr="00495DDA" w:rsidRDefault="00495DDA" w:rsidP="00495DDA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14:paraId="080A4986" w14:textId="77777777" w:rsidR="00495DDA" w:rsidRPr="00495DDA" w:rsidRDefault="00495DDA" w:rsidP="00495DDA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Лионель Месси</w:t>
            </w:r>
          </w:p>
          <w:p w14:paraId="0DB356D3" w14:textId="77777777" w:rsidR="00495DDA" w:rsidRPr="00495DDA" w:rsidRDefault="00495DDA" w:rsidP="00495DDA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Рафаэль Надаль</w:t>
            </w:r>
          </w:p>
          <w:p w14:paraId="3416988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61E6052D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061678A" w14:textId="77777777" w:rsidR="00495DDA" w:rsidRPr="00495DDA" w:rsidRDefault="00495DDA" w:rsidP="00495DDA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Баскетбол </w:t>
            </w:r>
          </w:p>
          <w:p w14:paraId="43CDEAF4" w14:textId="77777777" w:rsidR="00495DDA" w:rsidRPr="00495DDA" w:rsidRDefault="00495DDA" w:rsidP="00495DDA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Футбол </w:t>
            </w:r>
          </w:p>
          <w:p w14:paraId="4DBB79F7" w14:textId="77777777" w:rsidR="00495DDA" w:rsidRPr="00495DDA" w:rsidRDefault="00495DDA" w:rsidP="00495DDA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Хоккей</w:t>
            </w:r>
          </w:p>
          <w:p w14:paraId="2C42E514" w14:textId="77777777" w:rsidR="00495DDA" w:rsidRPr="00495DDA" w:rsidRDefault="00495DDA" w:rsidP="00495DDA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Теннис</w:t>
            </w:r>
          </w:p>
          <w:p w14:paraId="1D5AFCC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5DDA" w:rsidRPr="001F3D40" w14:paraId="560AC209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CF4CA8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495DDA" w:rsidRPr="00495DDA" w14:paraId="1ABF7ED8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75C2AC35" w14:textId="77777777" w:rsidR="00495DDA" w:rsidRPr="00495DDA" w:rsidRDefault="00495DDA" w:rsidP="00495DDA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Выносливость</w:t>
            </w:r>
          </w:p>
          <w:p w14:paraId="48555E65" w14:textId="77777777" w:rsidR="00495DDA" w:rsidRPr="00495DDA" w:rsidRDefault="00495DDA" w:rsidP="00495DDA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Сила</w:t>
            </w:r>
          </w:p>
          <w:p w14:paraId="0E132D53" w14:textId="77777777" w:rsidR="00495DDA" w:rsidRPr="00495DDA" w:rsidRDefault="00495DDA" w:rsidP="00495DDA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Гибкость</w:t>
            </w:r>
          </w:p>
          <w:p w14:paraId="10BE7A7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66CA1E8" w14:textId="77777777" w:rsidR="00495DDA" w:rsidRPr="00495DDA" w:rsidRDefault="00495DDA" w:rsidP="00495DDA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Плавание</w:t>
            </w:r>
          </w:p>
          <w:p w14:paraId="408C4574" w14:textId="77777777" w:rsidR="00495DDA" w:rsidRPr="00495DDA" w:rsidRDefault="00495DDA" w:rsidP="00495DDA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14:paraId="60515CDD" w14:textId="77777777" w:rsidR="00495DDA" w:rsidRPr="00495DDA" w:rsidRDefault="00495DDA" w:rsidP="00495DDA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14:paraId="2C646F71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Г. Спринтерский бег</w:t>
            </w:r>
          </w:p>
          <w:p w14:paraId="2413FDC5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2DFB3F7E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5DDA" w:rsidRPr="00495DDA" w14:paraId="11E59D81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F71F58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:</w:t>
            </w:r>
          </w:p>
        </w:tc>
      </w:tr>
      <w:tr w:rsidR="00495DDA" w:rsidRPr="00495DDA" w14:paraId="34A96D1E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0D826B2" w14:textId="77777777" w:rsidR="00495DDA" w:rsidRPr="00495DDA" w:rsidRDefault="00495DDA" w:rsidP="00495DDA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Рабочая фаза</w:t>
            </w:r>
          </w:p>
          <w:p w14:paraId="6F51436B" w14:textId="77777777" w:rsidR="00495DDA" w:rsidRPr="00495DDA" w:rsidRDefault="00495DDA" w:rsidP="00495DDA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14:paraId="1B944806" w14:textId="77777777" w:rsidR="00495DDA" w:rsidRPr="00495DDA" w:rsidRDefault="00495DDA" w:rsidP="00495DDA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14:paraId="229BD43D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4F29FBA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8A736AB" w14:textId="77777777" w:rsidR="00495DDA" w:rsidRPr="00495DDA" w:rsidRDefault="00495DDA" w:rsidP="00495DDA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14:paraId="61E8F62A" w14:textId="77777777" w:rsidR="00495DDA" w:rsidRPr="00495DDA" w:rsidRDefault="00495DDA" w:rsidP="00495DDA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14:paraId="4138A45E" w14:textId="77777777" w:rsidR="00495DDA" w:rsidRPr="00495DDA" w:rsidRDefault="00495DDA" w:rsidP="00495DDA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14:paraId="35066E56" w14:textId="77777777" w:rsidR="00495DDA" w:rsidRPr="00495DDA" w:rsidRDefault="00495DDA" w:rsidP="00495DDA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Разбег</w:t>
            </w:r>
          </w:p>
          <w:p w14:paraId="52C397F5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5DDA" w:rsidRPr="00495DDA" w14:paraId="74D66A43" w14:textId="77777777" w:rsidTr="00CD5400">
        <w:tc>
          <w:tcPr>
            <w:tcW w:w="3686" w:type="dxa"/>
            <w:gridSpan w:val="2"/>
          </w:tcPr>
          <w:p w14:paraId="62CBECF1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44DB99C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5DDA" w:rsidRPr="00495DDA" w14:paraId="4B96D2F7" w14:textId="77777777" w:rsidTr="00CD5400">
        <w:tc>
          <w:tcPr>
            <w:tcW w:w="3686" w:type="dxa"/>
            <w:gridSpan w:val="2"/>
          </w:tcPr>
          <w:p w14:paraId="60B78F5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D01DD6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5DDA" w:rsidRPr="00495DDA" w14:paraId="574DA528" w14:textId="77777777" w:rsidTr="00CD5400">
        <w:tc>
          <w:tcPr>
            <w:tcW w:w="3686" w:type="dxa"/>
            <w:gridSpan w:val="2"/>
          </w:tcPr>
          <w:p w14:paraId="742829F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3DED993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5DDA" w:rsidRPr="001F3D40" w14:paraId="38F01A7C" w14:textId="77777777" w:rsidTr="00CD5400">
        <w:tc>
          <w:tcPr>
            <w:tcW w:w="9639" w:type="dxa"/>
            <w:gridSpan w:val="4"/>
          </w:tcPr>
          <w:p w14:paraId="58C5D7A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14:paraId="6E34CC94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A99392E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5DDA" w:rsidRPr="00495DDA" w14:paraId="1FE089CA" w14:textId="77777777" w:rsidTr="00CD5400">
        <w:tc>
          <w:tcPr>
            <w:tcW w:w="2694" w:type="dxa"/>
            <w:vAlign w:val="center"/>
          </w:tcPr>
          <w:p w14:paraId="63339DCF" w14:textId="77777777" w:rsidR="00495DDA" w:rsidRPr="00495DDA" w:rsidRDefault="00495DDA" w:rsidP="00495DDA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4E39F10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5DDA" w:rsidRPr="00495DDA" w14:paraId="5B9BB924" w14:textId="77777777" w:rsidTr="00CD5400">
        <w:tc>
          <w:tcPr>
            <w:tcW w:w="2694" w:type="dxa"/>
          </w:tcPr>
          <w:p w14:paraId="0412C19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5E9A2C2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495DDA" w:rsidRPr="00495DDA" w14:paraId="71A45AFF" w14:textId="77777777" w:rsidTr="00CD5400">
        <w:tc>
          <w:tcPr>
            <w:tcW w:w="2694" w:type="dxa"/>
          </w:tcPr>
          <w:p w14:paraId="001A7B0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12EEE3C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495DDA" w:rsidRPr="00495DDA" w14:paraId="4EE5362D" w14:textId="77777777" w:rsidTr="00CD5400">
        <w:tc>
          <w:tcPr>
            <w:tcW w:w="2694" w:type="dxa"/>
          </w:tcPr>
          <w:p w14:paraId="4943E8D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4D4799D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495DDA" w:rsidRPr="00495DDA" w14:paraId="58E90D29" w14:textId="77777777" w:rsidTr="00CD5400">
        <w:tc>
          <w:tcPr>
            <w:tcW w:w="2694" w:type="dxa"/>
          </w:tcPr>
          <w:p w14:paraId="4A5C463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50FEC56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495DDA" w:rsidRPr="00495DDA" w14:paraId="76A14D7E" w14:textId="77777777" w:rsidTr="00CD5400">
        <w:tc>
          <w:tcPr>
            <w:tcW w:w="2694" w:type="dxa"/>
          </w:tcPr>
          <w:p w14:paraId="7FAAD5E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57DDE4D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495DDA" w:rsidRPr="00495DDA" w14:paraId="0765C18E" w14:textId="77777777" w:rsidTr="00CD5400">
        <w:tc>
          <w:tcPr>
            <w:tcW w:w="2694" w:type="dxa"/>
          </w:tcPr>
          <w:p w14:paraId="2526D3D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5D9A66C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495DDA" w:rsidRPr="00495DDA" w14:paraId="3D1D7257" w14:textId="77777777" w:rsidTr="00CD5400">
        <w:tc>
          <w:tcPr>
            <w:tcW w:w="2694" w:type="dxa"/>
          </w:tcPr>
          <w:p w14:paraId="65BF0F3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6DB7BEB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495DDA" w:rsidRPr="00495DDA" w14:paraId="5EF48EBF" w14:textId="77777777" w:rsidTr="00CD5400">
        <w:tc>
          <w:tcPr>
            <w:tcW w:w="2694" w:type="dxa"/>
          </w:tcPr>
          <w:p w14:paraId="2DB83C1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0FE4FE1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495DDA" w:rsidRPr="00495DDA" w14:paraId="02AABD41" w14:textId="77777777" w:rsidTr="00CD5400">
        <w:tc>
          <w:tcPr>
            <w:tcW w:w="2694" w:type="dxa"/>
          </w:tcPr>
          <w:p w14:paraId="67151FC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3071392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495DDA" w:rsidRPr="00495DDA" w14:paraId="56BD7F1A" w14:textId="77777777" w:rsidTr="00CD5400">
        <w:tc>
          <w:tcPr>
            <w:tcW w:w="2694" w:type="dxa"/>
          </w:tcPr>
          <w:p w14:paraId="6B2B148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6EBFFF9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0"/>
    </w:tbl>
    <w:p w14:paraId="3EC1DF4A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E9FE15E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color w:val="0070C0"/>
          <w:sz w:val="20"/>
          <w:szCs w:val="20"/>
          <w:lang w:val="ru-RU" w:eastAsia="ru-RU"/>
        </w:rPr>
      </w:pPr>
    </w:p>
    <w:p w14:paraId="46959190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1" w:name="_Hlk185633395"/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72FE26EA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495DDA" w:rsidRPr="00495DDA" w14:paraId="341114A0" w14:textId="77777777" w:rsidTr="00CD5400">
        <w:tc>
          <w:tcPr>
            <w:tcW w:w="2334" w:type="dxa"/>
          </w:tcPr>
          <w:p w14:paraId="1B27C48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5FAB9A6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14:paraId="554F4B1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5DFFA95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95DDA" w:rsidRPr="00495DDA" w14:paraId="3C5F6E5E" w14:textId="77777777" w:rsidTr="00CD5400">
        <w:tc>
          <w:tcPr>
            <w:tcW w:w="3686" w:type="dxa"/>
            <w:gridSpan w:val="2"/>
          </w:tcPr>
          <w:p w14:paraId="0E510EAD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56ACC07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5DDA" w:rsidRPr="001F3D40" w14:paraId="1B622047" w14:textId="77777777" w:rsidTr="00CD5400">
        <w:tc>
          <w:tcPr>
            <w:tcW w:w="3686" w:type="dxa"/>
            <w:gridSpan w:val="2"/>
          </w:tcPr>
          <w:p w14:paraId="3419D24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5DA4EE9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5DDA" w:rsidRPr="00495DDA" w14:paraId="4C22EFD5" w14:textId="77777777" w:rsidTr="00CD5400">
        <w:tc>
          <w:tcPr>
            <w:tcW w:w="3686" w:type="dxa"/>
            <w:gridSpan w:val="2"/>
          </w:tcPr>
          <w:p w14:paraId="1E7CFC3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3BE49B3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5DDA" w:rsidRPr="00495DDA" w14:paraId="1EC49FAE" w14:textId="77777777" w:rsidTr="00CD5400">
        <w:tc>
          <w:tcPr>
            <w:tcW w:w="9639" w:type="dxa"/>
            <w:gridSpan w:val="4"/>
          </w:tcPr>
          <w:p w14:paraId="7357A554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 родиной футбола?</w:t>
            </w:r>
          </w:p>
          <w:p w14:paraId="046E7763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14:paraId="1CE6CBC9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5D24A80C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Бразилия</w:t>
            </w:r>
          </w:p>
          <w:p w14:paraId="624FBFE1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28810DAE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14:paraId="79F6981C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Англия.</w:t>
            </w:r>
          </w:p>
          <w:p w14:paraId="04366A74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14:paraId="369E966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Россия</w:t>
            </w:r>
          </w:p>
          <w:p w14:paraId="7CFD5C2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78CC95AA" w14:textId="77777777" w:rsidTr="00CD5400">
        <w:tc>
          <w:tcPr>
            <w:tcW w:w="3686" w:type="dxa"/>
            <w:gridSpan w:val="2"/>
          </w:tcPr>
          <w:p w14:paraId="782E9E83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53" w:type="dxa"/>
            <w:gridSpan w:val="2"/>
          </w:tcPr>
          <w:p w14:paraId="2F8412A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5DDA" w:rsidRPr="001F3D40" w14:paraId="324114AD" w14:textId="77777777" w:rsidTr="00CD5400">
        <w:tc>
          <w:tcPr>
            <w:tcW w:w="3686" w:type="dxa"/>
            <w:gridSpan w:val="2"/>
          </w:tcPr>
          <w:p w14:paraId="5B96846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3862681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5DDA" w:rsidRPr="001F3D40" w14:paraId="77CF16A5" w14:textId="77777777" w:rsidTr="00CD5400">
        <w:tc>
          <w:tcPr>
            <w:tcW w:w="3686" w:type="dxa"/>
            <w:gridSpan w:val="2"/>
          </w:tcPr>
          <w:p w14:paraId="05C2F92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23DD31E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5DDA" w:rsidRPr="00495DDA" w14:paraId="7A2EC3C9" w14:textId="77777777" w:rsidTr="00CD5400">
        <w:tc>
          <w:tcPr>
            <w:tcW w:w="9639" w:type="dxa"/>
            <w:gridSpan w:val="4"/>
            <w:tcBorders>
              <w:bottom w:val="nil"/>
            </w:tcBorders>
          </w:tcPr>
          <w:p w14:paraId="5EA4A19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6CD7FC3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14:paraId="34F2B194" w14:textId="77777777" w:rsidR="00495DDA" w:rsidRPr="00495DDA" w:rsidRDefault="00495DDA" w:rsidP="00495DDA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Полет</w:t>
            </w:r>
          </w:p>
          <w:p w14:paraId="5D934338" w14:textId="77777777" w:rsidR="00495DDA" w:rsidRPr="00495DDA" w:rsidRDefault="00495DDA" w:rsidP="00495DDA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Приземление</w:t>
            </w:r>
          </w:p>
          <w:p w14:paraId="7586ADFB" w14:textId="77777777" w:rsidR="00495DDA" w:rsidRPr="00495DDA" w:rsidRDefault="00495DDA" w:rsidP="00495DDA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Отталкивание</w:t>
            </w:r>
          </w:p>
          <w:p w14:paraId="4ACD72F0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46BF4BA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 частей занятия по физической культуре:</w:t>
            </w:r>
          </w:p>
          <w:p w14:paraId="33C6708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 заминка</w:t>
            </w:r>
          </w:p>
          <w:p w14:paraId="5ED6E41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 основная</w:t>
            </w:r>
          </w:p>
          <w:p w14:paraId="74F967C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 разминка</w:t>
            </w:r>
          </w:p>
          <w:p w14:paraId="1F0E1455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53358CCC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F19FE1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495DDA" w:rsidRPr="00495DDA" w14:paraId="0CD29E71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8676339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14:paraId="415657E0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2.Волейбольный</w:t>
            </w:r>
          </w:p>
          <w:p w14:paraId="287601DF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3.Футбольный</w:t>
            </w:r>
          </w:p>
          <w:p w14:paraId="5232852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72B0B65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 260-</w:t>
            </w:r>
            <w:smartTag w:uri="urn:schemas-microsoft-com:office:smarttags" w:element="metricconverter">
              <w:smartTagPr>
                <w:attr w:name="ProductID" w:val="280 г"/>
              </w:smartTagPr>
              <w:r w:rsidRPr="00495DDA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280 г</w:t>
              </w:r>
            </w:smartTag>
          </w:p>
          <w:p w14:paraId="496126EA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</w:t>
            </w:r>
            <w:smartTag w:uri="urn:schemas-microsoft-com:office:smarttags" w:element="metricconverter">
              <w:smartTagPr>
                <w:attr w:name="ProductID" w:val="650 г"/>
              </w:smartTagPr>
              <w:r w:rsidRPr="00495DDA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650 г</w:t>
              </w:r>
            </w:smartTag>
          </w:p>
          <w:p w14:paraId="2F1EB75A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495DDA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450 г</w:t>
              </w:r>
            </w:smartTag>
          </w:p>
          <w:p w14:paraId="486CB117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495DDA" w:rsidRPr="00495DDA" w14:paraId="4FD7B37A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7151BC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5DDA" w:rsidRPr="001F3D40" w14:paraId="1B94780A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10D37C6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14:paraId="1321625A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2.кросс</w:t>
            </w:r>
          </w:p>
          <w:p w14:paraId="02C6CBC0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 спринт</w:t>
            </w:r>
          </w:p>
          <w:p w14:paraId="1F8328F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5C6752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14:paraId="298839B9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Это относительно спокойный бег на длинные дистанции от 3 до </w:t>
            </w:r>
            <w:smartTag w:uri="urn:schemas-microsoft-com:office:smarttags" w:element="metricconverter">
              <w:smartTagPr>
                <w:attr w:name="ProductID" w:val="12 километров"/>
              </w:smartTagPr>
              <w:r w:rsidRPr="00495DDA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12 километров</w:t>
              </w:r>
            </w:smartTag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14:paraId="6A1B33AA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14:paraId="3099E936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495DDA" w:rsidRPr="001F3D40" w14:paraId="57322020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9CDCCA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495DDA" w:rsidRPr="00495DDA" w14:paraId="636E1EF2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9076190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1Майкал Джордан</w:t>
            </w:r>
          </w:p>
          <w:p w14:paraId="6B36A767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14:paraId="2AC10F4F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14:paraId="4B750AF6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64326139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BC8AA16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А Баскетбол </w:t>
            </w:r>
          </w:p>
          <w:p w14:paraId="5C31FAC9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Б Футбол </w:t>
            </w:r>
          </w:p>
          <w:p w14:paraId="046EE756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В Хоккей</w:t>
            </w:r>
          </w:p>
          <w:p w14:paraId="2DAD7A74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Г Теннис</w:t>
            </w:r>
          </w:p>
          <w:p w14:paraId="733F6E0F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5DDA" w:rsidRPr="001F3D40" w14:paraId="0A3AA321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2A6208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495DDA" w:rsidRPr="00495DDA" w14:paraId="596D3B1C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0690D26D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1.Выносливость</w:t>
            </w:r>
          </w:p>
          <w:p w14:paraId="7CE5643B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2.Сила</w:t>
            </w:r>
          </w:p>
          <w:p w14:paraId="074313F6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3.Гибкость</w:t>
            </w:r>
          </w:p>
          <w:p w14:paraId="336186D4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3F7E5147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 Лыжные гонки</w:t>
            </w:r>
          </w:p>
          <w:p w14:paraId="6C00D799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14:paraId="775BFB5E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14:paraId="1EC74FD8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Г. Футбол</w:t>
            </w:r>
          </w:p>
          <w:p w14:paraId="5F4ECD56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6D283B19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3B702CA3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5DDA" w:rsidRPr="00495DDA" w14:paraId="5B69B074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E818F7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9.Спортивная обувь </w:t>
            </w:r>
          </w:p>
        </w:tc>
      </w:tr>
      <w:tr w:rsidR="00495DDA" w:rsidRPr="001F3D40" w14:paraId="1309811D" w14:textId="77777777" w:rsidTr="00CD5400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00A34562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14:paraId="12A98204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14:paraId="0BED9CE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 кроссовки</w:t>
            </w:r>
          </w:p>
          <w:p w14:paraId="35A86FBE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19D3A1DB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6F517D6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 футбол</w:t>
            </w:r>
          </w:p>
          <w:p w14:paraId="63A05F4E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 хоккей</w:t>
            </w:r>
          </w:p>
          <w:p w14:paraId="1A752920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В .баскетбол</w:t>
            </w:r>
          </w:p>
          <w:p w14:paraId="1BB778C9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Г. биатлон</w:t>
            </w:r>
          </w:p>
          <w:p w14:paraId="68A1676C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5DDA" w:rsidRPr="00495DDA" w14:paraId="6592DB53" w14:textId="77777777" w:rsidTr="00CD5400">
        <w:tc>
          <w:tcPr>
            <w:tcW w:w="3686" w:type="dxa"/>
            <w:gridSpan w:val="2"/>
          </w:tcPr>
          <w:p w14:paraId="6EAAF812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2FFBAFC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5DDA" w:rsidRPr="00495DDA" w14:paraId="5354B92E" w14:textId="77777777" w:rsidTr="00CD5400">
        <w:tc>
          <w:tcPr>
            <w:tcW w:w="3686" w:type="dxa"/>
            <w:gridSpan w:val="2"/>
          </w:tcPr>
          <w:p w14:paraId="4DF4F94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4A0C423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5DDA" w:rsidRPr="00495DDA" w14:paraId="373204FB" w14:textId="77777777" w:rsidTr="00CD5400">
        <w:tc>
          <w:tcPr>
            <w:tcW w:w="3686" w:type="dxa"/>
            <w:gridSpan w:val="2"/>
          </w:tcPr>
          <w:p w14:paraId="7450EFF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6012401A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5DDA" w:rsidRPr="00495DDA" w14:paraId="36ED51E2" w14:textId="77777777" w:rsidTr="00CD5400">
        <w:tc>
          <w:tcPr>
            <w:tcW w:w="9639" w:type="dxa"/>
            <w:gridSpan w:val="4"/>
          </w:tcPr>
          <w:p w14:paraId="14F5DB5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………..</w:t>
            </w:r>
          </w:p>
        </w:tc>
      </w:tr>
    </w:tbl>
    <w:p w14:paraId="496B0F70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B3C0857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5DDA" w:rsidRPr="00495DDA" w14:paraId="6CF8FB8C" w14:textId="77777777" w:rsidTr="00CD5400">
        <w:tc>
          <w:tcPr>
            <w:tcW w:w="2694" w:type="dxa"/>
            <w:vAlign w:val="center"/>
          </w:tcPr>
          <w:p w14:paraId="3918C47A" w14:textId="77777777" w:rsidR="00495DDA" w:rsidRPr="00495DDA" w:rsidRDefault="00495DDA" w:rsidP="00495DDA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0636521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5DDA" w:rsidRPr="00495DDA" w14:paraId="5B10971D" w14:textId="77777777" w:rsidTr="00CD5400">
        <w:tc>
          <w:tcPr>
            <w:tcW w:w="2694" w:type="dxa"/>
          </w:tcPr>
          <w:p w14:paraId="26D721F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263F078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495DDA" w:rsidRPr="00495DDA" w14:paraId="77CE434A" w14:textId="77777777" w:rsidTr="00CD5400">
        <w:tc>
          <w:tcPr>
            <w:tcW w:w="2694" w:type="dxa"/>
          </w:tcPr>
          <w:p w14:paraId="268221E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695B8A1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495DDA" w:rsidRPr="00495DDA" w14:paraId="7A4E32FC" w14:textId="77777777" w:rsidTr="00CD5400">
        <w:tc>
          <w:tcPr>
            <w:tcW w:w="2694" w:type="dxa"/>
          </w:tcPr>
          <w:p w14:paraId="3EF8560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58095D5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495DDA" w:rsidRPr="00495DDA" w14:paraId="4830B103" w14:textId="77777777" w:rsidTr="00CD5400">
        <w:tc>
          <w:tcPr>
            <w:tcW w:w="2694" w:type="dxa"/>
          </w:tcPr>
          <w:p w14:paraId="2506D4B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121B9BB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495DDA" w:rsidRPr="00495DDA" w14:paraId="25149C60" w14:textId="77777777" w:rsidTr="00CD5400">
        <w:tc>
          <w:tcPr>
            <w:tcW w:w="2694" w:type="dxa"/>
          </w:tcPr>
          <w:p w14:paraId="0F03A68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5</w:t>
            </w:r>
          </w:p>
        </w:tc>
        <w:tc>
          <w:tcPr>
            <w:tcW w:w="3543" w:type="dxa"/>
          </w:tcPr>
          <w:p w14:paraId="1A17FB6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495DDA" w:rsidRPr="00495DDA" w14:paraId="799C269F" w14:textId="77777777" w:rsidTr="00CD5400">
        <w:tc>
          <w:tcPr>
            <w:tcW w:w="2694" w:type="dxa"/>
          </w:tcPr>
          <w:p w14:paraId="22BFCF5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338111F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495DDA" w:rsidRPr="00495DDA" w14:paraId="3BE71116" w14:textId="77777777" w:rsidTr="00CD5400">
        <w:tc>
          <w:tcPr>
            <w:tcW w:w="2694" w:type="dxa"/>
          </w:tcPr>
          <w:p w14:paraId="76828A6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0905BB1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495DDA" w:rsidRPr="00495DDA" w14:paraId="0C9E61A0" w14:textId="77777777" w:rsidTr="00CD5400">
        <w:tc>
          <w:tcPr>
            <w:tcW w:w="2694" w:type="dxa"/>
          </w:tcPr>
          <w:p w14:paraId="2A87478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2CF7A9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495DDA" w:rsidRPr="00495DDA" w14:paraId="4AEC9953" w14:textId="77777777" w:rsidTr="00CD5400">
        <w:tc>
          <w:tcPr>
            <w:tcW w:w="2694" w:type="dxa"/>
          </w:tcPr>
          <w:p w14:paraId="3313F32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1F6398E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495DDA" w:rsidRPr="00495DDA" w14:paraId="134B08FD" w14:textId="77777777" w:rsidTr="00CD5400">
        <w:tc>
          <w:tcPr>
            <w:tcW w:w="2694" w:type="dxa"/>
          </w:tcPr>
          <w:p w14:paraId="71C2D7B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5ADAB47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1"/>
    </w:tbl>
    <w:p w14:paraId="40A482C4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02395D2B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6DB7E46E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9"/>
        <w:gridCol w:w="23"/>
        <w:gridCol w:w="11"/>
        <w:gridCol w:w="3507"/>
        <w:gridCol w:w="3587"/>
      </w:tblGrid>
      <w:tr w:rsidR="00495DDA" w:rsidRPr="00495DDA" w14:paraId="2A78358B" w14:textId="77777777" w:rsidTr="00CD5400">
        <w:tc>
          <w:tcPr>
            <w:tcW w:w="2334" w:type="dxa"/>
          </w:tcPr>
          <w:p w14:paraId="42C3377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14:paraId="5632AE9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7161783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434E35F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5DDA" w:rsidRPr="00495DDA" w14:paraId="43AC8DD9" w14:textId="77777777" w:rsidTr="00CD5400">
        <w:tc>
          <w:tcPr>
            <w:tcW w:w="3686" w:type="dxa"/>
            <w:gridSpan w:val="3"/>
          </w:tcPr>
          <w:p w14:paraId="60AAEAEA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1802EF8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5DDA" w:rsidRPr="001F3D40" w14:paraId="36414425" w14:textId="77777777" w:rsidTr="00CD5400">
        <w:tc>
          <w:tcPr>
            <w:tcW w:w="3686" w:type="dxa"/>
            <w:gridSpan w:val="3"/>
          </w:tcPr>
          <w:p w14:paraId="4DCA9C5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70DBAB2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5DDA" w:rsidRPr="00495DDA" w14:paraId="633F4D54" w14:textId="77777777" w:rsidTr="00CD5400">
        <w:tc>
          <w:tcPr>
            <w:tcW w:w="3686" w:type="dxa"/>
            <w:gridSpan w:val="3"/>
          </w:tcPr>
          <w:p w14:paraId="00DFFE9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2C375ED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5DDA" w:rsidRPr="00495DDA" w14:paraId="7FD703ED" w14:textId="77777777" w:rsidTr="00CD5400">
        <w:tc>
          <w:tcPr>
            <w:tcW w:w="9639" w:type="dxa"/>
            <w:gridSpan w:val="5"/>
          </w:tcPr>
          <w:p w14:paraId="0E867D54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 родиной баскетбола?</w:t>
            </w:r>
          </w:p>
          <w:p w14:paraId="5882A73A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</w:t>
            </w:r>
          </w:p>
          <w:p w14:paraId="27564040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32EBAB78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14:paraId="161DFAB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17288D23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14:paraId="09BB29D8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14:paraId="6C410ACC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сила.</w:t>
            </w:r>
          </w:p>
          <w:p w14:paraId="16483151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14:paraId="6A98B7FB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19A86620" w14:textId="77777777" w:rsidTr="00CD5400">
        <w:tc>
          <w:tcPr>
            <w:tcW w:w="3686" w:type="dxa"/>
            <w:gridSpan w:val="3"/>
          </w:tcPr>
          <w:p w14:paraId="76BEA2F1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0A7DDD8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5DDA" w:rsidRPr="001F3D40" w14:paraId="43E01765" w14:textId="77777777" w:rsidTr="00CD5400">
        <w:tc>
          <w:tcPr>
            <w:tcW w:w="3686" w:type="dxa"/>
            <w:gridSpan w:val="3"/>
          </w:tcPr>
          <w:p w14:paraId="6C62AA8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0359D4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5DDA" w:rsidRPr="001F3D40" w14:paraId="3E2CB482" w14:textId="77777777" w:rsidTr="00CD5400">
        <w:tc>
          <w:tcPr>
            <w:tcW w:w="3686" w:type="dxa"/>
            <w:gridSpan w:val="3"/>
          </w:tcPr>
          <w:p w14:paraId="06EE4CA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7F0000D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5DDA" w:rsidRPr="00495DDA" w14:paraId="44C34D0B" w14:textId="77777777" w:rsidTr="00CD5400">
        <w:tc>
          <w:tcPr>
            <w:tcW w:w="9639" w:type="dxa"/>
            <w:gridSpan w:val="5"/>
            <w:tcBorders>
              <w:bottom w:val="nil"/>
            </w:tcBorders>
          </w:tcPr>
          <w:p w14:paraId="5415C3D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6207803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14:paraId="54CEF87A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14:paraId="231F3E22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14:paraId="009F61B7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14:paraId="7D746844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14:paraId="75D10125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14:paraId="6E25EB57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14:paraId="3FC24F08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C5ECB70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4.Условно различают 3 этапа в построении процесса освоения двигательного действия. Установите правильную последовательность:</w:t>
            </w:r>
          </w:p>
          <w:p w14:paraId="7BAF3FE1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14:paraId="0D32A3C9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14:paraId="6AC21209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14:paraId="323AD01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154CEC2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14:paraId="430B5A3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590107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Объёмы нагрузки: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Параметры частоты с.с.</w:t>
            </w:r>
          </w:p>
          <w:p w14:paraId="22D3CEE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 Небольшая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14:paraId="32B5B74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14:paraId="0044271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14:paraId="519B3A3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14:paraId="4B166DE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14:paraId="36826E0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3841A6FB" w14:textId="77777777" w:rsidTr="00CD5400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36F84A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5DDA" w:rsidRPr="00495DDA" w14:paraId="04F8FBB7" w14:textId="77777777" w:rsidTr="00CD5400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49AFC59F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73D47D0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69E32D6B" w14:textId="77777777" w:rsidTr="00CD5400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EDD466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5DDA" w:rsidRPr="00495DDA" w14:paraId="7B466FA6" w14:textId="77777777" w:rsidTr="00CD5400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4B5244B3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E22774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37FA4145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8362E7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1A23C90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495DDA" w:rsidRPr="001F3D40" w14:paraId="66F5999F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6A6CF8F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18754C1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495DDA" w:rsidRPr="001F3D40" w14:paraId="6978B4CD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7136597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E2D433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495DDA" w:rsidRPr="00495DDA" w14:paraId="339E1316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6BD072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CC8EFA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495DDA" w:rsidRPr="00495DDA" w14:paraId="4B6F8B04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24F08C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D10E009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495DDA" w:rsidRPr="001F3D40" w14:paraId="262B2540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134F8D0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83A0DA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495DDA" w:rsidRPr="00495DDA" w14:paraId="020A154D" w14:textId="77777777" w:rsidTr="00CD5400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6040D0B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1937C08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495DDA" w:rsidRPr="001F3D40" w14:paraId="02E7B348" w14:textId="77777777" w:rsidTr="00CD5400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57DFEF0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44E0F6D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7.</w:t>
            </w:r>
            <w:r w:rsidRPr="00495DDA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t xml:space="preserve"> 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14:paraId="056B9D0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14:paraId="0C7320F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14:paraId="37C4189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14:paraId="78EF4A0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14:paraId="0EF859E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14:paraId="689D6E3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14:paraId="7A99635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14:paraId="6985892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14:paraId="42EC6B9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495DDA" w:rsidRPr="001F3D40" w14:paraId="3D6220C7" w14:textId="77777777" w:rsidTr="00CD5400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0DD59292" w14:textId="77777777" w:rsidR="00495DDA" w:rsidRPr="00495DDA" w:rsidRDefault="00495DDA" w:rsidP="00495DDA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5564B478" w14:textId="77777777" w:rsidR="00495DDA" w:rsidRPr="00495DDA" w:rsidRDefault="00495DDA" w:rsidP="00495DDA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136C50BD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3F35AE03" w14:textId="77777777" w:rsidTr="00CD5400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78903C0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14:paraId="505B81D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14:paraId="61907F2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14:paraId="7F6ACC8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495DDA" w:rsidRPr="00495DDA" w14:paraId="74C75C86" w14:textId="77777777" w:rsidTr="00CD5400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096187E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7DA66D98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5DDA" w:rsidRPr="00495DDA" w14:paraId="059B47F1" w14:textId="77777777" w:rsidTr="00CD5400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F3567B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14:paraId="5ED85B4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14:paraId="2D337CE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1Синее  —  а. Америка.</w:t>
            </w:r>
          </w:p>
          <w:p w14:paraId="2B4C75C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2Красное —. Б. Европа</w:t>
            </w:r>
          </w:p>
          <w:p w14:paraId="2F4F196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14:paraId="088F450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14:paraId="7B584D5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495DDA" w:rsidRPr="00495DDA" w14:paraId="25D911D6" w14:textId="77777777" w:rsidTr="00CD5400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123937C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 xml:space="preserve">                             </w:t>
            </w:r>
            <w:r w:rsidRPr="00495DDA">
              <w:rPr>
                <w:rFonts w:eastAsia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3CDDD8F5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5DDA" w:rsidRPr="00495DDA" w14:paraId="1820C027" w14:textId="77777777" w:rsidTr="00CD5400">
        <w:tc>
          <w:tcPr>
            <w:tcW w:w="4678" w:type="dxa"/>
            <w:gridSpan w:val="3"/>
          </w:tcPr>
          <w:p w14:paraId="138E08A0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14:paraId="4AED9959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5DDA" w:rsidRPr="00495DDA" w14:paraId="1F2677E0" w14:textId="77777777" w:rsidTr="00CD5400">
        <w:tc>
          <w:tcPr>
            <w:tcW w:w="4678" w:type="dxa"/>
            <w:gridSpan w:val="3"/>
          </w:tcPr>
          <w:p w14:paraId="3B78635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14:paraId="148721C0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5DDA" w:rsidRPr="00495DDA" w14:paraId="70A7BF31" w14:textId="77777777" w:rsidTr="00CD5400">
        <w:tc>
          <w:tcPr>
            <w:tcW w:w="4678" w:type="dxa"/>
            <w:gridSpan w:val="3"/>
          </w:tcPr>
          <w:p w14:paraId="21D19DE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14:paraId="01A34C03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5DDA" w:rsidRPr="001F3D40" w14:paraId="40FFCC41" w14:textId="77777777" w:rsidTr="00CD5400">
        <w:tc>
          <w:tcPr>
            <w:tcW w:w="9639" w:type="dxa"/>
            <w:gridSpan w:val="5"/>
          </w:tcPr>
          <w:p w14:paraId="6E5EAC2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10.Кроль на груди это самый ……. стиль плавания.</w:t>
            </w:r>
          </w:p>
        </w:tc>
      </w:tr>
    </w:tbl>
    <w:p w14:paraId="304BC357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65919F65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5DDA" w:rsidRPr="00495DDA" w14:paraId="0907D6A2" w14:textId="77777777" w:rsidTr="00CD5400">
        <w:tc>
          <w:tcPr>
            <w:tcW w:w="2694" w:type="dxa"/>
            <w:vAlign w:val="center"/>
          </w:tcPr>
          <w:p w14:paraId="1E9CC7C6" w14:textId="77777777" w:rsidR="00495DDA" w:rsidRPr="00495DDA" w:rsidRDefault="00495DDA" w:rsidP="00495DDA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7FA8C7D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5DDA" w:rsidRPr="00495DDA" w14:paraId="11C84F83" w14:textId="77777777" w:rsidTr="00CD5400">
        <w:tc>
          <w:tcPr>
            <w:tcW w:w="2694" w:type="dxa"/>
          </w:tcPr>
          <w:p w14:paraId="0CC1AFA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7D7BCF3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495DDA" w:rsidRPr="00495DDA" w14:paraId="2D196384" w14:textId="77777777" w:rsidTr="00CD5400">
        <w:tc>
          <w:tcPr>
            <w:tcW w:w="2694" w:type="dxa"/>
          </w:tcPr>
          <w:p w14:paraId="4C9F1DC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0F46E05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495DDA" w:rsidRPr="00495DDA" w14:paraId="66E8B39C" w14:textId="77777777" w:rsidTr="00CD5400">
        <w:tc>
          <w:tcPr>
            <w:tcW w:w="2694" w:type="dxa"/>
          </w:tcPr>
          <w:p w14:paraId="420B86B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4F3CB49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б е д  а в </w:t>
            </w:r>
          </w:p>
        </w:tc>
      </w:tr>
      <w:tr w:rsidR="00495DDA" w:rsidRPr="00495DDA" w14:paraId="4302807C" w14:textId="77777777" w:rsidTr="00CD5400">
        <w:tc>
          <w:tcPr>
            <w:tcW w:w="2694" w:type="dxa"/>
          </w:tcPr>
          <w:p w14:paraId="083F4EB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7FBAF97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бва</w:t>
            </w:r>
          </w:p>
        </w:tc>
      </w:tr>
      <w:tr w:rsidR="00495DDA" w:rsidRPr="00495DDA" w14:paraId="72A638B4" w14:textId="77777777" w:rsidTr="00CD5400">
        <w:tc>
          <w:tcPr>
            <w:tcW w:w="2694" w:type="dxa"/>
          </w:tcPr>
          <w:p w14:paraId="5207FEE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5</w:t>
            </w:r>
          </w:p>
        </w:tc>
        <w:tc>
          <w:tcPr>
            <w:tcW w:w="3543" w:type="dxa"/>
          </w:tcPr>
          <w:p w14:paraId="17CB707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495DDA" w:rsidRPr="00495DDA" w14:paraId="28EE7EF4" w14:textId="77777777" w:rsidTr="00CD5400">
        <w:tc>
          <w:tcPr>
            <w:tcW w:w="2694" w:type="dxa"/>
          </w:tcPr>
          <w:p w14:paraId="6DDA496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6A3FB42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495DDA" w:rsidRPr="00495DDA" w14:paraId="2EB8A0DD" w14:textId="77777777" w:rsidTr="00CD5400">
        <w:tc>
          <w:tcPr>
            <w:tcW w:w="2694" w:type="dxa"/>
          </w:tcPr>
          <w:p w14:paraId="6089211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07C86AD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г д в а е з ж ё </w:t>
            </w:r>
          </w:p>
        </w:tc>
      </w:tr>
      <w:tr w:rsidR="00495DDA" w:rsidRPr="00495DDA" w14:paraId="30AE9735" w14:textId="77777777" w:rsidTr="00CD5400">
        <w:tc>
          <w:tcPr>
            <w:tcW w:w="2694" w:type="dxa"/>
          </w:tcPr>
          <w:p w14:paraId="7C000C6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8E9E97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495DDA" w:rsidRPr="00495DDA" w14:paraId="2931A5A2" w14:textId="77777777" w:rsidTr="00CD5400">
        <w:tc>
          <w:tcPr>
            <w:tcW w:w="2694" w:type="dxa"/>
          </w:tcPr>
          <w:p w14:paraId="34EB945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4CA6770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495DDA" w:rsidRPr="00495DDA" w14:paraId="5F22688C" w14:textId="77777777" w:rsidTr="00CD5400">
        <w:tc>
          <w:tcPr>
            <w:tcW w:w="2694" w:type="dxa"/>
          </w:tcPr>
          <w:p w14:paraId="70ABFA0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10A32DD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14:paraId="46119BB9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C8FF262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29525BD7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495DDA" w:rsidRPr="00495DDA" w14:paraId="3D717D17" w14:textId="77777777" w:rsidTr="00CD5400">
        <w:tc>
          <w:tcPr>
            <w:tcW w:w="2334" w:type="dxa"/>
          </w:tcPr>
          <w:p w14:paraId="579A107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14:paraId="4C76520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14:paraId="723614E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1FCE03B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495DDA" w:rsidRPr="00495DDA" w14:paraId="5346F42C" w14:textId="77777777" w:rsidTr="00CD5400">
        <w:tc>
          <w:tcPr>
            <w:tcW w:w="4820" w:type="dxa"/>
            <w:gridSpan w:val="2"/>
          </w:tcPr>
          <w:p w14:paraId="45D8ADA0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2489BDE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495DDA" w:rsidRPr="001F3D40" w14:paraId="75B006BD" w14:textId="77777777" w:rsidTr="00CD5400">
        <w:tc>
          <w:tcPr>
            <w:tcW w:w="4820" w:type="dxa"/>
            <w:gridSpan w:val="2"/>
          </w:tcPr>
          <w:p w14:paraId="6412311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28F26240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495DDA" w:rsidRPr="00495DDA" w14:paraId="23F23F5E" w14:textId="77777777" w:rsidTr="00CD5400">
        <w:tc>
          <w:tcPr>
            <w:tcW w:w="4820" w:type="dxa"/>
            <w:gridSpan w:val="2"/>
          </w:tcPr>
          <w:p w14:paraId="7CFF8A86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72723F4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495DDA" w:rsidRPr="00495DDA" w14:paraId="6B9AD889" w14:textId="77777777" w:rsidTr="00CD5400">
        <w:tc>
          <w:tcPr>
            <w:tcW w:w="9639" w:type="dxa"/>
            <w:gridSpan w:val="4"/>
          </w:tcPr>
          <w:p w14:paraId="1F75B205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При малоподвижном образе жизни?</w:t>
            </w:r>
          </w:p>
          <w:p w14:paraId="013B3E7D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14:paraId="58D8FEA0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14:paraId="17AD2954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В. </w:t>
            </w: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14:paraId="69173B5A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3B4CE29B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14:paraId="0F9E3844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14:paraId="43E14805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  <w:r w:rsidRPr="00495DDA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14:paraId="3494ADF3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14:paraId="46E21DB7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306EC104" w14:textId="77777777" w:rsidTr="00CD5400">
        <w:tc>
          <w:tcPr>
            <w:tcW w:w="4820" w:type="dxa"/>
            <w:gridSpan w:val="2"/>
          </w:tcPr>
          <w:p w14:paraId="2E71DE8E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6173BEE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495DDA" w:rsidRPr="001F3D40" w14:paraId="2D97119F" w14:textId="77777777" w:rsidTr="00CD5400">
        <w:tc>
          <w:tcPr>
            <w:tcW w:w="4820" w:type="dxa"/>
            <w:gridSpan w:val="2"/>
          </w:tcPr>
          <w:p w14:paraId="23EF72EC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3418919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495DDA" w:rsidRPr="001F3D40" w14:paraId="517F2B1D" w14:textId="77777777" w:rsidTr="00CD5400">
        <w:tc>
          <w:tcPr>
            <w:tcW w:w="4820" w:type="dxa"/>
            <w:gridSpan w:val="2"/>
          </w:tcPr>
          <w:p w14:paraId="178BD59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6A8D804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495DDA" w:rsidRPr="001F3D40" w14:paraId="706236F1" w14:textId="77777777" w:rsidTr="00CD5400">
        <w:tc>
          <w:tcPr>
            <w:tcW w:w="9639" w:type="dxa"/>
            <w:gridSpan w:val="4"/>
            <w:tcBorders>
              <w:bottom w:val="nil"/>
            </w:tcBorders>
          </w:tcPr>
          <w:p w14:paraId="16A5D30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29D5EB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14:paraId="1A46EAD9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14:paraId="2DAC370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14:paraId="42C74010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14:paraId="70F174B6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14:paraId="7A174E38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14:paraId="6B20ADF5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14:paraId="5FBE7455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2881C31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14:paraId="1526E80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14:paraId="10A0531A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1A0B7E7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14:paraId="3DBC003F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4E5557ED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2E2B56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соответствие :</w:t>
            </w:r>
          </w:p>
        </w:tc>
      </w:tr>
      <w:tr w:rsidR="00495DDA" w:rsidRPr="00495DDA" w14:paraId="0D77E9C3" w14:textId="77777777" w:rsidTr="00CD5400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B1B0B72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14:paraId="1792F7EC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14:paraId="7C3DD499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14:paraId="6B11F6CD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2B36152E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А. 1911 г.</w:t>
            </w:r>
          </w:p>
          <w:p w14:paraId="54D73F2E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/>
              </w:rPr>
              <w:t>Б.  1894 г.</w:t>
            </w:r>
          </w:p>
          <w:p w14:paraId="609FADC3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766 г до н.э.</w:t>
            </w:r>
          </w:p>
          <w:p w14:paraId="68D9FAD0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495DDA" w:rsidRPr="00495DDA" w14:paraId="25300EF6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C4F9C6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495DDA" w:rsidRPr="001F3D40" w14:paraId="7479DA5E" w14:textId="77777777" w:rsidTr="00CD5400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FBAAA4A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 волейбол</w:t>
            </w:r>
          </w:p>
          <w:p w14:paraId="7723B830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14:paraId="305E0B70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</w:t>
            </w:r>
          </w:p>
          <w:p w14:paraId="22E9A739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78C0FFE2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14:paraId="1F257A90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Б) Ч. Бакстер</w:t>
            </w:r>
          </w:p>
          <w:p w14:paraId="7BDBAAB8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Д. Нейсмит </w:t>
            </w:r>
          </w:p>
          <w:p w14:paraId="35314ED4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Г) А. Смит</w:t>
            </w:r>
          </w:p>
          <w:p w14:paraId="3FA9E9C4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082CBDF2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1BB440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495DDA" w:rsidRPr="001F3D40" w14:paraId="4C15DF94" w14:textId="77777777" w:rsidTr="00CD5400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77FAFC1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 сила</w:t>
            </w:r>
          </w:p>
          <w:p w14:paraId="38864A7C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14:paraId="12E4374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3.быстрота</w:t>
            </w:r>
          </w:p>
          <w:p w14:paraId="5828D25D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4.гибкость</w:t>
            </w:r>
          </w:p>
          <w:p w14:paraId="311B2F80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14:paraId="7AFA02AF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445F4D3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а) выполнение движений большой амплитудой.</w:t>
            </w:r>
          </w:p>
          <w:p w14:paraId="6ACE293A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14:paraId="02108977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14:paraId="4F764337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14:paraId="06FD7C8A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сопротивление или противодействовать ему за счет</w:t>
            </w:r>
          </w:p>
          <w:p w14:paraId="459F5F4C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14:paraId="0E17C40C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г) способность противостоять физическому</w:t>
            </w:r>
          </w:p>
          <w:p w14:paraId="40C8C73E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утомлению в процессе мышечной деятельности.</w:t>
            </w:r>
          </w:p>
          <w:p w14:paraId="719068EA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495DDA" w:rsidRPr="00495DDA" w14:paraId="6F041EFA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E2F134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8.Установите соответствие между:</w:t>
            </w:r>
          </w:p>
        </w:tc>
      </w:tr>
      <w:tr w:rsidR="00495DDA" w:rsidRPr="00495DDA" w14:paraId="3C34583D" w14:textId="77777777" w:rsidTr="00CD5400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0C254B0B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14:paraId="0DBC9FF8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14:paraId="18519EB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14:paraId="0E41F5F3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14:paraId="1385123E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14:paraId="7319996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</w:t>
            </w: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       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Е) бросок через</w:t>
            </w:r>
            <w:r w:rsidRPr="00495DDA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бедро</w:t>
            </w:r>
            <w:r w:rsidRPr="00495DDA">
              <w:rPr>
                <w:rFonts w:eastAsia="Times New Roman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381E1BAB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14:paraId="76184BA8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14:paraId="1D1B5263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495DDA" w:rsidRPr="00495DDA" w14:paraId="499A31C9" w14:textId="77777777" w:rsidTr="00CD5400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F29DF7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  <w:p w14:paraId="446DF69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495DDA" w:rsidRPr="00495DDA" w14:paraId="7CE0F009" w14:textId="77777777" w:rsidTr="00CD5400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B74BC91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1. тромбоциты</w:t>
            </w:r>
          </w:p>
          <w:p w14:paraId="0872EAA2" w14:textId="77777777" w:rsidR="00495DDA" w:rsidRPr="00495DDA" w:rsidRDefault="00495DDA" w:rsidP="00495DDA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2.эритроциты</w:t>
            </w:r>
          </w:p>
          <w:p w14:paraId="3BA0082B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14:paraId="05661FC2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39DD098D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А белые</w:t>
            </w:r>
          </w:p>
          <w:p w14:paraId="6FC44946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б. красные</w:t>
            </w:r>
          </w:p>
          <w:p w14:paraId="583C0793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в. бесцветные</w:t>
            </w:r>
          </w:p>
          <w:p w14:paraId="11FB8A11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14:paraId="79EC64B8" w14:textId="77777777" w:rsidR="00495DDA" w:rsidRPr="00495DDA" w:rsidRDefault="00495DDA" w:rsidP="00495DDA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495DDA" w:rsidRPr="00495DDA" w14:paraId="740600ED" w14:textId="77777777" w:rsidTr="00CD5400">
        <w:tc>
          <w:tcPr>
            <w:tcW w:w="4820" w:type="dxa"/>
            <w:gridSpan w:val="2"/>
          </w:tcPr>
          <w:p w14:paraId="5C657996" w14:textId="77777777" w:rsidR="00495DDA" w:rsidRPr="00495DDA" w:rsidRDefault="00495DDA" w:rsidP="00495DDA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3BF6541F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495DDA" w:rsidRPr="00495DDA" w14:paraId="33836519" w14:textId="77777777" w:rsidTr="00CD5400">
        <w:tc>
          <w:tcPr>
            <w:tcW w:w="4820" w:type="dxa"/>
            <w:gridSpan w:val="2"/>
          </w:tcPr>
          <w:p w14:paraId="255E71D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33432F89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495DDA" w:rsidRPr="00495DDA" w14:paraId="4CB788AD" w14:textId="77777777" w:rsidTr="00CD5400">
        <w:tc>
          <w:tcPr>
            <w:tcW w:w="4820" w:type="dxa"/>
            <w:gridSpan w:val="2"/>
          </w:tcPr>
          <w:p w14:paraId="52CA511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3696A7FE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495DDA" w:rsidRPr="00495DDA" w14:paraId="3D080F45" w14:textId="77777777" w:rsidTr="00CD5400">
        <w:tc>
          <w:tcPr>
            <w:tcW w:w="9639" w:type="dxa"/>
            <w:gridSpan w:val="4"/>
          </w:tcPr>
          <w:p w14:paraId="380320AD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10.</w:t>
            </w: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Нарушение функции конечности, сильная боль при попытке</w:t>
            </w:r>
          </w:p>
          <w:p w14:paraId="6B095FCA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14:paraId="61ACCB8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14:paraId="793EAA1F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4116237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9F1DB07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E6C8FE8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15D9947F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57227E1D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495DDA" w:rsidRPr="00495DDA" w14:paraId="45FD1D9C" w14:textId="77777777" w:rsidTr="00CD5400">
        <w:tc>
          <w:tcPr>
            <w:tcW w:w="2694" w:type="dxa"/>
            <w:vAlign w:val="center"/>
          </w:tcPr>
          <w:p w14:paraId="614CFE4B" w14:textId="77777777" w:rsidR="00495DDA" w:rsidRPr="00495DDA" w:rsidRDefault="00495DDA" w:rsidP="00495DDA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61C4625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495DDA" w:rsidRPr="00495DDA" w14:paraId="00D30B7E" w14:textId="77777777" w:rsidTr="00CD5400">
        <w:tc>
          <w:tcPr>
            <w:tcW w:w="2694" w:type="dxa"/>
          </w:tcPr>
          <w:p w14:paraId="1A65D57F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4FBC2B3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495DDA" w:rsidRPr="00495DDA" w14:paraId="0F0EEE4C" w14:textId="77777777" w:rsidTr="00CD5400">
        <w:tc>
          <w:tcPr>
            <w:tcW w:w="2694" w:type="dxa"/>
          </w:tcPr>
          <w:p w14:paraId="3B6C95D3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4FBC8A3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495DDA" w:rsidRPr="00495DDA" w14:paraId="0A3FA051" w14:textId="77777777" w:rsidTr="00CD5400">
        <w:tc>
          <w:tcPr>
            <w:tcW w:w="2694" w:type="dxa"/>
          </w:tcPr>
          <w:p w14:paraId="4AD8815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6EE60AF7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а в д  е б </w:t>
            </w:r>
          </w:p>
        </w:tc>
      </w:tr>
      <w:tr w:rsidR="00495DDA" w:rsidRPr="00495DDA" w14:paraId="43AFB210" w14:textId="77777777" w:rsidTr="00CD5400">
        <w:tc>
          <w:tcPr>
            <w:tcW w:w="2694" w:type="dxa"/>
          </w:tcPr>
          <w:p w14:paraId="45F5FD32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08FF42B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495DDA" w:rsidRPr="00495DDA" w14:paraId="7CF320FF" w14:textId="77777777" w:rsidTr="00CD5400">
        <w:tc>
          <w:tcPr>
            <w:tcW w:w="2694" w:type="dxa"/>
          </w:tcPr>
          <w:p w14:paraId="464ED725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59A07D4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495DDA" w:rsidRPr="00495DDA" w14:paraId="43DB3A97" w14:textId="77777777" w:rsidTr="00CD5400">
        <w:tc>
          <w:tcPr>
            <w:tcW w:w="2694" w:type="dxa"/>
          </w:tcPr>
          <w:p w14:paraId="1645E1C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11F374F9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495DDA" w:rsidRPr="00495DDA" w14:paraId="33DEBDC2" w14:textId="77777777" w:rsidTr="00CD5400">
        <w:tc>
          <w:tcPr>
            <w:tcW w:w="2694" w:type="dxa"/>
          </w:tcPr>
          <w:p w14:paraId="4C638D4B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2230594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495DDA" w:rsidRPr="00495DDA" w14:paraId="4706050C" w14:textId="77777777" w:rsidTr="00CD5400">
        <w:tc>
          <w:tcPr>
            <w:tcW w:w="2694" w:type="dxa"/>
          </w:tcPr>
          <w:p w14:paraId="03228CB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5F7C84F8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495DDA" w:rsidRPr="00495DDA" w14:paraId="70969B2F" w14:textId="77777777" w:rsidTr="00CD5400">
        <w:tc>
          <w:tcPr>
            <w:tcW w:w="2694" w:type="dxa"/>
          </w:tcPr>
          <w:p w14:paraId="4CFC7DDE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0D7585B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495DDA" w:rsidRPr="00495DDA" w14:paraId="2DD9E5C4" w14:textId="77777777" w:rsidTr="00CD5400">
        <w:tc>
          <w:tcPr>
            <w:tcW w:w="2694" w:type="dxa"/>
          </w:tcPr>
          <w:p w14:paraId="5CCC49A4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24320441" w14:textId="77777777" w:rsidR="00495DDA" w:rsidRPr="00495DDA" w:rsidRDefault="00495DDA" w:rsidP="00495DD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14:paraId="1B5053DE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73AE1FF2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495DDA" w:rsidRPr="00495DDA" w14:paraId="4B3422A5" w14:textId="77777777" w:rsidTr="00CD5400">
        <w:tc>
          <w:tcPr>
            <w:tcW w:w="2552" w:type="dxa"/>
            <w:vAlign w:val="center"/>
          </w:tcPr>
          <w:p w14:paraId="7A0C7ED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3969" w:type="dxa"/>
            <w:vAlign w:val="center"/>
          </w:tcPr>
          <w:p w14:paraId="4C6C29D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14:paraId="6C8F296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495DDA" w:rsidRPr="001F3D40" w14:paraId="1A683A77" w14:textId="77777777" w:rsidTr="00CD5400">
        <w:tc>
          <w:tcPr>
            <w:tcW w:w="2552" w:type="dxa"/>
            <w:vMerge w:val="restart"/>
          </w:tcPr>
          <w:p w14:paraId="2A21DFB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14:paraId="708F7BA4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14:paraId="4B872376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495DDA" w:rsidRPr="00495DDA" w14:paraId="54BD4FDC" w14:textId="77777777" w:rsidTr="00CD5400">
        <w:tc>
          <w:tcPr>
            <w:tcW w:w="2552" w:type="dxa"/>
            <w:vMerge/>
          </w:tcPr>
          <w:p w14:paraId="2B979D7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72813EA3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 последовательности /</w:t>
            </w:r>
          </w:p>
          <w:p w14:paraId="634CF3F1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14:paraId="1A3740C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495DDA" w:rsidRPr="00495DDA" w14:paraId="07815B20" w14:textId="77777777" w:rsidTr="00CD5400">
        <w:tc>
          <w:tcPr>
            <w:tcW w:w="2552" w:type="dxa"/>
            <w:vMerge/>
          </w:tcPr>
          <w:p w14:paraId="7DAD99E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07F59A0C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74236625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0D128498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1A75651B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24B484E4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3C5AEEA1" w14:textId="77777777" w:rsidR="00495DDA" w:rsidRPr="00495DDA" w:rsidRDefault="00495DDA" w:rsidP="00495DDA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495DDA" w:rsidRPr="001F3D40" w14:paraId="4E6ED4BD" w14:textId="77777777" w:rsidTr="00CD5400">
        <w:tc>
          <w:tcPr>
            <w:tcW w:w="2552" w:type="dxa"/>
          </w:tcPr>
          <w:p w14:paraId="08919CC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14:paraId="5538B3C5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с выбором одного/нескольких ответов; на </w:t>
            </w: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>установление последовательности /</w:t>
            </w:r>
          </w:p>
          <w:p w14:paraId="7B5563DB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14:paraId="15E4B9DA" w14:textId="77777777" w:rsidR="00495DDA" w:rsidRPr="00495DDA" w:rsidRDefault="00495DDA" w:rsidP="00495DDA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02BAAC40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 xml:space="preserve">Допущены ошибки или ответ </w:t>
            </w: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lastRenderedPageBreak/>
              <w:t>отсутствует</w:t>
            </w:r>
          </w:p>
        </w:tc>
      </w:tr>
    </w:tbl>
    <w:p w14:paraId="0CE42710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27BB5779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495DDA">
        <w:rPr>
          <w:rFonts w:eastAsia="Calibri" w:cs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495DDA" w:rsidRPr="00495DDA" w14:paraId="777D94F3" w14:textId="77777777" w:rsidTr="00CD5400">
        <w:tc>
          <w:tcPr>
            <w:tcW w:w="4927" w:type="dxa"/>
          </w:tcPr>
          <w:p w14:paraId="59177B72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14:paraId="74E7B0F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495DDA" w:rsidRPr="00495DDA" w14:paraId="3BCDDAE2" w14:textId="77777777" w:rsidTr="00CD5400">
        <w:tc>
          <w:tcPr>
            <w:tcW w:w="4927" w:type="dxa"/>
          </w:tcPr>
          <w:p w14:paraId="27C83394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14:paraId="466F6DA3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495DDA" w:rsidRPr="00495DDA" w14:paraId="4835EDE2" w14:textId="77777777" w:rsidTr="00CD5400">
        <w:tc>
          <w:tcPr>
            <w:tcW w:w="4927" w:type="dxa"/>
          </w:tcPr>
          <w:p w14:paraId="6352F3AE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14:paraId="005B436A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495DDA" w:rsidRPr="00495DDA" w14:paraId="2DCF6620" w14:textId="77777777" w:rsidTr="00CD5400">
        <w:tc>
          <w:tcPr>
            <w:tcW w:w="4927" w:type="dxa"/>
          </w:tcPr>
          <w:p w14:paraId="57F3CFAB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14:paraId="3F72AFC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495DDA" w:rsidRPr="00495DDA" w14:paraId="362A758E" w14:textId="77777777" w:rsidTr="00CD5400">
        <w:tc>
          <w:tcPr>
            <w:tcW w:w="4927" w:type="dxa"/>
          </w:tcPr>
          <w:p w14:paraId="088DAFDF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14:paraId="3EA0B41C" w14:textId="77777777" w:rsidR="00495DDA" w:rsidRPr="00495DDA" w:rsidRDefault="00495DDA" w:rsidP="00495DDA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495DDA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14:paraId="15ECAB32" w14:textId="77777777" w:rsidR="00495DDA" w:rsidRPr="00495DDA" w:rsidRDefault="00495DDA" w:rsidP="00495DDA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14:paraId="33705224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495DDA">
        <w:rPr>
          <w:rFonts w:eastAsia="Calibri" w:cs="Times New Roman"/>
          <w:sz w:val="20"/>
          <w:szCs w:val="20"/>
          <w:lang w:val="ru-RU" w:eastAsia="ru-RU"/>
        </w:rPr>
        <w:t>Составитель:</w:t>
      </w:r>
    </w:p>
    <w:p w14:paraId="770BF2A9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495DDA">
        <w:rPr>
          <w:rFonts w:eastAsia="Calibri" w:cs="Times New Roman"/>
          <w:sz w:val="20"/>
          <w:szCs w:val="20"/>
          <w:lang w:val="ru-RU" w:eastAsia="ru-RU"/>
        </w:rPr>
        <w:t>Д.А. Галин,  старший преподаватель кафедры ЭБЖиФ.               _______________________</w:t>
      </w:r>
      <w:r w:rsidRPr="00495DDA">
        <w:rPr>
          <w:rFonts w:eastAsia="Calibri" w:cs="Times New Roman"/>
          <w:sz w:val="20"/>
          <w:szCs w:val="20"/>
          <w:lang w:val="ru-RU" w:eastAsia="ru-RU"/>
        </w:rPr>
        <w:tab/>
      </w:r>
    </w:p>
    <w:p w14:paraId="20693774" w14:textId="77777777" w:rsidR="00495DDA" w:rsidRPr="00495DDA" w:rsidRDefault="00495DDA" w:rsidP="00495DDA">
      <w:pPr>
        <w:spacing w:line="240" w:lineRule="auto"/>
        <w:jc w:val="both"/>
        <w:rPr>
          <w:rFonts w:eastAsia="Calibri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495DDA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  <w:t xml:space="preserve"> </w:t>
      </w:r>
    </w:p>
    <w:p w14:paraId="7F8132EE" w14:textId="77777777" w:rsidR="00495DDA" w:rsidRPr="00495DDA" w:rsidRDefault="00495DDA" w:rsidP="00495DD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>
        <w:rPr>
          <w:rFonts w:eastAsia="Calibri" w:cs="Times New Roman"/>
          <w:sz w:val="20"/>
          <w:szCs w:val="20"/>
          <w:lang w:val="ru-RU" w:eastAsia="ru-RU"/>
        </w:rPr>
        <w:t>«21» ноября  2025</w:t>
      </w:r>
      <w:r w:rsidRPr="00495DDA">
        <w:rPr>
          <w:rFonts w:eastAsia="Calibri" w:cs="Times New Roman"/>
          <w:sz w:val="20"/>
          <w:szCs w:val="20"/>
          <w:lang w:val="ru-RU" w:eastAsia="ru-RU"/>
        </w:rPr>
        <w:t xml:space="preserve"> г.</w:t>
      </w:r>
    </w:p>
    <w:p w14:paraId="1A8BD3D7" w14:textId="77777777" w:rsidR="00495DDA" w:rsidRPr="00495DDA" w:rsidRDefault="00495DDA">
      <w:pPr>
        <w:rPr>
          <w:lang w:val="ru-RU"/>
        </w:rPr>
      </w:pPr>
    </w:p>
    <w:sectPr w:rsidR="00495DDA" w:rsidRPr="00495DDA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790242353">
    <w:abstractNumId w:val="8"/>
  </w:num>
  <w:num w:numId="2" w16cid:durableId="1292126033">
    <w:abstractNumId w:val="6"/>
  </w:num>
  <w:num w:numId="3" w16cid:durableId="138740093">
    <w:abstractNumId w:val="5"/>
  </w:num>
  <w:num w:numId="4" w16cid:durableId="1825776684">
    <w:abstractNumId w:val="4"/>
  </w:num>
  <w:num w:numId="5" w16cid:durableId="532809391">
    <w:abstractNumId w:val="7"/>
  </w:num>
  <w:num w:numId="6" w16cid:durableId="1185940400">
    <w:abstractNumId w:val="3"/>
  </w:num>
  <w:num w:numId="7" w16cid:durableId="888688630">
    <w:abstractNumId w:val="2"/>
  </w:num>
  <w:num w:numId="8" w16cid:durableId="1244222134">
    <w:abstractNumId w:val="1"/>
  </w:num>
  <w:num w:numId="9" w16cid:durableId="1464882363">
    <w:abstractNumId w:val="0"/>
  </w:num>
  <w:num w:numId="10" w16cid:durableId="883567348">
    <w:abstractNumId w:val="12"/>
  </w:num>
  <w:num w:numId="11" w16cid:durableId="938871444">
    <w:abstractNumId w:val="13"/>
  </w:num>
  <w:num w:numId="12" w16cid:durableId="1194416939">
    <w:abstractNumId w:val="17"/>
  </w:num>
  <w:num w:numId="13" w16cid:durableId="607470227">
    <w:abstractNumId w:val="18"/>
  </w:num>
  <w:num w:numId="14" w16cid:durableId="120851299">
    <w:abstractNumId w:val="15"/>
  </w:num>
  <w:num w:numId="15" w16cid:durableId="955022526">
    <w:abstractNumId w:val="14"/>
  </w:num>
  <w:num w:numId="16" w16cid:durableId="585530084">
    <w:abstractNumId w:val="20"/>
  </w:num>
  <w:num w:numId="17" w16cid:durableId="2045934550">
    <w:abstractNumId w:val="11"/>
  </w:num>
  <w:num w:numId="18" w16cid:durableId="78141527">
    <w:abstractNumId w:val="10"/>
  </w:num>
  <w:num w:numId="19" w16cid:durableId="2118520335">
    <w:abstractNumId w:val="9"/>
  </w:num>
  <w:num w:numId="20" w16cid:durableId="1672218397">
    <w:abstractNumId w:val="19"/>
  </w:num>
  <w:num w:numId="21" w16cid:durableId="11973538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3D40"/>
    <w:rsid w:val="0029639D"/>
    <w:rsid w:val="00310DF4"/>
    <w:rsid w:val="00326F90"/>
    <w:rsid w:val="003570D2"/>
    <w:rsid w:val="00495DDA"/>
    <w:rsid w:val="004A0EE9"/>
    <w:rsid w:val="00AA1D8D"/>
    <w:rsid w:val="00B2628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6F7B8E"/>
  <w14:defaultImageDpi w14:val="300"/>
  <w15:docId w15:val="{7FC4E85E-1D6F-4D12-9223-C7AC9F3DA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semiHidden/>
    <w:rsid w:val="00495DDA"/>
  </w:style>
  <w:style w:type="table" w:customStyle="1" w:styleId="15">
    <w:name w:val="Сетка таблицы1"/>
    <w:basedOn w:val="a3"/>
    <w:next w:val="aff0"/>
    <w:rsid w:val="00495D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7AB57C-BDD7-4EF7-9F43-BACC3249A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17</Pages>
  <Words>3621</Words>
  <Characters>20646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 А. Никифорова</cp:lastModifiedBy>
  <cp:revision>6</cp:revision>
  <dcterms:created xsi:type="dcterms:W3CDTF">2013-12-23T23:15:00Z</dcterms:created>
  <dcterms:modified xsi:type="dcterms:W3CDTF">2026-05-26T04:07:00Z</dcterms:modified>
  <cp:category/>
</cp:coreProperties>
</file>