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FFF" w:rsidRPr="00650537" w:rsidRDefault="00777225">
      <w:pPr>
        <w:spacing w:line="240" w:lineRule="auto"/>
        <w:jc w:val="center"/>
        <w:rPr>
          <w:lang w:val="ru-RU"/>
        </w:rPr>
      </w:pPr>
      <w:r w:rsidRPr="00650537">
        <w:rPr>
          <w:sz w:val="20"/>
          <w:lang w:val="ru-RU"/>
        </w:rPr>
        <w:t>МИНИСТЕРСТВО НАУКИ И ВЫСШЕГО ОБРАЗОВАНИЯ РОССИЙСКОЙ ФЕДЕРАЦИИ</w:t>
      </w:r>
    </w:p>
    <w:p w:rsidR="000A4FFF" w:rsidRPr="00650537" w:rsidRDefault="00777225">
      <w:pPr>
        <w:spacing w:line="240" w:lineRule="auto"/>
        <w:jc w:val="center"/>
        <w:rPr>
          <w:lang w:val="ru-RU"/>
        </w:rPr>
      </w:pPr>
      <w:r w:rsidRPr="00650537">
        <w:rPr>
          <w:lang w:val="ru-RU"/>
        </w:rPr>
        <w:br/>
        <w:t>ФЕДЕРАЛЬНОЕ ГОСУДАРСТВЕННОЕ БЮДЖЕТНОЕ</w:t>
      </w:r>
      <w:r w:rsidRPr="00650537">
        <w:rPr>
          <w:lang w:val="ru-RU"/>
        </w:rPr>
        <w:br/>
        <w:t>ОБРАЗОВАТЕЛЬНОЕ УЧРЕЖДЕНИЕ ВЫСШЕГО ОБРАЗОВАНИЯ</w:t>
      </w:r>
    </w:p>
    <w:p w:rsidR="000A4FFF" w:rsidRPr="00650537" w:rsidRDefault="00777225">
      <w:pPr>
        <w:spacing w:line="240" w:lineRule="auto"/>
        <w:jc w:val="center"/>
        <w:rPr>
          <w:lang w:val="ru-RU"/>
        </w:rPr>
      </w:pPr>
      <w:r w:rsidRPr="00650537">
        <w:rPr>
          <w:b/>
          <w:lang w:val="ru-RU"/>
        </w:rPr>
        <w:br/>
        <w:t>«БРАТСКИЙ ГОСУДАРСТВЕННЫЙ УНИВЕРСИТЕТ»</w:t>
      </w:r>
    </w:p>
    <w:p w:rsidR="000A4FFF" w:rsidRPr="00650537" w:rsidRDefault="00777225">
      <w:pPr>
        <w:spacing w:line="240" w:lineRule="auto"/>
        <w:jc w:val="center"/>
        <w:rPr>
          <w:lang w:val="ru-RU"/>
        </w:rPr>
      </w:pP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</w:r>
      <w:r w:rsidRPr="00650537">
        <w:rPr>
          <w:b/>
          <w:sz w:val="28"/>
          <w:lang w:val="ru-RU"/>
        </w:rPr>
        <w:br/>
        <w:t xml:space="preserve">ФОНД </w:t>
      </w:r>
      <w:r w:rsidRPr="00650537">
        <w:rPr>
          <w:b/>
          <w:sz w:val="28"/>
          <w:lang w:val="ru-RU"/>
        </w:rPr>
        <w:br/>
        <w:t>ОЦЕНОЧНЫХ СРЕДСТВ</w:t>
      </w:r>
    </w:p>
    <w:p w:rsidR="000A4FFF" w:rsidRPr="00650537" w:rsidRDefault="000A4FFF">
      <w:pPr>
        <w:rPr>
          <w:lang w:val="ru-RU"/>
        </w:rPr>
      </w:pPr>
    </w:p>
    <w:p w:rsidR="000A4FFF" w:rsidRPr="00650537" w:rsidRDefault="00777225">
      <w:pPr>
        <w:jc w:val="center"/>
        <w:rPr>
          <w:szCs w:val="24"/>
          <w:lang w:val="ru-RU"/>
        </w:rPr>
      </w:pPr>
      <w:r w:rsidRPr="00650537">
        <w:rPr>
          <w:lang w:val="ru-RU"/>
        </w:rPr>
        <w:t xml:space="preserve">по практике </w:t>
      </w:r>
      <w:r w:rsidRPr="00650537">
        <w:rPr>
          <w:lang w:val="ru-RU"/>
        </w:rPr>
        <w:br/>
      </w:r>
      <w:r w:rsidR="00650537" w:rsidRPr="00650537">
        <w:rPr>
          <w:szCs w:val="24"/>
          <w:lang w:val="ru-RU"/>
        </w:rPr>
        <w:t>Б</w:t>
      </w:r>
      <w:proofErr w:type="gramStart"/>
      <w:r w:rsidR="00650537" w:rsidRPr="00650537">
        <w:rPr>
          <w:szCs w:val="24"/>
          <w:lang w:val="ru-RU"/>
        </w:rPr>
        <w:t>2</w:t>
      </w:r>
      <w:proofErr w:type="gramEnd"/>
      <w:r w:rsidR="00650537" w:rsidRPr="00650537">
        <w:rPr>
          <w:szCs w:val="24"/>
          <w:lang w:val="ru-RU"/>
        </w:rPr>
        <w:t>.В.01(У) Учебная (ознакомительная) практика</w:t>
      </w:r>
    </w:p>
    <w:p w:rsidR="00650537" w:rsidRPr="00650537" w:rsidRDefault="00650537">
      <w:pPr>
        <w:jc w:val="center"/>
        <w:rPr>
          <w:szCs w:val="24"/>
          <w:lang w:val="ru-RU"/>
        </w:rPr>
      </w:pP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t>Направление подготовки 44.03.02 Психолого-педагогическое образование</w:t>
      </w:r>
      <w:r w:rsidRPr="00650537">
        <w:rPr>
          <w:lang w:val="ru-RU"/>
        </w:rPr>
        <w:br/>
      </w: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t>Профиль подготовки Психология образования</w:t>
      </w:r>
      <w:r w:rsidRPr="00650537">
        <w:rPr>
          <w:lang w:val="ru-RU"/>
        </w:rPr>
        <w:br/>
      </w: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t>Квалификация бакалавр</w:t>
      </w:r>
      <w:r w:rsidRPr="00650537">
        <w:rPr>
          <w:lang w:val="ru-RU"/>
        </w:rPr>
        <w:br/>
      </w: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t>Год начала подготовки 2025</w:t>
      </w:r>
      <w:r w:rsidRPr="00650537">
        <w:rPr>
          <w:lang w:val="ru-RU"/>
        </w:rPr>
        <w:br/>
      </w: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br w:type="page"/>
      </w: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lastRenderedPageBreak/>
        <w:t xml:space="preserve">Составитель: </w:t>
      </w:r>
      <w:r w:rsidRPr="00650537">
        <w:rPr>
          <w:lang w:val="ru-RU"/>
        </w:rPr>
        <w:br/>
        <w:t>Ефремов И.В.</w:t>
      </w:r>
      <w:r w:rsidRPr="00650537">
        <w:rPr>
          <w:lang w:val="ru-RU"/>
        </w:rPr>
        <w:tab/>
      </w:r>
      <w:r w:rsidRPr="00650537">
        <w:rPr>
          <w:lang w:val="ru-RU"/>
        </w:rPr>
        <w:tab/>
      </w:r>
      <w:r w:rsidRPr="00650537">
        <w:rPr>
          <w:lang w:val="ru-RU"/>
        </w:rPr>
        <w:tab/>
      </w:r>
      <w:r w:rsidRPr="00650537">
        <w:rPr>
          <w:lang w:val="ru-RU"/>
        </w:rPr>
        <w:tab/>
        <w:t>________________</w:t>
      </w:r>
      <w:r w:rsidRPr="00650537">
        <w:rPr>
          <w:lang w:val="ru-RU"/>
        </w:rPr>
        <w:br/>
      </w:r>
    </w:p>
    <w:p w:rsidR="000A4FFF" w:rsidRPr="00650537" w:rsidRDefault="00777225">
      <w:pPr>
        <w:rPr>
          <w:lang w:val="ru-RU"/>
        </w:rPr>
      </w:pPr>
      <w:r w:rsidRPr="00650537">
        <w:rPr>
          <w:lang w:val="ru-RU"/>
        </w:rPr>
        <w:t>Одобрено на заседании базовой кафедры истории, педагогики и психологии</w:t>
      </w:r>
      <w:r w:rsidRPr="00650537">
        <w:rPr>
          <w:lang w:val="ru-RU"/>
        </w:rPr>
        <w:br/>
        <w:t>«17» апреля 2026 г., протокол № 9</w:t>
      </w:r>
      <w:r w:rsidRPr="00650537">
        <w:rPr>
          <w:lang w:val="ru-RU"/>
        </w:rPr>
        <w:br/>
      </w:r>
      <w:r w:rsidRPr="00650537">
        <w:rPr>
          <w:lang w:val="ru-RU"/>
        </w:rPr>
        <w:br/>
        <w:t xml:space="preserve">Заведующий базовой кафедрой </w:t>
      </w:r>
      <w:r w:rsidRPr="00650537">
        <w:rPr>
          <w:lang w:val="ru-RU"/>
        </w:rPr>
        <w:br/>
        <w:t>истории, педагогики и психологии</w:t>
      </w:r>
      <w:r w:rsidRPr="00650537">
        <w:rPr>
          <w:lang w:val="ru-RU"/>
        </w:rPr>
        <w:tab/>
      </w:r>
      <w:r w:rsidRPr="00650537">
        <w:rPr>
          <w:lang w:val="ru-RU"/>
        </w:rPr>
        <w:tab/>
        <w:t>____________ В.В. Кудряшов</w:t>
      </w:r>
      <w:r w:rsidRPr="00650537">
        <w:rPr>
          <w:lang w:val="ru-RU"/>
        </w:rPr>
        <w:br/>
      </w:r>
      <w:r w:rsidRPr="00650537">
        <w:rPr>
          <w:lang w:val="ru-RU"/>
        </w:rPr>
        <w:br/>
      </w:r>
    </w:p>
    <w:p w:rsidR="000A4FFF" w:rsidRDefault="00777225">
      <w:pPr>
        <w:rPr>
          <w:lang w:val="ru-RU"/>
        </w:rPr>
      </w:pPr>
      <w:r w:rsidRPr="00650537">
        <w:rPr>
          <w:lang w:val="ru-RU"/>
        </w:rPr>
        <w:t>Председатель методической комиссии факультета гуманитарно-педагогического факультета</w:t>
      </w:r>
      <w:r w:rsidRPr="00650537">
        <w:rPr>
          <w:lang w:val="ru-RU"/>
        </w:rPr>
        <w:br/>
        <w:t>_____________   Лебедева Н.Н.</w:t>
      </w:r>
      <w:r w:rsidRPr="00650537">
        <w:rPr>
          <w:lang w:val="ru-RU"/>
        </w:rPr>
        <w:br/>
      </w:r>
      <w:r w:rsidRPr="00650537">
        <w:rPr>
          <w:lang w:val="ru-RU"/>
        </w:rPr>
        <w:br/>
      </w:r>
      <w:r w:rsidRPr="00F92A13">
        <w:rPr>
          <w:lang w:val="ru-RU"/>
        </w:rPr>
        <w:t>«__» ____________ 20___г., протокол № ____</w:t>
      </w:r>
      <w:r w:rsidRPr="00F92A13">
        <w:rPr>
          <w:lang w:val="ru-RU"/>
        </w:rPr>
        <w:br/>
      </w:r>
      <w:r w:rsidRPr="00F92A13">
        <w:rPr>
          <w:lang w:val="ru-RU"/>
        </w:rPr>
        <w:br/>
      </w:r>
      <w:r w:rsidRPr="00F92A13">
        <w:rPr>
          <w:lang w:val="ru-RU"/>
        </w:rPr>
        <w:br/>
        <w:t>Ответственный за реализацию ОПОП</w:t>
      </w:r>
      <w:r w:rsidRPr="00F92A13">
        <w:rPr>
          <w:lang w:val="ru-RU"/>
        </w:rPr>
        <w:tab/>
        <w:t>________________ Кудряшов В.В.</w:t>
      </w:r>
      <w:r w:rsidRPr="00F92A13">
        <w:rPr>
          <w:lang w:val="ru-RU"/>
        </w:rPr>
        <w:br/>
      </w: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Pr="00777225" w:rsidRDefault="00777225" w:rsidP="00777225">
      <w:pPr>
        <w:jc w:val="center"/>
        <w:rPr>
          <w:b/>
          <w:szCs w:val="24"/>
          <w:lang w:val="ru-RU"/>
        </w:rPr>
      </w:pPr>
      <w:r w:rsidRPr="00777225">
        <w:rPr>
          <w:b/>
          <w:szCs w:val="24"/>
          <w:lang w:val="ru-RU"/>
        </w:rPr>
        <w:lastRenderedPageBreak/>
        <w:t>Паспорт</w:t>
      </w:r>
    </w:p>
    <w:p w:rsidR="00777225" w:rsidRPr="00777225" w:rsidRDefault="00777225" w:rsidP="00777225">
      <w:pPr>
        <w:jc w:val="center"/>
        <w:rPr>
          <w:b/>
          <w:szCs w:val="24"/>
          <w:lang w:val="ru-RU"/>
        </w:rPr>
      </w:pPr>
      <w:r w:rsidRPr="00777225">
        <w:rPr>
          <w:b/>
          <w:szCs w:val="24"/>
          <w:lang w:val="ru-RU"/>
        </w:rPr>
        <w:t xml:space="preserve">фонда оценочных средств </w:t>
      </w:r>
    </w:p>
    <w:p w:rsidR="00777225" w:rsidRPr="00777225" w:rsidRDefault="00777225" w:rsidP="00777225">
      <w:pPr>
        <w:spacing w:line="240" w:lineRule="auto"/>
        <w:rPr>
          <w:rFonts w:eastAsia="Calibri"/>
          <w:szCs w:val="24"/>
          <w:shd w:val="clear" w:color="auto" w:fill="FFFFFF"/>
          <w:lang w:val="ru-RU"/>
        </w:rPr>
      </w:pPr>
    </w:p>
    <w:p w:rsidR="00777225" w:rsidRPr="00777225" w:rsidRDefault="00777225" w:rsidP="00777225">
      <w:pPr>
        <w:spacing w:line="240" w:lineRule="auto"/>
        <w:rPr>
          <w:szCs w:val="24"/>
          <w:lang w:val="ru-RU"/>
        </w:rPr>
      </w:pPr>
      <w:r w:rsidRPr="00777225">
        <w:rPr>
          <w:rFonts w:eastAsia="Calibri"/>
          <w:szCs w:val="24"/>
          <w:shd w:val="clear" w:color="auto" w:fill="FFFFFF"/>
          <w:lang w:val="ru-RU"/>
        </w:rPr>
        <w:t xml:space="preserve">по практике </w:t>
      </w:r>
      <w:r>
        <w:rPr>
          <w:b/>
          <w:lang w:val="ru-RU"/>
        </w:rPr>
        <w:t>Б</w:t>
      </w:r>
      <w:proofErr w:type="gramStart"/>
      <w:r>
        <w:rPr>
          <w:b/>
          <w:lang w:val="ru-RU"/>
        </w:rPr>
        <w:t>2</w:t>
      </w:r>
      <w:proofErr w:type="gramEnd"/>
      <w:r>
        <w:rPr>
          <w:b/>
          <w:lang w:val="ru-RU"/>
        </w:rPr>
        <w:t>.В.01</w:t>
      </w:r>
      <w:r w:rsidRPr="00777225">
        <w:rPr>
          <w:b/>
          <w:lang w:val="ru-RU"/>
        </w:rPr>
        <w:t xml:space="preserve">(У) </w:t>
      </w:r>
      <w:r w:rsidRPr="00777225">
        <w:rPr>
          <w:b/>
          <w:szCs w:val="24"/>
          <w:lang w:val="ru-RU"/>
        </w:rPr>
        <w:t>Учебная (ознакомительная) практика</w:t>
      </w:r>
    </w:p>
    <w:p w:rsidR="00777225" w:rsidRPr="00777225" w:rsidRDefault="00777225" w:rsidP="00777225">
      <w:pPr>
        <w:spacing w:line="276" w:lineRule="auto"/>
        <w:ind w:right="-165" w:firstLine="708"/>
        <w:rPr>
          <w:szCs w:val="24"/>
          <w:lang w:val="ru-RU"/>
        </w:rPr>
      </w:pPr>
      <w:r w:rsidRPr="00777225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777225" w:rsidRPr="004C40DF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/>
          <w:bCs/>
          <w:lang w:val="ru-RU"/>
        </w:rPr>
      </w:pPr>
      <w:r w:rsidRPr="00777225">
        <w:rPr>
          <w:b/>
          <w:bCs/>
          <w:szCs w:val="24"/>
          <w:lang w:val="ru-RU"/>
        </w:rPr>
        <w:t xml:space="preserve">1. </w:t>
      </w:r>
      <w:bookmarkStart w:id="0" w:name="_Hlk227317189"/>
      <w:r w:rsidRPr="00777225">
        <w:rPr>
          <w:rFonts w:cs="Times New Roman"/>
          <w:b/>
          <w:bCs/>
          <w:lang w:val="ru-RU"/>
        </w:rPr>
        <w:t>УК-1:</w:t>
      </w:r>
      <w:r w:rsidR="004C40DF" w:rsidRPr="004C40DF">
        <w:rPr>
          <w:sz w:val="20"/>
          <w:szCs w:val="20"/>
          <w:lang w:val="ru-RU"/>
        </w:rPr>
        <w:t xml:space="preserve"> </w:t>
      </w:r>
      <w:r w:rsidR="004C40DF" w:rsidRPr="004C40DF">
        <w:rPr>
          <w:b/>
          <w:szCs w:val="24"/>
          <w:lang w:val="ru-RU"/>
        </w:rPr>
        <w:t>Способен осуществлять поиск, критический анализ и синтез информации, применять системный подход для решения поставленных задач.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Cs/>
          <w:lang w:val="ru-RU"/>
        </w:rPr>
      </w:pPr>
      <w:r w:rsidRPr="00777225">
        <w:rPr>
          <w:rFonts w:cs="Times New Roman"/>
          <w:bCs/>
          <w:lang w:val="ru-RU"/>
        </w:rPr>
        <w:t>УК-1.1:Выполняет поиск необходимой информации, её критический анализ и синтез информации, полученной из разных источников.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Cs/>
          <w:lang w:val="ru-RU"/>
        </w:rPr>
      </w:pPr>
      <w:r w:rsidRPr="00777225">
        <w:rPr>
          <w:rFonts w:cs="Times New Roman"/>
          <w:bCs/>
          <w:lang w:val="ru-RU"/>
        </w:rPr>
        <w:t>УК-1.2:Использует системный подход для решения поставленных задач.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/>
          <w:bCs/>
          <w:lang w:val="ru-RU"/>
        </w:rPr>
      </w:pPr>
      <w:r w:rsidRPr="00777225">
        <w:rPr>
          <w:rFonts w:cs="Times New Roman"/>
          <w:b/>
          <w:bCs/>
          <w:szCs w:val="24"/>
          <w:lang w:val="ru-RU"/>
        </w:rPr>
        <w:t>2</w:t>
      </w:r>
      <w:r w:rsidRPr="00777225">
        <w:rPr>
          <w:rFonts w:cs="Times New Roman"/>
          <w:b/>
          <w:szCs w:val="24"/>
          <w:lang w:val="ru-RU"/>
        </w:rPr>
        <w:t xml:space="preserve">. </w:t>
      </w:r>
      <w:bookmarkEnd w:id="0"/>
      <w:r w:rsidRPr="00777225">
        <w:rPr>
          <w:rFonts w:cs="Times New Roman"/>
          <w:b/>
          <w:bCs/>
          <w:lang w:val="ru-RU"/>
        </w:rPr>
        <w:t>УК-3:</w:t>
      </w:r>
      <w:r w:rsidR="004C40DF">
        <w:rPr>
          <w:rFonts w:cs="Times New Roman"/>
          <w:b/>
          <w:bCs/>
          <w:lang w:val="ru-RU"/>
        </w:rPr>
        <w:t xml:space="preserve"> </w:t>
      </w:r>
      <w:proofErr w:type="gramStart"/>
      <w:r w:rsidRPr="00777225">
        <w:rPr>
          <w:rFonts w:cs="Times New Roman"/>
          <w:b/>
          <w:bCs/>
          <w:lang w:val="ru-RU"/>
        </w:rPr>
        <w:t>Способен</w:t>
      </w:r>
      <w:proofErr w:type="gramEnd"/>
      <w:r w:rsidRPr="00777225">
        <w:rPr>
          <w:rFonts w:cs="Times New Roman"/>
          <w:b/>
          <w:bCs/>
          <w:lang w:val="ru-RU"/>
        </w:rPr>
        <w:t xml:space="preserve"> осуществлять социальное взаимодействие и реализовывать свою роль в команде.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Cs/>
          <w:lang w:val="ru-RU"/>
        </w:rPr>
      </w:pPr>
      <w:r w:rsidRPr="00777225">
        <w:rPr>
          <w:rFonts w:cs="Times New Roman"/>
          <w:bCs/>
          <w:lang w:val="ru-RU"/>
        </w:rPr>
        <w:t>УК-3.1:Определяет стратегию сотрудничества для достижения поставленной цели, определяет свою роль в команде.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Cs/>
          <w:lang w:val="ru-RU"/>
        </w:rPr>
      </w:pPr>
      <w:r w:rsidRPr="00777225">
        <w:rPr>
          <w:rFonts w:cs="Times New Roman"/>
          <w:bCs/>
          <w:lang w:val="ru-RU"/>
        </w:rPr>
        <w:t>УК-3.2:Эффективно взаимодействует с другими членами команды для достижения поставленной задачи.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/>
          <w:bCs/>
          <w:lang w:val="ru-RU"/>
        </w:rPr>
      </w:pPr>
      <w:r w:rsidRPr="00777225">
        <w:rPr>
          <w:rFonts w:cs="Times New Roman"/>
          <w:b/>
          <w:bCs/>
          <w:szCs w:val="24"/>
          <w:lang w:val="ru-RU"/>
        </w:rPr>
        <w:t xml:space="preserve">3. </w:t>
      </w:r>
      <w:r w:rsidRPr="00777225">
        <w:rPr>
          <w:rFonts w:cs="Times New Roman"/>
          <w:b/>
          <w:bCs/>
          <w:lang w:val="ru-RU"/>
        </w:rPr>
        <w:t>УК-4:Способен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Pr="00777225">
        <w:rPr>
          <w:rFonts w:cs="Times New Roman"/>
          <w:b/>
          <w:bCs/>
          <w:lang w:val="ru-RU"/>
        </w:rPr>
        <w:t>м(</w:t>
      </w:r>
      <w:proofErr w:type="spellStart"/>
      <w:proofErr w:type="gramEnd"/>
      <w:r w:rsidRPr="00777225">
        <w:rPr>
          <w:rFonts w:cs="Times New Roman"/>
          <w:b/>
          <w:bCs/>
          <w:lang w:val="ru-RU"/>
        </w:rPr>
        <w:t>ых</w:t>
      </w:r>
      <w:proofErr w:type="spellEnd"/>
      <w:r w:rsidRPr="00777225">
        <w:rPr>
          <w:rFonts w:cs="Times New Roman"/>
          <w:b/>
          <w:bCs/>
          <w:lang w:val="ru-RU"/>
        </w:rPr>
        <w:t>) языке(ах).</w:t>
      </w:r>
    </w:p>
    <w:p w:rsidR="00777225" w:rsidRP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Cs/>
          <w:lang w:val="ru-RU"/>
        </w:rPr>
      </w:pPr>
      <w:r w:rsidRPr="00777225">
        <w:rPr>
          <w:rFonts w:cs="Times New Roman"/>
          <w:bCs/>
          <w:lang w:val="ru-RU"/>
        </w:rPr>
        <w:t>УК-4.1:Использует современные информационно-коммуникативные средства и технологии для деловой коммуникации.</w:t>
      </w:r>
    </w:p>
    <w:p w:rsidR="00777225" w:rsidRDefault="00777225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/>
          <w:bCs/>
          <w:lang w:val="ru-RU"/>
        </w:rPr>
      </w:pPr>
      <w:r w:rsidRPr="00777225">
        <w:rPr>
          <w:rFonts w:cs="Times New Roman"/>
          <w:bCs/>
          <w:lang w:val="ru-RU"/>
        </w:rPr>
        <w:t>УК-4.2:</w:t>
      </w:r>
      <w:proofErr w:type="gramStart"/>
      <w:r w:rsidRPr="00777225">
        <w:rPr>
          <w:rFonts w:cs="Times New Roman"/>
          <w:bCs/>
          <w:lang w:val="ru-RU"/>
        </w:rPr>
        <w:t>Демонстрирует умение вести обмен деловой информацией в устной и письменной формах на государственном языке</w:t>
      </w:r>
      <w:r w:rsidRPr="00777225">
        <w:rPr>
          <w:rFonts w:cs="Times New Roman"/>
          <w:b/>
          <w:bCs/>
          <w:lang w:val="ru-RU"/>
        </w:rPr>
        <w:t>.</w:t>
      </w:r>
      <w:proofErr w:type="gramEnd"/>
    </w:p>
    <w:p w:rsidR="004C40DF" w:rsidRPr="004C40DF" w:rsidRDefault="004C40DF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/>
          <w:bCs/>
          <w:szCs w:val="24"/>
          <w:lang w:val="ru-RU"/>
        </w:rPr>
      </w:pPr>
      <w:r w:rsidRPr="004C40DF">
        <w:rPr>
          <w:szCs w:val="24"/>
          <w:lang w:val="ru-RU"/>
        </w:rPr>
        <w:t>УК-4.3. Демонстрирует умение вести обмен деловой информацией в устной и письменной формах не менее</w:t>
      </w:r>
      <w:proofErr w:type="gramStart"/>
      <w:r w:rsidRPr="004C40DF">
        <w:rPr>
          <w:szCs w:val="24"/>
          <w:lang w:val="ru-RU"/>
        </w:rPr>
        <w:t>,</w:t>
      </w:r>
      <w:proofErr w:type="gramEnd"/>
      <w:r w:rsidRPr="004C40DF">
        <w:rPr>
          <w:szCs w:val="24"/>
          <w:lang w:val="ru-RU"/>
        </w:rPr>
        <w:t xml:space="preserve">  чем на одном иностранном языке.</w:t>
      </w:r>
    </w:p>
    <w:p w:rsidR="00777225" w:rsidRPr="004C40DF" w:rsidRDefault="004C40DF" w:rsidP="00777225">
      <w:pPr>
        <w:autoSpaceDE w:val="0"/>
        <w:autoSpaceDN w:val="0"/>
        <w:adjustRightInd w:val="0"/>
        <w:spacing w:line="240" w:lineRule="auto"/>
        <w:ind w:firstLine="567"/>
        <w:rPr>
          <w:rFonts w:cs="Times New Roman"/>
          <w:b/>
          <w:bCs/>
          <w:lang w:val="ru-RU"/>
        </w:rPr>
      </w:pPr>
      <w:r>
        <w:rPr>
          <w:rFonts w:cs="Times New Roman"/>
          <w:b/>
          <w:bCs/>
          <w:lang w:val="ru-RU"/>
        </w:rPr>
        <w:t>4. ПК-7</w:t>
      </w:r>
      <w:r w:rsidR="00777225" w:rsidRPr="00777225">
        <w:rPr>
          <w:rFonts w:cs="Times New Roman"/>
          <w:b/>
          <w:bCs/>
          <w:lang w:val="ru-RU"/>
        </w:rPr>
        <w:t>:</w:t>
      </w:r>
      <w:r>
        <w:rPr>
          <w:rFonts w:cs="Times New Roman"/>
          <w:b/>
          <w:bCs/>
          <w:lang w:val="ru-RU"/>
        </w:rPr>
        <w:t xml:space="preserve"> </w:t>
      </w:r>
      <w:r w:rsidRPr="004C40DF">
        <w:rPr>
          <w:b/>
          <w:szCs w:val="24"/>
          <w:lang w:val="ru-RU"/>
        </w:rPr>
        <w:t>Понимает и применяет критерии научного знания при анализе литературы, включая оценку использованных методик и обоснованность выводов исследования.</w:t>
      </w:r>
    </w:p>
    <w:p w:rsidR="00777225" w:rsidRPr="004C40DF" w:rsidRDefault="004C40DF" w:rsidP="00777225">
      <w:pPr>
        <w:spacing w:line="240" w:lineRule="auto"/>
        <w:ind w:firstLine="708"/>
        <w:rPr>
          <w:rFonts w:cs="Times New Roman"/>
          <w:szCs w:val="24"/>
          <w:lang w:val="ru-RU"/>
        </w:rPr>
      </w:pPr>
      <w:r w:rsidRPr="004C40DF">
        <w:rPr>
          <w:szCs w:val="24"/>
          <w:lang w:val="ru-RU"/>
        </w:rPr>
        <w:t>ПК-7.1. Понимает критерии научного знания при анализе литературы, включая оценку использованных методик и обоснованность выводов исследований.</w:t>
      </w:r>
    </w:p>
    <w:p w:rsidR="004C40DF" w:rsidRPr="004C40DF" w:rsidRDefault="004C40DF" w:rsidP="00777225">
      <w:pPr>
        <w:spacing w:line="240" w:lineRule="auto"/>
        <w:ind w:firstLine="708"/>
        <w:rPr>
          <w:rFonts w:cs="Times New Roman"/>
          <w:szCs w:val="24"/>
          <w:lang w:val="ru-RU"/>
        </w:rPr>
      </w:pPr>
      <w:r w:rsidRPr="004C40DF">
        <w:rPr>
          <w:szCs w:val="24"/>
          <w:lang w:val="ru-RU"/>
        </w:rPr>
        <w:t>ПК-7.2. Применяет критерии научного знания при анализе литературы, включая оценку использованных методик и обоснованность выводов исследований.</w:t>
      </w:r>
    </w:p>
    <w:p w:rsidR="004C40DF" w:rsidRPr="00777225" w:rsidRDefault="004C40DF" w:rsidP="00777225">
      <w:pPr>
        <w:spacing w:line="240" w:lineRule="auto"/>
        <w:ind w:firstLine="708"/>
        <w:rPr>
          <w:rFonts w:cs="Times New Roman"/>
          <w:szCs w:val="24"/>
          <w:lang w:val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985"/>
        <w:gridCol w:w="1701"/>
        <w:gridCol w:w="1701"/>
        <w:gridCol w:w="2013"/>
      </w:tblGrid>
      <w:tr w:rsidR="00777225" w:rsidRPr="004350F1" w:rsidTr="00F92A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proofErr w:type="spellStart"/>
            <w:r w:rsidRPr="0004256D">
              <w:rPr>
                <w:rFonts w:eastAsia="Calibri" w:cs="Times New Roman"/>
                <w:b/>
                <w:szCs w:val="24"/>
              </w:rPr>
              <w:t>Раздел</w:t>
            </w:r>
            <w:proofErr w:type="spellEnd"/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04256D">
              <w:rPr>
                <w:rFonts w:eastAsia="Calibri" w:cs="Times New Roman"/>
                <w:i/>
                <w:szCs w:val="24"/>
              </w:rPr>
              <w:t xml:space="preserve">(№, </w:t>
            </w:r>
            <w:proofErr w:type="spellStart"/>
            <w:r w:rsidRPr="0004256D">
              <w:rPr>
                <w:rFonts w:eastAsia="Calibri" w:cs="Times New Roman"/>
                <w:i/>
                <w:szCs w:val="24"/>
              </w:rPr>
              <w:t>наименование</w:t>
            </w:r>
            <w:proofErr w:type="spellEnd"/>
            <w:r w:rsidRPr="0004256D">
              <w:rPr>
                <w:rFonts w:eastAsia="Calibri" w:cs="Times New Roman"/>
                <w:i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  <w:proofErr w:type="spellStart"/>
            <w:r w:rsidRPr="0004256D">
              <w:rPr>
                <w:rFonts w:eastAsia="Calibri" w:cs="Times New Roman"/>
                <w:b/>
                <w:szCs w:val="24"/>
              </w:rPr>
              <w:t>Тема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  <w:proofErr w:type="spellStart"/>
            <w:r w:rsidRPr="0004256D">
              <w:rPr>
                <w:rFonts w:eastAsia="Calibri" w:cs="Times New Roman"/>
                <w:b/>
                <w:szCs w:val="24"/>
              </w:rPr>
              <w:t>Код</w:t>
            </w:r>
            <w:proofErr w:type="spellEnd"/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  <w:proofErr w:type="spellStart"/>
            <w:r w:rsidRPr="0004256D">
              <w:rPr>
                <w:rFonts w:eastAsia="Calibri" w:cs="Times New Roman"/>
                <w:b/>
                <w:szCs w:val="24"/>
              </w:rPr>
              <w:t>индикатора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777225">
              <w:rPr>
                <w:rFonts w:eastAsia="Calibri" w:cs="Times New Roman"/>
                <w:b/>
                <w:szCs w:val="24"/>
                <w:lang w:val="ru-RU"/>
              </w:rPr>
              <w:t>Форма оценки</w:t>
            </w: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08" w:right="-108"/>
              <w:jc w:val="center"/>
              <w:rPr>
                <w:rFonts w:eastAsia="Calibri" w:cs="Times New Roman"/>
                <w:i/>
                <w:szCs w:val="24"/>
                <w:lang w:val="ru-RU"/>
              </w:rPr>
            </w:pPr>
            <w:r w:rsidRPr="00777225">
              <w:rPr>
                <w:rFonts w:eastAsia="Calibri" w:cs="Times New Roman"/>
                <w:i/>
                <w:szCs w:val="24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b/>
                <w:szCs w:val="24"/>
              </w:rPr>
            </w:pPr>
            <w:r w:rsidRPr="0004256D">
              <w:rPr>
                <w:rFonts w:eastAsia="Calibri" w:cs="Times New Roman"/>
                <w:b/>
                <w:szCs w:val="24"/>
              </w:rPr>
              <w:t>ФОС</w:t>
            </w: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i/>
                <w:szCs w:val="24"/>
              </w:rPr>
            </w:pPr>
            <w:r w:rsidRPr="0004256D">
              <w:rPr>
                <w:rFonts w:eastAsia="Calibri" w:cs="Times New Roman"/>
                <w:i/>
                <w:szCs w:val="24"/>
              </w:rPr>
              <w:t>(</w:t>
            </w:r>
            <w:proofErr w:type="spellStart"/>
            <w:r w:rsidRPr="0004256D">
              <w:rPr>
                <w:rFonts w:eastAsia="Calibri" w:cs="Times New Roman"/>
                <w:i/>
                <w:szCs w:val="24"/>
              </w:rPr>
              <w:t>согласно</w:t>
            </w:r>
            <w:proofErr w:type="spellEnd"/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i/>
                <w:szCs w:val="24"/>
              </w:rPr>
            </w:pPr>
            <w:proofErr w:type="spellStart"/>
            <w:r w:rsidRPr="0004256D">
              <w:rPr>
                <w:rFonts w:eastAsia="Calibri" w:cs="Times New Roman"/>
                <w:i/>
                <w:szCs w:val="24"/>
              </w:rPr>
              <w:t>раздела</w:t>
            </w:r>
            <w:proofErr w:type="spellEnd"/>
            <w:r w:rsidRPr="0004256D">
              <w:rPr>
                <w:rFonts w:eastAsia="Calibri" w:cs="Times New Roman"/>
                <w:i/>
                <w:szCs w:val="24"/>
              </w:rPr>
              <w:t xml:space="preserve"> 6 </w:t>
            </w:r>
          </w:p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i/>
                <w:szCs w:val="24"/>
              </w:rPr>
            </w:pPr>
            <w:r w:rsidRPr="0004256D">
              <w:rPr>
                <w:rFonts w:eastAsia="Calibri" w:cs="Times New Roman"/>
                <w:i/>
                <w:szCs w:val="24"/>
              </w:rPr>
              <w:t>РПП)</w:t>
            </w:r>
          </w:p>
        </w:tc>
      </w:tr>
      <w:tr w:rsidR="00777225" w:rsidRPr="004350F1" w:rsidTr="00F92A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  <w:r w:rsidRPr="0004256D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  <w:r w:rsidRPr="0004256D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  <w:r w:rsidRPr="0004256D"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  <w:r w:rsidRPr="0004256D"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  <w:r w:rsidRPr="0004256D">
              <w:rPr>
                <w:rFonts w:eastAsia="Calibri" w:cs="Times New Roman"/>
                <w:szCs w:val="24"/>
              </w:rPr>
              <w:t>5</w:t>
            </w:r>
          </w:p>
        </w:tc>
      </w:tr>
      <w:tr w:rsidR="00777225" w:rsidRPr="00F92A13" w:rsidTr="00F92A13">
        <w:trPr>
          <w:trHeight w:val="851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spacing w:line="240" w:lineRule="auto"/>
              <w:rPr>
                <w:rFonts w:eastAsia="Calibri" w:cs="Times New Roman"/>
                <w:szCs w:val="24"/>
              </w:rPr>
            </w:pPr>
            <w:r w:rsidRPr="0004256D">
              <w:rPr>
                <w:rFonts w:cs="Times New Roman"/>
                <w:b/>
                <w:color w:val="000000"/>
                <w:szCs w:val="24"/>
              </w:rPr>
              <w:t xml:space="preserve">1. </w:t>
            </w:r>
            <w:proofErr w:type="spellStart"/>
            <w:r w:rsidRPr="0004256D">
              <w:rPr>
                <w:rFonts w:cs="Times New Roman"/>
                <w:b/>
                <w:color w:val="000000"/>
                <w:szCs w:val="24"/>
              </w:rPr>
              <w:t>Подготовительный</w:t>
            </w:r>
            <w:proofErr w:type="spellEnd"/>
            <w:r w:rsidRPr="0004256D">
              <w:rPr>
                <w:rFonts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04256D">
              <w:rPr>
                <w:rFonts w:cs="Times New Roman"/>
                <w:b/>
                <w:color w:val="000000"/>
                <w:szCs w:val="24"/>
              </w:rPr>
              <w:t>этап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225" w:rsidRPr="00BC5E3B" w:rsidRDefault="00777225" w:rsidP="0077722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</w:rPr>
            </w:pPr>
            <w:r w:rsidRPr="00BC5E3B">
              <w:rPr>
                <w:rFonts w:cs="Times New Roman"/>
                <w:color w:val="000000"/>
                <w:szCs w:val="24"/>
              </w:rPr>
              <w:t xml:space="preserve">1.1.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Инструктаж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по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технике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безопасности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7225" w:rsidRPr="00F92A13" w:rsidRDefault="00F92A13" w:rsidP="00F92A13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 w:cs="Times New Roman"/>
                <w:szCs w:val="24"/>
                <w:lang w:val="ru-RU"/>
              </w:rPr>
            </w:pPr>
            <w:r>
              <w:rPr>
                <w:rFonts w:cs="Times New Roman"/>
                <w:color w:val="000000"/>
                <w:szCs w:val="24"/>
                <w:lang w:val="ru-RU"/>
              </w:rPr>
              <w:t>УК-1.1,УК-</w:t>
            </w:r>
            <w:r w:rsidRPr="00F92A13">
              <w:rPr>
                <w:rFonts w:cs="Times New Roman"/>
                <w:color w:val="000000"/>
                <w:szCs w:val="24"/>
                <w:lang w:val="ru-RU"/>
              </w:rPr>
              <w:t xml:space="preserve">1.2,УК- 3.1,УК- 3.2,УК- 4.1,УК- </w:t>
            </w:r>
            <w:r w:rsidRPr="00F92A13">
              <w:rPr>
                <w:rFonts w:cs="Times New Roman"/>
                <w:color w:val="000000"/>
                <w:szCs w:val="24"/>
                <w:lang w:val="ru-RU"/>
              </w:rPr>
              <w:lastRenderedPageBreak/>
              <w:t>4.2,УК- 4.3,ПК- 7.1,</w:t>
            </w:r>
            <w:r w:rsidRPr="00F92A13">
              <w:rPr>
                <w:rFonts w:cs="Times New Roman"/>
                <w:color w:val="000000"/>
                <w:szCs w:val="24"/>
                <w:lang w:val="ru-RU"/>
              </w:rPr>
              <w:t xml:space="preserve"> </w:t>
            </w:r>
            <w:r w:rsidRPr="00F92A13">
              <w:rPr>
                <w:rFonts w:cs="Times New Roman"/>
                <w:color w:val="000000"/>
                <w:szCs w:val="24"/>
                <w:lang w:val="ru-RU"/>
              </w:rPr>
              <w:t>ПК-7.2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eastAsia="Calibri" w:cs="Times New Roman"/>
                <w:szCs w:val="24"/>
                <w:lang w:val="ru-RU"/>
              </w:rPr>
              <w:lastRenderedPageBreak/>
              <w:t>Текущий контроль.</w:t>
            </w: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eastAsia="Calibri" w:cs="Times New Roman"/>
                <w:szCs w:val="24"/>
                <w:lang w:val="ru-RU"/>
              </w:rPr>
              <w:t>Промежуточная аттестация – зачет с оценкой.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spacing w:line="240" w:lineRule="auto"/>
              <w:ind w:left="-108" w:right="-108"/>
              <w:jc w:val="center"/>
              <w:rPr>
                <w:rFonts w:cs="Times New Roman"/>
                <w:color w:val="000000"/>
                <w:szCs w:val="24"/>
                <w:lang w:val="ru-RU"/>
              </w:rPr>
            </w:pPr>
            <w:r w:rsidRPr="00777225">
              <w:rPr>
                <w:rFonts w:cs="Times New Roman"/>
                <w:color w:val="000000"/>
                <w:szCs w:val="24"/>
                <w:lang w:val="ru-RU"/>
              </w:rPr>
              <w:lastRenderedPageBreak/>
              <w:t xml:space="preserve">Индивидуальные задания, дневник практики, отчет по </w:t>
            </w:r>
            <w:r w:rsidRPr="00777225">
              <w:rPr>
                <w:rFonts w:cs="Times New Roman"/>
                <w:color w:val="000000"/>
                <w:szCs w:val="24"/>
                <w:lang w:val="ru-RU"/>
              </w:rPr>
              <w:lastRenderedPageBreak/>
              <w:t>практике</w:t>
            </w:r>
          </w:p>
          <w:p w:rsidR="00777225" w:rsidRPr="00777225" w:rsidRDefault="00777225" w:rsidP="00777225">
            <w:pPr>
              <w:spacing w:line="240" w:lineRule="auto"/>
              <w:ind w:right="-108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cs="Times New Roman"/>
                <w:szCs w:val="24"/>
                <w:lang w:val="ru-RU"/>
              </w:rPr>
              <w:t>Вопросы к зачету с оценкой 1.1.-1.3.</w:t>
            </w:r>
          </w:p>
        </w:tc>
      </w:tr>
      <w:tr w:rsidR="00777225" w:rsidRPr="004350F1" w:rsidTr="00F92A13">
        <w:trPr>
          <w:trHeight w:val="867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spacing w:line="240" w:lineRule="auto"/>
              <w:rPr>
                <w:rFonts w:eastAsia="Calibri" w:cs="Times New Roman"/>
                <w:b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7225" w:rsidRPr="00BC5E3B" w:rsidRDefault="00777225" w:rsidP="0077722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</w:rPr>
            </w:pPr>
            <w:r w:rsidRPr="00777225">
              <w:rPr>
                <w:rFonts w:cs="Times New Roman"/>
                <w:color w:val="000000"/>
                <w:szCs w:val="24"/>
                <w:lang w:val="ru-RU"/>
              </w:rPr>
              <w:t xml:space="preserve">1.2. Ознакомление с рабочей программой по практике.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Методика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прохождения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практики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F92A13" w:rsidRDefault="00777225" w:rsidP="0077722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spacing w:line="240" w:lineRule="auto"/>
              <w:ind w:left="-108" w:right="-108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777225" w:rsidRPr="00F92A13" w:rsidTr="00F92A13">
        <w:trPr>
          <w:trHeight w:val="841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7225" w:rsidRPr="00BC5E3B" w:rsidRDefault="00777225" w:rsidP="00777225">
            <w:pPr>
              <w:widowControl w:val="0"/>
              <w:spacing w:line="240" w:lineRule="auto"/>
              <w:ind w:right="-108"/>
              <w:rPr>
                <w:rFonts w:eastAsia="Calibri" w:cs="Times New Roman"/>
                <w:b/>
                <w:bCs/>
                <w:color w:val="000000"/>
                <w:szCs w:val="24"/>
              </w:rPr>
            </w:pPr>
            <w:r w:rsidRPr="00BC5E3B">
              <w:rPr>
                <w:rFonts w:cs="Times New Roman"/>
                <w:b/>
                <w:bCs/>
                <w:szCs w:val="24"/>
              </w:rPr>
              <w:lastRenderedPageBreak/>
              <w:t>2.</w:t>
            </w:r>
            <w:r w:rsidRPr="00BC5E3B">
              <w:rPr>
                <w:rFonts w:cs="Times New Roman"/>
                <w:b/>
                <w:color w:val="000000"/>
                <w:szCs w:val="24"/>
              </w:rPr>
              <w:t xml:space="preserve">Профессиональная </w:t>
            </w:r>
            <w:proofErr w:type="spellStart"/>
            <w:r w:rsidRPr="00BC5E3B">
              <w:rPr>
                <w:rFonts w:cs="Times New Roman"/>
                <w:b/>
                <w:color w:val="000000"/>
                <w:szCs w:val="24"/>
              </w:rPr>
              <w:t>деятельность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7225" w:rsidRPr="00BC5E3B" w:rsidRDefault="00777225" w:rsidP="0077722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</w:rPr>
            </w:pPr>
            <w:r w:rsidRPr="00BC5E3B">
              <w:rPr>
                <w:rFonts w:cs="Times New Roman"/>
                <w:color w:val="000000"/>
                <w:szCs w:val="24"/>
              </w:rPr>
              <w:t xml:space="preserve">2.1.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Организационно-воспитательная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деятельность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F92A13" w:rsidRDefault="00F92A13" w:rsidP="00F92A13">
            <w:pPr>
              <w:widowControl w:val="0"/>
              <w:spacing w:line="240" w:lineRule="auto"/>
              <w:ind w:right="-108"/>
              <w:rPr>
                <w:rFonts w:eastAsia="Calibri" w:cs="Times New Roman"/>
                <w:szCs w:val="24"/>
                <w:lang w:val="ru-RU"/>
              </w:rPr>
            </w:pPr>
            <w:r w:rsidRPr="00F92A13">
              <w:rPr>
                <w:rFonts w:cs="Times New Roman"/>
                <w:color w:val="000000"/>
                <w:szCs w:val="24"/>
                <w:lang w:val="ru-RU"/>
              </w:rPr>
              <w:t>УК-1.1,УК -1.2,УК- 3.1,УК- 3.2,УК- 4.1,УК- 4.2,УК- 4.3,ПК- 7.1,ПК-7.2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eastAsia="Calibri" w:cs="Times New Roman"/>
                <w:szCs w:val="24"/>
                <w:lang w:val="ru-RU"/>
              </w:rPr>
              <w:t>Текущий контроль.</w:t>
            </w:r>
          </w:p>
          <w:p w:rsidR="00777225" w:rsidRPr="00777225" w:rsidRDefault="00777225" w:rsidP="00F92A13">
            <w:pPr>
              <w:tabs>
                <w:tab w:val="left" w:pos="8028"/>
              </w:tabs>
              <w:spacing w:line="240" w:lineRule="auto"/>
              <w:ind w:right="-89"/>
              <w:rPr>
                <w:rFonts w:eastAsia="Calibri" w:cs="Times New Roman"/>
                <w:szCs w:val="24"/>
                <w:lang w:val="ru-RU"/>
              </w:rPr>
            </w:pPr>
          </w:p>
          <w:p w:rsidR="00777225" w:rsidRPr="00777225" w:rsidRDefault="00777225" w:rsidP="00F92A13">
            <w:pPr>
              <w:tabs>
                <w:tab w:val="left" w:pos="8028"/>
              </w:tabs>
              <w:spacing w:line="240" w:lineRule="auto"/>
              <w:ind w:left="-142" w:right="-89"/>
              <w:rPr>
                <w:rFonts w:eastAsia="Calibri" w:cs="Times New Roman"/>
                <w:szCs w:val="24"/>
                <w:lang w:val="ru-RU"/>
              </w:rPr>
            </w:pP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eastAsia="Calibri" w:cs="Times New Roman"/>
                <w:szCs w:val="24"/>
                <w:lang w:val="ru-RU"/>
              </w:rPr>
              <w:t>Промежуточная аттестация – зачет с оценкой.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spacing w:line="240" w:lineRule="auto"/>
              <w:ind w:left="-108" w:right="-108"/>
              <w:jc w:val="center"/>
              <w:rPr>
                <w:rFonts w:cs="Times New Roman"/>
                <w:color w:val="000000"/>
                <w:szCs w:val="24"/>
                <w:lang w:val="ru-RU"/>
              </w:rPr>
            </w:pPr>
            <w:r w:rsidRPr="00777225">
              <w:rPr>
                <w:rFonts w:cs="Times New Roman"/>
                <w:color w:val="000000"/>
                <w:szCs w:val="24"/>
                <w:lang w:val="ru-RU"/>
              </w:rPr>
              <w:t>Индивидуальные задания, дневник практики, отчет по практике</w:t>
            </w:r>
          </w:p>
          <w:p w:rsidR="00777225" w:rsidRPr="00777225" w:rsidRDefault="00777225" w:rsidP="00777225">
            <w:pPr>
              <w:spacing w:line="240" w:lineRule="auto"/>
              <w:ind w:left="-108" w:right="-108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cs="Times New Roman"/>
                <w:szCs w:val="24"/>
                <w:lang w:val="ru-RU"/>
              </w:rPr>
              <w:t>Вопросы к зачету с оценкой 2.1.-2.12.</w:t>
            </w:r>
          </w:p>
        </w:tc>
      </w:tr>
      <w:tr w:rsidR="00777225" w:rsidRPr="004350F1" w:rsidTr="00F92A13">
        <w:trPr>
          <w:trHeight w:val="969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widowControl w:val="0"/>
              <w:spacing w:line="240" w:lineRule="auto"/>
              <w:ind w:right="-108"/>
              <w:rPr>
                <w:rFonts w:cs="Times New Roman"/>
                <w:b/>
                <w:bCs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7225" w:rsidRPr="00BC5E3B" w:rsidRDefault="00777225" w:rsidP="00777225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</w:rPr>
            </w:pPr>
            <w:r w:rsidRPr="00BC5E3B">
              <w:rPr>
                <w:rFonts w:cs="Times New Roman"/>
                <w:color w:val="000000"/>
                <w:szCs w:val="24"/>
              </w:rPr>
              <w:t xml:space="preserve">2.2.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Коррекционно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-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развивающая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деятельность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.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Pr="0004256D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225" w:rsidRDefault="00777225" w:rsidP="00777225">
            <w:pPr>
              <w:spacing w:line="240" w:lineRule="auto"/>
              <w:ind w:left="-108" w:right="-108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777225" w:rsidRPr="00F92A13" w:rsidTr="00F92A13">
        <w:trPr>
          <w:trHeight w:val="87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BC5E3B" w:rsidRDefault="00777225" w:rsidP="00777225">
            <w:pPr>
              <w:widowControl w:val="0"/>
              <w:spacing w:line="240" w:lineRule="auto"/>
              <w:ind w:right="-108"/>
              <w:rPr>
                <w:rFonts w:eastAsia="Calibri" w:cs="Times New Roman"/>
                <w:b/>
                <w:bCs/>
                <w:color w:val="000000"/>
                <w:szCs w:val="24"/>
              </w:rPr>
            </w:pPr>
            <w:r w:rsidRPr="00BC5E3B">
              <w:rPr>
                <w:rFonts w:eastAsia="Calibri" w:cs="Times New Roman"/>
                <w:b/>
                <w:bCs/>
                <w:color w:val="000000"/>
                <w:szCs w:val="24"/>
              </w:rPr>
              <w:t>3.</w:t>
            </w:r>
            <w:r w:rsidRPr="00BC5E3B"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Подготовка</w:t>
            </w:r>
            <w:proofErr w:type="spellEnd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отчета</w:t>
            </w:r>
            <w:proofErr w:type="spellEnd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по</w:t>
            </w:r>
            <w:proofErr w:type="spellEnd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практике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225" w:rsidRPr="00BC5E3B" w:rsidRDefault="00777225" w:rsidP="0077722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</w:rPr>
            </w:pPr>
            <w:r w:rsidRPr="00BC5E3B">
              <w:rPr>
                <w:rFonts w:cs="Times New Roman"/>
                <w:color w:val="000000"/>
                <w:szCs w:val="24"/>
              </w:rPr>
              <w:t xml:space="preserve">3.1.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Подготовка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отчета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по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практике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F92A13" w:rsidRDefault="00F92A13" w:rsidP="00F92A13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F92A13">
              <w:rPr>
                <w:rFonts w:cs="Times New Roman"/>
                <w:color w:val="000000"/>
                <w:szCs w:val="24"/>
                <w:lang w:val="ru-RU"/>
              </w:rPr>
              <w:t>УК-1.1,УК -1.2,УК- 3.1,УК- 3.2,УК- 4.1,УК- 4.2,УК- 4.3,ПК- 7.1,ПК-7.2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F92A13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eastAsia="Calibri" w:cs="Times New Roman"/>
                <w:szCs w:val="24"/>
                <w:lang w:val="ru-RU"/>
              </w:rPr>
              <w:t>Текущий контроль.</w:t>
            </w: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</w:p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eastAsia="Calibri" w:cs="Times New Roman"/>
                <w:szCs w:val="24"/>
                <w:lang w:val="ru-RU"/>
              </w:rPr>
              <w:t>Промежуточная аттестация – зачет с оценкой.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225" w:rsidRPr="00777225" w:rsidRDefault="00777225" w:rsidP="00777225">
            <w:pPr>
              <w:spacing w:line="240" w:lineRule="auto"/>
              <w:ind w:left="-108" w:right="-108"/>
              <w:jc w:val="center"/>
              <w:rPr>
                <w:rFonts w:cs="Times New Roman"/>
                <w:color w:val="000000"/>
                <w:szCs w:val="24"/>
                <w:lang w:val="ru-RU"/>
              </w:rPr>
            </w:pPr>
            <w:r w:rsidRPr="00777225">
              <w:rPr>
                <w:rFonts w:cs="Times New Roman"/>
                <w:color w:val="000000"/>
                <w:szCs w:val="24"/>
                <w:lang w:val="ru-RU"/>
              </w:rPr>
              <w:t>Индивидуальные задания, дневник практики, отчет по практике</w:t>
            </w:r>
          </w:p>
          <w:p w:rsidR="00777225" w:rsidRPr="00777225" w:rsidRDefault="00777225" w:rsidP="00777225">
            <w:pPr>
              <w:spacing w:line="240" w:lineRule="auto"/>
              <w:ind w:left="-108" w:right="-108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777225">
              <w:rPr>
                <w:rFonts w:cs="Times New Roman"/>
                <w:szCs w:val="24"/>
                <w:lang w:val="ru-RU"/>
              </w:rPr>
              <w:t>Вопросы к зачету с оценкой 3.1-3.3.</w:t>
            </w:r>
          </w:p>
        </w:tc>
      </w:tr>
      <w:tr w:rsidR="00777225" w:rsidRPr="004350F1" w:rsidTr="00F92A13">
        <w:trPr>
          <w:trHeight w:val="1207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225" w:rsidRPr="00777225" w:rsidRDefault="00777225" w:rsidP="00777225">
            <w:pPr>
              <w:spacing w:line="276" w:lineRule="auto"/>
              <w:rPr>
                <w:rFonts w:eastAsia="Calibri"/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7225" w:rsidRPr="00BC5E3B" w:rsidRDefault="00777225" w:rsidP="00777225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BC5E3B">
              <w:rPr>
                <w:rFonts w:cs="Times New Roman"/>
                <w:color w:val="000000"/>
                <w:szCs w:val="24"/>
              </w:rPr>
              <w:t xml:space="preserve">3.2.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Защита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отчёта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по</w:t>
            </w:r>
            <w:proofErr w:type="spellEnd"/>
            <w:r w:rsidRPr="00BC5E3B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color w:val="000000"/>
                <w:szCs w:val="24"/>
              </w:rPr>
              <w:t>практике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7225" w:rsidRPr="00BC5E3B" w:rsidRDefault="00777225" w:rsidP="00777225">
            <w:pPr>
              <w:spacing w:line="276" w:lineRule="auto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7225" w:rsidRPr="00BC5E3B" w:rsidRDefault="00777225" w:rsidP="00777225">
            <w:pPr>
              <w:spacing w:line="276" w:lineRule="auto"/>
              <w:rPr>
                <w:rFonts w:eastAsia="Calibri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225" w:rsidRPr="00BC5E3B" w:rsidRDefault="00777225" w:rsidP="00777225">
            <w:pPr>
              <w:spacing w:line="276" w:lineRule="auto"/>
              <w:rPr>
                <w:rFonts w:eastAsia="Calibri"/>
                <w:szCs w:val="24"/>
              </w:rPr>
            </w:pPr>
          </w:p>
        </w:tc>
      </w:tr>
    </w:tbl>
    <w:p w:rsidR="00777225" w:rsidRPr="004350F1" w:rsidRDefault="00777225" w:rsidP="00777225">
      <w:pPr>
        <w:spacing w:line="240" w:lineRule="auto"/>
        <w:ind w:firstLine="708"/>
        <w:rPr>
          <w:szCs w:val="24"/>
        </w:rPr>
      </w:pPr>
    </w:p>
    <w:p w:rsidR="00777225" w:rsidRPr="00777225" w:rsidRDefault="00777225" w:rsidP="00777225">
      <w:pPr>
        <w:jc w:val="center"/>
        <w:rPr>
          <w:b/>
          <w:szCs w:val="24"/>
          <w:lang w:val="ru-RU"/>
        </w:rPr>
      </w:pPr>
      <w:r w:rsidRPr="00777225">
        <w:rPr>
          <w:b/>
          <w:szCs w:val="24"/>
          <w:lang w:val="ru-RU"/>
        </w:rPr>
        <w:t>Перечень и краткая характеристика оценочных средств</w:t>
      </w:r>
    </w:p>
    <w:p w:rsidR="00777225" w:rsidRPr="00777225" w:rsidRDefault="00777225" w:rsidP="00777225">
      <w:pPr>
        <w:spacing w:line="240" w:lineRule="auto"/>
        <w:rPr>
          <w:b/>
          <w:szCs w:val="24"/>
          <w:lang w:val="ru-RU"/>
        </w:rPr>
      </w:pPr>
      <w:r w:rsidRPr="00777225">
        <w:rPr>
          <w:rFonts w:eastAsia="Calibri"/>
          <w:szCs w:val="24"/>
          <w:shd w:val="clear" w:color="auto" w:fill="FFFFFF"/>
          <w:lang w:val="ru-RU"/>
        </w:rPr>
        <w:t xml:space="preserve">по практике </w:t>
      </w:r>
      <w:r w:rsidR="00F92A13">
        <w:rPr>
          <w:b/>
          <w:lang w:val="ru-RU"/>
        </w:rPr>
        <w:t>Б</w:t>
      </w:r>
      <w:proofErr w:type="gramStart"/>
      <w:r w:rsidR="00F92A13">
        <w:rPr>
          <w:b/>
          <w:lang w:val="ru-RU"/>
        </w:rPr>
        <w:t>2</w:t>
      </w:r>
      <w:proofErr w:type="gramEnd"/>
      <w:r w:rsidR="00F92A13">
        <w:rPr>
          <w:b/>
          <w:lang w:val="ru-RU"/>
        </w:rPr>
        <w:t>.В.01</w:t>
      </w:r>
      <w:r w:rsidRPr="00777225">
        <w:rPr>
          <w:b/>
          <w:lang w:val="ru-RU"/>
        </w:rPr>
        <w:t xml:space="preserve">(У) </w:t>
      </w:r>
      <w:r w:rsidR="00F92A13" w:rsidRPr="00777225">
        <w:rPr>
          <w:b/>
          <w:szCs w:val="24"/>
          <w:lang w:val="ru-RU"/>
        </w:rPr>
        <w:t>Учебная (ознакомительная) практика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2242"/>
        <w:gridCol w:w="5032"/>
        <w:gridCol w:w="1953"/>
      </w:tblGrid>
      <w:tr w:rsidR="00777225" w:rsidRPr="00F92A13" w:rsidTr="00777225">
        <w:tc>
          <w:tcPr>
            <w:tcW w:w="452" w:type="dxa"/>
          </w:tcPr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r w:rsidRPr="006C1742">
              <w:rPr>
                <w:b/>
              </w:rPr>
              <w:t>№</w:t>
            </w:r>
          </w:p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r w:rsidRPr="006C1742">
              <w:rPr>
                <w:b/>
              </w:rPr>
              <w:t>п/п</w:t>
            </w:r>
          </w:p>
        </w:tc>
        <w:tc>
          <w:tcPr>
            <w:tcW w:w="2271" w:type="dxa"/>
          </w:tcPr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proofErr w:type="spellStart"/>
            <w:r w:rsidRPr="006C1742">
              <w:rPr>
                <w:b/>
              </w:rPr>
              <w:t>Наименование</w:t>
            </w:r>
            <w:proofErr w:type="spellEnd"/>
          </w:p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proofErr w:type="spellStart"/>
            <w:r w:rsidRPr="006C1742">
              <w:rPr>
                <w:b/>
              </w:rPr>
              <w:t>оценочного</w:t>
            </w:r>
            <w:proofErr w:type="spellEnd"/>
          </w:p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proofErr w:type="spellStart"/>
            <w:r w:rsidRPr="006C1742">
              <w:rPr>
                <w:b/>
              </w:rPr>
              <w:t>средства</w:t>
            </w:r>
            <w:proofErr w:type="spellEnd"/>
          </w:p>
        </w:tc>
        <w:tc>
          <w:tcPr>
            <w:tcW w:w="5320" w:type="dxa"/>
          </w:tcPr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proofErr w:type="spellStart"/>
            <w:r w:rsidRPr="006C1742">
              <w:rPr>
                <w:b/>
              </w:rPr>
              <w:t>Краткая</w:t>
            </w:r>
            <w:proofErr w:type="spellEnd"/>
            <w:r w:rsidRPr="006C1742">
              <w:rPr>
                <w:b/>
              </w:rPr>
              <w:t xml:space="preserve"> </w:t>
            </w:r>
            <w:proofErr w:type="spellStart"/>
            <w:r w:rsidRPr="006C1742">
              <w:rPr>
                <w:b/>
              </w:rPr>
              <w:t>характеристика</w:t>
            </w:r>
            <w:proofErr w:type="spellEnd"/>
          </w:p>
          <w:p w:rsidR="00777225" w:rsidRPr="006C1742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</w:t>
            </w:r>
            <w:r w:rsidRPr="006C1742">
              <w:rPr>
                <w:b/>
              </w:rPr>
              <w:t>ценочного</w:t>
            </w:r>
            <w:proofErr w:type="spellEnd"/>
            <w:r w:rsidRPr="006C1742">
              <w:rPr>
                <w:b/>
              </w:rPr>
              <w:t xml:space="preserve"> </w:t>
            </w:r>
            <w:proofErr w:type="spellStart"/>
            <w:r w:rsidRPr="006C1742">
              <w:rPr>
                <w:b/>
              </w:rPr>
              <w:t>средства</w:t>
            </w:r>
            <w:proofErr w:type="spellEnd"/>
          </w:p>
        </w:tc>
        <w:tc>
          <w:tcPr>
            <w:tcW w:w="1625" w:type="dxa"/>
          </w:tcPr>
          <w:p w:rsidR="00777225" w:rsidRPr="00777225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  <w:lang w:val="ru-RU"/>
              </w:rPr>
            </w:pPr>
            <w:r w:rsidRPr="00777225">
              <w:rPr>
                <w:b/>
                <w:lang w:val="ru-RU"/>
              </w:rPr>
              <w:t>Представление</w:t>
            </w:r>
          </w:p>
          <w:p w:rsidR="00777225" w:rsidRPr="00777225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  <w:lang w:val="ru-RU"/>
              </w:rPr>
            </w:pPr>
            <w:r w:rsidRPr="00777225">
              <w:rPr>
                <w:b/>
                <w:lang w:val="ru-RU"/>
              </w:rPr>
              <w:t xml:space="preserve">оценочного </w:t>
            </w:r>
          </w:p>
          <w:p w:rsidR="00777225" w:rsidRPr="00777225" w:rsidRDefault="00777225" w:rsidP="00777225">
            <w:pPr>
              <w:tabs>
                <w:tab w:val="left" w:pos="2295"/>
              </w:tabs>
              <w:ind w:left="-108" w:right="-108"/>
              <w:jc w:val="center"/>
              <w:rPr>
                <w:b/>
                <w:lang w:val="ru-RU"/>
              </w:rPr>
            </w:pPr>
            <w:r w:rsidRPr="00777225">
              <w:rPr>
                <w:b/>
                <w:lang w:val="ru-RU"/>
              </w:rPr>
              <w:t>средства в фонде</w:t>
            </w:r>
          </w:p>
        </w:tc>
      </w:tr>
      <w:tr w:rsidR="00777225" w:rsidRPr="004350F1" w:rsidTr="00777225">
        <w:tc>
          <w:tcPr>
            <w:tcW w:w="452" w:type="dxa"/>
          </w:tcPr>
          <w:p w:rsidR="00777225" w:rsidRPr="00777225" w:rsidRDefault="00777225" w:rsidP="00777225">
            <w:pPr>
              <w:numPr>
                <w:ilvl w:val="0"/>
                <w:numId w:val="10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  <w:rPr>
                <w:lang w:val="ru-RU"/>
              </w:rPr>
            </w:pPr>
          </w:p>
        </w:tc>
        <w:tc>
          <w:tcPr>
            <w:tcW w:w="2271" w:type="dxa"/>
          </w:tcPr>
          <w:p w:rsidR="00777225" w:rsidRPr="00406FB8" w:rsidRDefault="00777225" w:rsidP="00777225">
            <w:pPr>
              <w:tabs>
                <w:tab w:val="left" w:pos="2295"/>
              </w:tabs>
              <w:spacing w:line="264" w:lineRule="auto"/>
              <w:jc w:val="both"/>
              <w:rPr>
                <w:szCs w:val="24"/>
              </w:rPr>
            </w:pPr>
            <w:proofErr w:type="spellStart"/>
            <w:r w:rsidRPr="00406FB8">
              <w:rPr>
                <w:szCs w:val="24"/>
              </w:rPr>
              <w:t>Задания</w:t>
            </w:r>
            <w:proofErr w:type="spellEnd"/>
            <w:r w:rsidRPr="00406FB8">
              <w:rPr>
                <w:szCs w:val="24"/>
              </w:rPr>
              <w:t xml:space="preserve"> </w:t>
            </w:r>
            <w:proofErr w:type="spellStart"/>
            <w:r w:rsidRPr="00406FB8">
              <w:rPr>
                <w:szCs w:val="24"/>
              </w:rPr>
              <w:t>для</w:t>
            </w:r>
            <w:proofErr w:type="spellEnd"/>
            <w:r w:rsidRPr="00406FB8">
              <w:rPr>
                <w:szCs w:val="24"/>
              </w:rPr>
              <w:t xml:space="preserve"> </w:t>
            </w:r>
            <w:proofErr w:type="spellStart"/>
            <w:r w:rsidRPr="00406FB8">
              <w:rPr>
                <w:szCs w:val="24"/>
              </w:rPr>
              <w:t>практики</w:t>
            </w:r>
            <w:proofErr w:type="spellEnd"/>
          </w:p>
        </w:tc>
        <w:tc>
          <w:tcPr>
            <w:tcW w:w="5320" w:type="dxa"/>
          </w:tcPr>
          <w:p w:rsidR="00777225" w:rsidRPr="00777225" w:rsidRDefault="00777225" w:rsidP="00F92A13">
            <w:pPr>
              <w:spacing w:line="240" w:lineRule="auto"/>
              <w:jc w:val="both"/>
              <w:rPr>
                <w:rFonts w:cs="Times New Roman"/>
                <w:color w:val="000000"/>
                <w:szCs w:val="24"/>
                <w:lang w:val="ru-RU"/>
              </w:rPr>
            </w:pPr>
            <w:r w:rsidRPr="00777225">
              <w:rPr>
                <w:rFonts w:cs="Times New Roman"/>
                <w:color w:val="000000"/>
                <w:szCs w:val="24"/>
                <w:lang w:val="ru-RU"/>
              </w:rPr>
              <w:t xml:space="preserve">Задания – 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>изучение различных аспектов</w:t>
            </w:r>
            <w:r w:rsidR="00F92A13">
              <w:rPr>
                <w:rFonts w:cs="Times New Roman"/>
                <w:color w:val="000000"/>
                <w:szCs w:val="24"/>
                <w:lang w:val="ru-RU"/>
              </w:rPr>
              <w:t xml:space="preserve"> асоциального, </w:t>
            </w:r>
            <w:proofErr w:type="spellStart"/>
            <w:r w:rsidR="00F92A13">
              <w:rPr>
                <w:rFonts w:cs="Times New Roman"/>
                <w:color w:val="000000"/>
                <w:szCs w:val="24"/>
                <w:lang w:val="ru-RU"/>
              </w:rPr>
              <w:t>девиантного</w:t>
            </w:r>
            <w:proofErr w:type="spellEnd"/>
            <w:r w:rsidR="00F92A13">
              <w:rPr>
                <w:rFonts w:cs="Times New Roman"/>
                <w:color w:val="000000"/>
                <w:szCs w:val="24"/>
                <w:lang w:val="ru-RU"/>
              </w:rPr>
              <w:t xml:space="preserve"> и </w:t>
            </w:r>
            <w:proofErr w:type="spellStart"/>
            <w:r w:rsidR="00F92A13">
              <w:rPr>
                <w:rFonts w:cs="Times New Roman"/>
                <w:color w:val="000000"/>
                <w:szCs w:val="24"/>
                <w:lang w:val="ru-RU"/>
              </w:rPr>
              <w:t>делинквентного</w:t>
            </w:r>
            <w:proofErr w:type="spellEnd"/>
            <w:r w:rsidR="00F92A13">
              <w:rPr>
                <w:rFonts w:cs="Times New Roman"/>
                <w:color w:val="000000"/>
                <w:szCs w:val="24"/>
                <w:lang w:val="ru-RU"/>
              </w:rPr>
              <w:t xml:space="preserve"> поведения 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>подростков</w:t>
            </w:r>
          </w:p>
        </w:tc>
        <w:tc>
          <w:tcPr>
            <w:tcW w:w="1625" w:type="dxa"/>
          </w:tcPr>
          <w:p w:rsidR="00777225" w:rsidRDefault="00777225" w:rsidP="00777225">
            <w:pPr>
              <w:spacing w:line="240" w:lineRule="auto"/>
            </w:pPr>
            <w:proofErr w:type="spellStart"/>
            <w:r w:rsidRPr="00406FB8">
              <w:rPr>
                <w:szCs w:val="24"/>
              </w:rPr>
              <w:t>Задания</w:t>
            </w:r>
            <w:proofErr w:type="spellEnd"/>
            <w:r w:rsidRPr="00406FB8">
              <w:rPr>
                <w:szCs w:val="24"/>
              </w:rPr>
              <w:t xml:space="preserve"> </w:t>
            </w:r>
            <w:proofErr w:type="spellStart"/>
            <w:r w:rsidRPr="00406FB8">
              <w:rPr>
                <w:szCs w:val="24"/>
              </w:rPr>
              <w:t>для</w:t>
            </w:r>
            <w:proofErr w:type="spellEnd"/>
            <w:r w:rsidRPr="00406FB8">
              <w:rPr>
                <w:szCs w:val="24"/>
              </w:rPr>
              <w:t xml:space="preserve"> </w:t>
            </w:r>
            <w:proofErr w:type="spellStart"/>
            <w:r w:rsidRPr="00406FB8">
              <w:rPr>
                <w:szCs w:val="24"/>
              </w:rPr>
              <w:t>практики</w:t>
            </w:r>
            <w:proofErr w:type="spellEnd"/>
          </w:p>
        </w:tc>
      </w:tr>
      <w:tr w:rsidR="00777225" w:rsidRPr="00654063" w:rsidTr="00777225">
        <w:tc>
          <w:tcPr>
            <w:tcW w:w="452" w:type="dxa"/>
          </w:tcPr>
          <w:p w:rsidR="00777225" w:rsidRPr="006C1742" w:rsidRDefault="00777225" w:rsidP="00777225">
            <w:pPr>
              <w:numPr>
                <w:ilvl w:val="0"/>
                <w:numId w:val="10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</w:pPr>
          </w:p>
        </w:tc>
        <w:tc>
          <w:tcPr>
            <w:tcW w:w="2271" w:type="dxa"/>
          </w:tcPr>
          <w:p w:rsidR="00777225" w:rsidRPr="006C1742" w:rsidRDefault="00777225" w:rsidP="00777225">
            <w:pPr>
              <w:spacing w:line="240" w:lineRule="auto"/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Индивидуальные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задания</w:t>
            </w:r>
            <w:proofErr w:type="spellEnd"/>
          </w:p>
        </w:tc>
        <w:tc>
          <w:tcPr>
            <w:tcW w:w="5320" w:type="dxa"/>
          </w:tcPr>
          <w:p w:rsidR="00777225" w:rsidRPr="00777225" w:rsidRDefault="00777225" w:rsidP="00654063">
            <w:pPr>
              <w:spacing w:line="240" w:lineRule="auto"/>
              <w:jc w:val="both"/>
              <w:rPr>
                <w:lang w:val="ru-RU"/>
              </w:rPr>
            </w:pPr>
            <w:r w:rsidRPr="00777225">
              <w:rPr>
                <w:rFonts w:cs="Times New Roman"/>
                <w:color w:val="000000"/>
                <w:szCs w:val="24"/>
                <w:lang w:val="ru-RU"/>
              </w:rPr>
              <w:t>Индив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>идуальные задания: различные аспекты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 асоциального, </w:t>
            </w:r>
            <w:proofErr w:type="spellStart"/>
            <w:r w:rsidR="00654063">
              <w:rPr>
                <w:rFonts w:cs="Times New Roman"/>
                <w:color w:val="000000"/>
                <w:szCs w:val="24"/>
                <w:lang w:val="ru-RU"/>
              </w:rPr>
              <w:t>девиантного</w:t>
            </w:r>
            <w:proofErr w:type="spellEnd"/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 и </w:t>
            </w:r>
            <w:proofErr w:type="spellStart"/>
            <w:r w:rsidR="00654063">
              <w:rPr>
                <w:rFonts w:cs="Times New Roman"/>
                <w:color w:val="000000"/>
                <w:szCs w:val="24"/>
                <w:lang w:val="ru-RU"/>
              </w:rPr>
              <w:t>делинквентного</w:t>
            </w:r>
            <w:proofErr w:type="spellEnd"/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 поведения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 подростков, в </w:t>
            </w:r>
            <w:proofErr w:type="gramStart"/>
            <w:r w:rsidR="00654063">
              <w:rPr>
                <w:rFonts w:cs="Times New Roman"/>
                <w:color w:val="000000"/>
                <w:szCs w:val="24"/>
                <w:lang w:val="ru-RU"/>
              </w:rPr>
              <w:t>рамках</w:t>
            </w:r>
            <w:proofErr w:type="gramEnd"/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 изучения которых необходимо написать рефераты, всесторонне раскрывающие проблему, а также подготовить материалы (презентации, буклеты, видеоролики и т.д.), направленные на профилактику данных проблем в подростковой среде.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 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>Д</w:t>
            </w:r>
            <w:r w:rsidR="0001521E">
              <w:rPr>
                <w:rFonts w:cs="Times New Roman"/>
                <w:color w:val="000000"/>
                <w:szCs w:val="24"/>
                <w:lang w:val="ru-RU"/>
              </w:rPr>
              <w:t xml:space="preserve">ополнительно: 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>практикант</w:t>
            </w:r>
            <w:r w:rsidR="0001521E">
              <w:rPr>
                <w:rFonts w:cs="Times New Roman"/>
                <w:color w:val="000000"/>
                <w:szCs w:val="24"/>
                <w:lang w:val="ru-RU"/>
              </w:rPr>
              <w:t>ы обобщаю</w:t>
            </w:r>
            <w:r w:rsidR="00654063">
              <w:rPr>
                <w:rFonts w:cs="Times New Roman"/>
                <w:color w:val="000000"/>
                <w:szCs w:val="24"/>
                <w:lang w:val="ru-RU"/>
              </w:rPr>
              <w:t xml:space="preserve">т свой опыт обучения </w:t>
            </w:r>
            <w:r w:rsidR="0001521E">
              <w:rPr>
                <w:rFonts w:cs="Times New Roman"/>
                <w:color w:val="000000"/>
                <w:szCs w:val="24"/>
                <w:lang w:val="ru-RU"/>
              </w:rPr>
              <w:t xml:space="preserve">в течение первого курса и готовят </w:t>
            </w:r>
            <w:proofErr w:type="spellStart"/>
            <w:r w:rsidR="0001521E">
              <w:rPr>
                <w:rFonts w:cs="Times New Roman"/>
                <w:color w:val="000000"/>
                <w:szCs w:val="24"/>
                <w:lang w:val="ru-RU"/>
              </w:rPr>
              <w:t>профориентационные</w:t>
            </w:r>
            <w:proofErr w:type="spellEnd"/>
            <w:r w:rsidR="0001521E">
              <w:rPr>
                <w:rFonts w:cs="Times New Roman"/>
                <w:color w:val="000000"/>
                <w:szCs w:val="24"/>
                <w:lang w:val="ru-RU"/>
              </w:rPr>
              <w:t xml:space="preserve"> материалы для абитуриентов</w:t>
            </w:r>
          </w:p>
        </w:tc>
        <w:tc>
          <w:tcPr>
            <w:tcW w:w="1625" w:type="dxa"/>
          </w:tcPr>
          <w:p w:rsidR="00777225" w:rsidRPr="00654063" w:rsidRDefault="00777225" w:rsidP="00777225">
            <w:pPr>
              <w:spacing w:line="240" w:lineRule="auto"/>
              <w:rPr>
                <w:lang w:val="ru-RU"/>
              </w:rPr>
            </w:pPr>
            <w:r w:rsidRPr="00654063">
              <w:rPr>
                <w:lang w:val="ru-RU"/>
              </w:rPr>
              <w:t xml:space="preserve">Темы </w:t>
            </w:r>
            <w:r w:rsidRPr="00654063">
              <w:rPr>
                <w:rFonts w:cs="Times New Roman"/>
                <w:color w:val="000000"/>
                <w:szCs w:val="24"/>
                <w:lang w:val="ru-RU"/>
              </w:rPr>
              <w:t>индивидуальных заданий</w:t>
            </w:r>
          </w:p>
        </w:tc>
      </w:tr>
      <w:tr w:rsidR="00777225" w:rsidRPr="004350F1" w:rsidTr="00777225">
        <w:tc>
          <w:tcPr>
            <w:tcW w:w="452" w:type="dxa"/>
          </w:tcPr>
          <w:p w:rsidR="00777225" w:rsidRPr="00654063" w:rsidRDefault="00777225" w:rsidP="00777225">
            <w:pPr>
              <w:numPr>
                <w:ilvl w:val="0"/>
                <w:numId w:val="10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  <w:rPr>
                <w:lang w:val="ru-RU"/>
              </w:rPr>
            </w:pPr>
          </w:p>
        </w:tc>
        <w:tc>
          <w:tcPr>
            <w:tcW w:w="2271" w:type="dxa"/>
          </w:tcPr>
          <w:p w:rsidR="00777225" w:rsidRPr="00654063" w:rsidRDefault="00777225" w:rsidP="00777225">
            <w:pPr>
              <w:spacing w:line="240" w:lineRule="auto"/>
              <w:rPr>
                <w:lang w:val="ru-RU"/>
              </w:rPr>
            </w:pPr>
            <w:r w:rsidRPr="00654063">
              <w:rPr>
                <w:lang w:val="ru-RU"/>
              </w:rPr>
              <w:t>Отчет по практике</w:t>
            </w:r>
          </w:p>
        </w:tc>
        <w:tc>
          <w:tcPr>
            <w:tcW w:w="5320" w:type="dxa"/>
          </w:tcPr>
          <w:p w:rsidR="00777225" w:rsidRPr="00777225" w:rsidRDefault="00777225" w:rsidP="00777225">
            <w:pPr>
              <w:spacing w:line="240" w:lineRule="auto"/>
              <w:jc w:val="both"/>
              <w:rPr>
                <w:color w:val="FF0000"/>
                <w:lang w:val="ru-RU"/>
              </w:rPr>
            </w:pPr>
            <w:r w:rsidRPr="00777225">
              <w:rPr>
                <w:lang w:val="ru-RU"/>
              </w:rPr>
              <w:t>Представляет собой аналитическую (практическую) работу, выполненную обучающимся. Это совокупность результатов</w:t>
            </w:r>
            <w:r w:rsidR="00654063">
              <w:rPr>
                <w:lang w:val="ru-RU"/>
              </w:rPr>
              <w:t xml:space="preserve"> </w:t>
            </w:r>
            <w:r w:rsidR="00654063">
              <w:rPr>
                <w:lang w:val="ru-RU"/>
              </w:rPr>
              <w:lastRenderedPageBreak/>
              <w:t>самостоятельных исследований (</w:t>
            </w:r>
            <w:r w:rsidRPr="00777225">
              <w:rPr>
                <w:lang w:val="ru-RU"/>
              </w:rPr>
              <w:t xml:space="preserve">с учетом индивидуального задания) теоретических навыков и практических, приобретенных обучающимся </w:t>
            </w:r>
            <w:proofErr w:type="gramStart"/>
            <w:r w:rsidRPr="00777225">
              <w:rPr>
                <w:lang w:val="ru-RU"/>
              </w:rPr>
              <w:t>на</w:t>
            </w:r>
            <w:proofErr w:type="gramEnd"/>
            <w:r w:rsidRPr="00777225">
              <w:rPr>
                <w:lang w:val="ru-RU"/>
              </w:rPr>
              <w:t xml:space="preserve"> </w:t>
            </w:r>
            <w:proofErr w:type="gramStart"/>
            <w:r w:rsidRPr="00777225">
              <w:rPr>
                <w:lang w:val="ru-RU"/>
              </w:rPr>
              <w:t>во</w:t>
            </w:r>
            <w:proofErr w:type="gramEnd"/>
            <w:r w:rsidRPr="00777225">
              <w:rPr>
                <w:lang w:val="ru-RU"/>
              </w:rPr>
              <w:t xml:space="preserve"> время прохождения практики.</w:t>
            </w:r>
          </w:p>
        </w:tc>
        <w:tc>
          <w:tcPr>
            <w:tcW w:w="1625" w:type="dxa"/>
          </w:tcPr>
          <w:p w:rsidR="00777225" w:rsidRPr="006C1742" w:rsidRDefault="00777225" w:rsidP="00777225">
            <w:pPr>
              <w:spacing w:line="240" w:lineRule="auto"/>
            </w:pPr>
            <w:proofErr w:type="spellStart"/>
            <w:r w:rsidRPr="006C1742">
              <w:lastRenderedPageBreak/>
              <w:t>Макет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отчета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по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практике</w:t>
            </w:r>
            <w:proofErr w:type="spellEnd"/>
          </w:p>
        </w:tc>
      </w:tr>
      <w:tr w:rsidR="00777225" w:rsidRPr="004350F1" w:rsidTr="00777225">
        <w:trPr>
          <w:trHeight w:val="547"/>
        </w:trPr>
        <w:tc>
          <w:tcPr>
            <w:tcW w:w="452" w:type="dxa"/>
          </w:tcPr>
          <w:p w:rsidR="00777225" w:rsidRPr="006C1742" w:rsidRDefault="00777225" w:rsidP="00777225">
            <w:pPr>
              <w:numPr>
                <w:ilvl w:val="0"/>
                <w:numId w:val="10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</w:pPr>
          </w:p>
        </w:tc>
        <w:tc>
          <w:tcPr>
            <w:tcW w:w="2271" w:type="dxa"/>
          </w:tcPr>
          <w:p w:rsidR="00777225" w:rsidRPr="006C1742" w:rsidRDefault="00777225" w:rsidP="00777225">
            <w:pPr>
              <w:spacing w:line="240" w:lineRule="auto"/>
            </w:pPr>
            <w:proofErr w:type="spellStart"/>
            <w:r w:rsidRPr="006C1742">
              <w:t>Дневник</w:t>
            </w:r>
            <w:proofErr w:type="spellEnd"/>
            <w:r w:rsidRPr="006C1742">
              <w:t> </w:t>
            </w:r>
            <w:proofErr w:type="spellStart"/>
            <w:r w:rsidRPr="006C1742">
              <w:t>по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практике</w:t>
            </w:r>
            <w:proofErr w:type="spellEnd"/>
          </w:p>
        </w:tc>
        <w:tc>
          <w:tcPr>
            <w:tcW w:w="5320" w:type="dxa"/>
          </w:tcPr>
          <w:p w:rsidR="00777225" w:rsidRPr="00777225" w:rsidRDefault="00777225" w:rsidP="00777225">
            <w:pPr>
              <w:spacing w:line="240" w:lineRule="auto"/>
              <w:ind w:firstLine="28"/>
              <w:jc w:val="both"/>
              <w:rPr>
                <w:lang w:val="ru-RU"/>
              </w:rPr>
            </w:pPr>
            <w:r w:rsidRPr="00777225">
              <w:rPr>
                <w:lang w:val="ru-RU"/>
              </w:rPr>
              <w:t>Один из документов, отражающих качество работы обучающегося, прошедшего практику, описание всех его занятий. Записи  в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1625" w:type="dxa"/>
          </w:tcPr>
          <w:p w:rsidR="00777225" w:rsidRPr="006C1742" w:rsidRDefault="00777225" w:rsidP="00777225">
            <w:pPr>
              <w:spacing w:line="240" w:lineRule="auto"/>
              <w:jc w:val="both"/>
            </w:pPr>
            <w:proofErr w:type="spellStart"/>
            <w:r w:rsidRPr="006C1742">
              <w:t>Макет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дневника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по</w:t>
            </w:r>
            <w:proofErr w:type="spellEnd"/>
            <w:r w:rsidRPr="006C1742">
              <w:t xml:space="preserve"> </w:t>
            </w:r>
            <w:proofErr w:type="spellStart"/>
            <w:r w:rsidRPr="006C1742">
              <w:t>практике</w:t>
            </w:r>
            <w:proofErr w:type="spellEnd"/>
          </w:p>
        </w:tc>
      </w:tr>
      <w:tr w:rsidR="00777225" w:rsidRPr="00F92A13" w:rsidTr="00777225">
        <w:tc>
          <w:tcPr>
            <w:tcW w:w="452" w:type="dxa"/>
          </w:tcPr>
          <w:p w:rsidR="00777225" w:rsidRPr="006C1742" w:rsidRDefault="00777225" w:rsidP="00777225">
            <w:pPr>
              <w:numPr>
                <w:ilvl w:val="0"/>
                <w:numId w:val="10"/>
              </w:numPr>
              <w:tabs>
                <w:tab w:val="num" w:pos="460"/>
              </w:tabs>
              <w:spacing w:after="200" w:line="240" w:lineRule="auto"/>
              <w:ind w:left="-108" w:right="-108"/>
              <w:jc w:val="right"/>
            </w:pPr>
          </w:p>
        </w:tc>
        <w:tc>
          <w:tcPr>
            <w:tcW w:w="2271" w:type="dxa"/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rPr>
                <w:lang w:val="ru-RU"/>
              </w:rPr>
            </w:pPr>
            <w:r w:rsidRPr="00777225">
              <w:rPr>
                <w:lang w:val="ru-RU"/>
              </w:rPr>
              <w:t>Вопросы к зачету с оценкой</w:t>
            </w:r>
          </w:p>
        </w:tc>
        <w:tc>
          <w:tcPr>
            <w:tcW w:w="5320" w:type="dxa"/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rPr>
                <w:lang w:val="ru-RU"/>
              </w:rPr>
            </w:pPr>
            <w:r w:rsidRPr="00777225">
              <w:rPr>
                <w:rFonts w:eastAsia="Calibri"/>
                <w:lang w:val="ru-RU"/>
              </w:rPr>
              <w:t xml:space="preserve">Форма промежуточной аттестации </w:t>
            </w:r>
            <w:proofErr w:type="gramStart"/>
            <w:r w:rsidRPr="00777225">
              <w:rPr>
                <w:rFonts w:eastAsia="Calibri"/>
                <w:lang w:val="ru-RU"/>
              </w:rPr>
              <w:t>обучающегося</w:t>
            </w:r>
            <w:proofErr w:type="gramEnd"/>
            <w:r w:rsidRPr="00777225">
              <w:rPr>
                <w:rFonts w:eastAsia="Calibri"/>
                <w:lang w:val="ru-RU"/>
              </w:rPr>
              <w:t>, определяемая учебным планом подготовки по образовательной программе.</w:t>
            </w:r>
          </w:p>
        </w:tc>
        <w:tc>
          <w:tcPr>
            <w:tcW w:w="1625" w:type="dxa"/>
          </w:tcPr>
          <w:p w:rsidR="00777225" w:rsidRPr="00777225" w:rsidRDefault="00777225" w:rsidP="00777225">
            <w:pPr>
              <w:tabs>
                <w:tab w:val="left" w:pos="8028"/>
              </w:tabs>
              <w:spacing w:line="240" w:lineRule="auto"/>
              <w:rPr>
                <w:lang w:val="ru-RU"/>
              </w:rPr>
            </w:pPr>
            <w:r w:rsidRPr="00777225">
              <w:rPr>
                <w:rFonts w:eastAsia="Calibri"/>
                <w:lang w:val="ru-RU"/>
              </w:rPr>
              <w:t>Перечень вопросов к зачету с оценкой</w:t>
            </w:r>
          </w:p>
        </w:tc>
      </w:tr>
    </w:tbl>
    <w:p w:rsidR="00777225" w:rsidRPr="00777225" w:rsidRDefault="00777225" w:rsidP="00777225">
      <w:pPr>
        <w:tabs>
          <w:tab w:val="left" w:pos="2295"/>
        </w:tabs>
        <w:spacing w:line="264" w:lineRule="auto"/>
        <w:jc w:val="center"/>
        <w:rPr>
          <w:b/>
          <w:sz w:val="28"/>
          <w:szCs w:val="28"/>
          <w:lang w:val="ru-RU"/>
        </w:rPr>
      </w:pPr>
    </w:p>
    <w:p w:rsidR="00777225" w:rsidRPr="00777225" w:rsidRDefault="00777225" w:rsidP="00777225">
      <w:pPr>
        <w:jc w:val="center"/>
        <w:rPr>
          <w:b/>
          <w:szCs w:val="24"/>
          <w:lang w:val="ru-RU"/>
        </w:rPr>
      </w:pPr>
      <w:r w:rsidRPr="00777225">
        <w:rPr>
          <w:b/>
          <w:sz w:val="28"/>
          <w:szCs w:val="28"/>
          <w:lang w:val="ru-RU"/>
        </w:rPr>
        <w:br w:type="page"/>
      </w:r>
      <w:r w:rsidRPr="00777225">
        <w:rPr>
          <w:b/>
          <w:szCs w:val="24"/>
          <w:lang w:val="ru-RU"/>
        </w:rPr>
        <w:lastRenderedPageBreak/>
        <w:t>Комплект оценочных сре</w:t>
      </w:r>
      <w:proofErr w:type="gramStart"/>
      <w:r w:rsidRPr="00777225">
        <w:rPr>
          <w:b/>
          <w:szCs w:val="24"/>
          <w:lang w:val="ru-RU"/>
        </w:rPr>
        <w:t>дств дл</w:t>
      </w:r>
      <w:proofErr w:type="gramEnd"/>
      <w:r w:rsidRPr="00777225">
        <w:rPr>
          <w:b/>
          <w:szCs w:val="24"/>
          <w:lang w:val="ru-RU"/>
        </w:rPr>
        <w:t>я текущего контроля</w:t>
      </w:r>
    </w:p>
    <w:p w:rsidR="00777225" w:rsidRPr="00777225" w:rsidRDefault="00777225" w:rsidP="00777225">
      <w:pPr>
        <w:tabs>
          <w:tab w:val="left" w:pos="2295"/>
        </w:tabs>
        <w:spacing w:line="264" w:lineRule="auto"/>
        <w:jc w:val="center"/>
        <w:rPr>
          <w:b/>
          <w:szCs w:val="24"/>
          <w:lang w:val="ru-RU"/>
        </w:rPr>
      </w:pPr>
      <w:r w:rsidRPr="00777225">
        <w:rPr>
          <w:b/>
          <w:szCs w:val="24"/>
          <w:lang w:val="ru-RU"/>
        </w:rPr>
        <w:t>Задания для практики</w:t>
      </w:r>
      <w:r w:rsidR="008802BE">
        <w:rPr>
          <w:b/>
          <w:szCs w:val="24"/>
          <w:lang w:val="ru-RU"/>
        </w:rPr>
        <w:t xml:space="preserve"> (примерный список тем рефератов и наименований мероприятий, направленных на профилактику асоциального, </w:t>
      </w:r>
      <w:proofErr w:type="spellStart"/>
      <w:r w:rsidR="008802BE">
        <w:rPr>
          <w:b/>
          <w:szCs w:val="24"/>
          <w:lang w:val="ru-RU"/>
        </w:rPr>
        <w:t>девиантного</w:t>
      </w:r>
      <w:proofErr w:type="spellEnd"/>
      <w:r w:rsidR="008802BE">
        <w:rPr>
          <w:b/>
          <w:szCs w:val="24"/>
          <w:lang w:val="ru-RU"/>
        </w:rPr>
        <w:t xml:space="preserve"> и </w:t>
      </w:r>
      <w:proofErr w:type="spellStart"/>
      <w:r w:rsidR="008802BE">
        <w:rPr>
          <w:b/>
          <w:szCs w:val="24"/>
          <w:lang w:val="ru-RU"/>
        </w:rPr>
        <w:t>делинквентного</w:t>
      </w:r>
      <w:proofErr w:type="spellEnd"/>
      <w:r w:rsidR="008802BE">
        <w:rPr>
          <w:b/>
          <w:szCs w:val="24"/>
          <w:lang w:val="ru-RU"/>
        </w:rPr>
        <w:t xml:space="preserve"> поведения у подростков)</w:t>
      </w:r>
    </w:p>
    <w:p w:rsidR="008802BE" w:rsidRDefault="00777225" w:rsidP="008802BE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8802BE">
        <w:rPr>
          <w:rFonts w:cs="Times New Roman"/>
          <w:szCs w:val="24"/>
          <w:lang w:val="ru-RU"/>
        </w:rPr>
        <w:t>1.</w:t>
      </w:r>
      <w:r w:rsidR="008802BE">
        <w:rPr>
          <w:rFonts w:cs="Times New Roman"/>
          <w:szCs w:val="24"/>
          <w:lang w:val="ru-RU"/>
        </w:rPr>
        <w:t>Проблемы депрессивных состояний подростков;</w:t>
      </w:r>
    </w:p>
    <w:p w:rsidR="00777225" w:rsidRPr="008802BE" w:rsidRDefault="008802BE" w:rsidP="00777225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 Подростковая преступность как крайняя форма </w:t>
      </w:r>
      <w:proofErr w:type="spellStart"/>
      <w:r>
        <w:rPr>
          <w:rFonts w:cs="Times New Roman"/>
          <w:szCs w:val="24"/>
          <w:lang w:val="ru-RU"/>
        </w:rPr>
        <w:t>девиантного</w:t>
      </w:r>
      <w:proofErr w:type="spellEnd"/>
      <w:r>
        <w:rPr>
          <w:rFonts w:cs="Times New Roman"/>
          <w:szCs w:val="24"/>
          <w:lang w:val="ru-RU"/>
        </w:rPr>
        <w:t xml:space="preserve"> поведения;</w:t>
      </w:r>
    </w:p>
    <w:p w:rsidR="00777225" w:rsidRPr="008802BE" w:rsidRDefault="008802BE" w:rsidP="00777225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3</w:t>
      </w:r>
      <w:r w:rsidR="00777225" w:rsidRPr="008802BE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>Зависимость от алкоголя в подростковой среде;</w:t>
      </w:r>
    </w:p>
    <w:p w:rsidR="007B1D21" w:rsidRDefault="00777225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8802BE">
        <w:rPr>
          <w:rFonts w:cs="Times New Roman"/>
          <w:szCs w:val="24"/>
          <w:lang w:val="ru-RU"/>
        </w:rPr>
        <w:t>4.</w:t>
      </w:r>
      <w:r w:rsidR="007B1D21">
        <w:rPr>
          <w:rFonts w:cs="Times New Roman"/>
          <w:szCs w:val="24"/>
          <w:lang w:val="ru-RU"/>
        </w:rPr>
        <w:t xml:space="preserve"> Суицидальное поведение подростков;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5. Психологические факторы вовлечения подростков в экстремистскую деятельность;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6. Ранняя беременность у подростков;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7. Роль школьного психолога в коррекции </w:t>
      </w:r>
      <w:proofErr w:type="spellStart"/>
      <w:r>
        <w:rPr>
          <w:rFonts w:cs="Times New Roman"/>
          <w:szCs w:val="24"/>
          <w:lang w:val="ru-RU"/>
        </w:rPr>
        <w:t>девиантного</w:t>
      </w:r>
      <w:proofErr w:type="spellEnd"/>
      <w:r>
        <w:rPr>
          <w:rFonts w:cs="Times New Roman"/>
          <w:szCs w:val="24"/>
          <w:lang w:val="ru-RU"/>
        </w:rPr>
        <w:t xml:space="preserve"> поведения подростков;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8. </w:t>
      </w:r>
      <w:proofErr w:type="spellStart"/>
      <w:r>
        <w:rPr>
          <w:rFonts w:cs="Times New Roman"/>
          <w:szCs w:val="24"/>
          <w:lang w:val="ru-RU"/>
        </w:rPr>
        <w:t>Несуицидальное</w:t>
      </w:r>
      <w:proofErr w:type="spellEnd"/>
      <w:r>
        <w:rPr>
          <w:rFonts w:cs="Times New Roman"/>
          <w:szCs w:val="24"/>
          <w:lang w:val="ru-RU"/>
        </w:rPr>
        <w:t xml:space="preserve"> </w:t>
      </w:r>
      <w:proofErr w:type="spellStart"/>
      <w:r>
        <w:rPr>
          <w:rFonts w:cs="Times New Roman"/>
          <w:szCs w:val="24"/>
          <w:lang w:val="ru-RU"/>
        </w:rPr>
        <w:t>самопореждающее</w:t>
      </w:r>
      <w:proofErr w:type="spellEnd"/>
      <w:r>
        <w:rPr>
          <w:rFonts w:cs="Times New Roman"/>
          <w:szCs w:val="24"/>
          <w:lang w:val="ru-RU"/>
        </w:rPr>
        <w:t xml:space="preserve"> поведение у подростков (</w:t>
      </w:r>
      <w:r>
        <w:rPr>
          <w:rFonts w:cs="Times New Roman"/>
          <w:szCs w:val="24"/>
        </w:rPr>
        <w:t>Self</w:t>
      </w:r>
      <w:r w:rsidRPr="007B1D21">
        <w:rPr>
          <w:rFonts w:cs="Times New Roman"/>
          <w:szCs w:val="24"/>
          <w:lang w:val="ru-RU"/>
        </w:rPr>
        <w:t>-</w:t>
      </w:r>
      <w:r>
        <w:rPr>
          <w:rFonts w:cs="Times New Roman"/>
          <w:szCs w:val="24"/>
        </w:rPr>
        <w:t>Harm</w:t>
      </w:r>
      <w:r w:rsidRPr="007B1D21">
        <w:rPr>
          <w:rFonts w:cs="Times New Roman"/>
          <w:szCs w:val="24"/>
          <w:lang w:val="ru-RU"/>
        </w:rPr>
        <w:t>)</w:t>
      </w:r>
      <w:r>
        <w:rPr>
          <w:rFonts w:cs="Times New Roman"/>
          <w:szCs w:val="24"/>
          <w:lang w:val="ru-RU"/>
        </w:rPr>
        <w:t>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9. Зависимость от гаджетов в подростковой среде;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10. Игровая зависимость в подростковой среде как разновидность </w:t>
      </w:r>
      <w:proofErr w:type="spellStart"/>
      <w:r>
        <w:rPr>
          <w:rFonts w:cs="Times New Roman"/>
          <w:szCs w:val="24"/>
          <w:lang w:val="ru-RU"/>
        </w:rPr>
        <w:t>аддиктивного</w:t>
      </w:r>
      <w:proofErr w:type="spellEnd"/>
      <w:r>
        <w:rPr>
          <w:rFonts w:cs="Times New Roman"/>
          <w:szCs w:val="24"/>
          <w:lang w:val="ru-RU"/>
        </w:rPr>
        <w:t xml:space="preserve"> поведения;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11.Лудомания у подростков;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12. ЗППП в подростковой среде как фактор, угрожающий генофонду страны;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13. Подростковое бродяжничество;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14. </w:t>
      </w:r>
      <w:proofErr w:type="spellStart"/>
      <w:r>
        <w:rPr>
          <w:rFonts w:cs="Times New Roman"/>
          <w:szCs w:val="24"/>
          <w:lang w:val="ru-RU"/>
        </w:rPr>
        <w:t>Скулшутинги</w:t>
      </w:r>
      <w:proofErr w:type="spellEnd"/>
      <w:r>
        <w:rPr>
          <w:rFonts w:cs="Times New Roman"/>
          <w:szCs w:val="24"/>
          <w:lang w:val="ru-RU"/>
        </w:rPr>
        <w:t xml:space="preserve"> как один из вызовов современности;</w:t>
      </w:r>
    </w:p>
    <w:p w:rsidR="007B1D21" w:rsidRDefault="007B1D21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15. Распространенность </w:t>
      </w:r>
      <w:proofErr w:type="spellStart"/>
      <w:r>
        <w:rPr>
          <w:rFonts w:cs="Times New Roman"/>
          <w:szCs w:val="24"/>
          <w:lang w:val="ru-RU"/>
        </w:rPr>
        <w:t>кибербуллинга</w:t>
      </w:r>
      <w:proofErr w:type="spellEnd"/>
      <w:r>
        <w:rPr>
          <w:rFonts w:cs="Times New Roman"/>
          <w:szCs w:val="24"/>
          <w:lang w:val="ru-RU"/>
        </w:rPr>
        <w:t xml:space="preserve"> в подростковой среде;</w:t>
      </w: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16. Курение и «парение» в подростковой среде;</w:t>
      </w: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17. Влияние тоталитарных сект на подростковую аудиторию;</w:t>
      </w: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18. </w:t>
      </w:r>
      <w:proofErr w:type="spellStart"/>
      <w:r>
        <w:rPr>
          <w:rFonts w:cs="Times New Roman"/>
          <w:szCs w:val="24"/>
          <w:lang w:val="ru-RU"/>
        </w:rPr>
        <w:t>Буллинг</w:t>
      </w:r>
      <w:proofErr w:type="spellEnd"/>
      <w:r>
        <w:rPr>
          <w:rFonts w:cs="Times New Roman"/>
          <w:szCs w:val="24"/>
          <w:lang w:val="ru-RU"/>
        </w:rPr>
        <w:t xml:space="preserve"> и его проявления в школьной среде;</w:t>
      </w: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19. Экстремистская контркультура А.У.Е. и ее влияние на подростковую среду на современном этапе;</w:t>
      </w: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20. Подростковое бродяжничество и его влияние на вовлечение подростков в преступную деятельность.</w:t>
      </w:r>
      <w:r w:rsidR="007B1D21">
        <w:rPr>
          <w:rFonts w:cs="Times New Roman"/>
          <w:szCs w:val="24"/>
          <w:lang w:val="ru-RU"/>
        </w:rPr>
        <w:t xml:space="preserve"> </w:t>
      </w: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</w:p>
    <w:p w:rsidR="00A85AF8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</w:p>
    <w:p w:rsidR="00A85AF8" w:rsidRDefault="00A85AF8" w:rsidP="00A85AF8">
      <w:pPr>
        <w:spacing w:line="240" w:lineRule="auto"/>
        <w:ind w:firstLine="709"/>
        <w:jc w:val="center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Дополнительно необходимо:</w:t>
      </w:r>
    </w:p>
    <w:p w:rsidR="00777225" w:rsidRPr="008802BE" w:rsidRDefault="00A85AF8" w:rsidP="007B1D21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1. </w:t>
      </w:r>
      <w:r w:rsidR="00777225" w:rsidRPr="008802BE">
        <w:rPr>
          <w:rFonts w:cs="Times New Roman"/>
          <w:szCs w:val="24"/>
          <w:lang w:val="ru-RU"/>
        </w:rPr>
        <w:t>Проанализировать документы, регла</w:t>
      </w:r>
      <w:r>
        <w:rPr>
          <w:rFonts w:cs="Times New Roman"/>
          <w:szCs w:val="24"/>
          <w:lang w:val="ru-RU"/>
        </w:rPr>
        <w:t>ментирующие работу</w:t>
      </w:r>
      <w:r w:rsidR="00777225" w:rsidRPr="008802BE">
        <w:rPr>
          <w:rFonts w:cs="Times New Roman"/>
          <w:szCs w:val="24"/>
          <w:lang w:val="ru-RU"/>
        </w:rPr>
        <w:t xml:space="preserve"> психолога в системе образовани</w:t>
      </w:r>
      <w:r>
        <w:rPr>
          <w:rFonts w:cs="Times New Roman"/>
          <w:szCs w:val="24"/>
          <w:lang w:val="ru-RU"/>
        </w:rPr>
        <w:t>я</w:t>
      </w:r>
      <w:r w:rsidR="00777225" w:rsidRPr="008802BE">
        <w:rPr>
          <w:rFonts w:cs="Times New Roman"/>
          <w:szCs w:val="24"/>
          <w:lang w:val="ru-RU"/>
        </w:rPr>
        <w:t>.</w:t>
      </w:r>
    </w:p>
    <w:p w:rsidR="00777225" w:rsidRPr="008802BE" w:rsidRDefault="00A85AF8" w:rsidP="00777225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2</w:t>
      </w:r>
      <w:r w:rsidR="00777225" w:rsidRPr="008802BE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 xml:space="preserve"> </w:t>
      </w:r>
      <w:r w:rsidR="00777225" w:rsidRPr="008802BE">
        <w:rPr>
          <w:rFonts w:cs="Times New Roman"/>
          <w:szCs w:val="24"/>
          <w:lang w:val="ru-RU"/>
        </w:rPr>
        <w:t>Изучить и составить модель сотрудничества психолога с различными специалистами образовательного учреждения. Охарактеризовать формы и методы сотрудничества с педагогами, администрацией, социальным педагогом.</w:t>
      </w:r>
    </w:p>
    <w:p w:rsidR="00777225" w:rsidRPr="008802BE" w:rsidRDefault="00A85AF8" w:rsidP="00777225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3</w:t>
      </w:r>
      <w:r w:rsidR="00777225" w:rsidRPr="008802BE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 xml:space="preserve"> </w:t>
      </w:r>
      <w:r w:rsidR="00777225" w:rsidRPr="008802BE">
        <w:rPr>
          <w:rFonts w:cs="Times New Roman"/>
          <w:szCs w:val="24"/>
          <w:lang w:val="ru-RU"/>
        </w:rPr>
        <w:t>Проанализировать и описать организационную структуру психологической службы в конкретном образовательном учреждении (центре, организации).</w:t>
      </w:r>
    </w:p>
    <w:p w:rsidR="00777225" w:rsidRPr="008802BE" w:rsidRDefault="00A85AF8" w:rsidP="00777225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4. </w:t>
      </w:r>
      <w:r w:rsidR="00777225" w:rsidRPr="008802BE">
        <w:rPr>
          <w:rFonts w:cs="Times New Roman"/>
          <w:szCs w:val="24"/>
          <w:lang w:val="ru-RU"/>
        </w:rPr>
        <w:t>Проанализировать современный социальный запрос к работе психолога в образовательном учреждении (центре, организации). Составить перечень психологических услуг, предоставляемых центром, службой или психологом в организации.</w:t>
      </w:r>
    </w:p>
    <w:p w:rsidR="009C0720" w:rsidRPr="008802BE" w:rsidRDefault="009C0720" w:rsidP="009C0720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5</w:t>
      </w:r>
      <w:r w:rsidR="00777225" w:rsidRPr="008802BE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 xml:space="preserve"> </w:t>
      </w:r>
      <w:r w:rsidR="00777225" w:rsidRPr="008802BE">
        <w:rPr>
          <w:rFonts w:cs="Times New Roman"/>
          <w:szCs w:val="24"/>
          <w:lang w:val="ru-RU"/>
        </w:rPr>
        <w:t xml:space="preserve">Ознакомиться с методическим, материально-техническим, информационным обеспечением деятельности сотрудников психологической службы (центра, организации). Описать методическое обеспечение деятельности психолога (средства и инструменты профессиональной деятельности психолога). </w:t>
      </w:r>
      <w:r w:rsidRPr="008802BE">
        <w:rPr>
          <w:rFonts w:cs="Times New Roman"/>
          <w:szCs w:val="24"/>
          <w:lang w:val="ru-RU"/>
        </w:rPr>
        <w:t xml:space="preserve"> </w:t>
      </w:r>
    </w:p>
    <w:p w:rsidR="00777225" w:rsidRPr="00777225" w:rsidRDefault="009C0720" w:rsidP="00777225">
      <w:pPr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6. </w:t>
      </w:r>
      <w:r w:rsidR="00777225" w:rsidRPr="008802BE">
        <w:rPr>
          <w:rFonts w:cs="Times New Roman"/>
          <w:szCs w:val="24"/>
          <w:lang w:val="ru-RU"/>
        </w:rPr>
        <w:t>Ознакомиться с  отчетностью в деятельности психолога.</w:t>
      </w:r>
    </w:p>
    <w:p w:rsidR="00777225" w:rsidRPr="00777225" w:rsidRDefault="00777225" w:rsidP="00777225">
      <w:pPr>
        <w:spacing w:line="240" w:lineRule="auto"/>
        <w:jc w:val="center"/>
        <w:rPr>
          <w:rFonts w:cs="Times New Roman"/>
          <w:b/>
          <w:szCs w:val="24"/>
          <w:lang w:val="ru-RU"/>
        </w:rPr>
      </w:pPr>
    </w:p>
    <w:p w:rsidR="008802BE" w:rsidRPr="008802BE" w:rsidRDefault="008802BE" w:rsidP="008802BE">
      <w:pPr>
        <w:ind w:firstLine="567"/>
        <w:rPr>
          <w:szCs w:val="24"/>
          <w:lang w:val="ru-RU"/>
        </w:rPr>
      </w:pPr>
      <w:r w:rsidRPr="008802BE">
        <w:rPr>
          <w:szCs w:val="24"/>
          <w:lang w:val="ru-RU"/>
        </w:rPr>
        <w:t>Составитель</w:t>
      </w:r>
    </w:p>
    <w:p w:rsidR="008802BE" w:rsidRPr="008802BE" w:rsidRDefault="008802BE" w:rsidP="008802BE">
      <w:pPr>
        <w:ind w:right="-306" w:firstLine="567"/>
        <w:rPr>
          <w:szCs w:val="24"/>
          <w:lang w:val="ru-RU"/>
        </w:rPr>
      </w:pPr>
      <w:r>
        <w:rPr>
          <w:szCs w:val="24"/>
          <w:lang w:val="ru-RU"/>
        </w:rPr>
        <w:t>Ефремов И.В</w:t>
      </w:r>
      <w:r w:rsidRPr="008802BE">
        <w:rPr>
          <w:szCs w:val="24"/>
          <w:lang w:val="ru-RU"/>
        </w:rPr>
        <w:t xml:space="preserve">., </w:t>
      </w:r>
      <w:r>
        <w:rPr>
          <w:szCs w:val="24"/>
          <w:lang w:val="ru-RU"/>
        </w:rPr>
        <w:t>доцент</w:t>
      </w:r>
      <w:r w:rsidRPr="008802BE">
        <w:rPr>
          <w:szCs w:val="24"/>
          <w:lang w:val="ru-RU"/>
        </w:rPr>
        <w:t xml:space="preserve"> базовой кафедры </w:t>
      </w:r>
      <w:proofErr w:type="spellStart"/>
      <w:r w:rsidRPr="008802BE">
        <w:rPr>
          <w:szCs w:val="24"/>
          <w:lang w:val="ru-RU"/>
        </w:rPr>
        <w:t>ИПиП</w:t>
      </w:r>
      <w:proofErr w:type="spellEnd"/>
      <w:r w:rsidRPr="008802BE">
        <w:rPr>
          <w:szCs w:val="24"/>
          <w:lang w:val="ru-RU"/>
        </w:rPr>
        <w:t>,_____________________</w:t>
      </w:r>
    </w:p>
    <w:p w:rsidR="008802BE" w:rsidRPr="009C0720" w:rsidRDefault="008802BE" w:rsidP="009C0720">
      <w:pPr>
        <w:widowControl w:val="0"/>
        <w:spacing w:line="240" w:lineRule="auto"/>
        <w:rPr>
          <w:szCs w:val="24"/>
          <w:lang w:val="ru-RU"/>
        </w:rPr>
      </w:pPr>
      <w:r w:rsidRPr="008802BE">
        <w:rPr>
          <w:szCs w:val="24"/>
          <w:lang w:val="ru-RU"/>
        </w:rPr>
        <w:t>17 апреля 2026 г</w:t>
      </w:r>
      <w:r w:rsidR="009C0720">
        <w:rPr>
          <w:szCs w:val="24"/>
          <w:lang w:val="ru-RU"/>
        </w:rPr>
        <w:t>.</w:t>
      </w:r>
      <w:bookmarkStart w:id="1" w:name="_GoBack"/>
      <w:bookmarkEnd w:id="1"/>
    </w:p>
    <w:p w:rsidR="008802BE" w:rsidRDefault="008802BE" w:rsidP="008802BE">
      <w:pPr>
        <w:widowControl w:val="0"/>
        <w:spacing w:line="240" w:lineRule="auto"/>
        <w:jc w:val="center"/>
        <w:outlineLvl w:val="1"/>
        <w:rPr>
          <w:rFonts w:eastAsia="Times New Roman" w:cs="Times New Roman"/>
          <w:b/>
          <w:szCs w:val="24"/>
          <w:lang w:val="ru-RU" w:eastAsia="x-none"/>
        </w:rPr>
      </w:pPr>
    </w:p>
    <w:p w:rsidR="008802BE" w:rsidRDefault="008802BE" w:rsidP="008802BE">
      <w:pPr>
        <w:widowControl w:val="0"/>
        <w:spacing w:line="240" w:lineRule="auto"/>
        <w:jc w:val="center"/>
        <w:outlineLvl w:val="1"/>
        <w:rPr>
          <w:rFonts w:eastAsia="Times New Roman" w:cs="Times New Roman"/>
          <w:b/>
          <w:szCs w:val="24"/>
          <w:lang w:val="ru-RU" w:eastAsia="x-none"/>
        </w:rPr>
      </w:pPr>
    </w:p>
    <w:p w:rsidR="008802BE" w:rsidRPr="00F4155A" w:rsidRDefault="008802BE" w:rsidP="008802BE">
      <w:pPr>
        <w:widowControl w:val="0"/>
        <w:spacing w:line="240" w:lineRule="auto"/>
        <w:jc w:val="center"/>
        <w:outlineLvl w:val="1"/>
        <w:rPr>
          <w:rFonts w:eastAsia="Times New Roman" w:cs="Times New Roman"/>
          <w:b/>
          <w:szCs w:val="24"/>
          <w:lang w:val="x-none" w:eastAsia="x-none"/>
        </w:rPr>
      </w:pPr>
      <w:r w:rsidRPr="00F4155A">
        <w:rPr>
          <w:rFonts w:eastAsia="Times New Roman" w:cs="Times New Roman"/>
          <w:b/>
          <w:szCs w:val="24"/>
          <w:lang w:val="x-none" w:eastAsia="x-none"/>
        </w:rPr>
        <w:t>Формы отчетности по практике</w:t>
      </w:r>
    </w:p>
    <w:p w:rsidR="008802BE" w:rsidRPr="008802BE" w:rsidRDefault="008802BE" w:rsidP="008802BE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8802BE">
        <w:rPr>
          <w:rFonts w:eastAsia="Times New Roman" w:cs="Times New Roman"/>
          <w:b/>
          <w:szCs w:val="24"/>
          <w:lang w:val="ru-RU" w:eastAsia="ru-RU"/>
        </w:rPr>
        <w:t>Дневник практики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bookmarkStart w:id="2" w:name="_Toc385253042"/>
      <w:r w:rsidRPr="008802BE">
        <w:rPr>
          <w:rFonts w:eastAsia="Times New Roman" w:cs="Times New Roman"/>
          <w:szCs w:val="24"/>
          <w:lang w:val="ru-RU" w:eastAsia="ru-RU"/>
        </w:rPr>
        <w:t xml:space="preserve">Дневник является обязательной формой отчетности и заполняется обучающимся (практикантом) непосредственно во время прохождения практики. 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На титульном листе дневника указывается: 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u w:val="single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- Ф.И.О., учебная группа </w:t>
      </w:r>
      <w:proofErr w:type="gramStart"/>
      <w:r w:rsidRPr="008802BE">
        <w:rPr>
          <w:rFonts w:eastAsia="Times New Roman" w:cs="Times New Roman"/>
          <w:szCs w:val="24"/>
          <w:lang w:val="ru-RU" w:eastAsia="ru-RU"/>
        </w:rPr>
        <w:t>обучающегося</w:t>
      </w:r>
      <w:proofErr w:type="gramEnd"/>
      <w:r w:rsidRPr="008802BE">
        <w:rPr>
          <w:rFonts w:eastAsia="Times New Roman" w:cs="Times New Roman"/>
          <w:szCs w:val="24"/>
          <w:lang w:val="ru-RU" w:eastAsia="ru-RU"/>
        </w:rPr>
        <w:t xml:space="preserve">: </w:t>
      </w:r>
    </w:p>
    <w:p w:rsidR="008802BE" w:rsidRPr="008802BE" w:rsidRDefault="008802BE" w:rsidP="008802BE">
      <w:pPr>
        <w:spacing w:line="240" w:lineRule="auto"/>
        <w:ind w:firstLine="709"/>
        <w:rPr>
          <w:rFonts w:eastAsia="Times New Roman" w:cs="Times New Roman"/>
          <w:szCs w:val="24"/>
          <w:u w:val="single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код и наименование специальности:</w:t>
      </w:r>
      <w:r w:rsidRPr="008802BE">
        <w:rPr>
          <w:rFonts w:eastAsia="Times New Roman" w:cs="Times New Roman"/>
          <w:b/>
          <w:szCs w:val="24"/>
          <w:lang w:val="ru-RU" w:eastAsia="ru-RU"/>
        </w:rPr>
        <w:t xml:space="preserve"> 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- специализация: 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место проведения практики (полное наименование организации, предприятия и т.д.);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период практики;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i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Ф.И.О. руководителя практики от университета и от предприятия/организации, на титульном листе указываются также Ф.И.О. руководителя от предприятия/организации.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Содержательная часть дневника включает краткие сведения о выполняемой работе по конкретным датам с указанием объема времени (в часах), затраченного на выполнение ко</w:t>
      </w:r>
      <w:r w:rsidRPr="008802BE">
        <w:rPr>
          <w:rFonts w:eastAsia="Times New Roman" w:cs="Times New Roman"/>
          <w:szCs w:val="24"/>
          <w:lang w:val="ru-RU" w:eastAsia="ru-RU"/>
        </w:rPr>
        <w:t>н</w:t>
      </w:r>
      <w:r w:rsidRPr="008802BE">
        <w:rPr>
          <w:rFonts w:eastAsia="Times New Roman" w:cs="Times New Roman"/>
          <w:szCs w:val="24"/>
          <w:lang w:val="ru-RU" w:eastAsia="ru-RU"/>
        </w:rPr>
        <w:t>кретного вида работы.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Итогом заполнения дневника является заключение руководителя практики (от униве</w:t>
      </w:r>
      <w:r w:rsidRPr="008802BE">
        <w:rPr>
          <w:rFonts w:eastAsia="Times New Roman" w:cs="Times New Roman"/>
          <w:szCs w:val="24"/>
          <w:lang w:val="ru-RU" w:eastAsia="ru-RU"/>
        </w:rPr>
        <w:t>р</w:t>
      </w:r>
      <w:r w:rsidRPr="008802BE">
        <w:rPr>
          <w:rFonts w:eastAsia="Times New Roman" w:cs="Times New Roman"/>
          <w:szCs w:val="24"/>
          <w:lang w:val="ru-RU" w:eastAsia="ru-RU"/>
        </w:rPr>
        <w:t>ситета) и от предприятия/организации.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В течение всей практики студент должен вести дневниковые записи по предложенной форме. В конце практики обязательно заверяется руководителем практики от ОУ и метод</w:t>
      </w:r>
      <w:r w:rsidRPr="008802BE">
        <w:rPr>
          <w:rFonts w:eastAsia="Times New Roman" w:cs="Times New Roman"/>
          <w:szCs w:val="24"/>
          <w:lang w:val="ru-RU" w:eastAsia="ru-RU"/>
        </w:rPr>
        <w:t>и</w:t>
      </w:r>
      <w:r w:rsidRPr="008802BE">
        <w:rPr>
          <w:rFonts w:eastAsia="Times New Roman" w:cs="Times New Roman"/>
          <w:szCs w:val="24"/>
          <w:lang w:val="ru-RU" w:eastAsia="ru-RU"/>
        </w:rPr>
        <w:t>стом по практике. Дневник вкладывается вместе отчетными документами по практике.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Дневник необходимо заполнять своевременно, лучше каждый день, чтобы не упустить важные моменты и детали. При проведении занятий и мероприятий студенту необходимо фиксировать замечания, отмеченные руководителем практики.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В ходе оформления дневника студенту-практиканту необходимо обязательно указ</w:t>
      </w:r>
      <w:r w:rsidRPr="008802BE">
        <w:rPr>
          <w:rFonts w:eastAsia="Times New Roman" w:cs="Times New Roman"/>
          <w:szCs w:val="24"/>
          <w:lang w:val="ru-RU" w:eastAsia="ru-RU"/>
        </w:rPr>
        <w:t>ы</w:t>
      </w:r>
      <w:r w:rsidRPr="008802BE">
        <w:rPr>
          <w:rFonts w:eastAsia="Times New Roman" w:cs="Times New Roman"/>
          <w:szCs w:val="24"/>
          <w:lang w:val="ru-RU" w:eastAsia="ru-RU"/>
        </w:rPr>
        <w:t>вать цели проводимых им мероприятий.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Рабочий план прохождения практики содержит описание ежедневной текущей работы студента с указанием даты, места и времени её выполнения; экскурсии, беседы, лекции и другие мероприятия, проведенные студентом за время практики; задание на выполнение научно-исследовательской работы. Выполнение студентом работ и заданий в соответствии с рабочим планом регулярно контролируется руководителем практики.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</w:p>
    <w:p w:rsidR="008802BE" w:rsidRPr="008802BE" w:rsidRDefault="008802BE" w:rsidP="008802BE">
      <w:pPr>
        <w:spacing w:line="240" w:lineRule="auto"/>
        <w:jc w:val="center"/>
        <w:rPr>
          <w:rFonts w:cs="Times New Roman"/>
          <w:b/>
          <w:color w:val="000000"/>
          <w:szCs w:val="24"/>
          <w:lang w:val="ru-RU"/>
        </w:rPr>
      </w:pPr>
      <w:r w:rsidRPr="008802BE">
        <w:rPr>
          <w:b/>
          <w:szCs w:val="24"/>
          <w:lang w:val="ru-RU"/>
        </w:rPr>
        <w:t>Критерии оценки дневника</w:t>
      </w:r>
    </w:p>
    <w:p w:rsidR="008802BE" w:rsidRPr="008802BE" w:rsidRDefault="008802BE" w:rsidP="008802BE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Calibri"/>
          <w:szCs w:val="24"/>
          <w:shd w:val="clear" w:color="auto" w:fill="FFFFFF"/>
          <w:lang w:val="ru-RU"/>
        </w:rPr>
        <w:t xml:space="preserve">по практике </w:t>
      </w:r>
      <w:r>
        <w:rPr>
          <w:b/>
          <w:lang w:val="ru-RU"/>
        </w:rPr>
        <w:t>Б</w:t>
      </w:r>
      <w:proofErr w:type="gramStart"/>
      <w:r>
        <w:rPr>
          <w:b/>
          <w:lang w:val="ru-RU"/>
        </w:rPr>
        <w:t>2</w:t>
      </w:r>
      <w:proofErr w:type="gramEnd"/>
      <w:r>
        <w:rPr>
          <w:b/>
          <w:lang w:val="ru-RU"/>
        </w:rPr>
        <w:t>.В.01</w:t>
      </w:r>
      <w:r w:rsidRPr="008802BE">
        <w:rPr>
          <w:b/>
          <w:lang w:val="ru-RU"/>
        </w:rPr>
        <w:t>(У) Учебная (</w:t>
      </w:r>
      <w:r>
        <w:rPr>
          <w:b/>
          <w:lang w:val="ru-RU"/>
        </w:rPr>
        <w:t>ознакомительная</w:t>
      </w:r>
      <w:r w:rsidRPr="008802BE">
        <w:rPr>
          <w:b/>
          <w:lang w:val="ru-RU"/>
        </w:rPr>
        <w:t>)</w:t>
      </w:r>
      <w:r>
        <w:rPr>
          <w:b/>
          <w:lang w:val="ru-RU"/>
        </w:rPr>
        <w:t xml:space="preserve"> практика</w:t>
      </w:r>
    </w:p>
    <w:tbl>
      <w:tblPr>
        <w:tblW w:w="94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7654"/>
      </w:tblGrid>
      <w:tr w:rsidR="008802BE" w:rsidRPr="004350F1" w:rsidTr="00734336">
        <w:tc>
          <w:tcPr>
            <w:tcW w:w="1834" w:type="dxa"/>
            <w:vAlign w:val="center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4350F1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654" w:type="dxa"/>
            <w:vAlign w:val="center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4350F1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8802BE" w:rsidRPr="004350F1" w:rsidTr="00734336">
        <w:tc>
          <w:tcPr>
            <w:tcW w:w="1834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350F1">
              <w:rPr>
                <w:szCs w:val="24"/>
              </w:rPr>
              <w:t>отлично</w:t>
            </w:r>
            <w:proofErr w:type="spellEnd"/>
          </w:p>
        </w:tc>
        <w:tc>
          <w:tcPr>
            <w:tcW w:w="7654" w:type="dxa"/>
          </w:tcPr>
          <w:p w:rsidR="008802BE" w:rsidRPr="004350F1" w:rsidRDefault="008802BE" w:rsidP="00734336">
            <w:pPr>
              <w:spacing w:line="240" w:lineRule="auto"/>
              <w:jc w:val="both"/>
              <w:rPr>
                <w:szCs w:val="24"/>
              </w:rPr>
            </w:pPr>
            <w:proofErr w:type="gramStart"/>
            <w:r w:rsidRPr="008802BE">
              <w:rPr>
                <w:szCs w:val="24"/>
                <w:lang w:val="ru-RU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</w:t>
            </w:r>
            <w:r w:rsidRPr="008802BE">
              <w:rPr>
                <w:szCs w:val="24"/>
                <w:lang w:val="ru-RU"/>
              </w:rPr>
              <w:t>о</w:t>
            </w:r>
            <w:r w:rsidRPr="008802BE">
              <w:rPr>
                <w:szCs w:val="24"/>
                <w:lang w:val="ru-RU"/>
              </w:rPr>
              <w:t>сти, точно используется терминология.</w:t>
            </w:r>
            <w:proofErr w:type="gramEnd"/>
            <w:r w:rsidRPr="008802BE">
              <w:rPr>
                <w:szCs w:val="24"/>
                <w:lang w:val="ru-RU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Могут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быть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допущены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некоторые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неточности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при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изложении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материала</w:t>
            </w:r>
            <w:proofErr w:type="spellEnd"/>
            <w:r w:rsidRPr="004350F1">
              <w:rPr>
                <w:szCs w:val="24"/>
              </w:rPr>
              <w:t>.</w:t>
            </w:r>
          </w:p>
        </w:tc>
      </w:tr>
      <w:tr w:rsidR="008802BE" w:rsidRPr="008802BE" w:rsidTr="00734336">
        <w:tc>
          <w:tcPr>
            <w:tcW w:w="1834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350F1">
              <w:rPr>
                <w:szCs w:val="24"/>
              </w:rPr>
              <w:t>хорошо</w:t>
            </w:r>
            <w:proofErr w:type="spellEnd"/>
          </w:p>
        </w:tc>
        <w:tc>
          <w:tcPr>
            <w:tcW w:w="7654" w:type="dxa"/>
          </w:tcPr>
          <w:p w:rsidR="008802BE" w:rsidRPr="008802BE" w:rsidRDefault="008802BE" w:rsidP="00734336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8802BE">
              <w:rPr>
                <w:szCs w:val="24"/>
                <w:lang w:val="ru-RU"/>
              </w:rPr>
              <w:t>Оценка «хорошо» выставляется обучающемуся, если его ответ удовл</w:t>
            </w:r>
            <w:r w:rsidRPr="008802BE">
              <w:rPr>
                <w:szCs w:val="24"/>
                <w:lang w:val="ru-RU"/>
              </w:rPr>
              <w:t>е</w:t>
            </w:r>
            <w:r w:rsidRPr="008802BE">
              <w:rPr>
                <w:szCs w:val="24"/>
                <w:lang w:val="ru-RU"/>
              </w:rPr>
              <w:t>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8802BE" w:rsidRPr="008802BE" w:rsidTr="00734336">
        <w:tc>
          <w:tcPr>
            <w:tcW w:w="1834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</w:t>
            </w:r>
            <w:r w:rsidRPr="004350F1">
              <w:rPr>
                <w:szCs w:val="24"/>
              </w:rPr>
              <w:t>довлетвори</w:t>
            </w:r>
            <w:r>
              <w:rPr>
                <w:szCs w:val="24"/>
              </w:rPr>
              <w:t>-</w:t>
            </w:r>
            <w:r w:rsidRPr="004350F1">
              <w:rPr>
                <w:szCs w:val="24"/>
              </w:rPr>
              <w:t>тельно</w:t>
            </w:r>
            <w:proofErr w:type="spellEnd"/>
          </w:p>
        </w:tc>
        <w:tc>
          <w:tcPr>
            <w:tcW w:w="7654" w:type="dxa"/>
          </w:tcPr>
          <w:p w:rsidR="008802BE" w:rsidRPr="008802BE" w:rsidRDefault="008802BE" w:rsidP="00734336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8802BE">
              <w:rPr>
                <w:szCs w:val="24"/>
                <w:lang w:val="ru-RU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</w:t>
            </w:r>
            <w:r w:rsidRPr="008802BE">
              <w:rPr>
                <w:szCs w:val="24"/>
                <w:lang w:val="ru-RU"/>
              </w:rPr>
              <w:t>а</w:t>
            </w:r>
            <w:r w:rsidRPr="008802BE">
              <w:rPr>
                <w:szCs w:val="24"/>
                <w:lang w:val="ru-RU"/>
              </w:rPr>
              <w:t>ла, но показано общее понимание вопроса и продемонстрированы ум</w:t>
            </w:r>
            <w:r w:rsidRPr="008802BE">
              <w:rPr>
                <w:szCs w:val="24"/>
                <w:lang w:val="ru-RU"/>
              </w:rPr>
              <w:t>е</w:t>
            </w:r>
            <w:r w:rsidRPr="008802BE">
              <w:rPr>
                <w:szCs w:val="24"/>
                <w:lang w:val="ru-RU"/>
              </w:rPr>
              <w:t xml:space="preserve">ния, достаточные для дальнейшего усвоения материала; при неполном знании теоретического материала выявлена недостаточная </w:t>
            </w:r>
            <w:proofErr w:type="spellStart"/>
            <w:r w:rsidRPr="008802BE">
              <w:rPr>
                <w:szCs w:val="24"/>
                <w:lang w:val="ru-RU"/>
              </w:rPr>
              <w:t>сформир</w:t>
            </w:r>
            <w:r w:rsidRPr="008802BE">
              <w:rPr>
                <w:szCs w:val="24"/>
                <w:lang w:val="ru-RU"/>
              </w:rPr>
              <w:t>о</w:t>
            </w:r>
            <w:r w:rsidRPr="008802BE">
              <w:rPr>
                <w:szCs w:val="24"/>
                <w:lang w:val="ru-RU"/>
              </w:rPr>
              <w:t>ванность</w:t>
            </w:r>
            <w:proofErr w:type="spellEnd"/>
            <w:r w:rsidRPr="008802BE">
              <w:rPr>
                <w:szCs w:val="24"/>
                <w:lang w:val="ru-RU"/>
              </w:rPr>
              <w:t xml:space="preserve"> компетенций, умений и навыков, </w:t>
            </w:r>
            <w:r w:rsidRPr="008802BE">
              <w:rPr>
                <w:szCs w:val="24"/>
                <w:lang w:val="ru-RU"/>
              </w:rPr>
              <w:lastRenderedPageBreak/>
              <w:t>студент не может применить теорию в проблемной ситуации.</w:t>
            </w:r>
          </w:p>
        </w:tc>
      </w:tr>
      <w:tr w:rsidR="008802BE" w:rsidRPr="008802BE" w:rsidTr="00734336">
        <w:tc>
          <w:tcPr>
            <w:tcW w:w="1834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</w:t>
            </w:r>
            <w:r w:rsidRPr="004350F1">
              <w:rPr>
                <w:szCs w:val="24"/>
              </w:rPr>
              <w:t>еудовлетво</w:t>
            </w:r>
            <w:r>
              <w:rPr>
                <w:szCs w:val="24"/>
              </w:rPr>
              <w:t>-</w:t>
            </w:r>
            <w:r w:rsidRPr="004350F1">
              <w:rPr>
                <w:szCs w:val="24"/>
              </w:rPr>
              <w:t>рительно</w:t>
            </w:r>
            <w:proofErr w:type="spellEnd"/>
          </w:p>
        </w:tc>
        <w:tc>
          <w:tcPr>
            <w:tcW w:w="7654" w:type="dxa"/>
          </w:tcPr>
          <w:p w:rsidR="008802BE" w:rsidRPr="008802BE" w:rsidRDefault="008802BE" w:rsidP="00734336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8802BE">
              <w:rPr>
                <w:szCs w:val="24"/>
                <w:lang w:val="ru-RU"/>
              </w:rPr>
              <w:t>Оценка «неудовлетворительно» выставляется обучающемуся, им не раскрыто основное содержание; обнаружено незнание или непоним</w:t>
            </w:r>
            <w:r w:rsidRPr="008802BE">
              <w:rPr>
                <w:szCs w:val="24"/>
                <w:lang w:val="ru-RU"/>
              </w:rPr>
              <w:t>а</w:t>
            </w:r>
            <w:r w:rsidRPr="008802BE">
              <w:rPr>
                <w:szCs w:val="24"/>
                <w:lang w:val="ru-RU"/>
              </w:rPr>
              <w:t>ние большей или наиболее важной части учебного материала; допущ</w:t>
            </w:r>
            <w:r w:rsidRPr="008802BE">
              <w:rPr>
                <w:szCs w:val="24"/>
                <w:lang w:val="ru-RU"/>
              </w:rPr>
              <w:t>е</w:t>
            </w:r>
            <w:r w:rsidRPr="008802BE">
              <w:rPr>
                <w:szCs w:val="24"/>
                <w:lang w:val="ru-RU"/>
              </w:rPr>
              <w:t>ны ошибки в определении понятий, при использовании терминологии, которые не исправлены после нескольких наводящих вопросов. Не г</w:t>
            </w:r>
            <w:r w:rsidRPr="008802BE">
              <w:rPr>
                <w:szCs w:val="24"/>
                <w:lang w:val="ru-RU"/>
              </w:rPr>
              <w:t>о</w:t>
            </w:r>
            <w:r w:rsidRPr="008802BE">
              <w:rPr>
                <w:szCs w:val="24"/>
                <w:lang w:val="ru-RU"/>
              </w:rPr>
              <w:t>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:rsidR="008802BE" w:rsidRPr="008802BE" w:rsidRDefault="008802BE" w:rsidP="008802BE">
      <w:pPr>
        <w:spacing w:line="264" w:lineRule="auto"/>
        <w:rPr>
          <w:b/>
          <w:szCs w:val="24"/>
          <w:lang w:val="ru-RU"/>
        </w:rPr>
      </w:pPr>
    </w:p>
    <w:p w:rsidR="008802BE" w:rsidRPr="008802BE" w:rsidRDefault="008802BE" w:rsidP="008802BE">
      <w:pPr>
        <w:ind w:firstLine="567"/>
        <w:rPr>
          <w:szCs w:val="24"/>
          <w:lang w:val="ru-RU"/>
        </w:rPr>
      </w:pPr>
      <w:r w:rsidRPr="008802BE">
        <w:rPr>
          <w:szCs w:val="24"/>
          <w:lang w:val="ru-RU"/>
        </w:rPr>
        <w:t>Составитель</w:t>
      </w:r>
    </w:p>
    <w:p w:rsidR="008802BE" w:rsidRPr="008802BE" w:rsidRDefault="008802BE" w:rsidP="008802BE">
      <w:pPr>
        <w:ind w:right="-306" w:firstLine="567"/>
        <w:rPr>
          <w:lang w:val="ru-RU"/>
        </w:rPr>
      </w:pPr>
      <w:r>
        <w:rPr>
          <w:szCs w:val="24"/>
          <w:lang w:val="ru-RU"/>
        </w:rPr>
        <w:t>Ефремов И.В</w:t>
      </w:r>
      <w:r w:rsidRPr="008802BE">
        <w:rPr>
          <w:szCs w:val="24"/>
          <w:lang w:val="ru-RU"/>
        </w:rPr>
        <w:t xml:space="preserve">., </w:t>
      </w:r>
      <w:r>
        <w:rPr>
          <w:szCs w:val="24"/>
          <w:lang w:val="ru-RU"/>
        </w:rPr>
        <w:t>доцент</w:t>
      </w:r>
      <w:r w:rsidRPr="008802BE">
        <w:rPr>
          <w:szCs w:val="24"/>
          <w:lang w:val="ru-RU"/>
        </w:rPr>
        <w:t xml:space="preserve"> базовой кафедры </w:t>
      </w:r>
      <w:proofErr w:type="spellStart"/>
      <w:r w:rsidRPr="008802BE">
        <w:rPr>
          <w:szCs w:val="24"/>
          <w:lang w:val="ru-RU"/>
        </w:rPr>
        <w:t>ИПиП</w:t>
      </w:r>
      <w:proofErr w:type="spellEnd"/>
      <w:r w:rsidRPr="008802BE">
        <w:rPr>
          <w:szCs w:val="24"/>
          <w:lang w:val="ru-RU"/>
        </w:rPr>
        <w:t>,</w:t>
      </w:r>
      <w:r w:rsidRPr="008802BE">
        <w:rPr>
          <w:lang w:val="ru-RU"/>
        </w:rPr>
        <w:t>_____________________</w:t>
      </w:r>
    </w:p>
    <w:p w:rsidR="008802BE" w:rsidRPr="008802BE" w:rsidRDefault="008802BE" w:rsidP="008802BE">
      <w:pPr>
        <w:widowControl w:val="0"/>
        <w:spacing w:line="240" w:lineRule="auto"/>
        <w:rPr>
          <w:lang w:val="ru-RU"/>
        </w:rPr>
      </w:pPr>
      <w:r w:rsidRPr="008802BE">
        <w:rPr>
          <w:lang w:val="ru-RU"/>
        </w:rPr>
        <w:t>17 апреля 2026 г.</w:t>
      </w:r>
    </w:p>
    <w:p w:rsidR="008802BE" w:rsidRPr="008802BE" w:rsidRDefault="008802BE" w:rsidP="008802BE">
      <w:pPr>
        <w:widowControl w:val="0"/>
        <w:spacing w:line="240" w:lineRule="auto"/>
        <w:ind w:firstLine="360"/>
        <w:jc w:val="center"/>
        <w:rPr>
          <w:rFonts w:eastAsia="Times New Roman" w:cs="Times New Roman"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8802BE" w:rsidRPr="008802BE" w:rsidRDefault="008802BE" w:rsidP="008802BE">
      <w:pPr>
        <w:widowControl w:val="0"/>
        <w:spacing w:line="240" w:lineRule="auto"/>
        <w:jc w:val="center"/>
        <w:rPr>
          <w:rFonts w:eastAsia="Times New Roman" w:cs="Times New Roman"/>
          <w:i/>
          <w:szCs w:val="24"/>
          <w:lang w:val="ru-RU" w:eastAsia="ru-RU"/>
        </w:rPr>
      </w:pPr>
      <w:r w:rsidRPr="008802BE">
        <w:rPr>
          <w:rFonts w:eastAsia="Times New Roman" w:cs="Times New Roman"/>
          <w:b/>
          <w:szCs w:val="24"/>
          <w:lang w:val="ru-RU" w:eastAsia="ru-RU"/>
        </w:rPr>
        <w:t>Отчет по практике</w:t>
      </w:r>
    </w:p>
    <w:bookmarkEnd w:id="2"/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Требования к отчету по практике.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На протяжении всего периода прохождения практики в соответствии с заданием (и</w:t>
      </w:r>
      <w:r w:rsidRPr="008802BE">
        <w:rPr>
          <w:rFonts w:eastAsia="Times New Roman" w:cs="Times New Roman"/>
          <w:szCs w:val="24"/>
          <w:lang w:val="ru-RU" w:eastAsia="ru-RU"/>
        </w:rPr>
        <w:t>н</w:t>
      </w:r>
      <w:r w:rsidRPr="008802BE">
        <w:rPr>
          <w:rFonts w:eastAsia="Times New Roman" w:cs="Times New Roman"/>
          <w:szCs w:val="24"/>
          <w:lang w:val="ru-RU" w:eastAsia="ru-RU"/>
        </w:rPr>
        <w:t xml:space="preserve">дивидуальным заданием), практикант знакомиться с информацией, документами, учащимися, собирает, обобщает и обрабатывает необходимый материал в соответствии с программой практики, а затем представляет его в виде письменного отчета по практике. 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Отчет по практике должен быть заверен подписью директора предпри</w:t>
      </w:r>
      <w:r w:rsidRPr="008802BE">
        <w:rPr>
          <w:rFonts w:eastAsia="Times New Roman" w:cs="Times New Roman"/>
          <w:szCs w:val="24"/>
          <w:lang w:val="ru-RU" w:eastAsia="ru-RU"/>
        </w:rPr>
        <w:t>я</w:t>
      </w:r>
      <w:r w:rsidRPr="008802BE">
        <w:rPr>
          <w:rFonts w:eastAsia="Times New Roman" w:cs="Times New Roman"/>
          <w:szCs w:val="24"/>
          <w:lang w:val="ru-RU" w:eastAsia="ru-RU"/>
        </w:rPr>
        <w:t>тия/организации и печатью. К отчету прилагается отзыв руководителя практики от предпри</w:t>
      </w:r>
      <w:r w:rsidRPr="008802BE">
        <w:rPr>
          <w:rFonts w:eastAsia="Times New Roman" w:cs="Times New Roman"/>
          <w:szCs w:val="24"/>
          <w:lang w:val="ru-RU" w:eastAsia="ru-RU"/>
        </w:rPr>
        <w:t>я</w:t>
      </w:r>
      <w:r w:rsidRPr="008802BE">
        <w:rPr>
          <w:rFonts w:eastAsia="Times New Roman" w:cs="Times New Roman"/>
          <w:szCs w:val="24"/>
          <w:lang w:val="ru-RU" w:eastAsia="ru-RU"/>
        </w:rPr>
        <w:t>тия/организации, заверенный подписью руководителя практики и печатью.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Содержание отчета по практике определяется руководителем практики от университ</w:t>
      </w:r>
      <w:r w:rsidRPr="008802BE">
        <w:rPr>
          <w:rFonts w:eastAsia="Times New Roman" w:cs="Times New Roman"/>
          <w:szCs w:val="24"/>
          <w:lang w:val="ru-RU" w:eastAsia="ru-RU"/>
        </w:rPr>
        <w:t>е</w:t>
      </w:r>
      <w:r w:rsidRPr="008802BE">
        <w:rPr>
          <w:rFonts w:eastAsia="Times New Roman" w:cs="Times New Roman"/>
          <w:szCs w:val="24"/>
          <w:lang w:val="ru-RU" w:eastAsia="ru-RU"/>
        </w:rPr>
        <w:t>та (кафедры), с учетом общих требований к прохождению практики и индивидуального зад</w:t>
      </w:r>
      <w:r w:rsidRPr="008802BE">
        <w:rPr>
          <w:rFonts w:eastAsia="Times New Roman" w:cs="Times New Roman"/>
          <w:szCs w:val="24"/>
          <w:lang w:val="ru-RU" w:eastAsia="ru-RU"/>
        </w:rPr>
        <w:t>а</w:t>
      </w:r>
      <w:r w:rsidRPr="008802BE">
        <w:rPr>
          <w:rFonts w:eastAsia="Times New Roman" w:cs="Times New Roman"/>
          <w:szCs w:val="24"/>
          <w:lang w:val="ru-RU" w:eastAsia="ru-RU"/>
        </w:rPr>
        <w:t>ния практиканта.</w:t>
      </w:r>
    </w:p>
    <w:p w:rsidR="008802BE" w:rsidRPr="008802BE" w:rsidRDefault="008802BE" w:rsidP="008802BE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4"/>
          <w:lang w:val="ru-RU"/>
        </w:rPr>
      </w:pPr>
      <w:r w:rsidRPr="008802BE">
        <w:rPr>
          <w:rFonts w:cs="Times New Roman"/>
          <w:szCs w:val="24"/>
          <w:lang w:val="ru-RU"/>
        </w:rPr>
        <w:t>Отчет должен состоять из следующих разделов:</w:t>
      </w:r>
    </w:p>
    <w:p w:rsidR="008802BE" w:rsidRPr="008802BE" w:rsidRDefault="008802BE" w:rsidP="008802B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8802BE">
        <w:rPr>
          <w:rFonts w:cs="Times New Roman"/>
          <w:szCs w:val="24"/>
          <w:lang w:val="ru-RU"/>
        </w:rPr>
        <w:t>- введения, в котором приводится общая характеристика места практики,</w:t>
      </w:r>
      <w:r w:rsidRPr="008802BE">
        <w:rPr>
          <w:rFonts w:eastAsia="Times New Roman" w:cs="Times New Roman"/>
          <w:szCs w:val="24"/>
          <w:lang w:val="ru-RU" w:eastAsia="ru-RU"/>
        </w:rPr>
        <w:t xml:space="preserve"> цели и зад</w:t>
      </w:r>
      <w:r w:rsidRPr="008802BE">
        <w:rPr>
          <w:rFonts w:eastAsia="Times New Roman" w:cs="Times New Roman"/>
          <w:szCs w:val="24"/>
          <w:lang w:val="ru-RU" w:eastAsia="ru-RU"/>
        </w:rPr>
        <w:t>а</w:t>
      </w:r>
      <w:r w:rsidRPr="008802BE">
        <w:rPr>
          <w:rFonts w:eastAsia="Times New Roman" w:cs="Times New Roman"/>
          <w:szCs w:val="24"/>
          <w:lang w:val="ru-RU" w:eastAsia="ru-RU"/>
        </w:rPr>
        <w:t>чи практики</w:t>
      </w:r>
      <w:r w:rsidRPr="008802BE">
        <w:rPr>
          <w:rFonts w:cs="Times New Roman"/>
          <w:szCs w:val="24"/>
          <w:lang w:val="ru-RU"/>
        </w:rPr>
        <w:t>;</w:t>
      </w:r>
    </w:p>
    <w:p w:rsidR="008802BE" w:rsidRPr="008802BE" w:rsidRDefault="008802BE" w:rsidP="008802BE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4"/>
          <w:lang w:val="ru-RU"/>
        </w:rPr>
      </w:pPr>
      <w:r w:rsidRPr="008802BE">
        <w:rPr>
          <w:rFonts w:cs="Times New Roman"/>
          <w:szCs w:val="24"/>
          <w:lang w:val="ru-RU"/>
        </w:rPr>
        <w:t>- основной части, в которой описываются все результаты, полученные в ходе прохо</w:t>
      </w:r>
      <w:r w:rsidRPr="008802BE">
        <w:rPr>
          <w:rFonts w:cs="Times New Roman"/>
          <w:szCs w:val="24"/>
          <w:lang w:val="ru-RU"/>
        </w:rPr>
        <w:t>ж</w:t>
      </w:r>
      <w:r w:rsidRPr="008802BE">
        <w:rPr>
          <w:rFonts w:cs="Times New Roman"/>
          <w:szCs w:val="24"/>
          <w:lang w:val="ru-RU"/>
        </w:rPr>
        <w:t>дения практики;</w:t>
      </w:r>
    </w:p>
    <w:p w:rsidR="008802BE" w:rsidRPr="008802BE" w:rsidRDefault="008802BE" w:rsidP="008802BE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4"/>
          <w:lang w:val="ru-RU"/>
        </w:rPr>
      </w:pPr>
      <w:r w:rsidRPr="008802BE">
        <w:rPr>
          <w:rFonts w:cs="Times New Roman"/>
          <w:szCs w:val="24"/>
          <w:lang w:val="ru-RU"/>
        </w:rPr>
        <w:t>- заключения, в котором анализируется проведенная работа в целом и дальнейшие мероприятия в части приобретения углубленных знаний и умений по теме практики,</w:t>
      </w:r>
      <w:r w:rsidRPr="008802BE">
        <w:rPr>
          <w:rFonts w:eastAsia="Times New Roman" w:cs="Times New Roman"/>
          <w:szCs w:val="24"/>
          <w:lang w:val="ru-RU" w:eastAsia="ru-RU"/>
        </w:rPr>
        <w:t xml:space="preserve"> оценивае</w:t>
      </w:r>
      <w:r w:rsidRPr="008802BE">
        <w:rPr>
          <w:rFonts w:eastAsia="Times New Roman" w:cs="Times New Roman"/>
          <w:szCs w:val="24"/>
          <w:lang w:val="ru-RU" w:eastAsia="ru-RU"/>
        </w:rPr>
        <w:t>т</w:t>
      </w:r>
      <w:r w:rsidRPr="008802BE">
        <w:rPr>
          <w:rFonts w:eastAsia="Times New Roman" w:cs="Times New Roman"/>
          <w:szCs w:val="24"/>
          <w:lang w:val="ru-RU" w:eastAsia="ru-RU"/>
        </w:rPr>
        <w:t>ся успешность решения поставленных задач и степень достижения цели</w:t>
      </w:r>
      <w:r w:rsidRPr="008802BE">
        <w:rPr>
          <w:rFonts w:cs="Times New Roman"/>
          <w:szCs w:val="24"/>
          <w:lang w:val="ru-RU"/>
        </w:rPr>
        <w:t>;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cs="Times New Roman"/>
          <w:szCs w:val="24"/>
          <w:lang w:val="ru-RU"/>
        </w:rPr>
        <w:t>- приложений к отчету (при необходимости).</w:t>
      </w:r>
      <w:r w:rsidRPr="008802BE">
        <w:rPr>
          <w:rFonts w:eastAsia="Times New Roman" w:cs="Times New Roman"/>
          <w:szCs w:val="24"/>
          <w:lang w:val="ru-RU" w:eastAsia="ru-RU"/>
        </w:rPr>
        <w:t xml:space="preserve"> 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На титульном листе Отчета указывается: 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u w:val="single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- Ф.И.О., учебная группа </w:t>
      </w:r>
      <w:proofErr w:type="gramStart"/>
      <w:r w:rsidRPr="008802BE">
        <w:rPr>
          <w:rFonts w:eastAsia="Times New Roman" w:cs="Times New Roman"/>
          <w:szCs w:val="24"/>
          <w:lang w:val="ru-RU" w:eastAsia="ru-RU"/>
        </w:rPr>
        <w:t>обучающегося</w:t>
      </w:r>
      <w:proofErr w:type="gramEnd"/>
      <w:r w:rsidRPr="008802BE">
        <w:rPr>
          <w:rFonts w:eastAsia="Times New Roman" w:cs="Times New Roman"/>
          <w:szCs w:val="24"/>
          <w:lang w:val="ru-RU" w:eastAsia="ru-RU"/>
        </w:rPr>
        <w:t xml:space="preserve">: </w:t>
      </w:r>
    </w:p>
    <w:p w:rsidR="008802BE" w:rsidRPr="008802BE" w:rsidRDefault="008802BE" w:rsidP="008802BE">
      <w:pPr>
        <w:spacing w:line="240" w:lineRule="auto"/>
        <w:ind w:firstLine="709"/>
        <w:rPr>
          <w:rFonts w:eastAsia="Times New Roman" w:cs="Times New Roman"/>
          <w:szCs w:val="24"/>
          <w:u w:val="single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код и наименование специальности:</w:t>
      </w:r>
      <w:r w:rsidRPr="008802BE">
        <w:rPr>
          <w:rFonts w:eastAsia="Times New Roman" w:cs="Times New Roman"/>
          <w:b/>
          <w:szCs w:val="24"/>
          <w:lang w:val="ru-RU" w:eastAsia="ru-RU"/>
        </w:rPr>
        <w:t xml:space="preserve"> </w:t>
      </w:r>
    </w:p>
    <w:p w:rsidR="008802BE" w:rsidRPr="008802BE" w:rsidRDefault="008802BE" w:rsidP="008802BE">
      <w:pPr>
        <w:widowControl w:val="0"/>
        <w:spacing w:line="240" w:lineRule="auto"/>
        <w:ind w:firstLine="709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- специализация: </w:t>
      </w:r>
    </w:p>
    <w:p w:rsidR="008802BE" w:rsidRPr="008802BE" w:rsidRDefault="008802BE" w:rsidP="008802BE">
      <w:pPr>
        <w:widowControl w:val="0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место проведения практики (полное наименование организации, предприятия и т.д.);</w:t>
      </w:r>
    </w:p>
    <w:p w:rsidR="008802BE" w:rsidRPr="008802BE" w:rsidRDefault="008802BE" w:rsidP="008802BE">
      <w:pPr>
        <w:widowControl w:val="0"/>
        <w:spacing w:line="240" w:lineRule="auto"/>
        <w:ind w:firstLine="708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- период практики: </w:t>
      </w:r>
    </w:p>
    <w:p w:rsidR="008802BE" w:rsidRPr="008802BE" w:rsidRDefault="008802BE" w:rsidP="008802BE">
      <w:pPr>
        <w:widowControl w:val="0"/>
        <w:spacing w:line="240" w:lineRule="auto"/>
        <w:ind w:firstLine="708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- Ф.И.О. руководителя практики от университета с указанием ученой степени, ученого звания и от предприятия/организации.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В содержании указываются все разделы отчета с указанием страниц.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В состав основной части входят следующие разделы:</w:t>
      </w:r>
    </w:p>
    <w:p w:rsidR="008802BE" w:rsidRPr="008802BE" w:rsidRDefault="008802BE" w:rsidP="008802BE">
      <w:pPr>
        <w:widowControl w:val="0"/>
        <w:spacing w:line="240" w:lineRule="auto"/>
        <w:ind w:firstLine="708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1. Дневник комплексной психолого-педагогической практики. 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Рабочий план прохождения практики содержит описание ежедневной текущей работы студента с указанием даты, места и времени её выполнения; экскурсии, беседы, лекции и другие мероприятия, проведенные студентом за время практики; задание на выполнение научно-исследовательской работы по теме дипломного проекта. Выполнение студентом р</w:t>
      </w:r>
      <w:r w:rsidRPr="008802BE">
        <w:rPr>
          <w:rFonts w:eastAsia="Times New Roman" w:cs="Times New Roman"/>
          <w:szCs w:val="24"/>
          <w:lang w:val="ru-RU" w:eastAsia="ru-RU"/>
        </w:rPr>
        <w:t>а</w:t>
      </w:r>
      <w:r w:rsidRPr="008802BE">
        <w:rPr>
          <w:rFonts w:eastAsia="Times New Roman" w:cs="Times New Roman"/>
          <w:szCs w:val="24"/>
          <w:lang w:val="ru-RU" w:eastAsia="ru-RU"/>
        </w:rPr>
        <w:t>бот и заданий в соответствии с рабочим планом регулярно контролируется руководителем практики.</w:t>
      </w:r>
    </w:p>
    <w:p w:rsidR="008802BE" w:rsidRPr="008802BE" w:rsidRDefault="008802BE" w:rsidP="008802BE">
      <w:pPr>
        <w:widowControl w:val="0"/>
        <w:spacing w:line="240" w:lineRule="auto"/>
        <w:ind w:firstLine="708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2. Выполненное индивидуальное задание.</w:t>
      </w:r>
    </w:p>
    <w:p w:rsidR="008802BE" w:rsidRPr="008802BE" w:rsidRDefault="008802BE" w:rsidP="008802BE">
      <w:pPr>
        <w:widowControl w:val="0"/>
        <w:spacing w:line="240" w:lineRule="auto"/>
        <w:ind w:firstLine="708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 xml:space="preserve">Задание носит индивидуальный характер для каждого студента.  </w:t>
      </w:r>
    </w:p>
    <w:p w:rsidR="008802BE" w:rsidRPr="008802BE" w:rsidRDefault="008802BE" w:rsidP="008802BE">
      <w:pPr>
        <w:widowControl w:val="0"/>
        <w:spacing w:line="240" w:lineRule="auto"/>
        <w:ind w:firstLine="708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Студенту предоставляется возможность самостоятельного выбора направления деятельности на период практики. Указанные проблемы определяются актуальным запросом с</w:t>
      </w:r>
      <w:r w:rsidRPr="008802BE">
        <w:rPr>
          <w:rFonts w:eastAsia="Times New Roman" w:cs="Times New Roman"/>
          <w:szCs w:val="24"/>
          <w:lang w:val="ru-RU" w:eastAsia="ru-RU"/>
        </w:rPr>
        <w:t>о</w:t>
      </w:r>
      <w:r w:rsidRPr="008802BE">
        <w:rPr>
          <w:rFonts w:eastAsia="Times New Roman" w:cs="Times New Roman"/>
          <w:szCs w:val="24"/>
          <w:lang w:val="ru-RU" w:eastAsia="ru-RU"/>
        </w:rPr>
        <w:t xml:space="preserve">временной системы образования. 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Список использованных источников должен включать в себя учебники и методическую литературу, действительно использованные при подготовке и написании отчета и с</w:t>
      </w:r>
      <w:r w:rsidRPr="008802BE">
        <w:rPr>
          <w:rFonts w:eastAsia="Times New Roman" w:cs="Times New Roman"/>
          <w:szCs w:val="24"/>
          <w:lang w:val="ru-RU" w:eastAsia="ru-RU"/>
        </w:rPr>
        <w:t>о</w:t>
      </w:r>
      <w:r w:rsidRPr="008802BE">
        <w:rPr>
          <w:rFonts w:eastAsia="Times New Roman" w:cs="Times New Roman"/>
          <w:szCs w:val="24"/>
          <w:lang w:val="ru-RU" w:eastAsia="ru-RU"/>
        </w:rPr>
        <w:t>стоять не менее чем из десяти позиций.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Отчет должен быть выполнен аккуратно, без исправлений. Объем отчета должен с</w:t>
      </w:r>
      <w:r w:rsidRPr="008802BE">
        <w:rPr>
          <w:rFonts w:eastAsia="Times New Roman" w:cs="Times New Roman"/>
          <w:szCs w:val="24"/>
          <w:lang w:val="ru-RU" w:eastAsia="ru-RU"/>
        </w:rPr>
        <w:t>о</w:t>
      </w:r>
      <w:r w:rsidRPr="008802BE">
        <w:rPr>
          <w:rFonts w:eastAsia="Times New Roman" w:cs="Times New Roman"/>
          <w:szCs w:val="24"/>
          <w:lang w:val="ru-RU" w:eastAsia="ru-RU"/>
        </w:rPr>
        <w:t>ставлять не менее 20 страниц.</w:t>
      </w:r>
    </w:p>
    <w:p w:rsidR="008802BE" w:rsidRPr="008802BE" w:rsidRDefault="008802BE" w:rsidP="008802BE">
      <w:pPr>
        <w:widowControl w:val="0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8802BE">
        <w:rPr>
          <w:rFonts w:eastAsia="Times New Roman" w:cs="Times New Roman"/>
          <w:szCs w:val="24"/>
          <w:lang w:val="ru-RU" w:eastAsia="ru-RU"/>
        </w:rPr>
        <w:t>Защита отчетов проводится в установленный руководителем от университета день.</w:t>
      </w:r>
    </w:p>
    <w:p w:rsidR="008802BE" w:rsidRPr="008802BE" w:rsidRDefault="008802BE" w:rsidP="008802BE">
      <w:pPr>
        <w:widowControl w:val="0"/>
        <w:spacing w:line="240" w:lineRule="auto"/>
        <w:rPr>
          <w:lang w:val="ru-RU"/>
        </w:rPr>
      </w:pPr>
    </w:p>
    <w:p w:rsidR="008802BE" w:rsidRPr="008802BE" w:rsidRDefault="008802BE" w:rsidP="008802BE">
      <w:pPr>
        <w:tabs>
          <w:tab w:val="left" w:pos="2295"/>
        </w:tabs>
        <w:spacing w:line="264" w:lineRule="auto"/>
        <w:jc w:val="center"/>
        <w:rPr>
          <w:b/>
          <w:szCs w:val="24"/>
          <w:lang w:val="ru-RU"/>
        </w:rPr>
      </w:pPr>
      <w:r w:rsidRPr="008802BE">
        <w:rPr>
          <w:b/>
          <w:szCs w:val="24"/>
          <w:lang w:val="ru-RU"/>
        </w:rPr>
        <w:t>Критерии оценки отчета</w:t>
      </w:r>
    </w:p>
    <w:p w:rsidR="008802BE" w:rsidRPr="008802BE" w:rsidRDefault="008802BE" w:rsidP="008802BE">
      <w:pPr>
        <w:spacing w:line="240" w:lineRule="auto"/>
        <w:jc w:val="center"/>
        <w:rPr>
          <w:b/>
          <w:szCs w:val="24"/>
          <w:lang w:val="ru-RU"/>
        </w:rPr>
      </w:pPr>
      <w:r w:rsidRPr="008802BE">
        <w:rPr>
          <w:rFonts w:eastAsia="Calibri"/>
          <w:szCs w:val="24"/>
          <w:shd w:val="clear" w:color="auto" w:fill="FFFFFF"/>
          <w:lang w:val="ru-RU"/>
        </w:rPr>
        <w:t xml:space="preserve">по практике </w:t>
      </w:r>
      <w:r>
        <w:rPr>
          <w:b/>
          <w:lang w:val="ru-RU"/>
        </w:rPr>
        <w:t>Б</w:t>
      </w:r>
      <w:proofErr w:type="gramStart"/>
      <w:r>
        <w:rPr>
          <w:b/>
          <w:lang w:val="ru-RU"/>
        </w:rPr>
        <w:t>2</w:t>
      </w:r>
      <w:proofErr w:type="gramEnd"/>
      <w:r>
        <w:rPr>
          <w:b/>
          <w:lang w:val="ru-RU"/>
        </w:rPr>
        <w:t>.В.01</w:t>
      </w:r>
      <w:r w:rsidRPr="008802BE">
        <w:rPr>
          <w:b/>
          <w:lang w:val="ru-RU"/>
        </w:rPr>
        <w:t>(У) Учебная (</w:t>
      </w:r>
      <w:r>
        <w:rPr>
          <w:b/>
          <w:lang w:val="ru-RU"/>
        </w:rPr>
        <w:t>ознакомительная</w:t>
      </w:r>
      <w:r w:rsidRPr="008802BE">
        <w:rPr>
          <w:b/>
          <w:lang w:val="ru-RU"/>
        </w:rPr>
        <w:t>)</w:t>
      </w:r>
      <w:r>
        <w:rPr>
          <w:b/>
          <w:lang w:val="ru-RU"/>
        </w:rPr>
        <w:t xml:space="preserve"> практика</w:t>
      </w:r>
    </w:p>
    <w:p w:rsidR="008802BE" w:rsidRPr="008802BE" w:rsidRDefault="008802BE" w:rsidP="008802BE">
      <w:pPr>
        <w:tabs>
          <w:tab w:val="left" w:pos="2295"/>
        </w:tabs>
        <w:spacing w:line="264" w:lineRule="auto"/>
        <w:jc w:val="center"/>
        <w:rPr>
          <w:szCs w:val="24"/>
          <w:lang w:val="ru-RU"/>
        </w:rPr>
      </w:pPr>
    </w:p>
    <w:tbl>
      <w:tblPr>
        <w:tblW w:w="94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7796"/>
      </w:tblGrid>
      <w:tr w:rsidR="008802BE" w:rsidRPr="004350F1" w:rsidTr="00734336">
        <w:tc>
          <w:tcPr>
            <w:tcW w:w="1692" w:type="dxa"/>
            <w:vAlign w:val="center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4350F1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796" w:type="dxa"/>
            <w:vAlign w:val="center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4350F1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8802BE" w:rsidRPr="004350F1" w:rsidTr="00734336">
        <w:tc>
          <w:tcPr>
            <w:tcW w:w="1692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350F1">
              <w:rPr>
                <w:szCs w:val="24"/>
              </w:rPr>
              <w:t>отлично</w:t>
            </w:r>
            <w:proofErr w:type="spellEnd"/>
          </w:p>
        </w:tc>
        <w:tc>
          <w:tcPr>
            <w:tcW w:w="7796" w:type="dxa"/>
          </w:tcPr>
          <w:p w:rsidR="008802BE" w:rsidRPr="004350F1" w:rsidRDefault="008802BE" w:rsidP="00734336">
            <w:pPr>
              <w:spacing w:line="240" w:lineRule="auto"/>
              <w:jc w:val="both"/>
              <w:rPr>
                <w:szCs w:val="24"/>
              </w:rPr>
            </w:pPr>
            <w:proofErr w:type="gramStart"/>
            <w:r w:rsidRPr="008802BE">
              <w:rPr>
                <w:szCs w:val="24"/>
                <w:lang w:val="ru-RU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</w:t>
            </w:r>
            <w:r w:rsidRPr="008802BE">
              <w:rPr>
                <w:szCs w:val="24"/>
                <w:lang w:val="ru-RU"/>
              </w:rPr>
              <w:t>е</w:t>
            </w:r>
            <w:r w:rsidRPr="008802BE">
              <w:rPr>
                <w:szCs w:val="24"/>
                <w:lang w:val="ru-RU"/>
              </w:rPr>
              <w:t>ния, критического осмысления, публичной речи, аргументации, материал изложен грамотно, в определенной логической последовательности, то</w:t>
            </w:r>
            <w:r w:rsidRPr="008802BE">
              <w:rPr>
                <w:szCs w:val="24"/>
                <w:lang w:val="ru-RU"/>
              </w:rPr>
              <w:t>ч</w:t>
            </w:r>
            <w:r w:rsidRPr="008802BE">
              <w:rPr>
                <w:szCs w:val="24"/>
                <w:lang w:val="ru-RU"/>
              </w:rPr>
              <w:t>но используется терминология.</w:t>
            </w:r>
            <w:proofErr w:type="gramEnd"/>
            <w:r w:rsidRPr="008802BE">
              <w:rPr>
                <w:szCs w:val="24"/>
                <w:lang w:val="ru-RU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Могут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быть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допущены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некоторые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неточности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при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изложении</w:t>
            </w:r>
            <w:proofErr w:type="spellEnd"/>
            <w:r w:rsidRPr="004350F1">
              <w:rPr>
                <w:szCs w:val="24"/>
              </w:rPr>
              <w:t xml:space="preserve"> </w:t>
            </w:r>
            <w:proofErr w:type="spellStart"/>
            <w:r w:rsidRPr="004350F1">
              <w:rPr>
                <w:szCs w:val="24"/>
              </w:rPr>
              <w:t>материала</w:t>
            </w:r>
            <w:proofErr w:type="spellEnd"/>
            <w:r w:rsidRPr="004350F1">
              <w:rPr>
                <w:szCs w:val="24"/>
              </w:rPr>
              <w:t>.</w:t>
            </w:r>
          </w:p>
        </w:tc>
      </w:tr>
      <w:tr w:rsidR="008802BE" w:rsidRPr="008802BE" w:rsidTr="00734336">
        <w:tc>
          <w:tcPr>
            <w:tcW w:w="1692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350F1">
              <w:rPr>
                <w:szCs w:val="24"/>
              </w:rPr>
              <w:t>хорошо</w:t>
            </w:r>
            <w:proofErr w:type="spellEnd"/>
          </w:p>
        </w:tc>
        <w:tc>
          <w:tcPr>
            <w:tcW w:w="7796" w:type="dxa"/>
          </w:tcPr>
          <w:p w:rsidR="008802BE" w:rsidRPr="008802BE" w:rsidRDefault="008802BE" w:rsidP="00734336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8802BE">
              <w:rPr>
                <w:szCs w:val="24"/>
                <w:lang w:val="ru-RU"/>
              </w:rPr>
              <w:t>Оценка «хорошо» выставляется обучающемуся, если его ответ удовл</w:t>
            </w:r>
            <w:r w:rsidRPr="008802BE">
              <w:rPr>
                <w:szCs w:val="24"/>
                <w:lang w:val="ru-RU"/>
              </w:rPr>
              <w:t>е</w:t>
            </w:r>
            <w:r w:rsidRPr="008802BE">
              <w:rPr>
                <w:szCs w:val="24"/>
                <w:lang w:val="ru-RU"/>
              </w:rPr>
              <w:t>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8802BE" w:rsidRPr="008802BE" w:rsidTr="00734336">
        <w:tc>
          <w:tcPr>
            <w:tcW w:w="1692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</w:t>
            </w:r>
            <w:r w:rsidRPr="004350F1">
              <w:rPr>
                <w:szCs w:val="24"/>
              </w:rPr>
              <w:t>довлетвори</w:t>
            </w:r>
            <w:r>
              <w:rPr>
                <w:szCs w:val="24"/>
              </w:rPr>
              <w:t>-</w:t>
            </w:r>
            <w:r w:rsidRPr="004350F1">
              <w:rPr>
                <w:szCs w:val="24"/>
              </w:rPr>
              <w:t>тельно</w:t>
            </w:r>
            <w:proofErr w:type="spellEnd"/>
          </w:p>
        </w:tc>
        <w:tc>
          <w:tcPr>
            <w:tcW w:w="7796" w:type="dxa"/>
          </w:tcPr>
          <w:p w:rsidR="008802BE" w:rsidRPr="008802BE" w:rsidRDefault="008802BE" w:rsidP="00734336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8802BE">
              <w:rPr>
                <w:szCs w:val="24"/>
                <w:lang w:val="ru-RU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</w:t>
            </w:r>
            <w:proofErr w:type="spellStart"/>
            <w:r w:rsidRPr="008802BE">
              <w:rPr>
                <w:szCs w:val="24"/>
                <w:lang w:val="ru-RU"/>
              </w:rPr>
              <w:t>сформированность</w:t>
            </w:r>
            <w:proofErr w:type="spellEnd"/>
            <w:r w:rsidRPr="008802BE">
              <w:rPr>
                <w:szCs w:val="24"/>
                <w:lang w:val="ru-RU"/>
              </w:rPr>
              <w:t xml:space="preserve"> компетенций, умений и навыков, студент не может применить теорию в проблемной ситуации.</w:t>
            </w:r>
          </w:p>
        </w:tc>
      </w:tr>
      <w:tr w:rsidR="008802BE" w:rsidRPr="008802BE" w:rsidTr="00734336">
        <w:tc>
          <w:tcPr>
            <w:tcW w:w="1692" w:type="dxa"/>
          </w:tcPr>
          <w:p w:rsidR="008802BE" w:rsidRPr="004350F1" w:rsidRDefault="008802BE" w:rsidP="00734336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н</w:t>
            </w:r>
            <w:r w:rsidRPr="004350F1">
              <w:rPr>
                <w:szCs w:val="24"/>
              </w:rPr>
              <w:t>еудовлетво</w:t>
            </w:r>
            <w:r>
              <w:rPr>
                <w:szCs w:val="24"/>
              </w:rPr>
              <w:t>-</w:t>
            </w:r>
            <w:r w:rsidRPr="004350F1">
              <w:rPr>
                <w:szCs w:val="24"/>
              </w:rPr>
              <w:t>рительно</w:t>
            </w:r>
            <w:proofErr w:type="spellEnd"/>
          </w:p>
        </w:tc>
        <w:tc>
          <w:tcPr>
            <w:tcW w:w="7796" w:type="dxa"/>
          </w:tcPr>
          <w:p w:rsidR="008802BE" w:rsidRPr="008802BE" w:rsidRDefault="008802BE" w:rsidP="00734336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8802BE">
              <w:rPr>
                <w:szCs w:val="24"/>
                <w:lang w:val="ru-RU"/>
              </w:rPr>
              <w:t>Оценка «неудовлетворительно» выставляется обучающемуся, им не ра</w:t>
            </w:r>
            <w:r w:rsidRPr="008802BE">
              <w:rPr>
                <w:szCs w:val="24"/>
                <w:lang w:val="ru-RU"/>
              </w:rPr>
              <w:t>с</w:t>
            </w:r>
            <w:r w:rsidRPr="008802BE">
              <w:rPr>
                <w:szCs w:val="24"/>
                <w:lang w:val="ru-RU"/>
              </w:rPr>
              <w:t>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</w:t>
            </w:r>
            <w:r w:rsidRPr="008802BE">
              <w:rPr>
                <w:szCs w:val="24"/>
                <w:lang w:val="ru-RU"/>
              </w:rPr>
              <w:t>о</w:t>
            </w:r>
            <w:r w:rsidRPr="008802BE">
              <w:rPr>
                <w:szCs w:val="24"/>
                <w:lang w:val="ru-RU"/>
              </w:rPr>
              <w:t>рые не исправлены после нескольких наводящих вопросов. Не готов принимать участие в междисциплинарном и межведомственном взаим</w:t>
            </w:r>
            <w:r w:rsidRPr="008802BE">
              <w:rPr>
                <w:szCs w:val="24"/>
                <w:lang w:val="ru-RU"/>
              </w:rPr>
              <w:t>о</w:t>
            </w:r>
            <w:r w:rsidRPr="008802BE">
              <w:rPr>
                <w:szCs w:val="24"/>
                <w:lang w:val="ru-RU"/>
              </w:rPr>
              <w:t>действии специалистов в решении профессиональных задач.</w:t>
            </w:r>
          </w:p>
        </w:tc>
      </w:tr>
    </w:tbl>
    <w:p w:rsidR="008802BE" w:rsidRPr="008802BE" w:rsidRDefault="008802BE" w:rsidP="008802BE">
      <w:pPr>
        <w:ind w:firstLine="567"/>
        <w:rPr>
          <w:szCs w:val="24"/>
          <w:lang w:val="ru-RU"/>
        </w:rPr>
      </w:pPr>
      <w:r w:rsidRPr="008802BE">
        <w:rPr>
          <w:szCs w:val="24"/>
          <w:lang w:val="ru-RU"/>
        </w:rPr>
        <w:t>Составитель</w:t>
      </w:r>
    </w:p>
    <w:p w:rsidR="008802BE" w:rsidRPr="008802BE" w:rsidRDefault="008802BE" w:rsidP="008802BE">
      <w:pPr>
        <w:ind w:right="-306"/>
        <w:rPr>
          <w:lang w:val="ru-RU"/>
        </w:rPr>
      </w:pPr>
      <w:proofErr w:type="gramStart"/>
      <w:r>
        <w:rPr>
          <w:szCs w:val="24"/>
          <w:lang w:val="ru-RU"/>
        </w:rPr>
        <w:t>Ефремов И</w:t>
      </w:r>
      <w:r w:rsidRPr="008802BE">
        <w:rPr>
          <w:szCs w:val="24"/>
          <w:lang w:val="ru-RU"/>
        </w:rPr>
        <w:t>.</w:t>
      </w:r>
      <w:r>
        <w:rPr>
          <w:szCs w:val="24"/>
          <w:lang w:val="ru-RU"/>
        </w:rPr>
        <w:t>В</w:t>
      </w:r>
      <w:r w:rsidRPr="008802BE">
        <w:rPr>
          <w:szCs w:val="24"/>
          <w:lang w:val="ru-RU"/>
        </w:rPr>
        <w:t xml:space="preserve">, </w:t>
      </w:r>
      <w:r>
        <w:rPr>
          <w:szCs w:val="24"/>
          <w:lang w:val="ru-RU"/>
        </w:rPr>
        <w:t>доцент</w:t>
      </w:r>
      <w:r w:rsidRPr="008802BE">
        <w:rPr>
          <w:szCs w:val="24"/>
          <w:lang w:val="ru-RU"/>
        </w:rPr>
        <w:t xml:space="preserve"> базовой кафедры </w:t>
      </w:r>
      <w:proofErr w:type="spellStart"/>
      <w:r w:rsidRPr="008802BE">
        <w:rPr>
          <w:szCs w:val="24"/>
          <w:lang w:val="ru-RU"/>
        </w:rPr>
        <w:t>ИПиП</w:t>
      </w:r>
      <w:proofErr w:type="spellEnd"/>
      <w:r w:rsidRPr="008802BE">
        <w:rPr>
          <w:szCs w:val="24"/>
          <w:lang w:val="ru-RU"/>
        </w:rPr>
        <w:t>,</w:t>
      </w:r>
      <w:r w:rsidRPr="008802BE">
        <w:rPr>
          <w:lang w:val="ru-RU"/>
        </w:rPr>
        <w:t>_____________________</w:t>
      </w:r>
      <w:proofErr w:type="gramEnd"/>
    </w:p>
    <w:p w:rsidR="008802BE" w:rsidRPr="008802BE" w:rsidRDefault="008802BE" w:rsidP="008802BE">
      <w:pPr>
        <w:widowControl w:val="0"/>
        <w:spacing w:line="240" w:lineRule="auto"/>
        <w:rPr>
          <w:lang w:val="ru-RU"/>
        </w:rPr>
      </w:pPr>
      <w:r w:rsidRPr="008802BE">
        <w:rPr>
          <w:lang w:val="ru-RU"/>
        </w:rPr>
        <w:t>17 апреля 2026 г</w:t>
      </w:r>
    </w:p>
    <w:p w:rsidR="008802BE" w:rsidRP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8802BE" w:rsidRP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  <w:r w:rsidRPr="008802BE">
        <w:rPr>
          <w:b/>
          <w:szCs w:val="24"/>
          <w:lang w:val="ru-RU"/>
        </w:rPr>
        <w:t>Комплект оценочных сре</w:t>
      </w:r>
      <w:proofErr w:type="gramStart"/>
      <w:r w:rsidRPr="008802BE">
        <w:rPr>
          <w:b/>
          <w:szCs w:val="24"/>
          <w:lang w:val="ru-RU"/>
        </w:rPr>
        <w:t>дств дл</w:t>
      </w:r>
      <w:proofErr w:type="gramEnd"/>
      <w:r w:rsidRPr="008802BE">
        <w:rPr>
          <w:b/>
          <w:szCs w:val="24"/>
          <w:lang w:val="ru-RU"/>
        </w:rPr>
        <w:t>я промежуточной аттестации</w:t>
      </w:r>
    </w:p>
    <w:p w:rsidR="008802BE" w:rsidRP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  <w:r w:rsidRPr="008802BE">
        <w:rPr>
          <w:b/>
          <w:szCs w:val="24"/>
          <w:lang w:val="ru-RU"/>
        </w:rPr>
        <w:t>Вопросы к зачету с оценкой</w:t>
      </w:r>
    </w:p>
    <w:p w:rsidR="008802BE" w:rsidRPr="008802BE" w:rsidRDefault="008802BE" w:rsidP="008802BE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tbl>
      <w:tblPr>
        <w:tblW w:w="50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8345"/>
      </w:tblGrid>
      <w:tr w:rsidR="008802BE" w:rsidRPr="004350F1" w:rsidTr="00734336">
        <w:trPr>
          <w:trHeight w:val="520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2BE" w:rsidRPr="008802BE" w:rsidRDefault="008802BE" w:rsidP="00734336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8802BE">
              <w:rPr>
                <w:b/>
                <w:lang w:val="ru-RU"/>
              </w:rPr>
              <w:t>№ и наим</w:t>
            </w:r>
            <w:r w:rsidRPr="008802BE">
              <w:rPr>
                <w:b/>
                <w:lang w:val="ru-RU"/>
              </w:rPr>
              <w:t>е</w:t>
            </w:r>
            <w:r w:rsidRPr="008802BE">
              <w:rPr>
                <w:b/>
                <w:lang w:val="ru-RU"/>
              </w:rPr>
              <w:t xml:space="preserve">нование </w:t>
            </w:r>
          </w:p>
          <w:p w:rsidR="008802BE" w:rsidRPr="008802BE" w:rsidRDefault="008802BE" w:rsidP="00734336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8802BE">
              <w:rPr>
                <w:b/>
                <w:lang w:val="ru-RU"/>
              </w:rPr>
              <w:t xml:space="preserve">раздела 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2BE" w:rsidRPr="004350F1" w:rsidRDefault="008802BE" w:rsidP="00734336">
            <w:pPr>
              <w:widowControl w:val="0"/>
              <w:spacing w:line="240" w:lineRule="auto"/>
              <w:jc w:val="center"/>
              <w:rPr>
                <w:b/>
              </w:rPr>
            </w:pPr>
            <w:r w:rsidRPr="004350F1">
              <w:rPr>
                <w:b/>
              </w:rPr>
              <w:t>ВОПРОСЫ К ЗАЧЕТУ</w:t>
            </w:r>
          </w:p>
        </w:tc>
      </w:tr>
      <w:tr w:rsidR="008802BE" w:rsidRPr="004350F1" w:rsidTr="00734336">
        <w:trPr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2BE" w:rsidRPr="004350F1" w:rsidRDefault="008802BE" w:rsidP="00734336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4350F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2BE" w:rsidRPr="004350F1" w:rsidRDefault="008802BE" w:rsidP="00734336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4350F1">
              <w:rPr>
                <w:b/>
                <w:sz w:val="18"/>
                <w:szCs w:val="18"/>
              </w:rPr>
              <w:t>2</w:t>
            </w:r>
          </w:p>
        </w:tc>
      </w:tr>
      <w:tr w:rsidR="008802BE" w:rsidRPr="008802BE" w:rsidTr="00734336">
        <w:trPr>
          <w:trHeight w:val="1255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2BE" w:rsidRPr="004350F1" w:rsidRDefault="008802BE" w:rsidP="00734336">
            <w:pPr>
              <w:widowControl w:val="0"/>
              <w:spacing w:line="240" w:lineRule="auto"/>
              <w:rPr>
                <w:b/>
              </w:rPr>
            </w:pPr>
            <w:r w:rsidRPr="0004256D">
              <w:rPr>
                <w:rFonts w:cs="Times New Roman"/>
                <w:b/>
                <w:color w:val="000000"/>
                <w:szCs w:val="24"/>
              </w:rPr>
              <w:t xml:space="preserve">1. </w:t>
            </w:r>
            <w:proofErr w:type="spellStart"/>
            <w:r w:rsidRPr="0004256D">
              <w:rPr>
                <w:rFonts w:cs="Times New Roman"/>
                <w:b/>
                <w:color w:val="000000"/>
                <w:szCs w:val="24"/>
              </w:rPr>
              <w:t>П</w:t>
            </w:r>
            <w:r>
              <w:rPr>
                <w:rFonts w:cs="Times New Roman"/>
                <w:b/>
                <w:color w:val="000000"/>
                <w:szCs w:val="24"/>
              </w:rPr>
              <w:t>одгото</w:t>
            </w:r>
            <w:r w:rsidRPr="0004256D">
              <w:rPr>
                <w:rFonts w:cs="Times New Roman"/>
                <w:b/>
                <w:color w:val="000000"/>
                <w:szCs w:val="24"/>
              </w:rPr>
              <w:t>вительный</w:t>
            </w:r>
            <w:proofErr w:type="spellEnd"/>
            <w:r w:rsidRPr="0004256D">
              <w:rPr>
                <w:rFonts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04256D">
              <w:rPr>
                <w:rFonts w:cs="Times New Roman"/>
                <w:b/>
                <w:color w:val="000000"/>
                <w:szCs w:val="24"/>
              </w:rPr>
              <w:t>этап</w:t>
            </w:r>
            <w:proofErr w:type="spellEnd"/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1.1. Правила техники безопасности, охраны труда.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1.2. Цели и задачи учебно</w:t>
            </w:r>
            <w:proofErr w:type="gramStart"/>
            <w:r w:rsidRPr="008802BE">
              <w:rPr>
                <w:rFonts w:cs="Times New Roman"/>
                <w:lang w:val="ru-RU"/>
              </w:rPr>
              <w:t>й(</w:t>
            </w:r>
            <w:proofErr w:type="gramEnd"/>
            <w:r w:rsidRPr="008802BE">
              <w:rPr>
                <w:rFonts w:cs="Times New Roman"/>
                <w:lang w:val="ru-RU"/>
              </w:rPr>
              <w:t>ознакомительной) практики.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1.3. Современные отечественные и зарубежные педагогические теории воспитания и развития ребенка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1.4. Основные правила поведения и взаимодействия с участниками образовательного процесса в учреждениях образования.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1.5. Концепция школьной психологической службы.</w:t>
            </w:r>
          </w:p>
          <w:p w:rsidR="008802BE" w:rsidRPr="008802BE" w:rsidRDefault="008802BE" w:rsidP="0073433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1.6. Этический кодекс психолога образования.</w:t>
            </w:r>
          </w:p>
        </w:tc>
      </w:tr>
      <w:tr w:rsidR="008802BE" w:rsidRPr="008802BE" w:rsidTr="00734336">
        <w:trPr>
          <w:trHeight w:val="2248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BE" w:rsidRPr="00943C93" w:rsidRDefault="008802BE" w:rsidP="00734336">
            <w:pPr>
              <w:widowControl w:val="0"/>
              <w:spacing w:line="240" w:lineRule="auto"/>
              <w:rPr>
                <w:b/>
              </w:rPr>
            </w:pPr>
            <w:r w:rsidRPr="004350F1">
              <w:rPr>
                <w:b/>
              </w:rPr>
              <w:t>2</w:t>
            </w:r>
            <w:r w:rsidRPr="00943C93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proofErr w:type="spellStart"/>
            <w:r w:rsidRPr="00943C93">
              <w:rPr>
                <w:rFonts w:cs="Times New Roman"/>
                <w:b/>
                <w:color w:val="000000"/>
                <w:szCs w:val="24"/>
              </w:rPr>
              <w:t>Професс</w:t>
            </w:r>
            <w:r w:rsidRPr="00943C93">
              <w:rPr>
                <w:rFonts w:cs="Times New Roman"/>
                <w:b/>
                <w:color w:val="000000"/>
                <w:szCs w:val="24"/>
              </w:rPr>
              <w:t>и</w:t>
            </w:r>
            <w:r w:rsidRPr="00943C93">
              <w:rPr>
                <w:rFonts w:cs="Times New Roman"/>
                <w:b/>
                <w:color w:val="000000"/>
                <w:szCs w:val="24"/>
              </w:rPr>
              <w:t>ональная</w:t>
            </w:r>
            <w:proofErr w:type="spellEnd"/>
            <w:r w:rsidRPr="004350F1">
              <w:rPr>
                <w:rFonts w:cs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943C93">
              <w:rPr>
                <w:rFonts w:cs="Times New Roman"/>
                <w:b/>
                <w:color w:val="000000"/>
                <w:szCs w:val="24"/>
              </w:rPr>
              <w:t>д</w:t>
            </w:r>
            <w:r w:rsidRPr="00943C93">
              <w:rPr>
                <w:rFonts w:cs="Times New Roman"/>
                <w:b/>
                <w:color w:val="000000"/>
                <w:szCs w:val="24"/>
              </w:rPr>
              <w:t>е</w:t>
            </w:r>
            <w:r w:rsidRPr="00943C93">
              <w:rPr>
                <w:rFonts w:cs="Times New Roman"/>
                <w:b/>
                <w:color w:val="000000"/>
                <w:szCs w:val="24"/>
              </w:rPr>
              <w:t>ятельность</w:t>
            </w:r>
            <w:proofErr w:type="spellEnd"/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2.1. Базовые нормативные документы, регламентирующие работу практического пс</w:t>
            </w:r>
            <w:r w:rsidRPr="008802BE">
              <w:rPr>
                <w:rFonts w:cs="Times New Roman"/>
                <w:lang w:val="ru-RU"/>
              </w:rPr>
              <w:t>и</w:t>
            </w:r>
            <w:r w:rsidRPr="008802BE">
              <w:rPr>
                <w:rFonts w:cs="Times New Roman"/>
                <w:lang w:val="ru-RU"/>
              </w:rPr>
              <w:t>холога (психологов) организации.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2.2. Права и обязанности психолога образования.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2.3. Рабочая документация психолога образования.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2.4. Законодательные и нормативно правовые основы деятельности психолога обр</w:t>
            </w:r>
            <w:r w:rsidRPr="008802BE">
              <w:rPr>
                <w:rFonts w:cs="Times New Roman"/>
                <w:lang w:val="ru-RU"/>
              </w:rPr>
              <w:t>а</w:t>
            </w:r>
            <w:r w:rsidRPr="008802BE">
              <w:rPr>
                <w:rFonts w:cs="Times New Roman"/>
                <w:lang w:val="ru-RU"/>
              </w:rPr>
              <w:t>зования, статус психолога образования.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 xml:space="preserve">2.5. </w:t>
            </w:r>
            <w:proofErr w:type="gramStart"/>
            <w:r w:rsidRPr="008802BE">
              <w:rPr>
                <w:rFonts w:cs="Times New Roman"/>
                <w:lang w:val="ru-RU"/>
              </w:rPr>
              <w:t>Рабочая документация психолога образования (Нормативная документация; Сп</w:t>
            </w:r>
            <w:r w:rsidRPr="008802BE">
              <w:rPr>
                <w:rFonts w:cs="Times New Roman"/>
                <w:lang w:val="ru-RU"/>
              </w:rPr>
              <w:t>е</w:t>
            </w:r>
            <w:r w:rsidRPr="008802BE">
              <w:rPr>
                <w:rFonts w:cs="Times New Roman"/>
                <w:lang w:val="ru-RU"/>
              </w:rPr>
              <w:t>циальная документация; Договор с родителями; Карта приема;  Психологическое з</w:t>
            </w:r>
            <w:r w:rsidRPr="008802BE">
              <w:rPr>
                <w:rFonts w:cs="Times New Roman"/>
                <w:lang w:val="ru-RU"/>
              </w:rPr>
              <w:t>а</w:t>
            </w:r>
            <w:r w:rsidRPr="008802BE">
              <w:rPr>
                <w:rFonts w:cs="Times New Roman"/>
                <w:lang w:val="ru-RU"/>
              </w:rPr>
              <w:t>ключение; Справка-заключение; Выписка; Психологическая характеристика; Прот</w:t>
            </w:r>
            <w:r w:rsidRPr="008802BE">
              <w:rPr>
                <w:rFonts w:cs="Times New Roman"/>
                <w:lang w:val="ru-RU"/>
              </w:rPr>
              <w:t>о</w:t>
            </w:r>
            <w:r w:rsidRPr="008802BE">
              <w:rPr>
                <w:rFonts w:cs="Times New Roman"/>
                <w:lang w:val="ru-RU"/>
              </w:rPr>
              <w:t>кол; Карта (история) развития; Коррекционная карта).</w:t>
            </w:r>
            <w:proofErr w:type="gramEnd"/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2.6. Требования к рабочему месту психолога в образовании.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2.7. Основные направления деятельности психолога (просвещение, психодиагност</w:t>
            </w:r>
            <w:r w:rsidRPr="008802BE">
              <w:rPr>
                <w:rFonts w:cs="Times New Roman"/>
                <w:lang w:val="ru-RU"/>
              </w:rPr>
              <w:t>и</w:t>
            </w:r>
            <w:r w:rsidRPr="008802BE">
              <w:rPr>
                <w:rFonts w:cs="Times New Roman"/>
                <w:lang w:val="ru-RU"/>
              </w:rPr>
              <w:t xml:space="preserve">ка, </w:t>
            </w:r>
            <w:proofErr w:type="spellStart"/>
            <w:r w:rsidRPr="008802BE">
              <w:rPr>
                <w:rFonts w:cs="Times New Roman"/>
                <w:lang w:val="ru-RU"/>
              </w:rPr>
              <w:t>психокоррекция</w:t>
            </w:r>
            <w:proofErr w:type="spellEnd"/>
            <w:r w:rsidRPr="008802BE">
              <w:rPr>
                <w:rFonts w:cs="Times New Roman"/>
                <w:lang w:val="ru-RU"/>
              </w:rPr>
              <w:t>, консультирование, проф</w:t>
            </w:r>
            <w:r>
              <w:rPr>
                <w:rFonts w:cs="Times New Roman"/>
                <w:lang w:val="ru-RU"/>
              </w:rPr>
              <w:t>илактика) и выявление их особен</w:t>
            </w:r>
            <w:r w:rsidRPr="008802BE">
              <w:rPr>
                <w:rFonts w:cs="Times New Roman"/>
                <w:lang w:val="ru-RU"/>
              </w:rPr>
              <w:t>ностей.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2.8. Содержание работы психолога конкретного учреждения: психодиагностическая, профилактическая, просветительская, развивающая и пр.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2.9. Методический инструментарий психолога в образовательном учреждении.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lastRenderedPageBreak/>
              <w:t>2.10. Анализ психологических занятий по психологическому просвещению и проф</w:t>
            </w:r>
            <w:r w:rsidRPr="008802BE">
              <w:rPr>
                <w:rFonts w:cs="Times New Roman"/>
                <w:lang w:val="ru-RU"/>
              </w:rPr>
              <w:t>и</w:t>
            </w:r>
            <w:r w:rsidRPr="008802BE">
              <w:rPr>
                <w:rFonts w:cs="Times New Roman"/>
                <w:lang w:val="ru-RU"/>
              </w:rPr>
              <w:t>лактике.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2.11. Место психолога в социокультурной среде, роль психологической службы в с</w:t>
            </w:r>
            <w:r w:rsidRPr="008802BE">
              <w:rPr>
                <w:rFonts w:cs="Times New Roman"/>
                <w:lang w:val="ru-RU"/>
              </w:rPr>
              <w:t>и</w:t>
            </w:r>
            <w:r w:rsidRPr="008802BE">
              <w:rPr>
                <w:rFonts w:cs="Times New Roman"/>
                <w:lang w:val="ru-RU"/>
              </w:rPr>
              <w:t>стеме современного образования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 xml:space="preserve">2.12. </w:t>
            </w:r>
            <w:proofErr w:type="gramStart"/>
            <w:r w:rsidRPr="008802BE">
              <w:rPr>
                <w:rFonts w:cs="Times New Roman"/>
                <w:lang w:val="ru-RU"/>
              </w:rPr>
              <w:t>Организационно-методическая документация (Каталог; Хронометраж рабочего времени; План работы психолога школы; Временные нормы; График; Циклограмма; План работы; Дифференцированный план; Перспективный план; Журнал психолог</w:t>
            </w:r>
            <w:r w:rsidRPr="008802BE">
              <w:rPr>
                <w:rFonts w:cs="Times New Roman"/>
                <w:lang w:val="ru-RU"/>
              </w:rPr>
              <w:t>и</w:t>
            </w:r>
            <w:r w:rsidRPr="008802BE">
              <w:rPr>
                <w:rFonts w:cs="Times New Roman"/>
                <w:lang w:val="ru-RU"/>
              </w:rPr>
              <w:t>ческих запросов; Кодировка; Итоговый  отчет; Аналитический отчет руководителя-методиста).</w:t>
            </w:r>
            <w:proofErr w:type="gramEnd"/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2.13. Перечень документации психолога образовательного учрежд</w:t>
            </w:r>
            <w:r w:rsidRPr="008802BE">
              <w:rPr>
                <w:rFonts w:cs="Times New Roman"/>
                <w:lang w:val="ru-RU"/>
              </w:rPr>
              <w:t>е</w:t>
            </w:r>
            <w:r w:rsidRPr="008802BE">
              <w:rPr>
                <w:rFonts w:cs="Times New Roman"/>
                <w:lang w:val="ru-RU"/>
              </w:rPr>
              <w:t>ни</w:t>
            </w:r>
            <w:proofErr w:type="gramStart"/>
            <w:r w:rsidRPr="008802BE">
              <w:rPr>
                <w:rFonts w:cs="Times New Roman"/>
                <w:lang w:val="ru-RU"/>
              </w:rPr>
              <w:t>я(</w:t>
            </w:r>
            <w:proofErr w:type="gramEnd"/>
            <w:r w:rsidRPr="008802BE">
              <w:rPr>
                <w:rFonts w:cs="Times New Roman"/>
                <w:lang w:val="ru-RU"/>
              </w:rPr>
              <w:t xml:space="preserve">Законодательно-правовые    акты   и   нормативные документы; Учетно-регистрационные документы;   Справочно-информационные </w:t>
            </w:r>
            <w:proofErr w:type="spellStart"/>
            <w:r w:rsidRPr="008802BE">
              <w:rPr>
                <w:rFonts w:cs="Times New Roman"/>
                <w:lang w:val="ru-RU"/>
              </w:rPr>
              <w:t>докуметы</w:t>
            </w:r>
            <w:proofErr w:type="spellEnd"/>
            <w:r w:rsidRPr="008802BE">
              <w:rPr>
                <w:rFonts w:cs="Times New Roman"/>
                <w:lang w:val="ru-RU"/>
              </w:rPr>
              <w:t>;  Документы для служебного пользования).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2.14. Анализ профессиональных качеств, необходимых педагогу.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2.15. Анализ профессиональных качеств, необходимых психологу.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2.16. Формы и методы сотрудничества с педагогами, администрацией, социальным педагогом.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2.17. Технология подбора и проведения психодиагностических мероприятий с детьми и подростками.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2.18. Технология разработки и проведения психопрофилактических мероприятий с детьми и подростками.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2.19. Технология разработки и проведения коррекционно -</w:t>
            </w:r>
            <w:r>
              <w:rPr>
                <w:rFonts w:cs="Times New Roman"/>
                <w:lang w:val="ru-RU"/>
              </w:rPr>
              <w:t xml:space="preserve"> </w:t>
            </w:r>
            <w:r w:rsidRPr="008802BE">
              <w:rPr>
                <w:rFonts w:cs="Times New Roman"/>
                <w:lang w:val="ru-RU"/>
              </w:rPr>
              <w:t>развивающих мероприятий с учащимися.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2.20. Технология  разработки и проведения психологических консультаций (индив</w:t>
            </w:r>
            <w:r w:rsidRPr="008802BE">
              <w:rPr>
                <w:rFonts w:cs="Times New Roman"/>
                <w:lang w:val="ru-RU"/>
              </w:rPr>
              <w:t>и</w:t>
            </w:r>
            <w:r w:rsidRPr="008802BE">
              <w:rPr>
                <w:rFonts w:cs="Times New Roman"/>
                <w:lang w:val="ru-RU"/>
              </w:rPr>
              <w:t>дуальных и групповых).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 xml:space="preserve">2.21. Технология  разработки и проведения мероприятий по </w:t>
            </w:r>
            <w:proofErr w:type="spellStart"/>
            <w:r w:rsidRPr="008802BE">
              <w:rPr>
                <w:rFonts w:cs="Times New Roman"/>
                <w:lang w:val="ru-RU"/>
              </w:rPr>
              <w:t>профориентационной</w:t>
            </w:r>
            <w:proofErr w:type="spellEnd"/>
            <w:r w:rsidRPr="008802BE">
              <w:rPr>
                <w:rFonts w:cs="Times New Roman"/>
                <w:lang w:val="ru-RU"/>
              </w:rPr>
              <w:t xml:space="preserve"> работе со старшеклассниками.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2.22. Технология стандартизированного наблюдения образовательного процесса в образовательном учреждении.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2.23. Изучение психологических особенностей индивидуального стиля педагогич</w:t>
            </w:r>
            <w:r w:rsidRPr="008802BE">
              <w:rPr>
                <w:rFonts w:cs="Times New Roman"/>
                <w:lang w:val="ru-RU"/>
              </w:rPr>
              <w:t>е</w:t>
            </w:r>
            <w:r w:rsidRPr="008802BE">
              <w:rPr>
                <w:rFonts w:cs="Times New Roman"/>
                <w:lang w:val="ru-RU"/>
              </w:rPr>
              <w:t>ской деятельности учителя.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 xml:space="preserve">2.24. Обоснование и описание конкретных методик исследования. 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2.25. Проведение анализа психодиагностических задач, решаемых в учреждении, где проходит практика.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lastRenderedPageBreak/>
              <w:t>2.26. Исследование типа памяти.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2.27. Исследование возрастных психологических особенностей поведения человека.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2.28. Исследование внимания младших школьников.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2.29. Варианты социально-психологического исследования.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2.30. Изучение особенностей взаимодействия класса и педагога (руководителя и ко</w:t>
            </w:r>
            <w:r w:rsidRPr="008802BE">
              <w:rPr>
                <w:rFonts w:cs="Times New Roman"/>
                <w:lang w:val="ru-RU"/>
              </w:rPr>
              <w:t>л</w:t>
            </w:r>
            <w:r w:rsidRPr="008802BE">
              <w:rPr>
                <w:rFonts w:cs="Times New Roman"/>
                <w:lang w:val="ru-RU"/>
              </w:rPr>
              <w:t>лектива).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2.31. Изучение социально-психологического климата учебной группы.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2.32. Изучение уровня сплоченности коллектива.</w:t>
            </w:r>
          </w:p>
          <w:p w:rsidR="008802BE" w:rsidRPr="008802BE" w:rsidRDefault="008802BE" w:rsidP="00734336">
            <w:pPr>
              <w:rPr>
                <w:rFonts w:cs="Times New Roman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2.33. Формирование навыков конструктивного общения у школьников.</w:t>
            </w:r>
          </w:p>
          <w:p w:rsidR="008802BE" w:rsidRPr="008802BE" w:rsidRDefault="008802BE" w:rsidP="00734336">
            <w:pPr>
              <w:rPr>
                <w:rFonts w:cs="Times New Roman"/>
                <w:szCs w:val="24"/>
                <w:lang w:val="ru-RU"/>
              </w:rPr>
            </w:pPr>
            <w:r w:rsidRPr="008802BE">
              <w:rPr>
                <w:rFonts w:cs="Times New Roman"/>
                <w:lang w:val="ru-RU"/>
              </w:rPr>
              <w:t>2.34. Изучение профессиональной направленности личности школьника.</w:t>
            </w:r>
          </w:p>
        </w:tc>
      </w:tr>
      <w:tr w:rsidR="008802BE" w:rsidRPr="008802BE" w:rsidTr="00734336">
        <w:trPr>
          <w:trHeight w:val="70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2BE" w:rsidRPr="00BC5E3B" w:rsidRDefault="008802BE" w:rsidP="00734336">
            <w:pPr>
              <w:widowControl w:val="0"/>
              <w:spacing w:line="240" w:lineRule="auto"/>
              <w:rPr>
                <w:rFonts w:cs="Times New Roman"/>
                <w:b/>
                <w:bCs/>
                <w:szCs w:val="24"/>
              </w:rPr>
            </w:pPr>
            <w:r w:rsidRPr="00BC5E3B">
              <w:rPr>
                <w:rFonts w:eastAsia="Calibri" w:cs="Times New Roman"/>
                <w:b/>
                <w:bCs/>
                <w:color w:val="000000"/>
                <w:szCs w:val="24"/>
              </w:rPr>
              <w:lastRenderedPageBreak/>
              <w:t>3.</w:t>
            </w:r>
            <w:r w:rsidRPr="00BC5E3B">
              <w:rPr>
                <w:rFonts w:cs="Times New Roman"/>
                <w:b/>
                <w:bCs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Подгото</w:t>
            </w:r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в</w:t>
            </w:r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ка</w:t>
            </w:r>
            <w:proofErr w:type="spellEnd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отчета</w:t>
            </w:r>
            <w:proofErr w:type="spellEnd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по</w:t>
            </w:r>
            <w:proofErr w:type="spellEnd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BC5E3B">
              <w:rPr>
                <w:rFonts w:cs="Times New Roman"/>
                <w:b/>
                <w:bCs/>
                <w:color w:val="000000"/>
                <w:szCs w:val="24"/>
              </w:rPr>
              <w:t>практике</w:t>
            </w:r>
            <w:proofErr w:type="spellEnd"/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2BE" w:rsidRPr="008802BE" w:rsidRDefault="008802BE" w:rsidP="0073433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8802BE">
              <w:rPr>
                <w:rFonts w:cs="Times New Roman"/>
                <w:szCs w:val="24"/>
                <w:lang w:val="ru-RU"/>
              </w:rPr>
              <w:t>3.1. Анализ содержания деятельности обучающегося в период педагогической практики.</w:t>
            </w:r>
          </w:p>
          <w:p w:rsidR="008802BE" w:rsidRPr="008802BE" w:rsidRDefault="008802BE" w:rsidP="0073433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8802BE">
              <w:rPr>
                <w:rFonts w:cs="Times New Roman"/>
                <w:szCs w:val="24"/>
                <w:lang w:val="ru-RU"/>
              </w:rPr>
              <w:t>3.2. Виды деятельности педагога-психолога в ОУ.</w:t>
            </w:r>
          </w:p>
          <w:p w:rsidR="008802BE" w:rsidRPr="008802BE" w:rsidRDefault="008802BE" w:rsidP="0073433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8802BE">
              <w:rPr>
                <w:rFonts w:cs="Times New Roman"/>
                <w:szCs w:val="24"/>
                <w:lang w:val="ru-RU"/>
              </w:rPr>
              <w:t>3.3. Основные трудности в работе педагога - психолога в ОУ.</w:t>
            </w:r>
          </w:p>
        </w:tc>
      </w:tr>
    </w:tbl>
    <w:p w:rsidR="008802BE" w:rsidRPr="008802BE" w:rsidRDefault="008802BE" w:rsidP="008802BE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  <w:lang w:val="ru-RU"/>
        </w:rPr>
      </w:pPr>
    </w:p>
    <w:p w:rsidR="008802BE" w:rsidRPr="004350F1" w:rsidRDefault="008802BE" w:rsidP="008802BE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</w:rPr>
      </w:pPr>
      <w:proofErr w:type="spellStart"/>
      <w:r w:rsidRPr="004350F1">
        <w:rPr>
          <w:rFonts w:eastAsia="Calibri"/>
          <w:b/>
          <w:szCs w:val="24"/>
          <w:shd w:val="clear" w:color="auto" w:fill="FFFFFF"/>
        </w:rPr>
        <w:t>Критерии</w:t>
      </w:r>
      <w:proofErr w:type="spellEnd"/>
      <w:r w:rsidRPr="004350F1">
        <w:rPr>
          <w:rFonts w:eastAsia="Calibri"/>
          <w:b/>
          <w:szCs w:val="24"/>
          <w:shd w:val="clear" w:color="auto" w:fill="FFFFFF"/>
        </w:rPr>
        <w:t xml:space="preserve"> </w:t>
      </w:r>
      <w:proofErr w:type="spellStart"/>
      <w:r w:rsidRPr="004350F1">
        <w:rPr>
          <w:rFonts w:eastAsia="Calibri"/>
          <w:b/>
          <w:szCs w:val="24"/>
          <w:shd w:val="clear" w:color="auto" w:fill="FFFFFF"/>
        </w:rPr>
        <w:t>оценки</w:t>
      </w:r>
      <w:proofErr w:type="spellEnd"/>
      <w:r w:rsidRPr="004350F1">
        <w:rPr>
          <w:rFonts w:eastAsia="Calibri"/>
          <w:b/>
          <w:szCs w:val="24"/>
          <w:shd w:val="clear" w:color="auto" w:fill="FFFFFF"/>
        </w:rPr>
        <w:t xml:space="preserve"> </w:t>
      </w:r>
      <w:proofErr w:type="spellStart"/>
      <w:r w:rsidRPr="004350F1">
        <w:rPr>
          <w:rFonts w:eastAsia="Calibri"/>
          <w:b/>
          <w:szCs w:val="24"/>
          <w:shd w:val="clear" w:color="auto" w:fill="FFFFFF"/>
        </w:rPr>
        <w:t>зачета</w:t>
      </w:r>
      <w:proofErr w:type="spellEnd"/>
      <w:r w:rsidRPr="004350F1">
        <w:rPr>
          <w:rFonts w:eastAsia="Calibri"/>
          <w:b/>
          <w:szCs w:val="24"/>
          <w:shd w:val="clear" w:color="auto" w:fill="FFFFFF"/>
        </w:rPr>
        <w:t xml:space="preserve"> с </w:t>
      </w:r>
      <w:proofErr w:type="spellStart"/>
      <w:r w:rsidRPr="004350F1">
        <w:rPr>
          <w:rFonts w:eastAsia="Calibri"/>
          <w:b/>
          <w:szCs w:val="24"/>
          <w:shd w:val="clear" w:color="auto" w:fill="FFFFFF"/>
        </w:rPr>
        <w:t>оценкой</w:t>
      </w:r>
      <w:proofErr w:type="spellEnd"/>
    </w:p>
    <w:p w:rsidR="008802BE" w:rsidRPr="004350F1" w:rsidRDefault="008802BE" w:rsidP="008802BE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</w:rPr>
      </w:pP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7"/>
        <w:gridCol w:w="8026"/>
      </w:tblGrid>
      <w:tr w:rsidR="008802BE" w:rsidRPr="008802BE" w:rsidTr="00734336">
        <w:tc>
          <w:tcPr>
            <w:tcW w:w="1547" w:type="dxa"/>
          </w:tcPr>
          <w:p w:rsidR="008802BE" w:rsidRPr="004350F1" w:rsidRDefault="008802BE" w:rsidP="00734336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40" w:lineRule="auto"/>
              <w:jc w:val="center"/>
              <w:textAlignment w:val="baseline"/>
              <w:outlineLvl w:val="0"/>
              <w:rPr>
                <w:b/>
                <w:bCs/>
                <w:kern w:val="32"/>
                <w:szCs w:val="24"/>
                <w:lang w:eastAsia="ru-RU"/>
              </w:rPr>
            </w:pPr>
            <w:proofErr w:type="spellStart"/>
            <w:r w:rsidRPr="004350F1">
              <w:rPr>
                <w:b/>
                <w:bCs/>
                <w:kern w:val="32"/>
                <w:szCs w:val="24"/>
                <w:lang w:eastAsia="ru-RU"/>
              </w:rPr>
              <w:t>отлично</w:t>
            </w:r>
            <w:proofErr w:type="spellEnd"/>
          </w:p>
        </w:tc>
        <w:tc>
          <w:tcPr>
            <w:tcW w:w="8026" w:type="dxa"/>
          </w:tcPr>
          <w:p w:rsidR="008802BE" w:rsidRPr="008802BE" w:rsidRDefault="008802BE" w:rsidP="0073433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 xml:space="preserve">Оценивается </w:t>
            </w:r>
            <w:proofErr w:type="gramStart"/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обучающийся</w:t>
            </w:r>
            <w:proofErr w:type="gramEnd"/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, выполнивший программу  практики в полном объёме, с большей долей самостоятельности, проявивший активность, инициативу и творчество; обладающий достаточно высоким уровнем профе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с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сиональной культуры и этики, не испытывающий трудностей в анализе профессиональной деятельности; умеющий на основе диагностических данных выстраивать индивидуальную и групповую деятельность, пр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явивший высокую творческую компетентность. Ведение документации с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и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стематично, целенаправленно, студент умеет оказывать методическую п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мощь коллегам, выстраивает деятельность с семьёй и педагогическим ко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л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лективом на основе сотрудничества.</w:t>
            </w:r>
          </w:p>
        </w:tc>
      </w:tr>
      <w:tr w:rsidR="008802BE" w:rsidRPr="008802BE" w:rsidTr="00734336">
        <w:tc>
          <w:tcPr>
            <w:tcW w:w="1547" w:type="dxa"/>
            <w:vAlign w:val="center"/>
          </w:tcPr>
          <w:p w:rsidR="008802BE" w:rsidRPr="004350F1" w:rsidRDefault="008802BE" w:rsidP="0073433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szCs w:val="24"/>
                <w:lang w:eastAsia="ru-RU"/>
              </w:rPr>
            </w:pPr>
            <w:proofErr w:type="spellStart"/>
            <w:r w:rsidRPr="004350F1">
              <w:rPr>
                <w:b/>
                <w:szCs w:val="24"/>
                <w:lang w:eastAsia="ru-RU"/>
              </w:rPr>
              <w:t>хорошо</w:t>
            </w:r>
            <w:proofErr w:type="spellEnd"/>
          </w:p>
        </w:tc>
        <w:tc>
          <w:tcPr>
            <w:tcW w:w="8026" w:type="dxa"/>
          </w:tcPr>
          <w:p w:rsidR="008802BE" w:rsidRPr="008802BE" w:rsidRDefault="008802BE" w:rsidP="0073433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 xml:space="preserve">Оценивается </w:t>
            </w:r>
            <w:proofErr w:type="gramStart"/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обучающийся</w:t>
            </w:r>
            <w:proofErr w:type="gramEnd"/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, выполнивший программу  практики в полном объёме, проявивший активность, самостоятельность в работе, творчески компетентный, умеющий выстраивать профессиональную деятельность согласно гуманистическим принципам дидактики; владеющий професси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нальной культурой и этикой. Может испытывать трудности в анализе пр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фессиональной деятельности. Требует стимулирующей методической п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мощи.</w:t>
            </w:r>
          </w:p>
        </w:tc>
      </w:tr>
      <w:tr w:rsidR="008802BE" w:rsidRPr="008802BE" w:rsidTr="00734336">
        <w:tc>
          <w:tcPr>
            <w:tcW w:w="1547" w:type="dxa"/>
            <w:vAlign w:val="center"/>
          </w:tcPr>
          <w:p w:rsidR="008802BE" w:rsidRPr="004350F1" w:rsidRDefault="008802BE" w:rsidP="0073433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color w:val="000000"/>
                <w:szCs w:val="24"/>
                <w:lang w:eastAsia="ru-RU"/>
              </w:rPr>
            </w:pPr>
            <w:proofErr w:type="spellStart"/>
            <w:r>
              <w:rPr>
                <w:b/>
                <w:color w:val="000000"/>
                <w:szCs w:val="24"/>
                <w:lang w:eastAsia="ru-RU"/>
              </w:rPr>
              <w:t>у</w:t>
            </w:r>
            <w:r w:rsidRPr="004350F1">
              <w:rPr>
                <w:b/>
                <w:color w:val="000000"/>
                <w:szCs w:val="24"/>
                <w:lang w:eastAsia="ru-RU"/>
              </w:rPr>
              <w:t>довлетво</w:t>
            </w:r>
            <w:r>
              <w:rPr>
                <w:b/>
                <w:color w:val="000000"/>
                <w:szCs w:val="24"/>
                <w:lang w:eastAsia="ru-RU"/>
              </w:rPr>
              <w:t>-</w:t>
            </w:r>
            <w:r w:rsidRPr="004350F1">
              <w:rPr>
                <w:b/>
                <w:color w:val="000000"/>
                <w:szCs w:val="24"/>
                <w:lang w:eastAsia="ru-RU"/>
              </w:rPr>
              <w:t>рительно</w:t>
            </w:r>
            <w:proofErr w:type="spellEnd"/>
          </w:p>
        </w:tc>
        <w:tc>
          <w:tcPr>
            <w:tcW w:w="8026" w:type="dxa"/>
          </w:tcPr>
          <w:p w:rsidR="008802BE" w:rsidRPr="008802BE" w:rsidRDefault="008802BE" w:rsidP="0073433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Оценивается обучающийся, выполнивший программу  практики в полном объёме, но имеющий поверхностные теоретические представления в области педагогики и психологии, проявивший несамостоятельность в организации профессиональной деятельности, недостаточную активность в овладении профессиональными умениями и навыками, склонный к репроду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к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тивному, нетворческому, формальному отношению к делу, имеющий ди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с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циплинарные нарушения, некачественно ведущий документацию, требу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ю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щий организующей методической помощи.</w:t>
            </w:r>
          </w:p>
        </w:tc>
      </w:tr>
      <w:tr w:rsidR="008802BE" w:rsidRPr="008802BE" w:rsidTr="00734336">
        <w:tc>
          <w:tcPr>
            <w:tcW w:w="1547" w:type="dxa"/>
            <w:vAlign w:val="center"/>
          </w:tcPr>
          <w:p w:rsidR="008802BE" w:rsidRPr="004350F1" w:rsidRDefault="008802BE" w:rsidP="0073433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color w:val="000000"/>
                <w:szCs w:val="24"/>
                <w:lang w:eastAsia="ru-RU"/>
              </w:rPr>
            </w:pPr>
            <w:proofErr w:type="spellStart"/>
            <w:r>
              <w:rPr>
                <w:b/>
                <w:color w:val="000000"/>
                <w:szCs w:val="24"/>
                <w:lang w:eastAsia="ru-RU"/>
              </w:rPr>
              <w:t>н</w:t>
            </w:r>
            <w:r w:rsidRPr="004350F1">
              <w:rPr>
                <w:b/>
                <w:color w:val="000000"/>
                <w:szCs w:val="24"/>
                <w:lang w:eastAsia="ru-RU"/>
              </w:rPr>
              <w:t>еудовлет</w:t>
            </w:r>
            <w:r>
              <w:rPr>
                <w:b/>
                <w:color w:val="000000"/>
                <w:szCs w:val="24"/>
                <w:lang w:eastAsia="ru-RU"/>
              </w:rPr>
              <w:t>-</w:t>
            </w:r>
            <w:r w:rsidRPr="004350F1">
              <w:rPr>
                <w:b/>
                <w:color w:val="000000"/>
                <w:szCs w:val="24"/>
                <w:lang w:eastAsia="ru-RU"/>
              </w:rPr>
              <w:t>ворительно</w:t>
            </w:r>
            <w:proofErr w:type="spellEnd"/>
          </w:p>
        </w:tc>
        <w:tc>
          <w:tcPr>
            <w:tcW w:w="8026" w:type="dxa"/>
          </w:tcPr>
          <w:p w:rsidR="008802BE" w:rsidRPr="008802BE" w:rsidRDefault="008802BE" w:rsidP="00734336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proofErr w:type="gramStart"/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 xml:space="preserve">Оценивается обучающийся, не выполнивший практику в полном объёме, имеющий пропуски за период прохождения практики без уважительных 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lastRenderedPageBreak/>
              <w:t>причин, недисциплинированный, незаинтересованный в профессиональной подготовке, теоретически некомпетентный, немеющий грамотно анализ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и</w:t>
            </w:r>
            <w:r w:rsidRPr="008802BE">
              <w:rPr>
                <w:rFonts w:eastAsia="Times New Roman"/>
                <w:color w:val="000000"/>
                <w:szCs w:val="24"/>
                <w:lang w:val="ru-RU" w:eastAsia="ru-RU"/>
              </w:rPr>
              <w:t>ровать деятельность, некачественно заполняющий документацию.</w:t>
            </w:r>
            <w:proofErr w:type="gramEnd"/>
          </w:p>
        </w:tc>
      </w:tr>
    </w:tbl>
    <w:p w:rsidR="008802BE" w:rsidRPr="008802BE" w:rsidRDefault="008802BE" w:rsidP="008802BE">
      <w:pPr>
        <w:rPr>
          <w:szCs w:val="24"/>
          <w:lang w:val="ru-RU"/>
        </w:rPr>
      </w:pPr>
      <w:bookmarkStart w:id="3" w:name="_Hlk227155799"/>
    </w:p>
    <w:p w:rsidR="008802BE" w:rsidRPr="008802BE" w:rsidRDefault="008802BE" w:rsidP="008802BE">
      <w:pPr>
        <w:ind w:firstLine="567"/>
        <w:rPr>
          <w:szCs w:val="24"/>
          <w:lang w:val="ru-RU"/>
        </w:rPr>
      </w:pPr>
      <w:r w:rsidRPr="008802BE">
        <w:rPr>
          <w:szCs w:val="24"/>
          <w:lang w:val="ru-RU"/>
        </w:rPr>
        <w:t>Составитель</w:t>
      </w:r>
    </w:p>
    <w:p w:rsidR="008802BE" w:rsidRPr="008802BE" w:rsidRDefault="008802BE" w:rsidP="008802BE">
      <w:pPr>
        <w:ind w:right="-306" w:firstLine="567"/>
        <w:rPr>
          <w:lang w:val="ru-RU"/>
        </w:rPr>
      </w:pPr>
      <w:r>
        <w:rPr>
          <w:szCs w:val="24"/>
          <w:lang w:val="ru-RU"/>
        </w:rPr>
        <w:t>Ефремов И.В. доцент</w:t>
      </w:r>
      <w:r w:rsidRPr="008802BE">
        <w:rPr>
          <w:szCs w:val="24"/>
          <w:lang w:val="ru-RU"/>
        </w:rPr>
        <w:t xml:space="preserve"> базовой кафедры </w:t>
      </w:r>
      <w:proofErr w:type="spellStart"/>
      <w:r w:rsidRPr="008802BE">
        <w:rPr>
          <w:szCs w:val="24"/>
          <w:lang w:val="ru-RU"/>
        </w:rPr>
        <w:t>ИПиП</w:t>
      </w:r>
      <w:proofErr w:type="spellEnd"/>
      <w:r w:rsidRPr="008802BE">
        <w:rPr>
          <w:szCs w:val="24"/>
          <w:lang w:val="ru-RU"/>
        </w:rPr>
        <w:t>,</w:t>
      </w:r>
      <w:r w:rsidRPr="008802BE">
        <w:rPr>
          <w:lang w:val="ru-RU"/>
        </w:rPr>
        <w:t>_____________________</w:t>
      </w:r>
    </w:p>
    <w:p w:rsidR="008802BE" w:rsidRPr="008802BE" w:rsidRDefault="008802BE" w:rsidP="008802BE">
      <w:pPr>
        <w:widowControl w:val="0"/>
        <w:spacing w:line="240" w:lineRule="auto"/>
        <w:rPr>
          <w:b/>
          <w:szCs w:val="24"/>
          <w:lang w:val="ru-RU"/>
        </w:rPr>
      </w:pPr>
      <w:r w:rsidRPr="008802BE">
        <w:rPr>
          <w:lang w:val="ru-RU"/>
        </w:rPr>
        <w:t>17 апреля 2026 г.</w:t>
      </w:r>
    </w:p>
    <w:bookmarkEnd w:id="3"/>
    <w:p w:rsidR="008802BE" w:rsidRPr="008802BE" w:rsidRDefault="008802BE" w:rsidP="008802BE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:rsidR="008802BE" w:rsidRPr="008802BE" w:rsidRDefault="008802BE" w:rsidP="008802BE">
      <w:pPr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8802BE">
        <w:rPr>
          <w:rFonts w:ascii="Time Roman" w:hAnsi="Time Roman"/>
          <w:i/>
          <w:szCs w:val="24"/>
          <w:lang w:val="ru-RU"/>
        </w:rPr>
        <w:br w:type="page"/>
      </w:r>
    </w:p>
    <w:p w:rsidR="008802BE" w:rsidRPr="008802BE" w:rsidRDefault="008802BE" w:rsidP="008802BE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8802B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:rsidR="008802BE" w:rsidRPr="008802BE" w:rsidRDefault="008802BE" w:rsidP="008802BE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:rsidR="008802BE" w:rsidRPr="008802BE" w:rsidRDefault="008802BE" w:rsidP="008802BE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8802B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8802BE" w:rsidRPr="008802BE" w:rsidRDefault="008802BE" w:rsidP="008802BE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8802BE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на  20___-20___ учебный год</w:t>
      </w:r>
    </w:p>
    <w:p w:rsidR="008802BE" w:rsidRPr="008802BE" w:rsidRDefault="008802BE" w:rsidP="008802BE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8802BE" w:rsidRPr="008802BE" w:rsidRDefault="008802BE" w:rsidP="008802BE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8802BE">
        <w:rPr>
          <w:rFonts w:ascii="Time Roman" w:hAnsi="Time Roman"/>
          <w:b/>
          <w:szCs w:val="24"/>
          <w:lang w:val="ru-RU"/>
        </w:rPr>
        <w:t xml:space="preserve">1. </w:t>
      </w:r>
      <w:r w:rsidRPr="008802BE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8802BE" w:rsidRPr="008802BE" w:rsidRDefault="008802BE" w:rsidP="008802BE">
      <w:pPr>
        <w:widowControl w:val="0"/>
        <w:rPr>
          <w:rFonts w:ascii="Time Roman" w:hAnsi="Time Roman"/>
          <w:szCs w:val="24"/>
          <w:lang w:val="ru-RU"/>
        </w:rPr>
      </w:pPr>
      <w:r w:rsidRPr="008802BE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8802BE" w:rsidRPr="008802BE" w:rsidRDefault="008802BE" w:rsidP="008802BE">
      <w:pPr>
        <w:widowControl w:val="0"/>
        <w:rPr>
          <w:rFonts w:ascii="Time Roman" w:hAnsi="Time Roman"/>
          <w:b/>
          <w:szCs w:val="24"/>
          <w:lang w:val="ru-RU"/>
        </w:rPr>
      </w:pPr>
      <w:r w:rsidRPr="008802BE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8802BE" w:rsidRPr="008802BE" w:rsidRDefault="008802BE" w:rsidP="008802BE">
      <w:pPr>
        <w:widowControl w:val="0"/>
        <w:rPr>
          <w:rFonts w:ascii="Time Roman" w:hAnsi="Time Roman"/>
          <w:szCs w:val="24"/>
          <w:lang w:val="ru-RU"/>
        </w:rPr>
      </w:pPr>
      <w:r w:rsidRPr="008802BE">
        <w:rPr>
          <w:rFonts w:ascii="Time Roman" w:hAnsi="Time Roman"/>
          <w:b/>
          <w:szCs w:val="24"/>
          <w:lang w:val="ru-RU"/>
        </w:rPr>
        <w:t>2.</w:t>
      </w:r>
      <w:r w:rsidRPr="008802BE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802BE" w:rsidRPr="008802BE" w:rsidTr="00734336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02BE" w:rsidRPr="008802BE" w:rsidRDefault="008802BE" w:rsidP="00734336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8802BE" w:rsidRPr="008802BE" w:rsidTr="00734336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02BE" w:rsidRPr="008802BE" w:rsidRDefault="008802BE" w:rsidP="00734336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8802BE" w:rsidRPr="008802BE" w:rsidTr="00734336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02BE" w:rsidRPr="008802BE" w:rsidRDefault="008802BE" w:rsidP="00734336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8802BE" w:rsidRPr="008802BE" w:rsidRDefault="008802BE" w:rsidP="008802BE">
      <w:pPr>
        <w:widowControl w:val="0"/>
        <w:rPr>
          <w:rFonts w:ascii="Time Roman" w:hAnsi="Time Roman"/>
          <w:szCs w:val="24"/>
          <w:lang w:val="ru-RU"/>
        </w:rPr>
      </w:pPr>
    </w:p>
    <w:p w:rsidR="008802BE" w:rsidRPr="008802BE" w:rsidRDefault="008802BE" w:rsidP="008802BE">
      <w:pPr>
        <w:widowControl w:val="0"/>
        <w:rPr>
          <w:rFonts w:ascii="Time Roman" w:hAnsi="Time Roman"/>
          <w:szCs w:val="24"/>
          <w:lang w:val="ru-RU"/>
        </w:rPr>
      </w:pPr>
    </w:p>
    <w:p w:rsidR="008802BE" w:rsidRPr="008802BE" w:rsidRDefault="008802BE" w:rsidP="008802BE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Cs w:val="24"/>
          <w:lang w:val="ru-RU" w:eastAsia="ru-RU"/>
        </w:rPr>
      </w:pPr>
      <w:r w:rsidRPr="008802BE">
        <w:rPr>
          <w:rFonts w:ascii="Time Roman" w:eastAsia="Times New Roman" w:hAnsi="Time Roman" w:cs="Arial"/>
          <w:bCs/>
          <w:szCs w:val="24"/>
          <w:lang w:val="ru-RU" w:eastAsia="ru-RU"/>
        </w:rPr>
        <w:t xml:space="preserve">Протокол  заседания кафедры </w:t>
      </w:r>
      <w:r w:rsidRPr="008802BE">
        <w:rPr>
          <w:rFonts w:eastAsia="Times New Roman" w:cs="Times New Roman"/>
          <w:bCs/>
          <w:szCs w:val="24"/>
          <w:lang w:val="ru-RU" w:eastAsia="ru-RU"/>
        </w:rPr>
        <w:t>№</w:t>
      </w:r>
      <w:r w:rsidRPr="008802BE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8802BE" w:rsidRPr="004350F1" w:rsidRDefault="008802BE" w:rsidP="008802BE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8802BE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4350F1">
        <w:rPr>
          <w:rFonts w:ascii="Time Roman" w:hAnsi="Time Roman"/>
          <w:i/>
          <w:szCs w:val="24"/>
          <w:vertAlign w:val="superscript"/>
        </w:rPr>
        <w:t>(</w:t>
      </w:r>
      <w:proofErr w:type="spellStart"/>
      <w:proofErr w:type="gramStart"/>
      <w:r w:rsidRPr="004350F1">
        <w:rPr>
          <w:rFonts w:ascii="Time Roman" w:hAnsi="Time Roman"/>
          <w:i/>
          <w:szCs w:val="24"/>
          <w:vertAlign w:val="superscript"/>
        </w:rPr>
        <w:t>разработчик</w:t>
      </w:r>
      <w:proofErr w:type="spellEnd"/>
      <w:proofErr w:type="gramEnd"/>
      <w:r w:rsidRPr="004350F1">
        <w:rPr>
          <w:rFonts w:ascii="Time Roman" w:hAnsi="Time Roman"/>
          <w:i/>
          <w:szCs w:val="24"/>
          <w:vertAlign w:val="superscript"/>
        </w:rPr>
        <w:t>)</w:t>
      </w:r>
    </w:p>
    <w:p w:rsidR="008802BE" w:rsidRPr="004350F1" w:rsidRDefault="008802BE" w:rsidP="008802BE">
      <w:pPr>
        <w:widowControl w:val="0"/>
        <w:rPr>
          <w:rFonts w:ascii="Time Roman" w:hAnsi="Time Roman"/>
          <w:szCs w:val="24"/>
          <w:vertAlign w:val="superscript"/>
        </w:rPr>
      </w:pPr>
    </w:p>
    <w:p w:rsidR="008802BE" w:rsidRPr="004350F1" w:rsidRDefault="008802BE" w:rsidP="008802BE">
      <w:pPr>
        <w:widowControl w:val="0"/>
        <w:rPr>
          <w:rFonts w:ascii="Time Roman" w:hAnsi="Time Roman"/>
          <w:szCs w:val="24"/>
        </w:rPr>
      </w:pPr>
      <w:proofErr w:type="spellStart"/>
      <w:r w:rsidRPr="004350F1">
        <w:rPr>
          <w:rFonts w:ascii="Time Roman" w:hAnsi="Time Roman"/>
          <w:szCs w:val="24"/>
        </w:rPr>
        <w:t>Заведующий</w:t>
      </w:r>
      <w:proofErr w:type="spellEnd"/>
      <w:r w:rsidRPr="004350F1">
        <w:rPr>
          <w:rFonts w:ascii="Time Roman" w:hAnsi="Time Roman"/>
          <w:szCs w:val="24"/>
        </w:rPr>
        <w:t xml:space="preserve"> </w:t>
      </w:r>
      <w:proofErr w:type="spellStart"/>
      <w:proofErr w:type="gramStart"/>
      <w:r w:rsidRPr="004350F1">
        <w:rPr>
          <w:rFonts w:ascii="Time Roman" w:hAnsi="Time Roman"/>
          <w:szCs w:val="24"/>
        </w:rPr>
        <w:t>кафедрой</w:t>
      </w:r>
      <w:proofErr w:type="spellEnd"/>
      <w:r w:rsidRPr="004350F1">
        <w:rPr>
          <w:rFonts w:ascii="Time Roman" w:hAnsi="Time Roman"/>
          <w:szCs w:val="24"/>
        </w:rPr>
        <w:t xml:space="preserve">  _</w:t>
      </w:r>
      <w:proofErr w:type="gramEnd"/>
      <w:r w:rsidRPr="004350F1">
        <w:rPr>
          <w:rFonts w:ascii="Time Roman" w:hAnsi="Time Roman"/>
          <w:szCs w:val="24"/>
        </w:rPr>
        <w:t xml:space="preserve">____________________  </w:t>
      </w:r>
      <w:r w:rsidRPr="004350F1">
        <w:rPr>
          <w:rFonts w:ascii="Time Roman" w:hAnsi="Time Roman"/>
          <w:szCs w:val="24"/>
        </w:rPr>
        <w:tab/>
      </w:r>
      <w:r w:rsidRPr="004350F1">
        <w:rPr>
          <w:rFonts w:ascii="Time Roman" w:hAnsi="Time Roman"/>
          <w:szCs w:val="24"/>
        </w:rPr>
        <w:tab/>
        <w:t>______________________</w:t>
      </w:r>
    </w:p>
    <w:p w:rsidR="008802BE" w:rsidRPr="004350F1" w:rsidRDefault="008802BE" w:rsidP="008802BE">
      <w:pPr>
        <w:widowControl w:val="0"/>
        <w:ind w:left="2124" w:firstLine="708"/>
        <w:rPr>
          <w:rFonts w:ascii="Time Roman" w:hAnsi="Time Roman"/>
          <w:i/>
          <w:szCs w:val="24"/>
          <w:vertAlign w:val="superscript"/>
        </w:rPr>
      </w:pPr>
      <w:r w:rsidRPr="004350F1">
        <w:rPr>
          <w:rFonts w:ascii="Time Roman" w:hAnsi="Time Roman"/>
          <w:i/>
          <w:szCs w:val="24"/>
          <w:vertAlign w:val="superscript"/>
        </w:rPr>
        <w:t>(</w:t>
      </w:r>
      <w:proofErr w:type="spellStart"/>
      <w:proofErr w:type="gramStart"/>
      <w:r w:rsidRPr="004350F1">
        <w:rPr>
          <w:rFonts w:ascii="Time Roman" w:hAnsi="Time Roman"/>
          <w:i/>
          <w:szCs w:val="24"/>
          <w:vertAlign w:val="superscript"/>
        </w:rPr>
        <w:t>подпись</w:t>
      </w:r>
      <w:proofErr w:type="spellEnd"/>
      <w:proofErr w:type="gramEnd"/>
      <w:r w:rsidRPr="004350F1">
        <w:rPr>
          <w:rFonts w:ascii="Time Roman" w:hAnsi="Time Roman"/>
          <w:i/>
          <w:szCs w:val="24"/>
          <w:vertAlign w:val="superscript"/>
        </w:rPr>
        <w:t xml:space="preserve">)  </w:t>
      </w:r>
      <w:r w:rsidRPr="004350F1">
        <w:rPr>
          <w:rFonts w:ascii="Time Roman" w:hAnsi="Time Roman"/>
          <w:i/>
          <w:szCs w:val="24"/>
          <w:vertAlign w:val="superscript"/>
        </w:rPr>
        <w:tab/>
      </w:r>
      <w:r w:rsidRPr="004350F1">
        <w:rPr>
          <w:rFonts w:ascii="Time Roman" w:hAnsi="Time Roman"/>
          <w:i/>
          <w:szCs w:val="24"/>
          <w:vertAlign w:val="superscript"/>
        </w:rPr>
        <w:tab/>
      </w:r>
      <w:r w:rsidRPr="004350F1">
        <w:rPr>
          <w:rFonts w:ascii="Time Roman" w:hAnsi="Time Roman"/>
          <w:i/>
          <w:szCs w:val="24"/>
          <w:vertAlign w:val="superscript"/>
        </w:rPr>
        <w:tab/>
      </w:r>
      <w:r w:rsidRPr="004350F1">
        <w:rPr>
          <w:rFonts w:ascii="Time Roman" w:hAnsi="Time Roman"/>
          <w:i/>
          <w:szCs w:val="24"/>
          <w:vertAlign w:val="superscript"/>
        </w:rPr>
        <w:tab/>
      </w:r>
      <w:r w:rsidRPr="004350F1">
        <w:rPr>
          <w:rFonts w:ascii="Time Roman" w:hAnsi="Time Roman"/>
          <w:i/>
          <w:szCs w:val="24"/>
          <w:vertAlign w:val="superscript"/>
        </w:rPr>
        <w:tab/>
      </w:r>
    </w:p>
    <w:p w:rsidR="008802BE" w:rsidRPr="004350F1" w:rsidRDefault="008802BE" w:rsidP="008802BE">
      <w:pPr>
        <w:widowControl w:val="0"/>
        <w:rPr>
          <w:rFonts w:ascii="Time Roman" w:hAnsi="Time Roman"/>
          <w:szCs w:val="24"/>
        </w:rPr>
      </w:pPr>
    </w:p>
    <w:p w:rsidR="008802BE" w:rsidRPr="004350F1" w:rsidRDefault="008802BE" w:rsidP="008802BE">
      <w:pPr>
        <w:rPr>
          <w:szCs w:val="24"/>
        </w:rPr>
      </w:pPr>
    </w:p>
    <w:p w:rsidR="008802BE" w:rsidRPr="004350F1" w:rsidRDefault="008802BE" w:rsidP="008802BE"/>
    <w:p w:rsidR="008802BE" w:rsidRDefault="008802BE" w:rsidP="008802BE"/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Default="00777225">
      <w:pPr>
        <w:rPr>
          <w:lang w:val="ru-RU"/>
        </w:rPr>
      </w:pPr>
    </w:p>
    <w:p w:rsidR="00777225" w:rsidRPr="00777225" w:rsidRDefault="00777225">
      <w:pPr>
        <w:rPr>
          <w:lang w:val="ru-RU"/>
        </w:rPr>
      </w:pPr>
    </w:p>
    <w:sectPr w:rsidR="00777225" w:rsidRPr="00777225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21E"/>
    <w:rsid w:val="00034616"/>
    <w:rsid w:val="0006063C"/>
    <w:rsid w:val="00064FB6"/>
    <w:rsid w:val="000A4FFF"/>
    <w:rsid w:val="00113C4B"/>
    <w:rsid w:val="0015074B"/>
    <w:rsid w:val="001D6E2D"/>
    <w:rsid w:val="0029639D"/>
    <w:rsid w:val="00326F90"/>
    <w:rsid w:val="004C40DF"/>
    <w:rsid w:val="00650537"/>
    <w:rsid w:val="00654063"/>
    <w:rsid w:val="00777225"/>
    <w:rsid w:val="007B1D21"/>
    <w:rsid w:val="008802BE"/>
    <w:rsid w:val="009C0720"/>
    <w:rsid w:val="00A85AF8"/>
    <w:rsid w:val="00AA1D8D"/>
    <w:rsid w:val="00B47730"/>
    <w:rsid w:val="00C94A38"/>
    <w:rsid w:val="00CB0664"/>
    <w:rsid w:val="00F92A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a1"/>
    <w:rsid w:val="00777225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a1"/>
    <w:rsid w:val="00777225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1A3792-A9FB-4390-B901-2F169EF9A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3477</Words>
  <Characters>19822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Илья В. Ефремов</cp:lastModifiedBy>
  <cp:revision>2</cp:revision>
  <dcterms:created xsi:type="dcterms:W3CDTF">2026-05-29T01:39:00Z</dcterms:created>
  <dcterms:modified xsi:type="dcterms:W3CDTF">2026-05-29T01:39:00Z</dcterms:modified>
</cp:coreProperties>
</file>